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ორმოცი ნომერი</w:t>
      </w:r>
    </w:p>
    <w:p>
      <w:pPr>
        <w:pStyle w:val="ArticleSubtitle"/>
        <w:jc w:val="left"/>
      </w:pPr>
      <w:r>
        <w:rPr>
          <w:rFonts w:ascii="Sylfaen" w:hAnsi="Sylfaen" w:eastAsia="Sylfaen" w:cs="Sylfaen"/>
        </w:rPr>
        <w:t>უკანასკნელი აღთქმა: ელიას როლის გახსნა უფლის დღის წინ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2024-03-16</w:t>
      </w:r>
    </w:p>
    <w:p>
      <w:pPr>
        <w:pStyle w:val="ArticleBody"/>
        <w:jc w:val="left"/>
      </w:pPr>
      <w:r>
        <w:rPr>
          <w:rFonts w:ascii="Sylfaen" w:hAnsi="Sylfaen" w:eastAsia="Sylfaen" w:cs="Sylfaen"/>
        </w:rPr>
        <w:t>ძველი აღთქმის უკანასკნელი აღთქმა არის ის, რომ უფლის დიდი და საშინელი დღის დადგომამდე ელიაჰუ მოვიდოდა.</w:t>
      </w:r>
    </w:p>
    <w:p>
      <w:pPr>
        <w:pStyle w:val="ArticleScripture"/>
        <w:jc w:val="left"/>
      </w:pPr>
      <w:r>
        <w:rPr>
          <w:rFonts w:ascii="Sylfaen" w:hAnsi="Sylfaen" w:eastAsia="Sylfaen" w:cs="Sylfaen"/>
        </w:rPr>
        <w:t>გაიხსენეთ მოსეს, ჩემი მსახურის, კანონი, რომელიც ჰორებზე ვუბრძანე მას მთელი ისრაელისათვის, წესდებებითა და სამართლებრივი დადგენილებებით. აჰა, მე მოგივლენთ თქვენ ელია წინასწარმეტყველს უფლის დიდი და საშინელი დღის მოსვლამდე; და იგი მოაქცევს მამათა გულს შვილებისკენ და შვილთა გულს — მათი მამებისკენ, რათა არ მოვიდე და არ ვგვემო ქვეყანა წყევლით. მალაქია 4:4–5.</w:t>
      </w:r>
    </w:p>
    <w:p>
      <w:pPr>
        <w:pStyle w:val="ArticleBody"/>
        <w:jc w:val="left"/>
      </w:pPr>
      <w:r>
        <w:rPr>
          <w:rFonts w:ascii="Sylfaen" w:hAnsi="Sylfaen" w:eastAsia="Sylfaen" w:cs="Sylfaen"/>
        </w:rPr>
        <w:t>„უფლის დიდი და საშინელი დღის“ წინ მომავალი ელია არის როგორც ინდივიდუალური მაცნე, ასევე ის მოძრაობაც, რომელიც დაკავშირებულია იმ უწყებასთან, რომელსაც ეს მაცნე აცხადებს. ამიტომ, გამოგზავნილი ელია არის ას ორმოცდაოთხი ათასი, რომელნიც სიკვდილს არ იგემებენ, როგორც ენოქი და ელია განასახიერებენ. ისინი არიან ისინი, რომელნიც დროშად აღიმართებიან მალე მოსალოდნელი კვირა-დღის კანონის დროს.</w:t>
      </w:r>
    </w:p>
    <w:p>
      <w:pPr>
        <w:pStyle w:val="ArticleBody"/>
        <w:jc w:val="left"/>
      </w:pPr>
      <w:r>
        <w:rPr>
          <w:rFonts w:ascii="Sylfaen" w:hAnsi="Sylfaen" w:eastAsia="Sylfaen" w:cs="Sylfaen"/>
        </w:rPr>
        <w:t>უკანასკნელი დღის ელია ასევე იოანე ნათლისმცემლის მიერ იყო წარმოდგენილი, მაგრამ იოანე არ წარმოადგენდა ას ორმოცდაოთხ ათასს. იგი წარმოადგენდა მათ, ვინც უერთდება ამ მოძრაობას და იღებს უკანასკნელი დღის მაცნის უწყებას, და რომელნიც შემდეგ პაპობის მიერ იხოცებიან კვირადღის კანონის კრიზისის ჟამს, რომელიც იწყება მალე მოსული კვირადღის კანონით და სრულდება მაშინ, როცა მიქაელი აღდგება და პაპობა თავის დასასრულს მიაღწევს, და არავინ ეყოლება შემწედ.</w:t>
      </w:r>
    </w:p>
    <w:p>
      <w:pPr>
        <w:pStyle w:val="ArticleBody"/>
        <w:jc w:val="left"/>
      </w:pPr>
      <w:r>
        <w:rPr>
          <w:rFonts w:ascii="Sylfaen" w:hAnsi="Sylfaen" w:eastAsia="Sylfaen" w:cs="Sylfaen"/>
        </w:rPr>
        <w:t>ელია წარმოდგენილია ქარმელის მთაზე, ხოლო იოანე წარმოდგენილია ჰეროდეს ნადიმის დარბაზში. ეს ორი ისტორიული მოწმე განსაზღვრავს ღმერთის უკანასკნელი დღის ხალხის იმ ორ ჯგუფს, რომლებიც წარმოდგენილია გამოცხადების მეშვიდე თავში. ას ორმოცდაოთხი ათასი და დიდი სიმრავლე შეესაბამებიან ქარმელის მთასა და ჰეროდეს დაბადების დღის ნადიმს. ეს ორი წინასწარმეტყველური ხაზი იძლევა მყარ საყრდენ წერტილს, რათა გულდასმით განისაზღვროს მერვე თავის ელემენტები, ანუ იმ შვიდი თავიდან ერთისა, რომელიც მოხსენიებულია გამოცხადების მეჩვიდმეტე თავში, საკმარისი წინასწარმეტყველური დეტალით იმის გასარკვევად, თუ როგორ და რატომ ხდება უკანასკნელი პრეზიდენტი, რომელიც მერვე პრეზიდენტია და იმ შვიდს ეკუთვნის, შეერთებული შტატების დიდ დიქტატორად ბიბლიური წინასწარმეტყველების მეექვსე სამეფოს უკანასკნელ მოძრაობებში.</w:t>
      </w:r>
    </w:p>
    <w:p>
      <w:pPr>
        <w:pStyle w:val="ArticleBody"/>
        <w:jc w:val="left"/>
      </w:pPr>
      <w:r>
        <w:rPr>
          <w:rFonts w:ascii="Sylfaen" w:hAnsi="Sylfaen" w:eastAsia="Sylfaen" w:cs="Sylfaen"/>
        </w:rPr>
        <w:t>კვირის დღის კანონის დროს სამმაგი კავშირი სრულდება.</w:t>
      </w:r>
    </w:p>
    <w:p>
      <w:pPr>
        <w:pStyle w:val="ArticleScripture"/>
        <w:jc w:val="left"/>
      </w:pPr>
      <w:r>
        <w:rPr>
          <w:rFonts w:ascii="Sylfaen" w:hAnsi="Sylfaen" w:eastAsia="Sylfaen" w:cs="Sylfaen"/>
        </w:rPr>
        <w:t>„განკარგულებით, რომელიც ღვთის რჯულის დარღვევით პაპობის დაწესებას განამტკიცებს, ჩვენი ერი სრულად განეყოფა სიმართლეს. როცა პროტესტანტიზმი უფსკრულზე გადაიწვდის ხელს, რათა რომის ძალაუფლების ხელი ჩაიჭიდოს; როცა იგი უფსკრულზე გადაეწვდენა, რათა სპირიტიზმს ხელები შეაერთოს; როცა ამ სამმაგი კავშირის 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უზრუნველყოფს პაპისტური სიცრუეებისა და საცდურების გავრცელებას, მაშინ შევიცნობთ, რომ დადგა სატანის საოცარი მოქმედების ჟამი და რომ აღსასრული ახლოა.“ Testimonies, ტომი 5, 451.</w:t>
      </w:r>
    </w:p>
    <w:p>
      <w:pPr>
        <w:pStyle w:val="ArticleBody"/>
        <w:jc w:val="left"/>
      </w:pPr>
      <w:r>
        <w:rPr>
          <w:rFonts w:ascii="Sylfaen" w:hAnsi="Sylfaen" w:eastAsia="Sylfaen" w:cs="Sylfaen"/>
        </w:rPr>
        <w:t>თუმცა ამ ილუსტრაციაში არსებობს თანმიმდევრობა, და ეს თანმიმდევრობა შთაგონებული სიტყვის საგანია. ეს არის მოვლენა, რომელიც ბრძანების გამოცემისას ხდება, რომელიც ერთგვარი აზრით ერთჯერადი მოვლენაა, მაგრამ სინამდვილეში მოვლენათა მეტად ფრთხილი თანმიმდევრობაა. „ბრძანების“ დროს შეერთებული შტატები წყვეტს ბიბლიური წინასწარმეტყველების მეექვსე სამეფოდ ყოფნას, რაც ნიშნავს, რომ სწორედ იქ იწყება მეშვიდე სამეფო, მაგრამ მეშვიდე სამეფო თანხმდება, თავისი სამეფო მხეცს მისცეს. როდესაც ცრუ წინასწარმეტყველი დამარცხდება, გველი იკავებს თავის ადგილს და დაუყოვნებლივ აძლევს თავისი სამეფოს ნახევარს მხეცს.</w:t>
      </w:r>
    </w:p>
    <w:p>
      <w:pPr>
        <w:pStyle w:val="ArticleBody"/>
        <w:jc w:val="left"/>
      </w:pPr>
      <w:r>
        <w:rPr>
          <w:rFonts w:ascii="Sylfaen" w:hAnsi="Sylfaen" w:eastAsia="Sylfaen" w:cs="Sylfaen"/>
        </w:rPr>
        <w:t>კარმელის მთაზე იყო ბაალის ოთხას ორმოცდაათი წინასწარმეტყველი, და ასევე იყო სამარიაში მყოფი, იზებელის სუფრაზე მჭამელი, აშერის ოთხასი წინასწარმეტყველი.</w:t>
      </w:r>
    </w:p>
    <w:p>
      <w:pPr>
        <w:pStyle w:val="ArticleScripture"/>
        <w:jc w:val="left"/>
      </w:pPr>
      <w:r>
        <w:rPr>
          <w:rFonts w:ascii="Sylfaen" w:hAnsi="Sylfaen" w:eastAsia="Sylfaen" w:cs="Sylfaen"/>
        </w:rPr>
        <w:t>ახლა კი გაგზავნე და შემიკრიბე ჩემთან მთელი ისრაელი ქარმელის მთაზე, და ბაალის წინასწარმეტყველნი ოთხას ორმოცდაათი, და ჭალაკთა წინასწარმეტყველნი ოთხასი, რომელნიც იეზებელის სუფრიდან იკვებებიან. 1 მეფეთა 18:19.</w:t>
      </w:r>
    </w:p>
    <w:p>
      <w:pPr>
        <w:pStyle w:val="ArticleBody"/>
        <w:jc w:val="left"/>
      </w:pPr>
      <w:r>
        <w:rPr>
          <w:rFonts w:ascii="Sylfaen" w:hAnsi="Sylfaen" w:eastAsia="Sylfaen" w:cs="Sylfaen"/>
        </w:rPr>
        <w:t>ელია ქარმელის მთაზე მომხდარ დაპირისპირებას განსაზღვრავს როგორც დავას — არა მხოლოდ იმ საკითხზე, თუ ვინ იყო ჭეშმარიტი ღმერთი, არამედ იმაზეც, თუ ვინ იყო ჭეშმარიტი წინასწარმეტყველი.</w:t>
      </w:r>
    </w:p>
    <w:p>
      <w:pPr>
        <w:pStyle w:val="ArticleScripture"/>
        <w:jc w:val="left"/>
      </w:pPr>
      <w:r>
        <w:rPr>
          <w:rFonts w:ascii="Sylfaen" w:hAnsi="Sylfaen" w:eastAsia="Sylfaen" w:cs="Sylfaen"/>
        </w:rPr>
        <w:t>მაშინ უთხრა ელიამ ხალხს: მე, მხოლოდ მე დავრჩი უფლის წინასწარმეტყველად; ხოლო ბაალის წინასწარმეტყველნი ოთხას ორმოცდაათი კაცნი არიან. 3 მეფეთა 18:22.</w:t>
      </w:r>
    </w:p>
    <w:p>
      <w:pPr>
        <w:pStyle w:val="ArticleBody"/>
        <w:jc w:val="left"/>
      </w:pPr>
      <w:r>
        <w:rPr>
          <w:rFonts w:ascii="Sylfaen" w:hAnsi="Sylfaen" w:eastAsia="Sylfaen" w:cs="Sylfaen"/>
        </w:rPr>
        <w:t>როდესაც ელიას მსხვერპლი შთანთქა ციდან გარდამოსულმა ცეცხლმა, შემდეგ მან საკუთარი ხელით დახოცა ბაალის ოთხას ორმოცდაათი წინასწარმეტყველი.</w:t>
      </w:r>
    </w:p>
    <w:p>
      <w:pPr>
        <w:pStyle w:val="ArticleScripture"/>
        <w:jc w:val="left"/>
      </w:pPr>
      <w:r>
        <w:rPr>
          <w:rFonts w:ascii="Sylfaen" w:hAnsi="Sylfaen" w:eastAsia="Sylfaen" w:cs="Sylfaen"/>
        </w:rPr>
        <w:t>და ელიამ უთხრა მათ: შეიპყარით ბაალის წინასწარმეტყველნი; ნურავინ მათგანი არ გაექცევა. და შეიპყრეს ისინი; და ჩაიყვანა ისინი ელიამ კიშონის ხევთან და იქ დახოცა ისინი. 3 მეფეთა 18:40.</w:t>
      </w:r>
    </w:p>
    <w:p>
      <w:pPr>
        <w:pStyle w:val="ArticleBody"/>
        <w:jc w:val="left"/>
      </w:pPr>
      <w:r>
        <w:rPr>
          <w:rFonts w:ascii="Sylfaen" w:hAnsi="Sylfaen" w:eastAsia="Sylfaen" w:cs="Sylfaen"/>
        </w:rPr>
        <w:t>ბაალი იყო ცრუ მამრობითი ღვთაება, ხოლო ჭალის ოთხასი წინასწარმეტყველი, რომლებიც ჯერ კიდევ იზებელთან იყვნენ და სამარიის ქალაქში მის სუფრაზე საზრდოობდნენ, ქალღმერთ აშთორეთის წინასწარმეტყველნი იყვნენ. ქალღმერთი გადაურჩა ელიას მიერ ქარმელის მთაზე წინასწარმეტყველთა ხოცვას.</w:t>
      </w:r>
    </w:p>
    <w:p>
      <w:pPr>
        <w:pStyle w:val="ArticleScripture"/>
        <w:jc w:val="left"/>
      </w:pPr>
      <w:r>
        <w:rPr>
          <w:rFonts w:ascii="Sylfaen" w:hAnsi="Sylfaen" w:eastAsia="Sylfaen" w:cs="Sylfaen"/>
        </w:rPr>
        <w:t>„მთაზე მყოფი ხალხი შიშითა და ძრწოლით ემხობა უხილავი ღმერთის წინაშე. მათ არ შეუძლიათ ზეციდან მოვლენილი კაშკაშა, შემმუსვრელი ცეცხლის ჭვრეტა. ეშინიათ, რომ თავიანთ განდგომილებასა და ცოდვებში თავადაც განადგურდებიან. ისინი ერთხმად ღაღადებენ, და მათი ხმა მთას გადაეცემა და ქვემოთ გადაშლილ ველებს შემზარავი სიცხადით ეხმიანება: „უფალი, ის არის ღმერთი; უფალი, ის არის ღმერთი.“ ისრაელი ბოლოს და ბოლოს გამოფხიზლდა და მოტყუებას დაეხსნა. მათ დაინახეს თავიანთი ცოდვა და ისიც, რაოდენ მძიმედ შეურაცხყვეს ღმერთი. მათი რისხვა აღიძრა ბაალის წინასწარმეტყველთა წინააღმდეგ. ახაბი და ბაალის ქურუმები შეძრწუნებული შიშით ადევნებდნენ თვალს იეჰოვას ძალის ამ საოცარ გამოვლინებას. კვლავ გაისმა ელიას ხმა ხალხისადმი, ბრძანების გამაოგნებელი სიტყვებით: „შეიპყარით ბაალის წინასწარმეტყველნი; ერთიც ნუ გაექცევათ.“ და ხალხი მზად იყო დამორჩილებოდა ელიას სიტყვას. მათ შეიპყრეს ცრუ წინასწარმეტყველნი, რომელთაც აცდუნეს ისინი, და მიიყვანეს ისინი კიშონის ხევთან; და იქ ელიამ, თავისი ხელით, დახოცა ეს კერპთაყვანისმცემელი ქურუმები.“ Review and Herald, October 7, 1873.</w:t>
      </w:r>
    </w:p>
    <w:p>
      <w:pPr>
        <w:pStyle w:val="ArticleBody"/>
        <w:jc w:val="left"/>
      </w:pPr>
      <w:r>
        <w:rPr>
          <w:rFonts w:ascii="Sylfaen" w:hAnsi="Sylfaen" w:eastAsia="Sylfaen" w:cs="Sylfaen"/>
        </w:rPr>
        <w:t>ქარმელის მთა განასახიერებს შეერთებულ შტატებში მალე მოსავლენ კვირა-დღის კანონს. სწორედ მაშინ აღიმართება ას ორმოცდაოთხი ათასის დროშა (რომელსაც ელიაჰი განასახიერებს). იქ ჭეშმარიტი პროტესტანტული რქა მკაფიოდ ცხადდება ყალბი პროტესტანტული რქის საპირისპიროდ, რომელიც სამარიაში იმყოფება და იზებელის საზრდოთი იკვებება. იქ რესპუბლიკური რქა, რომელიც ქარმელის მთამდე მიმავალ გზაზე ეკლესიისა და სახელმწიფოს ერთობლივ რქად იყო ქცეული, დასასრულს აღწევს, როგორც ბიბლიური წინასწარმეტყველების მეექვსე სამეფო. შემდეგ რჩებიან ახაბი, მისი ათმაგი ერი და იზებელი, რომელიც სამარიაში იმალებოდა, ხოლო განდგომილ პროტესტანტებთან ერთად ნადიმობდა. მეექვსე სამეფო დასრულებულია, და შემდეგ წვიმა უზომოდ მოდის.</w:t>
      </w:r>
    </w:p>
    <w:p>
      <w:pPr>
        <w:pStyle w:val="ArticleBody"/>
        <w:jc w:val="left"/>
      </w:pPr>
      <w:r>
        <w:rPr>
          <w:rFonts w:ascii="Sylfaen" w:hAnsi="Sylfaen" w:eastAsia="Sylfaen" w:cs="Sylfaen"/>
        </w:rPr>
        <w:t>ჰეროდეს დაბადების დღის ნადიმზე ელია, რომელიც იოანე ნათლისმცემლით არის წარმოდგენილი, რომაულ საპყრობილეშია და ხსნას ან სიკვდილს ელის. აქ არ არიან ბაალის წინასწარმეტყველნი, რათა აღასრულონ მოტყუების ცეკვა, არამედ მხოლოდ სალომე, იზებელის ასული. ჰეროდე და მისი სამეფო მეგობრები ბაბილონის ღვინით არიან დამთვრალნი, რადგან მისი დაბადების დღეც ასევე კვირადღის კანონს წარმოადგენს, და ყველა ერმა ბაბილონის ღვინის სმა დაიწყო 2001 წლის 11 სექტემბერს, მალე მოსალოდნელ კვირადღის კანონამდე დიდი ხნით ადრე.</w:t>
      </w:r>
    </w:p>
    <w:p>
      <w:pPr>
        <w:pStyle w:val="ArticleScripture"/>
        <w:jc w:val="left"/>
      </w:pPr>
      <w:r>
        <w:rPr>
          <w:rFonts w:ascii="Sylfaen" w:hAnsi="Sylfaen" w:eastAsia="Sylfaen" w:cs="Sylfaen"/>
        </w:rPr>
        <w:t>და ამის შემდეგ ვიხილე სხვა ანგელოზი, ჩამომავალი ზეცითგან, რომელსაც დიდი ხელმწიფება ჰქონდა; და დედამიწა განათლდა მისი დიდებით. და ხმამაღლა შეჰღაღადა ძლიერი ხმით და თქვა: დაეცა, დაეცა ბაბილონი დიდი და იქცა ეშმაკთა სამკვიდრებლად, ყოველი უწმინდური სულის სამყოფლად და ყოველი უწმინდური და საძულველი ფრინველის გალიად. რადგან ყველა ერმა შესვა მისი სიძვის რისხვის ღვინო, და დედამიწის მეფეებმა იმრუშეს მასთან, და დედამიწის ვაჭრები გამდიდრდნენ მისი განცხრომის სიუხვით. გამოცხადება 18:1–3.</w:t>
      </w:r>
    </w:p>
    <w:p>
      <w:pPr>
        <w:pStyle w:val="ArticleBody"/>
        <w:jc w:val="left"/>
      </w:pPr>
      <w:r>
        <w:rPr>
          <w:rFonts w:ascii="Sylfaen" w:hAnsi="Sylfaen" w:eastAsia="Sylfaen" w:cs="Sylfaen"/>
        </w:rPr>
        <w:t>ეს სამი მუხლი აღსრულდა, როდესაც ნიუ-იორკის დიდი შენობები, ტყუპი კოშკები, ღვთის შეხებით ჩამოინგრა.</w:t>
      </w:r>
    </w:p>
    <w:p>
      <w:pPr>
        <w:pStyle w:val="ArticleScripture"/>
        <w:jc w:val="left"/>
      </w:pPr>
      <w:r>
        <w:rPr>
          <w:rFonts w:ascii="Sylfaen" w:hAnsi="Sylfaen" w:eastAsia="Sylfaen" w:cs="Sylfaen"/>
        </w:rPr>
        <w:t>„ახლა მოდის თუ არა სიტყვა, რომელიც მე გამოვაცხადე, თითქოს ნიუ-იორკი მოქცეული უნდა იყოს მოქცევის ტალღის მიერ? ეს მე არასოდეს მითქვამს. მე ვთქვი, როცა იქ აღმართულ დიდ შენობებს, სართული სართულზე აღმავალთ, ვუყურებდი: „რა საშინელი სცენები მოხდება, როცა უფალი აღდგება, რათა ძლიერად შეარყიოს დედამიწა! მაშინ აღსრულდება გამოცხადების 18:1–3-ის სიტყვები.“ გამოცხადების მეთვრამეტე თავის მთელი შინაარსი არის გაფრთხილება იმისა, რაც დედამიწას მოელის. მაგრამ მე არ მიმიღია განსაკუთრებული ნათელი იმის შესახებ, თუ რა მოელის ნიუ-იორკს, გარდა იმისა, რომ ვიცი: ერთ დღეს იქაური დიდი შენობები დაემხობა ღვთის ძალის შებრუნებითა და გადმობრუნებით. ჩემთვის მოცემული ნათლიდან ვიცი, რომ ქვეყნიერებაში განადგურებაა. ერთი სიტყვა უფლისაგან, მისი ძლევამოსილი ძალის ერთი შეხება — და ეს მასიური ნაგებობები დაეცემა. მოხდება ისეთი სცენები, რომელთა შემზარაობასაც ჩვენ ვერ წარმოვიდგენთ.“ Review and Herald, July 5, 1906.</w:t>
      </w:r>
    </w:p>
    <w:p>
      <w:pPr>
        <w:pStyle w:val="ArticleBody"/>
        <w:jc w:val="left"/>
      </w:pPr>
      <w:r>
        <w:rPr>
          <w:rFonts w:ascii="Sylfaen" w:hAnsi="Sylfaen" w:eastAsia="Sylfaen" w:cs="Sylfaen"/>
        </w:rPr>
        <w:t>მალე მოსალოდნელი კვირა-დღის კანონი წარმოდგენილია გამოცხადების მეთვრამეტე თავის მეორე ხმით, და იგი წარმოადგენს ახაბის ქარმელის მთას და ჰეროდეს დაბადების დღის ნადიმს. ჰეროდიადა, რომელიც ასევე იეზებელია, არ არის ჰეროდეს მთვრალ ნადიმზე, როგორც იეზებელი არ იმყოფებოდა ქარმელის მთაზე. კვირა-დღის კანონამდე იგი დავიწყებულია მიწის მხეცის მმართველობის სამოცდაათი სიმბოლური წლის განმავლობაში, ბიბლიური წინასწარმეტყველების მეექვსე სამეფოს პერიოდში. როდესაც იეზებელმა 1798 და 1799 წლებში მიიღო თავისი სასიკვდილო ჭრილობა, მეექვსე სამეფომ (ამერიკის შეერთებულმა შტატებმა) დაიწყო თავისი ვადა, როგორც ბიბლიური წინასწარმეტყველების მეექვსე სამეფომ. როდესაც მეექვსე სამეფო დასრულდება, მაშინ იგი კვლავ დაბრუნდება, დაიწყებს თავისი სიმღერების გალობას და მრუშობას ჩაიდენს დედამიწის ყველა ერთან.</w:t>
      </w:r>
    </w:p>
    <w:p>
      <w:pPr>
        <w:pStyle w:val="ArticleBody"/>
        <w:jc w:val="left"/>
      </w:pPr>
      <w:r>
        <w:rPr>
          <w:rFonts w:ascii="Sylfaen" w:hAnsi="Sylfaen" w:eastAsia="Sylfaen" w:cs="Sylfaen"/>
        </w:rPr>
        <w:t>მისი სიძვისა და ღვინის სიმღერები წინასწარმეტყველურად 2001 წლის 11 სექტემბერს დაიწყო, მაგრამ ეს მხოლოდ მომზადების პერიოდი იყო, როგორც წარმოდგენილი იყო იმ ოცდაათი წლით 508-დან 538 წლამდე, როცა მან პირველად დაიკავა ტახტი. კვირადღის კანონის დადგომამდე, როდესაც მეექვსე სამეფო ელიას ხელით მოიკვეთს, იგი სამარიაში იყო დაფარული. იმ დროს იოანე ნათლისმცემელი მის საპყრობილეშია დატყვევებული და ელოდება ან გათავისუფლებას, ან სიკვდილს.</w:t>
      </w:r>
    </w:p>
    <w:p>
      <w:pPr>
        <w:pStyle w:val="ArticleBody"/>
        <w:jc w:val="left"/>
      </w:pPr>
      <w:r>
        <w:rPr>
          <w:rFonts w:ascii="Sylfaen" w:hAnsi="Sylfaen" w:eastAsia="Sylfaen" w:cs="Sylfaen"/>
        </w:rPr>
        <w:t>ჰეროდე და მისი დიდგვაროვანი მეგობრები ბაბილონის ღვინით იყვნენ დამთვრალნი, როდესაც სალომემ, ჰეროდიას ასულმა (იზებელი), შეასრულა თავისი უაღრესად მაცდუნებელი ცეკვა, და ჰეროდე ავლენს თავის ვნებით აღძრულსა და სისხლის აღრევაზე მიმართულ სურვილებს. იგი სრულად არის მოხიბლული თავისი გერის ქალიშვილის სექსუალური შემოთავაზებებით და მას თავის სამეფოს ნახევრამდე სთავაზობს.</w:t>
      </w:r>
    </w:p>
    <w:p>
      <w:pPr>
        <w:pStyle w:val="ArticleScripture"/>
        <w:jc w:val="left"/>
      </w:pPr>
      <w:r>
        <w:rPr>
          <w:rFonts w:ascii="Sylfaen" w:hAnsi="Sylfaen" w:eastAsia="Sylfaen" w:cs="Sylfaen"/>
        </w:rPr>
        <w:t>და როცა მოხერხებული დღე დადგა, ჰეროდემ თავისი დაბადების დღესასწაულზე სერობა გაუმართა თავის დიდებულებს, ათასისთავებს და გალილეის წარჩინებულთ; და როცა შემოვიდა იმ ჰეროდიას ასული, იცეკვა და ასიამოვნა ჰეროდესაც და მასთან მსხდომთაც, მეფემ უთხრა ქალწულს: მთხოვე, რაც გსურს, და მოგცემ. და შეჰფიცა მას: რასაც უნდა მთხოვდე, მოგცემ, თუნდაც ჩემი სამეფოს ნახევარს. და იგი გავიდა და უთხრა თავის დედას: რა ვითხოვო? მან კი უთხრა: იოანე ნათლისმცემლის თავი. და მაშინვე, სასწრაფოდ შევიდა მეფესთან და ითხოვა, უთხრა: მსურს, რომ ახლავე ლანგარზე მომცე იოანე ნათლისმცემლის თავი. და მეფე მეტისმეტად დამწუხრდა; მაგრამ თავისი ფიცის გამო და მასთან მსხდომთა გამო, არ ისურვა, უარი ეთქვა მისთვის. და მყისვე მეფემ გაგზავნა ჯალათი და ბრძანა, მისი თავი მოეტანათ; და წავიდა იგი, თავი მოჰკვეთა მას საპყრობილეში, და მოიტანა მისი თავი ლანგარზე, მისცა ქალწულს, ხოლო ქალწულმა მისცა თავის დედას. მარკოზი 6:21–28.</w:t>
      </w:r>
    </w:p>
    <w:p>
      <w:pPr>
        <w:pStyle w:val="ArticleBody"/>
        <w:jc w:val="left"/>
      </w:pPr>
      <w:r>
        <w:rPr>
          <w:rFonts w:ascii="Sylfaen" w:hAnsi="Sylfaen" w:eastAsia="Sylfaen" w:cs="Sylfaen"/>
        </w:rPr>
        <w:t>გამოცხადების მეთვრამეტე თავის პირველი ხმა 2001 წლის 11 სექტემბერს გაისმა, ხოლო მეორე ხმა მალე მოსახდენი კვირადღის კანონის დროს გაისმის. იოანეს მეექვსე თავში წარმოდგენილ ისტორიაში 2001 წლის პირველი ხმა იყო ქრისტეს ხმა, რომელიც თავის მოწაფეებს აუწყებდა, რომ მათ უნდა ეჭამათ მისი ხორცი და დაელიათ მისი სისხლი, რადგან იგი იყო ზეცის ჭეშმარიტი პური. ეს პერიოდი გალილეაში დაიწყო და დასრულდა მისი იმ მოწაფეების განწმედით, რომლებიც მას განუდგნენ იოანეს მეექვსე თავში, სამოცდამეექვსე მუხლში. ეს ისტორია გალილეაში საკვების საცდელით დაიწყო და დასრულდა მხეცის ნიშნის იძულებითი აღსრულებით, როგორც ამას წინასახეობრივად აღნიშნავს პაპის სახელის რიცხვი, რომელიც არის ექვსი, ექვსი, ექვსი. გალილეა ნიშნავს „გარდამტეხ მომენტს“, და 2001 წლის 11 სექტემბერი იყო წინასწარმეტყველური „გარდამტეხი მომენტი“ (გალილეა), ხოლო ჰეროდეს დაბადების დღე დაკავშირებული იყო გალილეის ხელმძღვანელობასთან. გამოცხადების მეთვრამეტე თავის დასაწყისის ხმა და გამოცხადების მეთვრამეტე თავის დასასრულის ხმა ორივე წარმოდგენილია გალილეით, რომელიც გარდამტეხი მომენტია.</w:t>
      </w:r>
    </w:p>
    <w:p>
      <w:pPr>
        <w:pStyle w:val="ArticleScripture"/>
        <w:jc w:val="left"/>
      </w:pPr>
      <w:r>
        <w:rPr>
          <w:rFonts w:ascii="Sylfaen" w:hAnsi="Sylfaen" w:eastAsia="Sylfaen" w:cs="Sylfaen"/>
        </w:rPr>
        <w:t>„არსებობს გაკვეთილები, რომლებიც წარსულის ისტორიიდან უნდა ვისწავლოთ; და ყურადღება სწორედ მათზეა მიპყრობილი, რათა ყველამ გაიგოს, რომ ღმერთი დღესაც იმავე გზებით მოქმედებს, როგორც მუდამ მოქმედებდა. მისი ხელი დღესაც ჩანს მის საქმეში და ხალხთა შორის, ზუსტად ისევე, როგორც მაშინ ჩანდა, მას შემდეგ, რაც სახარება პირველად იქნა ადამს ედემში გამოცხადებული.</w:t>
      </w:r>
    </w:p>
    <w:p>
      <w:pPr>
        <w:pStyle w:val="ArticleScripture"/>
        <w:jc w:val="left"/>
      </w:pPr>
      <w:r>
        <w:rPr>
          <w:rFonts w:ascii="Sylfaen" w:hAnsi="Sylfaen" w:eastAsia="Sylfaen" w:cs="Sylfaen"/>
        </w:rPr>
        <w:t>„არსებობს პერიოდები, რომლებიც გარდამტეხ მომენტებს წარმოადგენს ერების და ეკლესიის ისტორიაში. ღვთის განგებულებაში, როდესაც ეს სხვადასხვა კრიზისები დგება, იმ დროისთვის საჭირო ნათელი იძლევა. თუ იგი მიიღება, სულიერი წინსვლა მოჰყვება; თუ უარყოფილია, შედეგად მოდის სულიერი დაცემა და სარწმუნოების დაღუპვა. უფალმა თავის სიტყვაში გამოაჩინა სახარების შემტევი საქმიანობა, როგორც ის წარსულში ხორციელდებოდა და მომავალშიც განხორციელდება, თვით საბოლოო ბრძოლამდე, როდესაც სატანური ძალები განახორციელებენ თავიანთ უკანასკნელ საოცარ მოძრაობას.“ Bible Echo, August 26, 1895.</w:t>
      </w:r>
    </w:p>
    <w:p>
      <w:pPr>
        <w:pStyle w:val="ArticleBody"/>
        <w:jc w:val="left"/>
      </w:pPr>
      <w:r>
        <w:rPr>
          <w:rFonts w:ascii="Sylfaen" w:hAnsi="Sylfaen" w:eastAsia="Sylfaen" w:cs="Sylfaen"/>
        </w:rPr>
        <w:t>გალილეა 2001 წელს და გალილეა მალე მოსალოდნელი კვირადღის კანონის დროს განსაზღვრავს, როდის იღვრება გვიანი წვიმის ნათელი. 2001 წელს ეს იყო გაზომილად გადმოღვრილი, ხოლო მეორე ხმაზე იგი უანგარიშოდ იღვრება, როგორც წარმოდგენილია იმ უზომო გადმოღვრაში მას შემდეგ, რაც ელიამ ბაალის წინასწარმეტყველები დახოცა, რაც ჰეროდეს დაბადების დღის ნადიმზე მოხდა. ჰეროდეს დაბადების დღე აღნიშნავს ბიბლიური წინასწარმეტყველების მეშვიდე სამეფოს შობას, რომელიც უშუალოდ მოსდევს წინა სამეფოს სიკვდილს. შეერთებულმა შტატებმა მმართველობა 1798 წელს დაიწყო, მეხუთე სამეფოს სიკვდილისას, და ბაალის წინასწარმეტყველთა სიკვდილის დროს მეშვიდე სამეფოს დაბადების დღე დგება. ეს მეშვიდე სამეფო წარმოდგენილია ახაბის ჩრდილოეთის ათწილიანი სამეფოთი და ჰეროდეთი, წარმართული რომის ჩრდილოეთის ათწილიანი სამეფოს წარმომადგენლით.</w:t>
      </w:r>
    </w:p>
    <w:p>
      <w:pPr>
        <w:pStyle w:val="ArticleScripture"/>
        <w:jc w:val="left"/>
      </w:pPr>
      <w:r>
        <w:rPr>
          <w:rFonts w:ascii="Sylfaen" w:hAnsi="Sylfaen" w:eastAsia="Sylfaen" w:cs="Sylfaen"/>
        </w:rPr>
        <w:t>და ათი რქა, რომელიც იხილე მხეცზე, შეიძულებენ მეძავს, გააპარტახებენ მას და გააშიშვლებენ, შეჭამენ მის ხორცს და ცეცხლით დაწვავენ მას. რადგან ღმერთმა ჩაუდო მათ გულებში, რომ აღასრულონ მისი ნება, და ერთსულოვანნი იყვნენ, და თავიანთი სამეფო მისცენ მხეცს, ვიდრე აღსრულდებოდეს ღვთის სიტყვები. და დედაკაცი, რომელიც იხილე, არის ის დიდი ქალაქი, რომელიც მეფობს ქვეყნიერების მეფეებზე. გამოცხადება 17:16–18.</w:t>
      </w:r>
    </w:p>
    <w:p>
      <w:pPr>
        <w:pStyle w:val="ArticleBody"/>
        <w:jc w:val="left"/>
      </w:pPr>
      <w:r>
        <w:rPr>
          <w:rFonts w:ascii="Sylfaen" w:hAnsi="Sylfaen" w:eastAsia="Sylfaen" w:cs="Sylfaen"/>
        </w:rPr>
        <w:t>ჰეროდე თანხმდება, აღასრულოს ის ფიცი, რომელიც სალომეს მისცა, და მისცეს მას იოანეს თავი; და მისი ფიცი წარმოდგენილი იყო როგორც მის სამეფოს ნახევრამდე. გაერთიანებული ერების ათი მეფე, მიუხედავად იმისა, რომ მეძავი სძულთ, თანხმდებიან, თავიანთი მეშვიდე სამეფო მისცენ მერვე თავს, რომელიც შვიდი წინამორბედი თავიდან არის. ისინი თანხმდებიან სამეფოზე, რომლის საფუძველიც არის მსოფლიო მასშტაბის სახელმწიფოს შერწყმა მის მსოფლიო ეკლესიასთან. მაგრამ ეს ქორწინება ლათინური ქორწინებაა და არა ინგლისური, რადგან მათი ქორწინება წარმოდგენილია იმით, რომ „ქალი“ „მეფეებზე“ მეფობს. ლათინურ ქორწინებაში ოჯახი ქალის გვარს ინარჩუნებს და არა მამაკაცისას; და ამ ორგვარი ქორწინების სახელწოდება წინასწარმეტყველური თხრობის მნიშვნელოვანი ელემენტია.</w:t>
      </w:r>
    </w:p>
    <w:p>
      <w:pPr>
        <w:pStyle w:val="ArticleScripture"/>
        <w:jc w:val="left"/>
      </w:pPr>
      <w:r>
        <w:rPr>
          <w:rFonts w:ascii="Sylfaen" w:hAnsi="Sylfaen" w:eastAsia="Sylfaen" w:cs="Sylfaen"/>
        </w:rPr>
        <w:t>„მეფეებმა, მმართველებმა და გამგებლებმა საკუთარ თავზე დაიდეს ანტიქრისტეს ნიშანი და წარმოდგენილნი არიან როგორც გველეშაპი, რომელიც მიდის, რათა წმიდებთან იომოს — მათთან, ვინც იცავს ღვთის მცნებებს და აქვს იესოს რწმენა.“ Testimonies to Ministers, 38.</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სიტყვა, რომელიც იხილა ამოცის ძემ, ესაიამ, იუდასა და იერუსალიმის შესახებ. და იქნება უკანასკნელ დღეებში, რომ უფლის სახლის მთა დამყარდება მთათა მწვერვალზე და ამაღლდება ბორცვებზე მაღლა; და ყველა ერი მოედინება მისკენ. და მრავალი ხალხი წავა და იტყვის: მოდით, ავიდეთ უფლის მთაზე, იაკობის ღმერთის სახლში; და ის გვასწავლის თავის გზებს, და ჩვენ ვივლით მის ბილიკებზე; რადგან სიონიდან გამოვა სჯული და უფლის სიტყვა — იერუსალიმიდან.... და იმ დღეს შვიდი ქალი ჩაეჭიდება ერთ კაცს და იტყვის: ჩვენ ჩვენსავე პურს შევჭამთ და ჩვენსავე სამოსს ჩავიცვამთ; ოღონდ შენი სახელით გვიწოდონ, რათა მოგვეხსნას ჩვენი სირცხვილი. იმ დღეს უფლის რტო იქნება მშვენიერი და დიდებული, და ქვეყნის ნაყოფი — საუკეთესო და მშვენიერი ისრაელის გადარჩენილთათვის. და იქნება, რომ ვინც სიონში დარჩება და ვინც იერუსალიმში დარჩება, წმიდად იწოდება, ყოველი, ვინც იერუსალიმში ცოცხალთა შორის ჩაწერილია: როდესაც უფალი ჩამორეცხავს სიონის ასულთა უწმინდურებას და განწმენდს იერუსალიმის სისხლს მისი შუაგულიდან სამსჯავროს სულით და დაწვის სულით. ესაია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ორმოცი ნომერი</dc:title>
  <dc:subject>უკანასკნელი აღთქმა: ელიას როლის გახსნა უფლის დღის წინ</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