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ორმოცდამეორე</w:t>
      </w:r>
    </w:p>
    <w:p>
      <w:pPr>
        <w:pStyle w:val="ArticleSubtitle"/>
        <w:jc w:val="left"/>
      </w:pPr>
      <w:r>
        <w:rPr>
          <w:rFonts w:ascii="Sylfaen" w:hAnsi="Sylfaen" w:eastAsia="Sylfaen" w:cs="Sylfaen"/>
        </w:rPr>
        <w:t>მხეცის ხატის ჩამოყალიბება: წინასწარმეტყველური მოგზაურობის გაცხადება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2024-03-17</w:t>
      </w:r>
    </w:p>
    <w:p>
      <w:pPr>
        <w:pStyle w:val="ArticleBody"/>
        <w:jc w:val="left"/>
      </w:pPr>
      <w:r>
        <w:rPr>
          <w:rFonts w:ascii="Sylfaen" w:hAnsi="Sylfaen" w:eastAsia="Sylfaen" w:cs="Sylfaen"/>
        </w:rPr>
        <w:t>ღვთის ხალხისთვის ის დიდი გამოცდა, რომელიც მათ უნდა გაიარონ, ვიდრე დაიბეჭდებოდნენ, არის მხეცის ხატის ჩამოყალიბება. ეს ჩამოყალიბება მიმდინარეობს 2001 წლის 11 სექტემბრიდან შეერთებულ შტატებში კვირის კანონის დადგომამდე. ეს წინასწარმეტყველური პერიოდი წარმოადგენს ას ორმოცდაოთხი ათასის დაბეჭდვის დროს და იმ პერიოდს, როდესაც ყოველი ბიბლიური ხილვა პოულობს თავის სრულყოფილ აღსრულებას. ამ პერიოდში ჭეშმარიტი პროტესტანტული რქა განიწმინდება და მარადისობისათვის ასახავს ქრისტეს ხატს, რადგან ქრისტე პროტესტანტია.</w:t>
      </w:r>
    </w:p>
    <w:p>
      <w:pPr>
        <w:pStyle w:val="ArticleScripture"/>
        <w:jc w:val="left"/>
      </w:pPr>
      <w:r>
        <w:rPr>
          <w:rFonts w:ascii="Sylfaen" w:hAnsi="Sylfaen" w:eastAsia="Sylfaen" w:cs="Sylfaen"/>
        </w:rPr>
        <w:t>„ქრისტე პროტესტანტი იყო. იგი იუდეველი ერის ფორმალური თაყვანისცემის წინააღმდეგ გამოვიდა, რომელთაც ღვთის განზრახვა საკუთარი თავის წინააღმდეგ უარყვეს. მან უთხრა მათ, რომ ისინი ადამიანთა მცნებებს მოძღვრებად ასწავლიდნენ და რომ იყვნენ მოჩვენებანი და თვალთმაქცნი. შეთეთრებულ სამარხთა მსგავსად, გარეგნულად მშვენიერნი იყვნენ, ხოლო შინაგანად უწმინდურებითა და ხრწნილებით აღსავსენი. რეფორმატორთა სათავე ქრისტესა და მოციქულებამდე აღწევს. ისინი გამოვიდნენ და გამოეყვნენ ფორმებისა და ცერემონიების რელიგიას. ლუთერს და მის მიმდევრებს რეფორმირებული სარწმუნოება არ გამოუგონებიათ. მათ უბრალოდ მიიღეს იგი ისე, როგორც ქრისტემ და მოციქულებმა წარმოადგინეს. ბიბლია წარმოგვიდგება, როგორც საკმარისი მეგზური; მაგრამ პაპი და მისი მსახურნი მას ხალხს აშორებენ, თითქოს წყევლა იყოს, რადგან იგი ამხელს მათ მოჩვენებითობას და კიცხავს მათ კერპთაყვანისმცემლობას.“ Review and Herald, June 1, 1886.</w:t>
      </w:r>
    </w:p>
    <w:p>
      <w:pPr>
        <w:pStyle w:val="ArticleBody"/>
        <w:jc w:val="left"/>
      </w:pPr>
      <w:r>
        <w:rPr>
          <w:rFonts w:ascii="Sylfaen" w:hAnsi="Sylfaen" w:eastAsia="Sylfaen" w:cs="Sylfaen"/>
        </w:rPr>
        <w:t>ბეჭდვის ჟამს პროტესტანტული რქა განიწმინდება და განიწმინდება. იმავე დროის მონაკვეთში განდგომილი რესპუბლიკური რქა უერთდება განდგომილ პროტესტანტებს, რითაც ყალიბდება ძალაუფლების რქა, რომელიც ეკლესიისა და სახელმწიფოს შერწყმას წარმოადგენს. მაშინ მიწის მხეცის ორი რქა ხდება მხეცის ხატი და ქრისტეს ხატი. განდგომილების რქა არის გახრწნილი ეკლესიისა და გახრწნილი სახელმწიფოს ორმაგი კავშირი, ხოლო სიმართლის რქა არის ღვთაებრიობისა და კაცობრიობის ორმაგი კავშირი.</w:t>
      </w:r>
    </w:p>
    <w:p>
      <w:pPr>
        <w:pStyle w:val="ArticleBody"/>
        <w:jc w:val="left"/>
      </w:pPr>
      <w:r>
        <w:rPr>
          <w:rFonts w:ascii="Sylfaen" w:hAnsi="Sylfaen" w:eastAsia="Sylfaen" w:cs="Sylfaen"/>
        </w:rPr>
        <w:t>მხეცის ხატი ამის შემდეგ ყალიბდება მსოფლიოში, და იგი ორგვარი მხეცია, რომელიც წარმოდგენილია სახელმწიფოთი (გაერთიანებული ერებით), რომელმაც დედამიწის მხეცის განდგომილი პროტესტანტიზმი მიიღო, როგორც თავისი ათი თავიდან მთავარი თავი. ამ მხეცზე ქალი, რომელიც მეძავთა დედაა, მეფობს ათი მეფის მხეცზე. მხეცი, რომელზეც იგი ზის, ეკლესიისა და სახელმწიფოს შერწყმაა, როგორც წარმოდგენილია ჰეროდეს სისხლით აღრეული სულიერი მრუშობით ჰეროდიადას ასულ სალომესთან. და ის ურთიერთობაც, რომელიც აქვს ქალს, რომელიც მხეცზე მეფობს, აგრეთვე ეკლესიისა და სახელმწიფოს შერწყმაა, სადაც რომის მეძავის უკანონო კავშირი იმ მეფეებთან, რომლებიც მსოფლიო მხეცს შეადგენენ, წარმოადგენს გაერთიანებულ ერებს. მხეცის ხატში, რომელიც იძულებით თავს მოხვეული იქნება მთელ მსოფლიოს, ყოველი ერი იქნება ჩართული, ყველა გახრწნილი ძალა ერთად შეერთდება.</w:t>
      </w:r>
    </w:p>
    <w:p>
      <w:pPr>
        <w:pStyle w:val="ArticleScripture"/>
        <w:jc w:val="left"/>
      </w:pPr>
      <w:r>
        <w:rPr>
          <w:rFonts w:ascii="Sylfaen" w:hAnsi="Sylfaen" w:eastAsia="Sylfaen" w:cs="Sylfaen"/>
        </w:rPr>
        <w:t>„გამოცხადება 17:13–14 ციტირებულია. „ამათ ერთი გონება აქვთ.“ იარსებებს კავშირის საყოველთაო ბმა, ერთი დიდი თანხმობა, სატანის ძალთა კონფედერაცია. „და მისცემენ თავიანთ ძალასა და სიმტკიცეს მხეცს.“ ამგვარად ვლინდება იგივე თვითნებური, დამთრგუნველი ძალაუფლება რელიგიური თავისუფლების, ღვთის თაყვანისცემის თავისუფლების წინააღმდეგ სინდისის კარნახის თანახმად, როგორც ეს პაპობის მიერ გამოვლინდა, როდესაც წარსულში იგი დევნიდა მათ, ვინც გაბედა უარი ეთქვა რომანიზმის რელიგიურ წესებსა და ცერემონიებთან შეგუებაზე.</w:t>
      </w:r>
    </w:p>
    <w:p>
      <w:pPr>
        <w:pStyle w:val="ArticleScripture"/>
        <w:jc w:val="left"/>
      </w:pPr>
      <w:r>
        <w:rPr>
          <w:rFonts w:ascii="Sylfaen" w:hAnsi="Sylfaen" w:eastAsia="Sylfaen" w:cs="Sylfaen"/>
        </w:rPr>
        <w:t>„უკანასკნელ დღეებში გასამართ ბრძოლაში, ღვთის ხალხის წინააღმდეგ, გაერთიანდება ყველა ის გახრწნილი ძალა, რომელმაც განუდგა იეჰოვას რჯულისადმი მორჩილებას. ამ ბრძოლაში მეოთხე მცნების შაბათი იქნება მთავარი სადავო საკითხი; რადგან შაბათის მცნებაში დიდი რჯულმდებელი საკუთარ თავს ცათა და მიწის შემოქმედად აცხადებს.“ The Seventh-day Adventist Bible Commentary, volume 8, 983.</w:t>
      </w:r>
    </w:p>
    <w:p>
      <w:pPr>
        <w:pStyle w:val="ArticleBody"/>
        <w:jc w:val="left"/>
      </w:pPr>
      <w:r>
        <w:rPr>
          <w:rFonts w:ascii="Sylfaen" w:hAnsi="Sylfaen" w:eastAsia="Sylfaen" w:cs="Sylfaen"/>
        </w:rPr>
        <w:t>ის ფაქტი, რომ მხეცის მსოფლიო ხატთან დაკავშირებული აჯანყება „უნივერსალურია“ და წარმოადგენს „ყველა გახრწნილ ძალას, რომლებიც იეჰოვას რჯულისადმი ერთგულებას განუდგნენ“, მიუთითებს, რომ ამერიკის შეერთებულ შტატებში მხეცის ხატის ჩამოყალიბება ნიშნავს ყველა იმ გახრწნილი ძალის გაერთიანებას, რომლებიც განდგომილებაში ჩავარდნენ. ამერიკის შეერთებული შტატების პროტესტანტები განდგნენ, როდესაც 1844 წელს პირველი ანგელოზის უწყება უარყვეს, ხოლო ლაოდიკიური ადვენტიზმი განდგა 1863 წელს. განდგომილი პროტესტანტიზმი და ლაოდიკიური ადვენტიზმი, რესპუბლიკანიზმის რქის შიგნით არსებულ პოლიტიკურ ფრაქციებთან ერთად, რომლებიც ცრუ წინასწარმეტყველის მიერ არიან ცდუნებულნი, რათა თავიანთი სამეფოს ნახევარი დათმონ, შექმნიან „ერთობის კავშირს“.</w:t>
      </w:r>
    </w:p>
    <w:p>
      <w:pPr>
        <w:pStyle w:val="ArticleBody"/>
        <w:jc w:val="left"/>
      </w:pPr>
      <w:r>
        <w:rPr>
          <w:rFonts w:ascii="Sylfaen" w:hAnsi="Sylfaen" w:eastAsia="Sylfaen" w:cs="Sylfaen"/>
        </w:rPr>
        <w:t>მსოფლიო მასშტაბის მხეცის ხატთან მიმართებით, სწორედ ცრუ წინასწარმეტყველი აცდუნებს დედამიწას. მხეცის იმ ხატში, რომელიც შეერთებული შტატების შიგნით წარმოიქმნება, ცრუ წინასწარმეტყველი, რომელიც წარმოშობს უწმინდურს, თუმცა გაერთიანებულ „სატანის ძალთა კონფედერაციას“, ასევე უნდა იყოს „ცრუ წინასწარმეტყველი“. მსოფლიო მხეცის ხატი ორმაგია, თუმცა ამავე დროს სამმაგი კავშირიცაა. დრაკონის, მხეცისა და ცრუ წინასწარმეტყველის ეს სამმაგი კავშირი მიჰყავს მსოფლიოს არმაგედონამდე. მხეცის იმ ხატში, რომელიც პირველად ყალიბდება შეერთებული შტატების შიგნით, უნდა არსებობდეს სამმაგი კავშირი, რომელიც ამავე დროს ასევე ორმაგი მხეცია. ორივე მხეცის ხატში, ორმაგი ბუნება არის ეკლესიისა და სახელმწიფოს შეერთება, ამ ურთიერთობაში კი ეკლესია ბატონობს.</w:t>
      </w:r>
    </w:p>
    <w:p>
      <w:pPr>
        <w:pStyle w:val="ArticleBody"/>
        <w:jc w:val="left"/>
      </w:pPr>
      <w:r>
        <w:rPr>
          <w:rFonts w:ascii="Sylfaen" w:hAnsi="Sylfaen" w:eastAsia="Sylfaen" w:cs="Sylfaen"/>
        </w:rPr>
        <w:t>სამმაგი კავშირი უნდა იყოს წარმოდგენილი მხეცთა ორივე ხატებაში, მაგრამ გამოცხადების წიგნში არსებობს გველეშაპის, მხეცისა და ცრუ წინასწარმეტყველის ორი გამოვლინება. მსოფლიო მასშტაბის მხეცის ხატის სამმაგი სტრუქტურა წარმოდგენილია სპირიტიზმით (გველეშაპი), კათოლიციზმით (მხეცი) და განდგომილი პროტესტანტიზმით (ცრუ წინასწარმეტყველი). ამ სამთაგან თითოეულს აქვს არა მხოლოდ რელიგიური ელემენტი (სპირიტიზმი, კათოლიციზმი და განდგომილი პროტესტანტიზმი), არამედ პოლიტიკური ელემენტიც. გველეშაპი (სოციალიზმი თავისი მრავალგვარი ფორმებით), მხეცი (მონარქია) და ცრუ წინასწარმეტყველი (იწყებს როგორც რესპუბლიკა, სრულდება როგორც დემოკრატია).</w:t>
      </w:r>
    </w:p>
    <w:p>
      <w:pPr>
        <w:pStyle w:val="ArticleBody"/>
        <w:jc w:val="left"/>
      </w:pPr>
      <w:r>
        <w:rPr>
          <w:rFonts w:ascii="Sylfaen" w:hAnsi="Sylfaen" w:eastAsia="Sylfaen" w:cs="Sylfaen"/>
        </w:rPr>
        <w:t>შეერთებულ შტატებში შემდგარი სამგვარი კავშირი ძალდატანებით ერთიანდება (მოტყუვებულია) ცრუ წინასწარმეტყველის მიერ, ისევე როგორც მხეცის მსოფლიო ხატიც. გამოცხადების წიგნში არის კიდევ ერთი სამგვარი კავშირი, რომელიც განისაზღვრება სამი განდგომილი ძალით, რომლებიც უფსკრულიდან ამოდიან. კათოლიციზმი მეჩვიდმეტე თავში უფსკრულიდან ამოდის და იგი არის იმ სამგვარი კავშირის მხეცი, რომელიც უფსკრულიდან არის.</w:t>
      </w:r>
    </w:p>
    <w:p>
      <w:pPr>
        <w:pStyle w:val="ArticleScripture"/>
        <w:jc w:val="left"/>
      </w:pPr>
      <w:r>
        <w:rPr>
          <w:rFonts w:ascii="Sylfaen" w:hAnsi="Sylfaen" w:eastAsia="Sylfaen" w:cs="Sylfaen"/>
        </w:rPr>
        <w:t>მხეცი, რომელიც იხილე, იყო და აღარ არის; და აღვეს უფსკრულიდან და წარწყმედაში წავა; და გაიკვირვებენ დედამიწაზე მცხოვრებნი, რომელთა სახელები ქვეყნიერების დასაბამიდან სიცოცხლის წიგნში არ არის დაწერილი, როცა იხილავენ მხეცს, რომელიც იყო და აღარ არის, და მაინც არის. გამოცხადება 17:8.</w:t>
      </w:r>
    </w:p>
    <w:p>
      <w:pPr>
        <w:pStyle w:val="ArticleBody"/>
        <w:jc w:val="left"/>
      </w:pPr>
      <w:r>
        <w:rPr>
          <w:rFonts w:ascii="Sylfaen" w:hAnsi="Sylfaen" w:eastAsia="Sylfaen" w:cs="Sylfaen"/>
        </w:rPr>
        <w:t>ათეიზმის დრაკონული ძალა მეთერთმეტე თავში უფსკრულიდან ამოდის.</w:t>
      </w:r>
    </w:p>
    <w:p>
      <w:pPr>
        <w:pStyle w:val="ArticleScripture"/>
        <w:jc w:val="left"/>
      </w:pPr>
      <w:r>
        <w:rPr>
          <w:rFonts w:ascii="Sylfaen" w:hAnsi="Sylfaen" w:eastAsia="Sylfaen" w:cs="Sylfaen"/>
        </w:rPr>
        <w:t>და როცა ისინი დაასრულებენ თავიანთ მოწმობას, მხეცი, რომელიც უფსკრულიდან ამოდის, ომს გაუმართავს მათ, სძლევს მათ და მოკლავს მათ. გამოცხადება 11:7.</w:t>
      </w:r>
    </w:p>
    <w:p>
      <w:pPr>
        <w:pStyle w:val="ArticleBody"/>
        <w:jc w:val="left"/>
      </w:pPr>
      <w:r>
        <w:rPr>
          <w:rFonts w:ascii="Sylfaen" w:hAnsi="Sylfaen" w:eastAsia="Sylfaen" w:cs="Sylfaen"/>
        </w:rPr>
        <w:t>ისლამის ცრუ წინასწარმეტყველი მეცხრე თავში უფსკრულის უფსკრულიდან ამოდის.</w:t>
      </w:r>
    </w:p>
    <w:p>
      <w:pPr>
        <w:pStyle w:val="ArticleScripture"/>
        <w:jc w:val="left"/>
      </w:pPr>
      <w:r>
        <w:rPr>
          <w:rFonts w:ascii="Sylfaen" w:hAnsi="Sylfaen" w:eastAsia="Sylfaen" w:cs="Sylfaen"/>
        </w:rPr>
        <w:t>და მეხუთე ანგელოზმა ჩაჰბერა, და ვიხილე ვარსკვლავი, რომელიც ციდან დაეცა მიწაზე; და მას მიეცა უძირო უფსკრულის გასაღები. და გახსნა მან უძირო უფსკრული; და ამოვიდა კვამლი უფსკრულიდან, როგორც დიდი ღუმლის კვამლი; და დაბნელდა მზე და ჰაერი უფსკრულის კვამლის გამო. და გამოვიდნენ კვამლიდან კალიები მიწაზე; და მიეცა მათ ძალაუფლება, როგორც მიწის მორიელებს აქვთ ძალაუფლება. გამოცხადება 9:1–3.</w:t>
      </w:r>
    </w:p>
    <w:p>
      <w:pPr>
        <w:pStyle w:val="ArticleBody"/>
        <w:jc w:val="left"/>
      </w:pPr>
      <w:r>
        <w:rPr>
          <w:rFonts w:ascii="Sylfaen" w:hAnsi="Sylfaen" w:eastAsia="Sylfaen" w:cs="Sylfaen"/>
        </w:rPr>
        <w:t>ვარსკვლავი, რომელიც ციდან ჩამოვარდა და გახსნა უძირო უფსკრული, იყო ცრუ წინასწარმეტყველი მუჰამედი; და როდესაც მან გახსნა უფსკრული, მან ისლამის მებრძოლები, „კალიებად“ წარმოდგენილნი, უკანასკნელი დღეების წინასწარმეტყველურ თხრობაში შემოიყვანა. უძირო უფსკრულის სამმხრივ კავშირს ჰყავს გველეშაპი (ათეიზმი), მხეცი (კათოლიციზმი) და ცრუ წინასწარმეტყველი (ისლამი). მხეცის მსოფლიო ხატებაში ცრუ წინასწარმეტყველი განდგომილი პროტესტანტიზმია. ეს ცრუ წინასწარმეტყველი ატყუებს მთელ სამყაროს სალომეს მაცდური ცეკვით, ან ქარმელის მთაზე ბაალის წინასწარმეტყველთა ცეკვით. გამოცხადების მეცამეტე თავში იგი ატყუებს სამყაროს იმ სასწაულებით, რომლებსაც მხეცის წინაშე ახდენს. მოტყუების ეს სიმბოლური სახეები წარმოადგენს ეკონომიკური გამოძალვისა და სამხედრო ძლიერების ძალას.</w:t>
      </w:r>
    </w:p>
    <w:p>
      <w:pPr>
        <w:pStyle w:val="ArticleScripture"/>
        <w:jc w:val="left"/>
      </w:pPr>
      <w:r>
        <w:rPr>
          <w:rFonts w:ascii="Sylfaen" w:hAnsi="Sylfaen" w:eastAsia="Sylfaen" w:cs="Sylfaen"/>
        </w:rPr>
        <w:t>და იგი ახდენს დიდ სასწაულებს, ისე რომ ადამიანთა თვალწინ ზეციდან მიწაზე ცეცხლსაც კი ჩამოიყვანს; და ატყუებს დედამიწაზე მცხოვრებთ იმ სასწაულებით, რომელთა ქმნის ძალაუფლებაც მხეცის წინაშე მიეცა; და ეუბნება დედამიწაზე მცხოვრებთ, რომ შექმნან ხატება იმ მხეცისა, რომელსაც მახვილით ჰქონდა ჭრილობა მიყენებული და მაინც გაცოცხლდა. და მიეცა მას ძალაუფლება, რომ სიცოცხლე შთაებერა მხეცის ხატებისთვის, რათა მხეცის ხატებას ელაპარაკა კიდეც და ისიც მოეხდინა, რომ ყველა, ვინც არ ეთაყვანებოდა მხეცის ხატებას, მოეკლათ. და აიძულებს ყველას — მცირესა და დიდს, მდიდარსა და ღარიბს, თავისუფალსა და მონას — მიიღონ ნიშანი მარჯვენა ხელზე ან თავიანთ შუბლზე; რათა ვერავინ იყიდოს ან გაყიდოს, გარდა იმისა, ვისაც აქვს ნიშანი, ან მხეცის სახელი, ან მისი სახელის რიცხვი. გამოცხადება 13:13–17.</w:t>
      </w:r>
    </w:p>
    <w:p>
      <w:pPr>
        <w:pStyle w:val="ArticleBody"/>
        <w:jc w:val="left"/>
      </w:pPr>
      <w:r>
        <w:rPr>
          <w:rFonts w:ascii="Sylfaen" w:hAnsi="Sylfaen" w:eastAsia="Sylfaen" w:cs="Sylfaen"/>
        </w:rPr>
        <w:t>მოტყუება და სასწაულები, რომლებიც ცრუ წინასწარმეტყველთან არის დაკავშირებული, სინამდვილეში გამოხატავს იმ ძალას, რომელიც წარმოშობილია ეკონომიკის მიერ („რათა ვერავის ეყიდა ან გაეყიდა“), და სამხედრო ძლიერების მიერ („უნდა მოეკლათ“). ბიბლიაში ისლამის ცრუ წინასწარმეტყველი წარმოადგენს ისლამის მოქმედებას ერების გასარისხებლად და შესავიწროებლად. ისინი თავიანთ საქმეს, ერების გასარისხებლად და შესავიწროებლად, ომით ასრულებენ, და ბიბლია მიუთითებს, რომ მათი ომი, თავის მხრივ, ეკონომიკურ უბედურებას წარმოშობს. ისლამის ომი და მის შედეგად დამდგარი ეკონომიკური ნგრევა არის ის საკითხი, რომელიც აერთიანებს შეერთებულ შტატებში „ყველა გახრწნილ ძალას, რომელიც განუდგა იეჰოვას რჯულისადმი ერთგულებას“.</w:t>
      </w:r>
    </w:p>
    <w:p>
      <w:pPr>
        <w:pStyle w:val="ArticleBody"/>
        <w:jc w:val="left"/>
      </w:pPr>
      <w:r>
        <w:rPr>
          <w:rFonts w:ascii="Sylfaen" w:hAnsi="Sylfaen" w:eastAsia="Sylfaen" w:cs="Sylfaen"/>
        </w:rPr>
        <w:t>ჯვარზე სადუკეველებმა და ფარისევლებმა სრულად „განუდგნენ იეჰოვას რჯულისადმი ერთგულებას“, როდესაც ისინი ერთად შეიკრიბნენ, რათა ჭეშმარიტი პროტესტანტული რქა ჯვარს ეცვათ. ქრისტეს უარყოფით მათ ბარაბა აირჩიეს, რომელიც ცრუ ქრისტეს წარმოადგენს. „ბარ“ ნიშნავს ძეს, ხოლო „აბბა“ ნიშნავს მამას. ბარაბა ნიშნავს „მამის ძეს“. ქრისტე ყველა წინასწარმეტყველზე უდიდესი იყო, ხოლო ბარაბა ცრუ წინასწარმეტყველის სიმბოლო იყო.</w:t>
      </w:r>
    </w:p>
    <w:p>
      <w:pPr>
        <w:pStyle w:val="ArticleBody"/>
        <w:jc w:val="left"/>
      </w:pPr>
      <w:r>
        <w:rPr>
          <w:rFonts w:ascii="Sylfaen" w:hAnsi="Sylfaen" w:eastAsia="Sylfaen" w:cs="Sylfaen"/>
        </w:rPr>
        <w:t>ას ორმოცდაოთხი ათასის დაბეჭდვის ჟამს, მიწის მხეცის ორი რქა თავისი საბოლოო წინასწარმეტყველური გამოვლინების წერტილს აღწევს. ერთი ქრისტეს ხატებას წარმოადგენს, მეორე — მხეცის ხატებას. იმ ისტორიაში, სადაც ეს ორი რქა თავს ავლენს, განდგომილმა პროტესტანტიზმმა 2001 წელს Patriot Act-ით თავისი სვლა მალე მოსალოდნელი კვირა-დღის კანონისკენ დაიწყო. ეს სასაზღვრო ნიშანი შეესაბამება დამოუკიდებლობის დეკლარაციას, რომელიც დასაწყისში კრავივით ლაპარაკობდა, რადგან იგი გამოხატავდა პროტესტანტიზმის პროტესტს სამეფო ძალაუფლებისა და პაპისტური მმართველობის წინააღმდეგ. ხოლო სასაზღვრო ნიშანი, რომელსაც იგი თავის დასასრულში შეესაბამება (Patriot Act), პროტესტანტიზმის ჩახშობას გამოხატავს.</w:t>
      </w:r>
    </w:p>
    <w:p>
      <w:pPr>
        <w:pStyle w:val="ArticleBody"/>
        <w:jc w:val="left"/>
      </w:pPr>
      <w:r>
        <w:rPr>
          <w:rFonts w:ascii="Sylfaen" w:hAnsi="Sylfaen" w:eastAsia="Sylfaen" w:cs="Sylfaen"/>
        </w:rPr>
        <w:t>დაბეჭდვის ჟამის განმავლობაში ორი რქის გზაზე მეორე გზამკვლევი დასაწყისში წარმოდგენილი იყო კონსტიტუციით, რომელმაც კოდიფიცირებულად დაადგინა ორი ძალაუფლების გამიჯვნა, რაც მიწის მხეცის ძალას წარმოადგენს. ამ გზამკვლევმა თავისი პარალელი დასასრულში მიაღწია 2021 წლის 6 იანვრის მოსმენების „კენგურუს სასამართლოში“, სადაც კონსტიტუციის ძირითადი პრივილეგიები პოლიტიკური მიზანშეწონილობის გამო გვერდზე იქნა გადადებული.</w:t>
      </w:r>
    </w:p>
    <w:p>
      <w:pPr>
        <w:pStyle w:val="ArticleBody"/>
        <w:jc w:val="left"/>
      </w:pPr>
      <w:r>
        <w:rPr>
          <w:rFonts w:ascii="Sylfaen" w:hAnsi="Sylfaen" w:eastAsia="Sylfaen" w:cs="Sylfaen"/>
        </w:rPr>
        <w:t>ორი რქის დასასრულის გზაზე უკანასკნელი გზამკვლევი არის მალე მოსალოდნელი კვირა დღის კანონი, რომელიც თავისი დასაწყისში წინასწარნიშნად იყო წარმოდგენილი უცხოელთა და ამბოხების აქტებით. ამრიგად, საწყისი ისტორიის სამი გზამკვლევი მიუთითებდა გადასვლაზე კრავის მიერ წარმოდგენილი დამოუკიდებლობიდან და თავისუფლებიდან (1776), რაც არის ჭეშმარიტად თავისუფალი ყოფნის ერთადერთი გზა, დრაკონის მონობამდე (1798).</w:t>
      </w:r>
    </w:p>
    <w:p>
      <w:pPr>
        <w:pStyle w:val="ArticleBody"/>
        <w:jc w:val="left"/>
      </w:pPr>
      <w:r>
        <w:rPr>
          <w:rFonts w:ascii="Sylfaen" w:hAnsi="Sylfaen" w:eastAsia="Sylfaen" w:cs="Sylfaen"/>
        </w:rPr>
        <w:t>ბეჭედდასმის დროის სამი საზღვარი აღნიშნავს მიწის მხეცის, ანუ ცრუ წინასწარმეტყველის, უკანასკნელ გზას. ეს გზა იერუსალიმში სრულდება, როცა აღმართული იქნება დროშა და როცა მაშინ მრავალი იტყვის: „მოდით, და ავიდეთ უფლის მთაზე, იაკობის ღმერთის სახლში; და ის გვასწავლის თავის გზებს, და ვივლით მის ბილიკებზე; რადგან სიონიდან გამოვა რჯული და უფლის სიტყვა — იერუსალიმიდან.“</w:t>
      </w:r>
    </w:p>
    <w:p>
      <w:pPr>
        <w:pStyle w:val="ArticleBody"/>
        <w:jc w:val="left"/>
      </w:pPr>
      <w:r>
        <w:rPr>
          <w:rFonts w:ascii="Sylfaen" w:hAnsi="Sylfaen" w:eastAsia="Sylfaen" w:cs="Sylfaen"/>
        </w:rPr>
        <w:t>მიწის მხეცის საბოლოო სამსაფეხურიანი მოგზაურობა არის ცრუ წინასწარმეტყველის მოგზაურობა იერუსალიმისკენ მიმავალ გზაზე. როდესაც ჭეშმარიტი წინასწარმეტყველი მოვიდა და იერუსალიმში შევიდა, მან ეს ვირზე ამხედრებულმა გააკეთა. მიწის მხეციც „ვირით“ შედის იერუსალიმში, რადგან, როგორც ცრუ წინასწარმეტყველი (მიწის მხეცი), იგი ბალაამით არის წარმოდგენილი. ბალაამმა, დიდებისა და სიმდიდრის ძიებისას, განეშორა ჭეშმარიტი წინასწარმეტყველის მოწოდებას და „განდგა იეჰოვას რჯულისადმი ერთგულებისგან.“ მან გადაწყვიტა მონაწილეობა მიეღო ღვთის ხალხის დაწყევლაში, როგორც ამას ამერიკის შეერთებული შტატებიც გააკეთებენ მალე მოსასვლელი კვირა-კანონის დროს.</w:t>
      </w:r>
    </w:p>
    <w:p>
      <w:pPr>
        <w:pStyle w:val="ArticleBody"/>
        <w:jc w:val="left"/>
      </w:pPr>
      <w:r>
        <w:rPr>
          <w:rFonts w:ascii="Sylfaen" w:hAnsi="Sylfaen" w:eastAsia="Sylfaen" w:cs="Sylfaen"/>
        </w:rPr>
        <w:t>ბალაამის მგზავრობა აღსრულდა სახედარზე ჯდომით, და მისი გზის განმავლობაში სამჯერ არის ნაჩვენები, რომ ბალაამის სახედარმა ბალაამს მწუხარება მიაყენა. პირველად სახედარი გზიდან გადაუხვია.</w:t>
      </w:r>
    </w:p>
    <w:p>
      <w:pPr>
        <w:pStyle w:val="ArticleScripture"/>
        <w:jc w:val="left"/>
      </w:pPr>
      <w:r>
        <w:rPr>
          <w:rFonts w:ascii="Sylfaen" w:hAnsi="Sylfaen" w:eastAsia="Sylfaen" w:cs="Sylfaen"/>
        </w:rPr>
        <w:t>და იხილა ვირმა უფლის ანგელოზი, გზაზე მდგომი, ხელში ამოღებული მახვილით; და გადაუხვია ვირმა გზიდან და წავიდა მინდორში; ხოლო ბალაამმა სცემა ვირს, რათა გზაზე დაებრუნებინა იგი. რიცხვნი 22:23.</w:t>
      </w:r>
    </w:p>
    <w:p>
      <w:pPr>
        <w:pStyle w:val="ArticleBody"/>
        <w:jc w:val="left"/>
      </w:pPr>
      <w:r>
        <w:rPr>
          <w:rFonts w:ascii="Sylfaen" w:hAnsi="Sylfaen" w:eastAsia="Sylfaen" w:cs="Sylfaen"/>
        </w:rPr>
        <w:t>2001 წლის 11 სექტემბერს მესამე ვაი-ს ისლამმა, ბიბლიური წინასწარმეტყველების ველურმა არაბულმა ვირმა, ბალაამი გზიდან გადააყენა, რადგან, როდესაც ნიუ-იორკის დიდი შენობები დაეცა, ეს ერებისა და ეკლესიის ისტორიაში „შემობრუნების წერტილი“ იყო. გზაზე მდგომი ანგელოზი ის ძლიერი ანგელოზი იყო, რომელიც მაშინ ჩამოვიდა, რათა დედამიწა თავისი დიდებით გაენათებინა. ვირი კვლავ მოუტანდა ბალაამს მწუხარებას.</w:t>
      </w:r>
    </w:p>
    <w:p>
      <w:pPr>
        <w:pStyle w:val="ArticleScripture"/>
        <w:jc w:val="left"/>
      </w:pPr>
      <w:r>
        <w:rPr>
          <w:rFonts w:ascii="Sylfaen" w:hAnsi="Sylfaen" w:eastAsia="Sylfaen" w:cs="Sylfaen"/>
        </w:rPr>
        <w:t>მაგრამ უფლის ანგელოზი დადგა ვენახების ბილიკზე, კედელი იყო ამ მხარესაც და კედელი იმ მხარესაც. და როცა სახედარმა იხილა უფლის ანგელოზი, მიეკრა კედელს და ბალაამს ფეხი კედელს მიაჭყლიტა; და მან კვლავ სცემა მას. რიცხვნი 22:24, 25.</w:t>
      </w:r>
    </w:p>
    <w:p>
      <w:pPr>
        <w:pStyle w:val="ArticleBody"/>
        <w:jc w:val="left"/>
      </w:pPr>
      <w:r>
        <w:rPr>
          <w:rFonts w:ascii="Sylfaen" w:hAnsi="Sylfaen" w:eastAsia="Sylfaen" w:cs="Sylfaen"/>
        </w:rPr>
        <w:t>2001 წლის 11 სექტემბრის შემდეგ ღმერთის ხალხს უნდა ემღერა ვენახის საგალობლის უწყება (ესაია, თავი ოცდაშვიდი), სადაც ამჟამად ბალაამია, „კედლით“ ამ მხარეს და „კედლით“ იმ მხარეს. შეერთებული შტატების სამხრეთ საზღვარზე არსებული კედელი არის ის საკითხი, რომელიც უძღვის წინ „ეკლესიისა და სახელმწიფოს გამყოფი კედლის“ დაცემას მესამე და საბოლოო ნიშნულზე. სამხრეთის საზღვრის „კედლის“ საკითხზეა ბალაამის „ტერფი“ გასრესილი, რადგან იმიგრაციის გამო შიდასახელმწიფოებრივი ომი იწყებს დედამიწის მხეცის ორ დაპირისპირებულ პარტიად გაყოფას, სამოქალაქო ომის გამეორების წინასწარ მოსამზადებლად.</w:t>
      </w:r>
    </w:p>
    <w:p>
      <w:pPr>
        <w:pStyle w:val="ArticleBody"/>
        <w:jc w:val="left"/>
      </w:pPr>
      <w:r>
        <w:rPr>
          <w:rFonts w:ascii="Sylfaen" w:hAnsi="Sylfaen" w:eastAsia="Sylfaen" w:cs="Sylfaen"/>
        </w:rPr>
        <w:t>ორ კედელს შორის არსებული ისტორია არის ის ისტორია, რომელსაც წარმოადგენს კონსტიტუციის გზისნიშანი 1789 წლიდან 1798 წლამდე, რომელმაც წინასახედ წარმოაჩინა 2015 წლის ისტორია, როდესაც ტრამპმა გამოაცხადა თავისი საარჩევნო კამპანია პრეზიდენტის თანამდებობისათვის „კედლის აშენებაზე“ გაკეთებული თავისი აქცენტით, ვიდრე მალე მოსალოდნელი კვირადღის კანონი ეკლესიასა და სახელმწიფოს შორის გამყოფ კედელს გააუქმებს.</w:t>
      </w:r>
    </w:p>
    <w:p>
      <w:pPr>
        <w:pStyle w:val="ArticleBody"/>
        <w:jc w:val="left"/>
      </w:pPr>
      <w:r>
        <w:rPr>
          <w:rFonts w:ascii="Sylfaen" w:hAnsi="Sylfaen" w:eastAsia="Sylfaen" w:cs="Sylfaen"/>
        </w:rPr>
        <w:t>2001 წლის 11 სექტემბრის შემდეგ, მიწის მხეცმა, რომელიც ბალაამით არის წარმოდგენილი, გაყოფა დაიწყო. ბალაამის ორი კედლის გაყოფა წარმოადგენს ორი კლასის გამიჯვნას მიწის მხეცის ორივე რქაში; ეს წარმოდგენილია ტრამპის არჩევით 2016 წელს, ორი მოწმის სიკვდილით 2020 წელს, ნენსი პელოსის სასამართლოებით 2021 წლის 6 იანვარს, ორი მოწმის გაცოცხლებით 2023 წელს და იმით, რომ სახედარმა დაასახიჩრა ბალაამი 2023 წლის 7 ოქტომბერს.</w:t>
      </w:r>
    </w:p>
    <w:p>
      <w:pPr>
        <w:pStyle w:val="ArticleBody"/>
        <w:jc w:val="left"/>
      </w:pPr>
      <w:r>
        <w:rPr>
          <w:rFonts w:ascii="Sylfaen" w:hAnsi="Sylfaen" w:eastAsia="Sylfaen" w:cs="Sylfaen"/>
        </w:rPr>
        <w:t>ბალაამის მოგზაურობის უკანასკნელი საგზაო ნიშანი არის ის, როცა სახედარი „ლაპარაკობს“, და ეს არის მალე მოსასვლელი კვირადღის კანონის დროს, როცა შეერთებული შტატები გველეშაპივით ლაპარაკობს, როცა გამოცხადების მეთვრამეტე თავის ანგელოზი მეორედ ლაპარაკობს, და როცა აბაკუმის დაყოვნებული ხილვა ლაპარაკობს. ხილვა, რომელმაც დაიყოვნა, იყო ისლამის ხილვა მესამე ვაისა, და იგი ლაპარაკობს, როგორც გარეული სახედარი, თავისი ველური მოქმედებებით მალე მოსასვლელი კვირადღის კანონის დროს.</w:t>
      </w:r>
    </w:p>
    <w:p>
      <w:pPr>
        <w:pStyle w:val="ArticleScripture"/>
        <w:jc w:val="left"/>
      </w:pPr>
      <w:r>
        <w:rPr>
          <w:rFonts w:ascii="Sylfaen" w:hAnsi="Sylfaen" w:eastAsia="Sylfaen" w:cs="Sylfaen"/>
        </w:rPr>
        <w:t>და უფლის ანგელოზი კიდევ წინ წავიდა და დადგა ვიწრო ადგილას, სადაც არც მარჯვნივ გადახვევის გზა იყო და არც მარცხნივ. და როცა ვირმა იხილა უფლის ანგელოზი, ბალაამის ქვეშ დაეცა; და აენთო ბალაამის რისხვა, და ჯოხით სცემა ვირს. მაშინ უფალმა გაუხსნა ვირს პირი, და მან უთხრა ბალაამს: რა დაგიშავე ისეთი, რომ უკვე მესამედ მცემ? ბალაამმა უთხრა ვირს: იმიტომ, რომ დამცინე; ნეტავ მახვილი მქონდეს ხელში, ახლავე მოგკლავდი. ვირმა უთხრა ბალაამს: განა მე შენი ვირი არა ვარ, რომელზედაც დღემდე მხედრობ მას შემდეგ, რაც შენი გავხდი? ოდესმე მქონია ჩვეულებად, ასე მოგქცეოდი? და მან თქვა: არა. მაშინ უფალმა გაუხილა თვალები ბალაამს, და მან იხილა უფლის ანგელოზი, გზაზე მდგარი, ხელში შიშველი მახვილით; და თავი დახარა, და პირქვე დაემხო. რიცხვნი 22:26–31.</w:t>
      </w:r>
    </w:p>
    <w:p>
      <w:pPr>
        <w:pStyle w:val="ArticleBody"/>
        <w:jc w:val="left"/>
      </w:pPr>
      <w:r>
        <w:rPr>
          <w:rFonts w:ascii="Sylfaen" w:hAnsi="Sylfaen" w:eastAsia="Sylfaen" w:cs="Sylfaen"/>
        </w:rPr>
        <w:t>ამერიკის შეერთებული შტატები არის ცრუ წინასწარმეტყველი, რომელიც აცდუნებს მსოფლიოს, რათა აღიმართოს მხეცის მსოფლიო ხატი. დროის იმ პერიოდში, რომელიც არის ამერიკის შეერთებულ შტატებში მხეცის ხატის ჩამოყალიბების ჟამი, ამერიკის შეერთებული შტატები ტარებულია ცრუ წინასწარმეტყველის მიერ, რომელიც წარმოდგენილია ბალაამის სახედრით. ცრუ წინასწარმეტყველი ას ორმოცდაოთხი ათასის დაბეჭდვის ჟამს, რომელიც აიძულებს ამერიკის შეერთებულ შტატებში არსებულ ყველა იმ გახრწნილ ძალას, რომ გაერთიანდნენ ეკლესიისა და სახელმწიფოს ურთიერთობაში, არის მესამე ვაის ისლამი.</w:t>
      </w:r>
    </w:p>
    <w:p>
      <w:pPr>
        <w:pStyle w:val="ArticleBody"/>
        <w:jc w:val="left"/>
      </w:pPr>
      <w:r>
        <w:rPr>
          <w:rFonts w:ascii="Sylfaen" w:hAnsi="Sylfaen" w:eastAsia="Sylfaen" w:cs="Sylfaen"/>
        </w:rPr>
        <w:t>იგი თავის საქმეს აღასრულებს ომის მეშვეობით და იმ ეკონომიკური კრახის მეშვეობით, რომელიც იმ ომს მოჰყვება. ეს ორი მახასიათებელი სწორედ ის ძალებია, რომლებსაც შეერთებული შტატების ცრუ წინასწარმეტყველი იყენებს მთელი მსოფლიოს იძულებისთვის, როდესაც იგი იმ საქმეს იმეორებს, რაც შეერთებულ შტატებში უფსკრულის ცრუ წინასწარმეტყველმა მოიმოქმედა.</w:t>
      </w:r>
    </w:p>
    <w:p>
      <w:pPr>
        <w:pStyle w:val="ArticleBody"/>
        <w:jc w:val="left"/>
      </w:pPr>
      <w:r>
        <w:rPr>
          <w:rFonts w:ascii="Sylfaen" w:hAnsi="Sylfaen" w:eastAsia="Sylfaen" w:cs="Sylfaen"/>
        </w:rPr>
        <w:t>ამერიკის შეერთებული შტატები ახლა დგას იმ კედლის საკითხსა (იმიგრაცია) და ეკლესიისა და სახელმწიფოს გამიჯვნის იმ კედელს შორის, რომელიც სრულად მოიშლება მალე მოსალოდნელი კვირადღის კანონის დროს; პირველი იყო 1798 წლის უცხოელთა და ამბოხების შესახებ აქტების გული. ამერიკის შეერთებული შტატები უკვე ფინანსურად დასახიჩრებულია, რადგან მისი ეროვნული ვალი აღდგენას აღარ ექვემდებარება. გველეშაპის ძალაუფლება ამჟამად ამყარებს ცრუ ფინანსურ პროგნოზს, მაგრამ ეს არის ტყუილი, რომელიც ამტკიცებს, თითქოს სიმდიდრე საბეჭდი პრესით იწარმოებოდეს; თუმცა, საბოლოოდ, გველეშაპი ბიბლიური წინასწარმეტყველების მატყუარაა. იგი თავის ტყუილს ავრცელებს ჰიტლერის სახელგანთქმული პროპაგანდის მანქანის თანამედროვე წარმომადგენლობის მეშვეობით, და ამით უზრუნველყოფს ლოგიკას, რომ უცხოელთა და ამბოხების შესახებ აქტების მეოთხე ელემენტი კვლავ განმეორდეს, რომელიც პრეზიდენტს ანიჭებდა უფლებამოსილებას დაეხურა ნებისმიერი მედია-საშუალება, რომელიც მის შეხედულებებს ეწინააღმდეგებოდა.</w:t>
      </w:r>
    </w:p>
    <w:p>
      <w:pPr>
        <w:pStyle w:val="ArticleBody"/>
        <w:jc w:val="left"/>
      </w:pPr>
      <w:r>
        <w:rPr>
          <w:rFonts w:ascii="Sylfaen" w:hAnsi="Sylfaen" w:eastAsia="Sylfaen" w:cs="Sylfaen"/>
        </w:rPr>
        <w:t>იესო ყოველთვის რაიმეს დასასრულს რაიმეს დასაწყისით განასახიერებს. შეერთებულ შტატებში მხეცის ხატს უნდა ჰქონდეს მსოფლიო მასშტაბის მხეცის ხატის იგივე წინასწარმეტყველური მახასიათებლები, და ასეც არის; მაგრამ ის ცდუნება, რომელიც წარმოშობს გარყვნილ ალიანსს მიწის მხეცის ცრუ წინასწარმეტყველში, არის ისლამის ცრუ წინასწარმეტყველი. როგორც ბალაამი, ისე ვირი ცრუ წინასწარმეტყველთა სიმბოლოებია. ას ორმოცდაოთხი ათასის დაბეჭდვის ისტორია არის უძირო უფსკრულის სამი ძალის ისტორია. უძირო უფსკრულიდან ამოსული ისლამი 2001 წლის 11 სექტემბრის პირველი საგზაო ნიშნულია. უძირო უფსკრულის ათეიზმი აღდგება, რათა 2020 წელს მოკლას ორი მოწმე, ხოლო უძირო უფსკრულის კათოლიციზმი მისი სიკვდილიდან აღდგება მალე მომავალი კვირა-კანონის დროს.</w:t>
      </w:r>
    </w:p>
    <w:p>
      <w:pPr>
        <w:pStyle w:val="ArticleBody"/>
        <w:jc w:val="left"/>
      </w:pPr>
      <w:r>
        <w:rPr>
          <w:rFonts w:ascii="Sylfaen" w:hAnsi="Sylfaen" w:eastAsia="Sylfaen" w:cs="Sylfaen"/>
        </w:rPr>
        <w:t>ჩვენ ამ შესწავლას შემდეგ სტატიაში გავაგრძელებთ.</w:t>
      </w:r>
    </w:p>
    <w:p>
      <w:pPr>
        <w:pStyle w:val="ArticleScripture"/>
        <w:jc w:val="left"/>
      </w:pPr>
      <w:r>
        <w:rPr>
          <w:rFonts w:ascii="Sylfaen" w:hAnsi="Sylfaen" w:eastAsia="Sylfaen" w:cs="Sylfaen"/>
        </w:rPr>
        <w:t>„სამყარო არ უმჯობესდება. ბოროტი ადამიანები და მაცდურნი სულ უფრო გაუარესდებიან, აცდუნებენ და თვითონაც ცდუნდებიან. ღვთის ძის, ერთადერთი ჭეშმარიტი ღვთის ხორცშესხმული გამოვლინების, უარყოფით — იმისა, ვინც ფლობდა სიკეთეს, მოწყალებასა და დაუღალავ სიყვარულს, ვისი გულიც მუდამ შეძრული იყო ადამიანური ტანჯვით — და მის ნაცვლად მკვლელის არჩევით, იუდეველებმა აჩვენეს, რისი გაკეთება შეუძლია და რას გააკეთებს ადამიანური ბუნება, როდესაც ღვთის სულის შემაკავებელი ძალა მოხსნილია და ადამიანები განდგომილის მმართველობის ქვეშ არიან. ისინი, ვინც სატანას ირჩევენ თავიანთ მმართველად, გამოავლენენ თავიანთი არჩეული ბატონის სულს.“</w:t>
      </w:r>
    </w:p>
    <w:p>
      <w:pPr>
        <w:pStyle w:val="ArticleScripture"/>
        <w:jc w:val="left"/>
      </w:pPr>
      <w:r>
        <w:rPr>
          <w:rFonts w:ascii="Sylfaen" w:hAnsi="Sylfaen" w:eastAsia="Sylfaen" w:cs="Sylfaen"/>
        </w:rPr>
        <w:t>„სამყარო ვერ გაუმჯობესდება, ვიდრე ღმერთი თავისი ადგილიდან არ გამოვა, რათა იგი დასაჯოს მისი ურჯულოებისათვის. მაშინ დედამიწა გამოაჩენს თავის სისხლს და აღარ დაფარავს თავის მოკლულთ. ქრისტემ გააფრთხილა თავისი მოწაფეები: „ეკრძალეთ, რათა არავინ შეგაცდინოთ. რადგან მრავალი მოვა ჩემი სახელით და იტყვის: მე ვარ ქრისტე; და მრავალს აცდუნებს. და მოისმენთ ომებსა და ომების ამბებს; იხილეთ, ნუ შეძრწუნდებით, რადგან ეს ყოველივე უნდა მოხდეს, მაგრამ დასასრული ჯერ არ არის. რადგან აღდგება ერი ერის წინააღმდეგ და სამეფო სამეფოს წინააღმდეგ; და იქნება შიმშილობანი, სნეულებანი და მიწისძვრანი სხვადასხვა ადგილას. ეს ყოველივე სატკივართა დასაწყისია. მაშინ გადაგცემენ სატანჯველად და მოგკლავენ თქვენ; და შეგიძულებენ ყველა ერი ჩემი სახელის გამო. და მაშინ მრავალი დაბრკოლდება, და ერთმანეთს გასცემენ, და ერთმანეთს შეიძულებენ. და მრავალი ცრუწინასწარმეტყველი აღდგება და მრავალს აცდუნებს. და რადგან ურჯულოება გამრავლდება, მრავალთა სიყვარული განელდება. ხოლო ვინც ბოლომდე დაითმენს, იგი გადარჩება.“</w:t>
      </w:r>
    </w:p>
    <w:p>
      <w:pPr>
        <w:pStyle w:val="ArticleScripture"/>
        <w:jc w:val="left"/>
      </w:pPr>
      <w:r>
        <w:rPr>
          <w:rFonts w:ascii="Sylfaen" w:hAnsi="Sylfaen" w:eastAsia="Sylfaen" w:cs="Sylfaen"/>
        </w:rPr>
        <w:t>„როცა ქრისტე ამ ქვეყანაზე იყო, ქვეყნიერებამ ბარაბა ამჯობინა. და დღესაც ქვეყნიერება და ეკლესიები იმავე არჩევანს აკეთებენ. ქრისტეს ღალატის, უარყოფისა და ჯვარცმის სცენები კვლავ გათამაშდა და კიდევ ერთხელ გათამაშდება უზარმაზარი მასშტაბით. ადამიანები აღივსებიან მტრის თვისებებით, და მათ შორის მის ცდუნებებს დიდი ძალა ექნება. იმავე ზომით, რა ზომითაც ნათელი უარყოფილია, იარსებებს მცდარი შეხედულება და გაუგებრობა. ისინი, ვინც ქრისტეს უარყოფენ და ბარაბას ირჩევენ, დამღუპველი საცდურის ქვეშ მოქმედებენ. დამახინჯება და ცრუ მოწმობა გადაიზრდება აშკარა ამბოხებაში. თუ თვალი ბოროტია, მთელი სხეული სიბნელით იქნება სავსე. ისინი, ვინც თავიანთ სიყვარულს ქრისტეს გარდა რომელიმე წინამძღოლს მისცემენ, აღმოჩნდებიან ისეთი მოჯადოების მმართველობის ქვეშ—სხეულით, სულითა და სულიწმინდით—რომელიც იმდენად მომნუსხველია, რომ მისი ძალის ქვეშ სულები ჭეშმარიტების მოსმენას ზურგს აქცევენ, რათა სიცრუე ირწმუნონ. ისინი მახეში არიან გაბმულნი და შეპყრობილნი, და ყოველი თავიანთი მოქმედებით ღაღადებენ: გაგვითავისუფლე ბარაბა, ხოლო ქრისტე ჯვარს აცვი.“</w:t>
      </w:r>
    </w:p>
    <w:p>
      <w:pPr>
        <w:pStyle w:val="ArticleScripture"/>
        <w:jc w:val="left"/>
      </w:pPr>
      <w:r>
        <w:rPr>
          <w:rFonts w:ascii="Sylfaen" w:hAnsi="Sylfaen" w:eastAsia="Sylfaen" w:cs="Sylfaen"/>
        </w:rPr>
        <w:t>„ამჟამადაც ეს გადაწყვეტილება მიიღება. ჯვარზე განხორციელებული სცენები კვლავ ხორციელდება. იმ ეკლესიებში, რომლებიც განუდგნენ ჭეშმარიტებასა და სიმართლეს, ცხადდება, რისი გაკეთება შეუძლია და რას გააკეთებს ადამიანური ბუნება, როდესაც ღვთის სიყვარული სულში დამკვიდრებულ პრინციპად არ არის. ჩვენ არ უნდა გაგვიკვირდეს არაფერი, რაც ახლა შეიძლება მოხდეს. ჩვენ არ უნდა გვაკვირვებდეს საშინელების არც ერთი განვითარება. ისინი, ვინც თავიანთი უწმინდური ფეხებით თელავენ ღვთის რჯულს, იმავე სულს ატარებენ, რომელიც ჰქონდათ იმ კაცებს, რომლებმაც შეურაცხყვეს და გასცეს იესო. სინდისის ყოველგვარი ქენჯნის გარეშე ისინი აღასრულებენ თავიანთი მამის, ეშმაკის, საქმეებს. ისინი დასვამენ იმ კითხვას, რომელიც იუდას მოღალატური ბაგეებიდან გამოვიდა: რას მომცემთ, თუ იესო ქრისტეს თქვენ გადმოგცემთ? ახლაც ქრისტე გაიცემა თავისი წმინდანების პიროვნებაში.“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ორმოცდამეორე</dc:title>
  <dc:subject>მხეცის ხატის ჩამოყალიბება: წინასწარმეტყველური მოგზაურობის გაცხადება</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