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ორმოცდამესამე</w:t>
      </w:r>
    </w:p>
    <w:p>
      <w:pPr>
        <w:pStyle w:val="ArticleSubtitle"/>
        <w:jc w:val="left"/>
      </w:pPr>
      <w:r>
        <w:rPr>
          <w:rFonts w:ascii="Sylfaen" w:hAnsi="Sylfaen" w:eastAsia="Sylfaen" w:cs="Sylfaen"/>
        </w:rPr>
        <w:t>წინასწარმეტყველური ნიმუშების გამომჟღავნება: უკანასკნელი პრეზიდენტი და მხეცის ხატი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2024-03-18</w:t>
      </w:r>
    </w:p>
    <w:p>
      <w:pPr>
        <w:pStyle w:val="ArticleBody"/>
        <w:jc w:val="left"/>
      </w:pPr>
      <w:r>
        <w:rPr>
          <w:rFonts w:ascii="Sylfaen" w:hAnsi="Sylfaen" w:eastAsia="Sylfaen" w:cs="Sylfaen"/>
        </w:rPr>
        <w:t>ბიბლიური წინასწარმეტყველების პირველი სამეფო იყო ბაბილონი, და ბაბილონის შესახებ წინასწარმეტყველურ მოწმობაში პირველი და უკანასკნელი მეფეები განსაკუთრებულად და განზრახულად იქნენ გამოყენებულნი, როგორც წინასწარმეტყველური სიმბოლოები. მედო-სპარსეთის მეორე სამეფოში კონკრეტულად იქნენ იდენტიფიცირებულნი პირველი ორი მეფე, რომელთაგან ერთ-ერთი იყო ის მეფე, რომელმაც გამოსცა სამი განკარგულებიდან პირველი, რომლებმაც ძველ ისრაელს იერუსალიმში დაბრუნების ნება მისცა, ხოლო მომდევნო ორი მეფეებმა წარმოადგინეს მეორე და მესამე განკარგულებები. აგრეთვე, მესამე სამეფოს, საბერძნეთის, ისტორიაში იდენტიფიცირებულნი იყვნენ ალექსანდრე დიდით წარმოდგენილი ძლიერი მეფე, და მის შემდგომ მოსული მხედართმთავრები და მეფეები წინასწარმეტყველურ სიტყვაში. მეოთხე სამეფო, წარმართული რომი, კონკრეტულად ეხება იმ სამეფოს მმართველებსა და იმპერატორებს.</w:t>
      </w:r>
    </w:p>
    <w:p>
      <w:pPr>
        <w:pStyle w:val="ArticleBody"/>
        <w:jc w:val="left"/>
      </w:pPr>
      <w:r>
        <w:rPr>
          <w:rFonts w:ascii="Sylfaen" w:hAnsi="Sylfaen" w:eastAsia="Sylfaen" w:cs="Sylfaen"/>
        </w:rPr>
        <w:t>ისრაელის ყველა მეფე, როგორც ჩრდილოეთის, ისე სამხრეთის სამეფოებისა, იდენტიფიცირებულნი იყვნენ, და ყველა მათგანი სიმბოლოს წარმოადგენს ღვთის წინასწარმეტყველურ სიტყვაში, ისევე როგორც ასურეთის მეფეები და ეგვიპტის ფარაონები. აზრი, რომ ღვთის წინასწარმეტყველური სიტყვა მართლაც მიმართავდა ამერიკის შეერთებული შტატების პრეზიდენტებს, შეიძლება დაუჯერებლად მოეჩვენოს მათ, ვისაც თვალი აქვს, მაგრამ ვერ ხედავს, და ყური აქვს, მაგრამ ვერ იგებს. მაგრამ სინამდვილეში უფრო აბსურდულია ფიქრი, რომ ღმერთი არ მიმართავდა გამოცხადების მეცამეტე თავის მიწის მხეცის პრეზიდენტებს, როდესაც იგი უკანასკნელი დღეების წინასწარმეტყველებათა მთავარი საცნობარო წერტილია.</w:t>
      </w:r>
    </w:p>
    <w:p>
      <w:pPr>
        <w:pStyle w:val="ArticleBody"/>
        <w:jc w:val="left"/>
      </w:pPr>
      <w:r>
        <w:rPr>
          <w:rFonts w:ascii="Sylfaen" w:hAnsi="Sylfaen" w:eastAsia="Sylfaen" w:cs="Sylfaen"/>
        </w:rPr>
        <w:t>შეერთებული შტატების უკანასკნელი პრეზიდენტი, წინასწარმეტყველური აუცილებლობით, შეერთებული შტატების პირველი პრეზიდენტის სახით უნდა ყოფილიყო განსახიერებული. როგორც უკანასკნელი რესპუბლიკელი პრეზიდენტი, იგი, წინასწარმეტყველური აუცილებლობით, პირველი რესპუბლიკელი პრეზიდენტის სახით უნდა ყოფილიყო განსახიერებული. როგორც საბოლოო რეფორმაციული მოძრაობის ისტორიაში უკანასკნელი პრეზიდენტი, იგი აგრეთვე ამ წინასწარმეტყველური პერიოდის პირველი პრეზიდენტის სახითაც იყო განსახიერებული. როგორც პრეზიდენტი, რომელიც საბოლოო და მესამე მსოფლიო ომის დროს იმმართველებდა, იგი ასევე იმ პრეზიდენტების სახითაც იყო განსახიერებული, რომლებიც პირველი და მეორე მსოფლიო ომების დროს მართავდნენ.</w:t>
      </w:r>
    </w:p>
    <w:p>
      <w:pPr>
        <w:pStyle w:val="ArticleBody"/>
        <w:jc w:val="left"/>
      </w:pPr>
      <w:r>
        <w:rPr>
          <w:rFonts w:ascii="Sylfaen" w:hAnsi="Sylfaen" w:eastAsia="Sylfaen" w:cs="Sylfaen"/>
        </w:rPr>
        <w:t>სამივე მსოფლიო ომი, რომლებიც ყველა ამერიკის ისტორიაში ხდება, წარმოადგენს წინასწარმეტყველების სამმაგ გამოყენებას. მესამე მსოფლიო ომი, რომელშიც ჯო ბაიდენს ახლა მიჰყავს პლანეტა დედამიწა, წინასწარ იყო ტიპოლოგიურად წარმოჩენილი პირველი მსოფლიო ომითა და მეორე მსოფლიო ომით. სწორედ ამავე დროს ბაიდენს შეერთებული შტატები მეორე სამოქალაქო ომისაკენ მიჰყავს. მომდევნო თვეებში მეორე სამოქალაქო ომთან და მესამე მსოფლიო ომთან დაკავშირებული წინასწარმეტყველური მოძრაობები მხოლოდ უფრო მეტად გამწვავდება, როგორც მშობიარე ქალი.</w:t>
      </w:r>
    </w:p>
    <w:p>
      <w:pPr>
        <w:pStyle w:val="ArticleBody"/>
        <w:jc w:val="left"/>
      </w:pPr>
      <w:r>
        <w:rPr>
          <w:rFonts w:ascii="Sylfaen" w:hAnsi="Sylfaen" w:eastAsia="Sylfaen" w:cs="Sylfaen"/>
        </w:rPr>
        <w:t>მეორე მსოფლიო ომის კრიზისის გამწვავების პერიოდში გერმანელი თეოლოგისა და ლუთერანი პასტორის, მარტინ ნიემიოლერის, ცნობილი ნათქვამი იყო: „ჯერ სოციალისტებისთვის მოვიდნენ, და მე ხმა არ ამომიღია — რადგან სოციალისტი არ ვიყავი. შემდეგ პროფკავშირელებისთვის მოვიდნენ, და მე ხმა არ ამომიღია — რადგან პროფკავშირელი არ ვიყავი. შემდეგ ებრაელებისთვის მოვიდნენ, და მე ხმა არ ამომიღია — რადგან ებრაელი არ ვიყავი. ბოლოს კი ჩემთვის მოვიდნენ — და აღარავინ იყო დარჩენილი, ვისაც ჩემთვის ხმა უნდა ამოეღო.“ დრო განუწყვეტლივ მიიწევს წინ, და ჩვენ ამ დღევანდელ ისტორიას უკან მოხედვისას ვაღიარებთ, რომ ქმედებები, რომლებიც ახლა ხდება, მართლაც იყო წინასწარმეტყველური ისტორიის საბოლოო ომების დასაწყისობრივი ნაბიჯები.</w:t>
      </w:r>
    </w:p>
    <w:p>
      <w:pPr>
        <w:pStyle w:val="ArticleBody"/>
        <w:jc w:val="left"/>
      </w:pPr>
      <w:r>
        <w:rPr>
          <w:rFonts w:ascii="Sylfaen" w:hAnsi="Sylfaen" w:eastAsia="Sylfaen" w:cs="Sylfaen"/>
        </w:rPr>
        <w:t>1776-დან 1798 წლამდე წარმოდგენილ წინასწარმეტყველურ პერიოდში, სადაც დამოუკიდებლობის დეკლარაცია, კონსტიტუცია და უცხოელთა და ამბოხების შესახებ აქტები სასაზღვრო ნიშნები იყო, წარმოდგენილია ისტორია 2001 წლის 11 სექტემბრიდან იმ დრომდე, როდესაც შეერთებული შტატები გველეშაპივით ალაპარაკდება. 2001 წლის 11 სექტემბერი გარდამტეხი მომენტი იყო, და დამოუკიდებლობის დეკლარაცია ამ თარიღს შეესაბამება. დამოუკიდებლობის დეკლარაცია ასევე აღნიშნავს რევოლუციურ ომს და მიუთითებს, რომ 2001 წლის პატრიოტული აქტი ამ ომის სულიერ გამეორებას იწყებს. სიტყვა „რევოლუცია“ ნიშნავს სრული წრის შეკვრას.</w:t>
      </w:r>
    </w:p>
    <w:p>
      <w:pPr>
        <w:pStyle w:val="ArticleBody"/>
        <w:jc w:val="left"/>
      </w:pPr>
      <w:r>
        <w:rPr>
          <w:rFonts w:ascii="Sylfaen" w:hAnsi="Sylfaen" w:eastAsia="Sylfaen" w:cs="Sylfaen"/>
        </w:rPr>
        <w:t>1776-დან 1798 წლამდე პერიოდში, რევოლუციურმა ომმა უარყო ინგლისის სამეფო ძალაუფლება და, საერთოდაც, ყოველი მეფის ძალაუფლება. კონსტიტუციამ შეზღუდვები დაუწესა არა მხოლოდ სამეფო ძალაუფლებას, არამედ იმავე სიმტკიცით — პაპისტურ ძალაუფლებასაც. 1798 წლისათვის წრე (რევოლუცია) დასრულებული იყო იმ კანონების მიღებით, რომლებმაც პრეზიდენტს სამეფო უფლებამოსილება მიანიჭა.</w:t>
      </w:r>
    </w:p>
    <w:p>
      <w:pPr>
        <w:pStyle w:val="ArticleBody"/>
        <w:jc w:val="left"/>
      </w:pPr>
      <w:r>
        <w:rPr>
          <w:rFonts w:ascii="Sylfaen" w:hAnsi="Sylfaen" w:eastAsia="Sylfaen" w:cs="Sylfaen"/>
        </w:rPr>
        <w:t>პატრიოტის აქტი აღნიშნავს რევოლუციას (ბორბალს), რომელიც აღწევს იმ მიწის მხეცამდე, რომელიც ლაპარაკობს როგორც გველეშაპი, სადაც პაპობრივი ძალაუფლებაც აღდგება. პირველი ბორბალი 1776 წლიდან 1798 წლამდე განსაზღვრავს წინასწარმეტყველურ რევოლუციას, რომელსაც მიჰყავს სამეფო ძალაუფლების აღდგენამდე, ხოლო რევოლუცია, რომლის სახესაც იგი წარმოადგენს, განსაზღვრავს რევოლუციას, რომელსაც მიჰყავს პაპობრივი ძალაუფლების აღდგენამდე. მეორე რევოლუციური ომი მიმდინარეობს 2001 წლის 11 სექტემბრიდან. სხვაგვარად რატომ ეწოდებოდა მას პატრიოტის აქტი?</w:t>
      </w:r>
    </w:p>
    <w:p>
      <w:pPr>
        <w:pStyle w:val="ArticleBody"/>
        <w:jc w:val="left"/>
      </w:pPr>
      <w:r>
        <w:rPr>
          <w:rFonts w:ascii="Sylfaen" w:hAnsi="Sylfaen" w:eastAsia="Sylfaen" w:cs="Sylfaen"/>
        </w:rPr>
        <w:t>სანამ უკანასკნელი პრეზიდენტის ისტორიაში მიმდინარე ომებს შევეხებოდეთ, განვაგრძობთ მხეცის ხატის წინასწარმეტყველური მახასიათებლების განხილვას. მნიშვნელოვანია იქნეს გაცნობიერებული ის გარემოება, რომელიც მხეცის ხატის ჩამოყალიბებისას არსებობს, უკანასკნელი პრეზიდენტის დროს. ეს პრეზიდენტი უნდა იყოს რესპუბლიკელი პრეზიდენტი, რომელიც იმყოფება ბრძოლაში ძალებთან, რომლებიც გველეშაპის ძალაუფლებასთან არიან დაკავშირებულნი. იგი უნდა იყოს უკანასკნელი და, შესაბამისად, მერვე პრეზიდენტი რვა პრეზიდენტის მონაკვეთში. შეერთებული შტატების ორ საწყის პერიოდში, ორ კონტინენტურ კონგრესში, ორივე პერიოდი რვა პრეზიდენტით იყო წარმოდგენილი, და ორივე პერიოდში რვიდან ერთი პრეზიდენტი შვიდთაგანად იყო განსაზღვრული. ამრიგად, დასაწყისში ორი მოწმის საფუძველზე, უკანასკნელი პრეზიდენტი უნდა იყოს მერვე პრეზიდენტი, რომელიც შვიდთაგანაა.</w:t>
      </w:r>
    </w:p>
    <w:p>
      <w:pPr>
        <w:pStyle w:val="ArticleBody"/>
        <w:jc w:val="left"/>
      </w:pPr>
      <w:r>
        <w:rPr>
          <w:rFonts w:ascii="Sylfaen" w:hAnsi="Sylfaen" w:eastAsia="Sylfaen" w:cs="Sylfaen"/>
        </w:rPr>
        <w:t>მხოლოდ დონალდ ტრამპი აღასრულებს ამ წინასწარმეტყველურ ელემენტებს. იმისათვის, რომ სრულად გავიგოთ ის წინასწარმეტყველური გარემო, რომელსაც დონალდ ტრამპი მალე დაიმკვიდრებს, აუცილებელია გვესმოდეს, რომ წინასწარმეტყველურად პირველი ორი მსოფლიო ომი წარმოდგენილია მესამე მსოფლიო ომში, და ამ ომების წინასწარმეტყველური მახასიათებლებიც მეტყველებს იმ გარემოზე, რომელსაც ტრამპი მალე დაიმკვიდრებს. ამის თქმის შემდეგ, ჩვენ ჯერ კიდევ არ ვიყენებთ სამი მსოფლიო ომის სამმაგ გამოყენებას.</w:t>
      </w:r>
    </w:p>
    <w:p>
      <w:pPr>
        <w:pStyle w:val="ArticleBody"/>
        <w:jc w:val="left"/>
      </w:pPr>
      <w:r>
        <w:rPr>
          <w:rFonts w:ascii="Sylfaen" w:hAnsi="Sylfaen" w:eastAsia="Sylfaen" w:cs="Sylfaen"/>
        </w:rPr>
        <w:t>ისლამის მიერ მოტანილი მზარდი ომი და მისი შემდგომი ფინანსური პრობლემები ის საშუალებაა, რომლის მეშვეობითაც მესამე ვაების ისლამი ცრუ წინასწარმეტყველის როლს ასრულებს შეერთებულ შტატებში მხეცის ხატის ჩამოყალიბებაში. „სახედარი“, რომელიც ისლამის ცრუ წინასწარმეტყველია, შეერთებული შტატების ცრუ წინასწარმეტყველს „იერუსალიმში“ მიიყვანს, როგორც სახედარმა მიიყვანა ქრისტე იერუსალიმში. ამ გზაზე იქმნება წინასწარმეტყველური გარემო, რომელიც წარსული წინასწარმეტყველებების აღსრულებებს წარმოშობს. 1798 წელს უცხოელთა და ამბოხების შესახებ აქტები „წარმოთქმულ“ იქნა იმ მიწის მხეცის ისტორიის თვით დასაწყისშივე, რომელიც კრავად უნდა დაწყებულიყო და დრაკონივით მეტყველებით დასრულებულიყო. უცხოელთა და ამბოხების შესახებ აქტებში წარმოდგენილი იყო ოთხი აქტი.</w:t>
      </w:r>
    </w:p>
    <w:p>
      <w:pPr>
        <w:pStyle w:val="ArticleBody"/>
        <w:jc w:val="left"/>
      </w:pPr>
      <w:r>
        <w:rPr>
          <w:rFonts w:ascii="Sylfaen" w:hAnsi="Sylfaen" w:eastAsia="Sylfaen" w:cs="Sylfaen"/>
        </w:rPr>
        <w:t>ნატურალიზაციის აქტი: ამ აქტმა ამერიკის მოქალაქეობის მისაღებად საცხოვრებელი ვადის მოთხოვნა გაახანგრძლივა.</w:t>
      </w:r>
    </w:p>
    <w:p>
      <w:pPr>
        <w:pStyle w:val="ArticleBody"/>
        <w:jc w:val="left"/>
      </w:pPr>
      <w:r>
        <w:rPr>
          <w:rFonts w:ascii="Sylfaen" w:hAnsi="Sylfaen" w:eastAsia="Sylfaen" w:cs="Sylfaen"/>
        </w:rPr>
        <w:t>უცხოელ მეგობართა აქტი: ეს კანონი პრეზიდენტს ანიჭებდა უფლებამოსილებას, მშვიდობის პერიოდში ქვეყნიდან გაეძევებინა არამოქალაქეები, რომლებიც მიჩნეულნი იყვნენ „შეერთებული შტატების მშვიდობისა და უსაფრთხოებისათვის საშიშად“. იგი მთავრობას საშუალებას აძლევდა, უცხო ქვეყნის მოქალაქეები კანონიერი სამართლებრივი პროცედურის გარეშე დაეკავებინა და გაეძევებინა.</w:t>
      </w:r>
    </w:p>
    <w:p>
      <w:pPr>
        <w:pStyle w:val="ArticleBody"/>
        <w:jc w:val="left"/>
      </w:pPr>
      <w:r>
        <w:rPr>
          <w:rFonts w:ascii="Sylfaen" w:hAnsi="Sylfaen" w:eastAsia="Sylfaen" w:cs="Sylfaen"/>
        </w:rPr>
        <w:t>უცხოელი მტრების აქტი: ეს აქტი პრეზიდენტს აძლევდა უფლებამოსილებას, ომის დროს დაეკავებინა და ქვეყნიდან გაეძევებინა მტრული სახელმწიფოს ნებისმიერი მამაკაცი მოქალაქე.</w:t>
      </w:r>
    </w:p>
    <w:p>
      <w:pPr>
        <w:pStyle w:val="ArticleBody"/>
        <w:jc w:val="left"/>
      </w:pPr>
      <w:r>
        <w:rPr>
          <w:rFonts w:ascii="Sylfaen" w:hAnsi="Sylfaen" w:eastAsia="Sylfaen" w:cs="Sylfaen"/>
        </w:rPr>
        <w:t>სედიციის აქტი: ოთხიდან ყველაზე საკამათო, სედიციის აქტმა დანაშაულად აქცია შეერთებული შტატების მთავრობის ან მისი მოხელეების წინააღმდეგ ცრუ, ცილისმწამებლური ან ბოროტგანზრახული წერილობითი მასალის გამოქვეყნება. ამით მან, ფაქტობრივად, მთავრობის კრიტიკა სისხლისსამართლებრივად დასჯადად აქცია.</w:t>
      </w:r>
    </w:p>
    <w:p>
      <w:pPr>
        <w:pStyle w:val="ArticleBody"/>
        <w:jc w:val="left"/>
      </w:pPr>
      <w:r>
        <w:rPr>
          <w:rFonts w:ascii="Sylfaen" w:hAnsi="Sylfaen" w:eastAsia="Sylfaen" w:cs="Sylfaen"/>
        </w:rPr>
        <w:t>დონალდ ტრამპის საარჩევნო კამპანია უმთავრესად ეფუძნება მის დაპირებას, დაასრულოს „კედლის მშენებლობა“, რომელიც მან პრეზიდენტობის წინა ვადის განმავლობაში დაიწყო. მან განაცხადა, რომ კაცობრიობის ისტორიაში უდიდესი დეპორტაცია განხორციელდება, როდესაც იგი 2024 წელს იქნება არჩეული. ტრამპს აქვს პიროვნული თვისება, რომელიც ამერიკის პოლიტიკური ასპარეზის სხვა ნებისმიერ პოლიტიკოსს არ ჰგავს. იგი ასრულებს, ან სულ მცირე ცდილობს შეასრულოს, თავის საარჩევნო დაპირებებს. უცხოელთა და ამბოხების შესახებ აქტები წარმოადგენს კანონებს, რომლებიც სრულად შეესაბამება მის დაპირებას დეპორტაციების შესახებ.</w:t>
      </w:r>
    </w:p>
    <w:p>
      <w:pPr>
        <w:pStyle w:val="ArticleBody"/>
        <w:jc w:val="left"/>
      </w:pPr>
      <w:r>
        <w:rPr>
          <w:rFonts w:ascii="Sylfaen" w:hAnsi="Sylfaen" w:eastAsia="Sylfaen" w:cs="Sylfaen"/>
        </w:rPr>
        <w:t>ტრამპის ერთ-ერთი უმძიმესი ბრალდება, რომელიც დაკავშირებულია ვაშინგტონის, DC-ის გამაგრებულ პოლიტიკურ ესტაბლიშმენტთან, რომელსაც მან „ჭაობი“ უწოდა, მთელი მისი კორუმპირებული, ამორალური და კომპრომეტირებული პოლიტიკოსებით, პროფესიონალი ბიუროკრატებით, ანბანური სააგენტოებითა და მილიარდერი ფინანსისტებით, არის „ყალბი ამბები“, რომელსაც აწარმოებს ჰიტლერის რაიხის საზოგადოებრივი განათლებისა და პროპაგანდის სამინისტროს თანამედროვე გამოვლინება, და რომელსაც დღეს MSM, Mainstream Media ეწოდება. უცხოელთა და ამბოხის შესახებ აქტები წარმოადგენს კანონებს, რომლებიც სრულყოფილად შეესაბამება მის სიძულვილს „ყალბი ამბების“ მიმართ. იესო ყოველთვის საგნის დასასრულს საგნის დასაწყისით წარმოაჩენს.</w:t>
      </w:r>
    </w:p>
    <w:p>
      <w:pPr>
        <w:pStyle w:val="ArticleBody"/>
        <w:jc w:val="left"/>
      </w:pPr>
      <w:r>
        <w:rPr>
          <w:rFonts w:ascii="Sylfaen" w:hAnsi="Sylfaen" w:eastAsia="Sylfaen" w:cs="Sylfaen"/>
        </w:rPr>
        <w:t>პირველი რესპუბლიკელი პრეზიდენტი იძულებული გახდა, გამკლავებოდა სამოქალაქო ომს, რომელიც ლინკოლნის დემოკრატმა წინამორბედმა, ბიუკენენმა, წარმოშვა. ამის განხორციელებისას ლინკოლნმა შეაჩერა habeas corpus-ის უფლება. Habeas corpus არის სამართლებრივი პრინციპი, რომელიც იცავს პირის უფლებას, სასამართლოში გაასაჩივროს თავისი დაკავება ან პატიმრობა. ეს არის ფუნდამენტური სამართლებრივი უფლება, რომელიც უზრუნველყოფს, რომ პირი ვერ იქნება პატიმრობაში კანონიერ საფუძვლის გარეშე. როდესაც დაკავებულის სახელით შეტანილია habeas corpus-ის შუამდგომლობა, იგი ავალდებულებს ხელისუფლებას, სასამართლოს წინაშე წარადგინოს მისი დაკავების სამართლებრივი დასაბუთება.</w:t>
      </w:r>
    </w:p>
    <w:p>
      <w:pPr>
        <w:pStyle w:val="ArticleBody"/>
        <w:jc w:val="left"/>
      </w:pPr>
      <w:r>
        <w:rPr>
          <w:rFonts w:ascii="Sylfaen" w:hAnsi="Sylfaen" w:eastAsia="Sylfaen" w:cs="Sylfaen"/>
        </w:rPr>
        <w:t>ამერიკის სამოქალაქო ომის დროს ლინკოლნმა, საომარი ვითარებიდან გამომდინარე, შეაჩერა habeas corpus-ის ბრძანების მოქმედება შეერთებული შტატების გარკვეულ ტერიტორიებზე. პირველად მან habeas corpus-ის მოქმედება მერილენდში შეაჩერა 1861 წლის აპრილში, ხოლო მოგვიანებით ეს შეჩერება შუა დასავლეთის ნაწილებზეც გაავრცელა. ეს ნაბიჯი გადაიდგა წესრიგის შესანარჩუნებლად და განსხვავებული აზრის ჩასახშობად იმ რეგიონებში, სადაც სეცესიონისტური ან კონფედერაციული თანაგრძნობა (დემოკრატები) ძლიერი იყო, აგრეთვე იმის აღსაკვეთად, რომ რაიმე დაბრკოლება შექმნილიყო კავშირის საომარი ძალისხმევისთვის.</w:t>
      </w:r>
    </w:p>
    <w:p>
      <w:pPr>
        <w:pStyle w:val="ArticleBody"/>
        <w:jc w:val="left"/>
      </w:pPr>
      <w:r>
        <w:rPr>
          <w:rFonts w:ascii="Sylfaen" w:hAnsi="Sylfaen" w:eastAsia="Sylfaen" w:cs="Sylfaen"/>
        </w:rPr>
        <w:t>ლინკოლნის მიერ habeas corpus-ის შეჩერება სადავო იყო და მნიშვნელოვან კონსტიტუციურ კითხვებს აჩენდა, რადგან იგი გულისხმობდა აშშ-ის კონსტიტუციით გარანტირებული ერთ-ერთი ფუნდამენტური სამოქალაქო თავისუფლების დროებით შეჩერებას. კონსტიტუცია habeas corpus-ის ბრძანების შეჩერებას დასაშვებად მიიჩნევს „როდესაც აჯანყების ან შემოსევის შემთხვევებში ამას საზოგადოებრივი უსაფრთხოება მოითხოვს“ (მუხლი I, სექცია 9).</w:t>
      </w:r>
    </w:p>
    <w:p>
      <w:pPr>
        <w:pStyle w:val="ArticleBody"/>
        <w:jc w:val="left"/>
      </w:pPr>
      <w:r>
        <w:rPr>
          <w:rFonts w:ascii="Sylfaen" w:hAnsi="Sylfaen" w:eastAsia="Sylfaen" w:cs="Sylfaen"/>
        </w:rPr>
        <w:t>ლინკოლნი თავის ქმედებებს ამართლებდა, როგორც აუცილებელს კავშირის შენარჩუნებისა და ეროვნული უსაფრთხოებისათვის ომის დროს. კონგრესმა 1863 წელს მიიღო Habeas Corpus Suspension Act, რომელმაც უკუძალით მიანიჭა სანქცია ლინკოლნის მიერ ჰაბეას კორპუსის შეჩერებას და დააწესა სამხედრო დაკავებისათვის გარკვეული პროცედურები. ჰაბეას კორპუსი თანდათანობით აღდგა სამოქალაქო ომის შემდგომ წლებში, როდესაც კონფლიქტი დასასრულს უახლოვდებოდა და ქვეყანა მშვიდობის მდგომარეობას უბრუნდებოდა.</w:t>
      </w:r>
    </w:p>
    <w:p>
      <w:pPr>
        <w:pStyle w:val="ArticleBody"/>
        <w:jc w:val="left"/>
      </w:pPr>
      <w:r>
        <w:rPr>
          <w:rFonts w:ascii="Sylfaen" w:hAnsi="Sylfaen" w:eastAsia="Sylfaen" w:cs="Sylfaen"/>
        </w:rPr>
        <w:t>1871 წელს პრეზიდენტმა ულისეს ს. გრანტმა (რესპუბლიკელმა) ასევე შეაჩერა habeas corpus-ის მოქმედება სამხრეთ კაროლინის ცხრა ოლქში რეკონსტრუქციის ეპოქაში კუ-კლუქს-კლანის (დემოკრატების) ტერორის მმართველობის დროს. ეს შეჩერება მიზნად ისახავდა ძალადობასთან ბრძოლას და ახლად გათავისუფლებული აფროამერიკელების სამოქალაქო უფლებების დაცვას.</w:t>
      </w:r>
    </w:p>
    <w:p>
      <w:pPr>
        <w:pStyle w:val="ArticleBody"/>
        <w:jc w:val="left"/>
      </w:pPr>
      <w:r>
        <w:rPr>
          <w:rFonts w:ascii="Sylfaen" w:hAnsi="Sylfaen" w:eastAsia="Sylfaen" w:cs="Sylfaen"/>
        </w:rPr>
        <w:t>1942 წელს პრეზიდენტმა ფრანკლინ დ. რუზველტმა (დემოკრატმა), მეორე მსოფლიო ომის დროს, ხელი მოაწერა აღმასრულებელ ბრძანებას 9066, რომელმაც უფლებამოსილება მიანიჭა დასავლეთ სანაპიროზე მცხოვრები იაპონელი ამერიკელების იძულებით გადაადგილებასა და ინტერნირებას. თუმცა ეს ტექნიკურად habeas corpus-ის შეჩერებას არ წარმოადგენდა, მაგრამ გამოიწვია იაპონელი ამერიკელების დაპატიმრება სამართლებრივი პროცედურის გარეშე, და მათი კანონიერი უფლებები მძიმედ შეილახა.</w:t>
      </w:r>
    </w:p>
    <w:p>
      <w:pPr>
        <w:pStyle w:val="ArticleBody"/>
        <w:jc w:val="left"/>
      </w:pPr>
      <w:r>
        <w:rPr>
          <w:rFonts w:ascii="Sylfaen" w:hAnsi="Sylfaen" w:eastAsia="Sylfaen" w:cs="Sylfaen"/>
        </w:rPr>
        <w:t>შემდეგ, 2001 წელს, ბუშმა უმცროსმა (გლობალისტმა რესპუბლიკელმა), 11 სექტემბრის ტერორისტული თავდასხმების შემდეგ, უფლებამოსილება გასცა გუანტანამოს ყურესა და სხვა დაწესებულებებში სავარაუდო მტერი მებრძოლების დაკავებაზე. ამ პირთა დაკავება და მათი სამართლებრივი სტატუსი habeas corpus-თან დაკავშირებული სამართლებრივი დავების საგნად იქცა.</w:t>
      </w:r>
    </w:p>
    <w:p>
      <w:pPr>
        <w:pStyle w:val="ArticleBody"/>
        <w:jc w:val="left"/>
      </w:pPr>
      <w:r>
        <w:rPr>
          <w:rFonts w:ascii="Sylfaen" w:hAnsi="Sylfaen" w:eastAsia="Sylfaen" w:cs="Sylfaen"/>
        </w:rPr>
        <w:t>შემდეგ, 2021 წელს, 6 იანვრის პელოსის (დემოკრატი) სასამართლო პროცესებმა გააგრძელა habeas corpus-ის შეჩერების, სათანადო სამართლებრივი პროცესის გაუქმებისა და არაკონსტიტუციური ინტერნირების განხორციელების კონცეფცია. 2021 წლის პელოსის პროცესები იმით გამოირჩევა, რომ ეს იყო პირველი შემთხვევა, როდესაც ამერიკის მოქალაქეთა კანონიერი უფლებები მხოლოდ პოლიტიკური მიზნების გამო იქნა გვერდზე გადადებული. ყველა სხვა შემთხვევაში არსებობდა რეალური ომი ან აჯანყება, რომელიც განსაზღვრავდა კონკრეტულ მტრულ ქვეშევრდომებს. პელოსის პროცესებში მტრები უბრალოდ დრაკონით შთაგონებული გლობალისტების მტრები იყვნენ. მნიშვნელოვანია აღიარებულ იქნეს იმ საკითხების წინასწარმეტყველური ტენდენცია, რომლებიც დაკავშირებულია კონსტიტუციის გაუქმებასთან, რადგან სწორედ ეს მოვლენებია, რომლებიც მხეცის ხატის ჩამოყალიბებას გამოავლენს, და ეს არის ღვთის ხალხისთვის დიდი გამოცდა.</w:t>
      </w:r>
    </w:p>
    <w:p>
      <w:pPr>
        <w:pStyle w:val="ArticleBody"/>
        <w:jc w:val="left"/>
      </w:pPr>
      <w:r>
        <w:rPr>
          <w:rFonts w:ascii="Sylfaen" w:hAnsi="Sylfaen" w:eastAsia="Sylfaen" w:cs="Sylfaen"/>
        </w:rPr>
        <w:t>მნიშვნელობა არა აქვს, პელოსი თქვენი გმირია თუ ტრამპი — თქვენი დამცველი; მნიშვნელობა აქვს იმას, რომ შეიცნოთ მოახლოებული კრიზისი და მოახდინოთ სათანადო მომზადება. ისინი, ვინც მოახლოებულ კრიზისში გაიმარჯვებენ, ზეციური იერუსალიმის მოქალაქენი არიან, და ყველა ძალა, რომლებიც ღვთის რჯულს განუდგნენ, ერთიანდებიან, როგორც სადუკეველები (დემოკრატები) და ფარისევლები (რესპუბლიკელები) გაერთიანდნენ ღვთის ერთგული შვილების წინააღმდეგ, როდესაც მხეცის ხატი ყალიბდება.</w:t>
      </w:r>
    </w:p>
    <w:p>
      <w:pPr>
        <w:pStyle w:val="ArticleBody"/>
        <w:jc w:val="left"/>
      </w:pPr>
      <w:r>
        <w:rPr>
          <w:rFonts w:ascii="Sylfaen" w:hAnsi="Sylfaen" w:eastAsia="Sylfaen" w:cs="Sylfaen"/>
        </w:rPr>
        <w:t>მოტყუების საქმე, იქნება იგი ისლამის ცრუწინასწარმეტყველის მიერ შეერთებულ შტატებში, თუ განდგომილი პროტესტანტიზმის მიერ მსოფლიოში, სწორედ ის არის, რასაც ეკლესიისა და სახელმწიფოს გაერთიანება მოჰყვება. დას უაითი მიუთითებს, რომ იქნება კიდევ ერთი სამოქალაქო ომი და რომ მას გამოიწვევენ გლობალური ბანკირები და მილიარდერები, რომლებიც თანამედროვე ბაბილონის ვაჭარნი არიან და რომლებიც წინასწარმეტყველურად გველეშაპის ძალთა წარმომადგენლების ერთი ნახევარია. მეორე ნახევარს კი შეადგენენ პროფესიონალი პოლიტიკოსები, იურისტები, მეფენი და მმართველები.</w:t>
      </w:r>
    </w:p>
    <w:p>
      <w:pPr>
        <w:pStyle w:val="ArticleScripture"/>
        <w:jc w:val="left"/>
      </w:pPr>
      <w:r>
        <w:rPr>
          <w:rFonts w:ascii="Sylfaen" w:hAnsi="Sylfaen" w:eastAsia="Sylfaen" w:cs="Sylfaen"/>
        </w:rPr>
        <w:t>„ინდოეთში, ჩინეთში, რუსეთში და ამერიკის ქალაქებში ათასობით კაცი და ქალი შიმშილით იღუპება. ფულიანი კაცები, რადგან ძალაუფლება აქვთ, ბაზარს აკონტროლებენ. ისინი დაბალ ფასებში ყიდულობენ ყველაფერს, რის მოპოვებაც შეუძლიათ, შემდეგ კი მეტად გაძვირებულ ფასებში ჰყიდიან. ეს ღარიბი ფენებისთვის შიმშილს ნიშნავს და სამოქალაქო ომს გამოიწვევს.“ Manuscript Releases, ტომი 5, 305.</w:t>
      </w:r>
    </w:p>
    <w:p>
      <w:pPr>
        <w:pStyle w:val="ArticleBody"/>
        <w:jc w:val="left"/>
      </w:pPr>
      <w:r>
        <w:rPr>
          <w:rFonts w:ascii="Sylfaen" w:hAnsi="Sylfaen" w:eastAsia="Sylfaen" w:cs="Sylfaen"/>
        </w:rPr>
        <w:t>რევოლუციური ომი პირდაპირი მნიშვნელობით ომი იყო, მაგრამ იგი წარმოადგენდა პოლიტიკურ ომს, რომელიც 2001 წლის 11 სექტემბერს დაიწყო. შეერთებული შტატები ახლა ორ პოლიტიკურ პარტიას შორის გაყოფილი ერია, მაგრამ ღვთის სიტყვა არასოდეს ცდება, და მისი სიტყვა მიუთითებს, რომ ტრამპი 2024 წლის არჩევნებში ხელახლა აირჩევა. სამოქალაქო ომი, რომელიც, პრაქტიკულად რომ ვთქვათ, უკვე დაწყებულია, მისი არჩევიდან მალევე მთელი ძალით გაჩაღდება, როგორც ეს ლინკოლნის შემთხვევაში მოხდა, რომელიც პირველი რესპუბლიკელი პრეზიდენტი იყო. იმ სამოქალაქო ომის საფუძველმდებარე ლოგიკა, რომელსაც იგი მემკვიდრეობით მიიღებს, წარმოშობილი იქნება გლობალური ბანკირების და მილიარდერი ვაჭრების მიერ, რომლებმაც, სხვა მრავალთან ერთად, დაუღალავად იმუშავეს მთელ მსოფლიოში უკონტროლო მასობრივი იმიგრაციის გასახსნელად, რათა გააძლიერონ თავიანთი სურვილი უფრო მეტი ფინანსური მოგებისადმი და, რაც უფრო მნიშვნელოვანია, საშუალო ფენის გასანადგურებლად. ბაბილონის ვაჭრები ესწრაფვიან განავითარონ ორკლასიანი სისტემა — ზემდიდრებისა და ზემღარიბების.</w:t>
      </w:r>
    </w:p>
    <w:p>
      <w:pPr>
        <w:pStyle w:val="ArticleBody"/>
        <w:jc w:val="left"/>
      </w:pPr>
      <w:r>
        <w:rPr>
          <w:rFonts w:ascii="Sylfaen" w:hAnsi="Sylfaen" w:eastAsia="Sylfaen" w:cs="Sylfaen"/>
        </w:rPr>
        <w:t>ტრამპი იქნება ის პრეზიდენტი, რომელიც უხელმძღვანელებს მხეცის ხატის დამკვიდრებას; ხოლო ისლამის ცრუ წინასწარმეტყველი იქნება ის, ვინც აიძულებს ამ ხატის აღმართვას. და მათთვის, ვისაც თვალები აქვს და შეუძლია დანახვა, და ვისაც ყურები აქვს და შეუძლია გაგება, ისლამის მიერ 2023 წლის 7 ოქტომბრის შეტევა პირდაპირი ისრაელის, ძველი დიდებული ქვეყნის, წინააღმდეგ — მესამე ვაებისა — არის ისლამის ცრუ წინასწარმეტყველის განგებულებითი მოქმედების აშკარა აღსრულება.</w:t>
      </w:r>
    </w:p>
    <w:p>
      <w:pPr>
        <w:pStyle w:val="ArticleBody"/>
        <w:jc w:val="left"/>
      </w:pPr>
      <w:r>
        <w:rPr>
          <w:rFonts w:ascii="Sylfaen" w:hAnsi="Sylfaen" w:eastAsia="Sylfaen" w:cs="Sylfaen"/>
        </w:rPr>
        <w:t>დემოკრატიული პარტია, რომელიც თავს აღამაღლებს, როგორც „მრავალფეროვნების, თანასწორობისა და ჩართულობის“ პარტია, ახლა იმ სატანური ფილოსოფიის ნაყოფს იმკის, რომელსაც თავად უწევდა პროპაგანდას. 2023 წლის 7 ოქტომბრიდან ანტი-ისრაელური და პრო-ისრაელური დაპირისპირება მათი პარტიის პოლიტიკურ ძალას ანაწევრებს, როდესაც ისინი 2024 წლის არჩევნებს უახლოვდებიან. ამ განხეთქილებამ მათ მომხრეთა შორის შინაური ბრძოლა წარმოშვა, იმ ზომამდე, რომ მათი კორუმპირებული ელექტრონული საარჩევნო მანქანები, შესაძლოა, აღარ ფლობდნენ საკმარისი ხმების მანიპულირების უნარს, რათა გადაელახათ იმ რეალური ხმების რაოდენობა, რომლებიც ტრამპისთვის იქნება მიცემული. ისლამის ცრუ წინასწარმეტყველის ომი ისეთ გარემოებებს წარმოქმნის, რომლებიც ტრამპს მერვე პრეზიდენტად ირჩევს, რომელიც შვიდთაგან არის, 1989 წელს, აღსასრულის დროიდან, როდესაც მიწის მხეცი ზღვის მხეცს ხატს უქმნის.</w:t>
      </w:r>
    </w:p>
    <w:p>
      <w:pPr>
        <w:pStyle w:val="ArticleBody"/>
        <w:jc w:val="left"/>
      </w:pPr>
      <w:r>
        <w:rPr>
          <w:rFonts w:ascii="Sylfaen" w:hAnsi="Sylfaen" w:eastAsia="Sylfaen" w:cs="Sylfaen"/>
        </w:rPr>
        <w:t>„მრავალფეროვნების, თანასწორობისა და ჩართულობის“ სატანური ფილოსოფია ერთ-ერთ იმ პლატფორმათაგანია, რომლის მეშვეობითაც LGBTQ+ დღის წესრიგის წინ წაწევით სოდომისა და გომორას ამბოხების გამეორება ხდება.</w:t>
      </w:r>
    </w:p>
    <w:p>
      <w:pPr>
        <w:pStyle w:val="ArticleScripture"/>
        <w:jc w:val="left"/>
      </w:pPr>
      <w:r>
        <w:rPr>
          <w:rFonts w:ascii="Sylfaen" w:hAnsi="Sylfaen" w:eastAsia="Sylfaen" w:cs="Sylfaen"/>
        </w:rPr>
        <w:t>ასევე, როგორც ლოტის დღეებში იყო: ჭამდნენ, სვამდნენ, ყიდულობდნენ, ჰყიდდნენ, რგავდნენ, აშენებდნენ; მაგრამ იმავე დღეს, როცა ლოტი გამოვიდა სოდომიდან, ზეციდან ცეცხლი და გოგირდი იწვიმა და ყველა მოსპო. ზუსტად ასე იქნება იმ დღესაც, როდესაც კაცის ძე გამოცხადდება. ლუკა 17:28–30.</w:t>
      </w:r>
    </w:p>
    <w:p>
      <w:pPr>
        <w:pStyle w:val="ArticleBody"/>
        <w:jc w:val="left"/>
      </w:pPr>
      <w:r>
        <w:rPr>
          <w:rFonts w:ascii="Sylfaen" w:hAnsi="Sylfaen" w:eastAsia="Sylfaen" w:cs="Sylfaen"/>
        </w:rPr>
        <w:t>ლგბტქ+ დღის წესრიგი ასევე წარმოდგენილია, როგორც გეი პრაიდი, და, ამგვარად, იგი აღნიშნავს დედამიწის მხეცის, ხოლო შემდგომში მთელი სამყაროს, საბოლოო ზნეობრივ დაცემას.</w:t>
      </w:r>
    </w:p>
    <w:p>
      <w:pPr>
        <w:pStyle w:val="ArticleScripture"/>
        <w:jc w:val="left"/>
      </w:pPr>
      <w:r>
        <w:rPr>
          <w:rFonts w:ascii="Sylfaen" w:hAnsi="Sylfaen" w:eastAsia="Sylfaen" w:cs="Sylfaen"/>
        </w:rPr>
        <w:t>მართალთა გზა ბოროტებისგან განშორებაა; თავისი გზის დამცველი თავის სულს იცავს. ამპარტავნება დაღუპვას უსწრებს წინ, და მედიდური სული — დაცემას. უმჯობესია მდაბალთა შორის მდაბალი სულისა იყო, ვიდრე ამპარტავნებთან ერთად ნადავლის გაყოფა. იგავნი 16:17–19.</w:t>
      </w:r>
    </w:p>
    <w:p>
      <w:pPr>
        <w:pStyle w:val="ArticleBody"/>
        <w:jc w:val="left"/>
      </w:pPr>
      <w:r>
        <w:rPr>
          <w:rFonts w:ascii="Sylfaen" w:hAnsi="Sylfaen" w:eastAsia="Sylfaen" w:cs="Sylfaen"/>
        </w:rPr>
        <w:t>სიამაყე წინ უძღვის დაცემას და სიამაყე წინ უძღვის დაღუპვას. ეროვნული განდგომილება წარმოშობს ეროვნულ განადგურებას, ხოლო გლობალისტური სიამაყის სიმბოლო არის სოდომისა და გომორას ამბოხების სიმბოლო. შთაგონება მალე მოსალოდნელ საკვირაო კანონს აკავშირებს იმასთან, რომ ლოტი ძლივს გადაურჩა სოდომის, გომორას და ველის ქალაქების განადგურებას, რადგან სწორედ ლოტის შთამომავლები (ამონი და მოაბი) არიან იმათ სიმბოლო, ვინც საკვირაო კანონის დროს პაპობის ხელიდან თავს დააღწევს.</w:t>
      </w:r>
    </w:p>
    <w:p>
      <w:pPr>
        <w:pStyle w:val="ArticleScripture"/>
        <w:jc w:val="left"/>
      </w:pPr>
      <w:r>
        <w:rPr>
          <w:rFonts w:ascii="Sylfaen" w:hAnsi="Sylfaen" w:eastAsia="Sylfaen" w:cs="Sylfaen"/>
        </w:rPr>
        <w:t>იგი შევა დიდებულ ქვეყანაშიც, და მრავალი ქვეყანა დაემხობა; ხოლო მის ხელს გადაურჩებიან ესენი: ედომი, მოაბი და ამონის ძეთა მთავარნი. დანიელი 11:41.</w:t>
      </w:r>
    </w:p>
    <w:p>
      <w:pPr>
        <w:pStyle w:val="ArticleBody"/>
        <w:jc w:val="left"/>
      </w:pPr>
      <w:r>
        <w:rPr>
          <w:rFonts w:ascii="Sylfaen" w:hAnsi="Sylfaen" w:eastAsia="Sylfaen" w:cs="Sylfaen"/>
        </w:rPr>
        <w:t>დემოკრატიული პარტია ახლა საკუთარივე ხელით ინგრევა. პოლიტიკა არ მაინტერესებს; მე უბრალოდ მიმდინარე ისტორიას ვუსადაგებ წინასწარმეტყველურ ნარატივს. დემოკრატიულმა პარტიამ დაუღალავად იმუშავა, რათა მთელ მსოფლიოში საზღვრები გაეხსნა და ამგვარად დაეშვა ადამიანთა უპრეცედენტო და უკონტროლო ნაკადი. წყალდიდობის კარიბჭენი მთელ პლანეტაზე გაიღო გველეშაპით შთაგონებული გლობალისტების მიერ.</w:t>
      </w:r>
    </w:p>
    <w:p>
      <w:pPr>
        <w:pStyle w:val="ArticleScripture"/>
        <w:jc w:val="left"/>
      </w:pPr>
      <w:r>
        <w:rPr>
          <w:rFonts w:ascii="Sylfaen" w:hAnsi="Sylfaen" w:eastAsia="Sylfaen" w:cs="Sylfaen"/>
        </w:rPr>
        <w:t>და გველმა თავისი პირიდან ქალის კვალდაკვალ წყალი, როგორც ნიაღვარი, გადმოუშვა, რათა ნიაღვარს წაეღო იგი. ხოლო დედამიწა დაეხმარა ქალს, და დედამიწამ გახსნა თავისი პირი და შთანთქა ის ნიაღვარი, რომელიც გველეშაპმა თავისი პირიდან გადმოუშვა. მაშინ გველეშაპი განრისხდა ქალზე და წავიდა, რათა ებრძოლა მისი თესლის ნატამალს, რომლებიც იცავენ ღვთის მცნებებს და აქვთ იესო ქრისტეს მოწმობა. გამოცხადება 12:15–17.</w:t>
      </w:r>
    </w:p>
    <w:p>
      <w:pPr>
        <w:pStyle w:val="ArticleBody"/>
        <w:jc w:val="left"/>
      </w:pPr>
      <w:r>
        <w:rPr>
          <w:rFonts w:ascii="Sylfaen" w:hAnsi="Sylfaen" w:eastAsia="Sylfaen" w:cs="Sylfaen"/>
        </w:rPr>
        <w:t>„ნარჩენი“ არის ას ორმოცდაოთხი ათასი, და ას ორმოცდაოთხი ათასის ისტორია არის ის ისტორია, რომელიც 2001 წლის 11 სექტემბერს დაიწყო. მას შემდეგ გველეშაპის ძალა ყველა მიმართულებით „თავისი პირიდან წყალს, როგორც ნიაღვარს, უშვებს“. წყალი ხალხებს წარმოადგენს.</w:t>
      </w:r>
    </w:p>
    <w:p>
      <w:pPr>
        <w:pStyle w:val="ArticleScripture"/>
        <w:jc w:val="left"/>
      </w:pPr>
      <w:r>
        <w:rPr>
          <w:rFonts w:ascii="Sylfaen" w:hAnsi="Sylfaen" w:eastAsia="Sylfaen" w:cs="Sylfaen"/>
        </w:rPr>
        <w:t>და მეუბნება მე: წყლები, რომლებიც იხილე, სადაც მეძავი ზის, არიან ხალხები, სიმრავლენი, ერები და ენები. გამოცხადება 17:15.</w:t>
      </w:r>
    </w:p>
    <w:p>
      <w:pPr>
        <w:pStyle w:val="ArticleBody"/>
        <w:jc w:val="left"/>
      </w:pPr>
      <w:r>
        <w:rPr>
          <w:rFonts w:ascii="Sylfaen" w:hAnsi="Sylfaen" w:eastAsia="Sylfaen" w:cs="Sylfaen"/>
        </w:rPr>
        <w:t>ეს არიან გველეშაპის ძალაუფლების მიწიერი წარმომადგენლები (გლობალისტები), რომლებიც ას ორმოცდაოთხი ათასის დაბეჭდვის ჟამს უკანონო იმიგრაციის კარიბჭეებს ხსნიან. გველეშაპის „წყალდიდობები“ მთელ მსოფლიოში მიანიშნებს, რომ უფალი მალე აღამაღლებს თავის დროშას, მოახლოებული საკვირაო კანონის დროს. გველეშაპის წყალდიდობები გამოცხადების მეთორმეტე თავში დედამიწის მხეცმა შთანთქა ამერიკის შეერთებული შტატების დასაწყისში, მაგრამ ახლა გველეშაპის წყალდიდობები კვლავ დაბრუნდა; ამგვარად ისინი იძლევა გაფრთხილებას მოახლოებული საკვირაო კანონის კრიზისის შესახებ, რადგან სწორედ მაშინ, როცა მტერი წყალდიდობასავით შემოიჭრება, ღმერთი აღამაღლებს თავის ნიშანს.</w:t>
      </w:r>
    </w:p>
    <w:p>
      <w:pPr>
        <w:pStyle w:val="ArticleScripture"/>
        <w:jc w:val="left"/>
      </w:pPr>
      <w:r>
        <w:rPr>
          <w:rFonts w:ascii="Sylfaen" w:hAnsi="Sylfaen" w:eastAsia="Sylfaen" w:cs="Sylfaen"/>
        </w:rPr>
        <w:t>უფლის წინააღმდეგ შეცოდებითა და სიცრუით, ჩვენი ღმერთისგან განდგომით, ჩაგვრისა და ამბოხის ლაპარაკით, სიცრუის სიტყვათა გულში ჩასახვითა და წარმოთქმით. და სამართალი უკუიქცა, და სიმართლე შორით დგას; რადგან ჭეშმარიტება დაეცა ქუჩაში, და წრფელობა ვერ შემოდის. დიახ, ჭეშმარიტება მოაკლდა; და ვინც ბოროტებას განეშორება, თავს ნადავლად აქცევს; და იხილა ეს უფალმა, და არ ესიამოვნა მას, რომ სამართალი არ იყო. და იხილა, რომ არ იყო კაცი, და განიკვირვა, რომ არ იყო შუამდგომელი; ამიტომ მისმა მკლავმა მოუტანა მას ხსნა; და მისმა სიმართლემ, იგი განამტკიცა. რადგან მან შეიმოსა სიმართლე, როგორც ჯავშანი, და ხსნის მუზარადი დაიდგა თავზე; და შეიმოსა შურისგების სამოსელი სამოსად, და მოშურნეობით შეიმოსა, ვითარცა მოსასხამით. მათი საქმეთა მიხედვით, ასევე მიაგებს: მძვინვარებას — თავის მოწინააღმდეგეთ, მისაგებელს — თავის მტრებს; კუნძულებსაც მიაგებს მისაგებელს. და შეეშინდებათ უფლის სახელისა დასავლეთიდან, და მისი დიდებისა — მზის აღმოსავლეთიდან. როცა მტერი მოვა, როგორც ნიაღვარი, უფლის სული აღუმართავს მას დროშას. და მხსნელი მოვა სიონს, და იაკობში მათთან, რომელნიც განეშორებიან შეცოდებას, ამბობს უფალი. ხოლო ჩემგან ეს არის ჩემი აღთქმა მათთან, ამბობს უფალი: ჩემი სული, რომელიც შენზეა, და ჩემი სიტყვები, რომლებიც ჩაგიდევი პირში, არ განშორდება შენს პირს, არც შენი თესლის პირს, არც შენი თესლის თესლის პირს, ამბობს უფალი, ამიერიდან და უკუნისამდე. ესაია 59:13–21.</w:t>
      </w:r>
    </w:p>
    <w:p>
      <w:pPr>
        <w:pStyle w:val="ArticleBody"/>
        <w:jc w:val="left"/>
      </w:pPr>
      <w:r>
        <w:rPr>
          <w:rFonts w:ascii="Sylfaen" w:hAnsi="Sylfaen" w:eastAsia="Sylfaen" w:cs="Sylfaen"/>
        </w:rPr>
        <w:t>როდესაც მტერი წყალდიდობასავით მოდის, აღმართული ნიშანი არის დროშა, რომელიც ღვთის სიტყვაშიც ნიშანია. იმ დროის წინარე პერიოდში, რომელიც მალე მომავალი კვირადღის კანონს უსწრებს, უკანონო იმიგრაციის წყალდიდობანი ნიშანია იმისა, რომ გამოსაცდელი დრო თითქმის დასასრულს უახლოვდება. ვითარება, რომელსაც ესაია აღნიშნავს, როცა იგი ნიშნის აღმართვაზე საუბრობს, უკანონობის პერიოდს აღწერს, რადგან ამბობს: „სამართალი უკუგდებულია, და სიმართლე შორით დგას, რადგან ჭეშმარიტება დაეცა ქუჩაში, და წრფელობა ვერ შედის. დიახ, ჭეშმარიტება მოისპო; და ვინც ბოროტებას განერიდება, ნადავლად იქცევა; და იხილა ეს უფალმა, და არ ესიამოვნა მას, რომ სამართალი აღარ იყო. და იხილა, რომ არ იყო კაცი, და გაუკვირდა, რომ არ იყო შუამდგომელი.“ ანარქია, რომელიც დაფინანსებული იყო ისეთი ადამიანების მიერ, როგორებიც არიან ჯორჯ სოროსი, და რომელიც დემოკრატმა პოლიტიკოსებმა უგულებელყვეს, შესაფერისად არის აღწერილი და უაითის მიერ ესაიას ამ მონაკვეთის კონტექსტში.</w:t>
      </w:r>
    </w:p>
    <w:p>
      <w:pPr>
        <w:pStyle w:val="ArticleScripture"/>
        <w:jc w:val="left"/>
      </w:pPr>
      <w:r>
        <w:rPr>
          <w:rFonts w:ascii="Sylfaen" w:hAnsi="Sylfaen" w:eastAsia="Sylfaen" w:cs="Sylfaen"/>
        </w:rPr>
        <w:t>„სამართლის სასამართლოები გახრწნილია. მმართველნი ამოძრავებენ სარგებლობის სურვილი და გრძნობითი სიამოვნების სიყვარული. თავშეუკავებლობამ მრავალთა გონებრივი უნარები ისე დააბნელა, რომ სატანას მათზე თითქმის სრული კონტროლი აქვს. იურისტები გარყვნილნი, მოქრთამულნი, მოტყუებულნი არიან. სიმთვრალე და ღრეობა, ვნება, შური, ყოველგვარი არაკეთილსინდისიერება, წარმოდგენილია მათ შორის, ვინც კანონებს აღასრულებს. „სამართალი შორს დგას, რადგან ჭეშმარიტება დაეცა ქუჩაში და სიმართლე ვერ შედის.“ ესაია 59:14.“ დიადი ბრძოლისა, 586.</w:t>
      </w:r>
    </w:p>
    <w:p>
      <w:pPr>
        <w:pStyle w:val="ArticleBody"/>
        <w:jc w:val="left"/>
      </w:pPr>
      <w:r>
        <w:rPr>
          <w:rFonts w:ascii="Sylfaen" w:hAnsi="Sylfaen" w:eastAsia="Sylfaen" w:cs="Sylfaen"/>
        </w:rPr>
        <w:t>უკანონო იმიგრაცია, ანარქიული მოძრაობები, როგორიცაა Antifa (ანტიფაშისტები), და ძალადობრივი მოძრაობები, როგორიცაა Black Lives Matter, რომლებიც დაფუძნებულია ისეთ დამახინჯებულ ისტორიულ ნარატივზე, როგორიცაა Critical Race Theory, მხარდაჭერილი და ხელშეწყობილი იყო გველეშაპის პოლიტიკური მმართველების მიერ, რომელთაც ფულის სიყვარული ამოძრავებდათ, ხოლო გახრწნილმა სასამართლოებმა და სამართალმცოდნეებმა ჭეშმარიტება იმავე ქუჩაზე დასცეს, სადაც გამოცხადების მეთერთმეტე თავში ორი მოწმე იქნა მოკლული. ეს ქუჩა იყო ათეიზმის (ეგვიპტე) და უზნეობის (სოდომი) ქალაქში, რომელიც არის გველეშაპისა და მისი წარმომადგენლების ქალაქი. გარემო, რომელსაც დემოკრატიული პარტიის ნაყოფები გამოხატავს, წინასწარმეტყველურად წარმოდგენილია, როგორც წარღვნა, და როდესაც სატანა, როგორც ღვთის მტერი, ხსნის თავისი წარღვნის კარიბჭეებს, ეს იმის მტკიცებულებაა, რომ ღვთის დროშა აღსამართად არის გამზადებული.</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მსოფლიოში არსებულ საქმეთა მდგომარეობა ცხადყოფს, რომ მძიმე ჟამი უკვე ზედ გვადგას. ყოველდღიური გაზეთები სავსეა ახლო მომავალში საშინელი კონფლიქტის ნიშნებით. გაბედული ძარცვები ხშირად ხდება. გაფიცვები ჩვეულებრივ მოვლენად იქცა. ქურდობა და მკვლელობა ყველგან ჩადინდება. ეშმაკებით შეპყრობილი ადამიანები სიცოცხლეს ართმევენ კაცებს, ქალებსა და მცირეწლოვან ბავშვებს. ადამიანები მანკიერებით არიან მოჯადოებულნი, და ყოველგვარი ბოროტება ბატონობს. მტერმა შეძლო სამართლის დამახინჯება და ადამიანთა გულების ავსება ეგოისტური მოგების სურვილით. „სამართალი შორს დგას, რადგან ჭეშმარიტება დაეცა ქუჩაში, და სიმართლე ვერ შემოდის.“ ესაია 59:14. დიდ ქალაქებში უამრავი ადამიანი ცხოვრობს სიღარიბესა და უბადრუკებაში, თითქმის მოკლებული საკვებს, თავშესაფარსა და სამოსს; ხოლო იმავე ქალაქებში არიან ისინი, ვისაც გულით სანატრელზე მეტიც აქვს, ვინც ფუფუნებაში ცხოვრობს და ფულს ხარჯავს მდიდრულად მოწყობილ სახლებზე, პირად შემკულობაზე, ან კიდევ უფრო უარესზე — ხორციელი ვნებების დაკმაყოფილებაზე, სასმელზე, თამბაქოსა და სხვა იმ საგნებზე, რომლებიც ანადგურებს ტვინის ძალებს, წონასწორობას აკარგვინებს გონებას და ამდაბლებს სულს. მოშიმშილე კაცობრიობის ღაღადი ღმერთის წინაშე აღესრულება, მაშინ როცა ყოველგვარი ჩაგვრითა და გამოძალვით ადამიანები გროვებენ კოლოსალურ სიმდიდრეს.</w:t>
      </w:r>
    </w:p>
    <w:p>
      <w:pPr>
        <w:pStyle w:val="ArticleScripture"/>
        <w:jc w:val="left"/>
      </w:pPr>
      <w:r>
        <w:rPr>
          <w:rFonts w:ascii="Sylfaen" w:hAnsi="Sylfaen" w:eastAsia="Sylfaen" w:cs="Sylfaen"/>
        </w:rPr>
        <w:t>„ღამის ჟამს მოწოდებულ ვიქმენ, რათა მეხილა შენობები, რომლებიც სართულ-სართულად აღმართულიყვნენ ცისკენ. ამ შენობებს ხანძარგამძლედ აცხადებდნენ, და ისინი პატრონთა და მშენებელთა განსადიდებლად იყო აგებული. სულ უფრო და უფრო მაღლა იწეოდა ეს შენობები, და მათში უმაღლესი ფასის მასალა იყო გამოყენებული. ისინი, ვისაც ეს შენობები ეკუთვნოდათ, საკუთარ თავს არ ეკითხებოდნენ: „როგორ შეგვიძლია საუკეთესოდ ვადიდოთ ღმერთი?“ უფალი მათ ფიქრებში არ იყო.“</w:t>
      </w:r>
    </w:p>
    <w:p>
      <w:pPr>
        <w:pStyle w:val="ArticleScripture"/>
        <w:jc w:val="left"/>
      </w:pPr>
      <w:r>
        <w:rPr>
          <w:rFonts w:ascii="Sylfaen" w:hAnsi="Sylfaen" w:eastAsia="Sylfaen" w:cs="Sylfaen"/>
        </w:rPr>
        <w:t>როცა ეს დიდებული ნაგებობები აღმოცენდა, მათი მფლობელები პატივმოყვარე ამპარტავნებით ხარობდნენ, რომ ჰქონდათ ფული, რათა იგი საკუთარი თავის საამოსაყოფად და მეზობლების შურის აღსაძვრელად გამოეყენებინათ. იმ ფულის დიდი ნაწილი, რომელიც მათ ასე დააბანდეს, მოპოვებული იყო გამოძალვით, ღარიბთა დაჩაგვრით. მათ დაავიწყდათ, რომ ზეცაში ყოველი საქმიანი გარიგების ანგარიში ინახება; ყოველი უსამართლო გარიგება, ყოველი თაღლითური საქმე იქ არის ჩაწერილი. დადგება დრო, როცა ადამიანები თავიანთი თაღლითობითა და თავხედობით მიაღწევენ ისეთ ზღვარს, რომლის გადალახვის ნებას უფალი აღარ მისცემს მათ, და შეიტყობენ, რომ იეჰოვას სულგრძელებას საზღვარი აქვს.</w:t>
      </w:r>
    </w:p>
    <w:p>
      <w:pPr>
        <w:pStyle w:val="ArticleScripture"/>
        <w:jc w:val="left"/>
      </w:pPr>
      <w:r>
        <w:rPr>
          <w:rFonts w:ascii="Sylfaen" w:hAnsi="Sylfaen" w:eastAsia="Sylfaen" w:cs="Sylfaen"/>
        </w:rPr>
        <w:t>„შემდეგი სურათი, რომელიც ჩემს წინაშე გადაიშალა, იყო ხანძრის განგაში. ადამიანები უყურებდნენ მაღალ და ვითომც ცეცხლგამძლე შენობებს და ამბობდნენ: ‘ისინი სრულიად უსაფრთხონი არიან.’ მაგრამ ეს შენობები ისე დაიწვა, თითქოს კუპრისგან ყოფილიყო გაკეთებული. სახანძრო მანქანებს ვერაფრის გაკეთება არ შეეძლოთ განადგურების შესაჩერებლად. მეხანძრეებს არ შეეძლოთ მანქანების ამოქმედება.“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ორმოცდამესამე</dc:title>
  <dc:subject>წინასწარმეტყველური ნიმუშების გამომჟღავნება: უკანასკნელი პრეზიდენტი და მხეცის ხატი</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