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ორმოცდამეხუთე</w:t>
      </w:r>
    </w:p>
    <w:p>
      <w:pPr>
        <w:pStyle w:val="ArticleSubtitle"/>
        <w:jc w:val="left"/>
      </w:pPr>
      <w:r>
        <w:rPr>
          <w:rFonts w:ascii="Sylfaen" w:hAnsi="Sylfaen" w:eastAsia="Sylfaen" w:cs="Sylfaen"/>
        </w:rPr>
        <w:t>ბიბლიური წინასწარმეტყველების განმარტება და მიმდინარე მოვლენები: თვალსაზრისი თანამედროვე პოლიტიკასა და რელიგიურ სიმბოლიზმზე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2024-03-19</w:t>
      </w:r>
    </w:p>
    <w:p>
      <w:pPr>
        <w:pStyle w:val="ArticleBody"/>
        <w:jc w:val="left"/>
      </w:pPr>
      <w:r>
        <w:rPr>
          <w:rFonts w:ascii="Sylfaen" w:hAnsi="Sylfaen" w:eastAsia="Sylfaen" w:cs="Sylfaen"/>
        </w:rPr>
        <w:t>ვოუქიზმის რელიგია (სოდომი) და კომუნიზმის პოლიტიკა (ეგვიპტე) აღდგა მაშინ, როდესაც უმდიდრესმა პრეზიდენტმა 2015 წელს გამოაცხადა თავისი განზრახვა, პრეზიდენტობისთვის ეყარა კენჭი, და მას შემდეგ, რაც მან თავისი პოლიტიკური დამოწმება წარმოთქვა, იგი 2020 წელს იქნა მოკლული. პაპი წინასწარმეტყველურად იქნა მოკლული 1798 წელს, მას შემდეგ, რაც მან სამნახევარი წინასწარმეტყველური დღის განმავლობაში თავისი სატანური დამოწმება წარმოთქვა. თუმცა ღმერთის წინასწარმეტყველური სიტყვა მიუთითებს, რომ პაპი გველეშაპთან თავის ბრძოლაში იმარჯვებს.</w:t>
      </w:r>
    </w:p>
    <w:p>
      <w:pPr>
        <w:pStyle w:val="ArticleScripture"/>
        <w:jc w:val="left"/>
      </w:pPr>
      <w:r>
        <w:rPr>
          <w:rFonts w:ascii="Sylfaen" w:hAnsi="Sylfaen" w:eastAsia="Sylfaen" w:cs="Sylfaen"/>
        </w:rPr>
        <w:t>კაცის ძეო, მიიბრუნე შენი პირი ეგვიპტის მეფის, ფარაონის, წინააღმდეგ და იწინასწარმეტყველე მის წინააღმდეგ და მთელი ეგვიპტის წინააღმდეგ: ილაპარაკე და თქვი: ასე ამბობს უფალი ღმერთი: აჰა, მე შენ წინააღმდეგ ვარ, ფარაონო, ეგვიპტის მეფეო, დიდო გველეშაპო, რომელიც წევს თავის მდინარეთა შუაგულში, რომელმაც თქვა: ჩემი არის ჩემი მდინარე და მე შევქმენი იგი ჩემთვის. ეზეკიელი 29:2, 3.</w:t>
      </w:r>
    </w:p>
    <w:p>
      <w:pPr>
        <w:pStyle w:val="ArticleBody"/>
        <w:jc w:val="left"/>
      </w:pPr>
      <w:r>
        <w:rPr>
          <w:rFonts w:ascii="Sylfaen" w:hAnsi="Sylfaen" w:eastAsia="Sylfaen" w:cs="Sylfaen"/>
        </w:rPr>
        <w:t>ეგვიპტე არის დიდი გველეშაპი, და ფარაონის ათეიზმი წინასახედ წარმოადგენდა საფრანგეთის რევოლუციის ათეიზმს და ოცდამეერთე საუკუნის გლობალიზმს. ეს გლობალიზმი, რომელიც ოცდამეერთე საუკუნის მიწის-მხეცის ფარგლებშია მოქცეული, წარმოდგენილია დემოკრატიული პარტიით. ეზეკიელი მიუთითებს, რომ ღმერთი ეგვიპტის წინააღმდეგაა, ხოლო შემდგომ იმავე თავში ეზეკიელი აღნიშნავს, რომ ღმერთი ეგვიპტეს ჩრდილოეთის მეფეს მისცემს, რომელიც ამ მონაკვეთში ნაბუქოდონოსორად არის დასახელებული და რომელიც უკანასკნელი დღეების ყალბ ჩრდილოეთის მეფეს წარმოადგენს. ყალბი ჩრდილოეთის მეფე არის პაპობა, და ღმერთი ეზეკიელის მეშვეობით აცხადებს, რომ ღმერთი ეგვიპტეს ჩრდილოეთის მეფეს მისცემს იმ სამსახურის სანაცვლოდ, რომელიც ნაბუქოდონოსორმა მისი სასჯელის კვერთხად აღასრულა. იგი აცხადებს, რომ ეგვიპტეს პაპს მისცემს იმ პერიოდში, როდესაც გვიანი წვიმა მოვა.</w:t>
      </w:r>
    </w:p>
    <w:p>
      <w:pPr>
        <w:pStyle w:val="ArticleScripture"/>
        <w:jc w:val="left"/>
      </w:pPr>
      <w:r>
        <w:rPr>
          <w:rFonts w:ascii="Sylfaen" w:hAnsi="Sylfaen" w:eastAsia="Sylfaen" w:cs="Sylfaen"/>
        </w:rPr>
        <w:t>და იყო ოცდამეშვიდე წელს, პირველ თვეში, თვის პირველ დღეს, უფლის სიტყვა მომივიდა მე და მითხრა: ძეო კაცისა, ნაბუქოდონოსორმა, ბაბილონის მეფემ, თავისი ლაშქარი დიდ სამსახურში ჩააყენა ტვიროსის წინააღმდეგ; ყოველი თავი გადაპარსული გახდა და ყოველი მხარი გადატყავებული; მაგრამ არც მას და არც მის ლაშქარს არ ჰქონდა საზღაური ტვიროსისაგან იმ სამსახურისათვის, რომელიც მის წინააღმდეგ გასწია. ამიტომ ასე ამბობს უფალი ღმერთი: აჰა, მე მივცემ ეგვიპტის ქვეყანას ნაბუქოდონოსორს, ბაბილონის მეფეს; და ის წაიღებს მის სიმრავლეს, წაიღებს მის ნადავლს და წაიღებს მის ალაფს; და ეს იქნება საზღაური მისი ლაშქრისათვის. ეგვიპტის ქვეყანა მივეცი მას მისი შრომისათვის, რომლითაც ემსახურა მის წინააღმდეგ, რადგან ჩემთვის მოქმედებდნენ ისინი, ამბობს უფალი ღმერთი. იმ დღეს აღმოვაცენებ რქას ისრაელის სახლისათვის, და მოგცემ შენ პირის გახსნას მათ შორის; და შეიცნობენ, რომ მე ვარ უფალი. ეზეკიელი 29:17–21.</w:t>
      </w:r>
    </w:p>
    <w:p>
      <w:pPr>
        <w:pStyle w:val="ArticleBody"/>
        <w:jc w:val="left"/>
      </w:pPr>
      <w:r>
        <w:rPr>
          <w:rFonts w:ascii="Sylfaen" w:hAnsi="Sylfaen" w:eastAsia="Sylfaen" w:cs="Sylfaen"/>
        </w:rPr>
        <w:t>„დღე“, როდესაც ღმერთი „ისრაელის სახლის რქას აღმოაცენებინებს“, არის 2001 წლის 11 სექტემბერი, როდესაც გვიანმა წვიმამ ცვარცმა იწყო. იმ დროს უფალმა აღადგინა გუშაგები და თქვა: „მოუსმინეთ საყვირის ხმას“ მესამე ვაის შესახებ, რადგან მან გამოაცხადა, რომ ღმერთი „მოგცემს პირის გახსნას მათ შორის“. „მათ შორის“ მიუთითებს დროის მონაკვეთზე გვიანი წვიმის ცვარცმის დაწყებას შორის, რომელიც 2001 წლის 11 სექტემბერს დაიწყო, და რომელიც საკვირაო კანონის დროს სრულდება, როდესაც სულიწმიდა უზომოდ გადმოიღვრება. ამ ორი გზამკვლევი ნიშნის შუაში (მათ შორის), ორი მოწმე, ანუ ორი რქა, მისცემდა თავის მოწმობას, ვიდრე ორივენი ქუჩაში არ იქნენ მოკლულნი 2020 წელს.</w:t>
      </w:r>
    </w:p>
    <w:p>
      <w:pPr>
        <w:pStyle w:val="ArticleBody"/>
        <w:jc w:val="left"/>
      </w:pPr>
      <w:r>
        <w:rPr>
          <w:rFonts w:ascii="Sylfaen" w:hAnsi="Sylfaen" w:eastAsia="Sylfaen" w:cs="Sylfaen"/>
        </w:rPr>
        <w:t>სანამ ისინი მოიკვლებოდნენ, თავიანთი მოწმობა წარმოთქვეს; ხოლო მას შემდეგ, რაც მოიკვლნენ, გაცოცხლდნენ, როგორც მერვენი, რომელიც შვიდთაგან არის. ისინი მოკლულ იქნენ ურჩხულის ძალით — ათეიზმისა (ეგვიპტე) და უზნეობისა (სოდომი). იმ მსახურებისთვის, რომელიც მათ ღმერთს გაუწიეს, მან აღუთქვა, რომ საზღაურად ეგვიპტეს მისცემდა. როდესაც დანიელის მეთერთმეტე თავის ორმოცდამეერთე მუხლში ჩრდილოეთის მეფე შეიპყრობს შეერთებული შტატების დიდებულ ქვეყანას, მაშინ იგი აიღებს ეგვიპტესაც, რადგან ეს არის მისი გასამრჯელო იმ სამსახურისთვის, რომელიც ღმერთის განგებულების საქმეში აღასრულა.</w:t>
      </w:r>
    </w:p>
    <w:p>
      <w:pPr>
        <w:pStyle w:val="ArticleScripture"/>
        <w:jc w:val="left"/>
      </w:pPr>
      <w:r>
        <w:rPr>
          <w:rFonts w:ascii="Sylfaen" w:hAnsi="Sylfaen" w:eastAsia="Sylfaen" w:cs="Sylfaen"/>
        </w:rPr>
        <w:t>ვაი, ასურელო, ჩემი რისხვის კვერთხო, და მათ ხელში არსებული კვერთხი ჩემი გულისწყრომაა. მე გავგზავნი მას თვალთმაქც ერზე, და ჩემი რისხვის ხალხის წინააღმდეგ მივცემ მას ბრძანებას, რომ წაიღოს ნადავლი და ხელთ იგდოს ალაფი, და გათელოს ისინი ქუჩების ტალახივით. ესაია 10:5, 6.</w:t>
      </w:r>
    </w:p>
    <w:p>
      <w:pPr>
        <w:pStyle w:val="ArticleBody"/>
        <w:jc w:val="left"/>
      </w:pPr>
      <w:r>
        <w:rPr>
          <w:rFonts w:ascii="Sylfaen" w:hAnsi="Sylfaen" w:eastAsia="Sylfaen" w:cs="Sylfaen"/>
        </w:rPr>
        <w:t>ასურელი არის ჩრდილოეთის მეფე, რომელიც წარმოადგენს პაპობას, უკანასკნელ დღეებში ჩრდილოეთის ყალბ მეფეს. ასურეთი და ბაბილონი გამოყენებულ იქნენ ისრაელზე სამსჯავროს მოსატანად, როგორც ჩრდილოეთის, ისე სამხრეთის სამეფოებზე, მათი განუწყვეტელი ამბოხების გამო.</w:t>
      </w:r>
    </w:p>
    <w:p>
      <w:pPr>
        <w:pStyle w:val="ArticleScripture"/>
        <w:jc w:val="left"/>
      </w:pPr>
      <w:r>
        <w:rPr>
          <w:rFonts w:ascii="Sylfaen" w:hAnsi="Sylfaen" w:eastAsia="Sylfaen" w:cs="Sylfaen"/>
        </w:rPr>
        <w:t>„და ასე იქნა ისრაელი წაყვანილი თავისი ქვეყნიდან ასურეთში,“ „რადგან არ ისმინეს უფლის, თავიანთი ღმერთის, ხმა, არამედ დაარღვიეს მისი აღთქმა და ყოველივე, რაც უფლის მსახურმა მოსემ უბრძანა.“ 2 მეფეთა 17:7, 11, 14–16, 20, 23; 18:12.</w:t>
      </w:r>
    </w:p>
    <w:p>
      <w:pPr>
        <w:pStyle w:val="ArticleScripture"/>
        <w:jc w:val="left"/>
      </w:pPr>
      <w:r>
        <w:rPr>
          <w:rFonts w:ascii="Sylfaen" w:hAnsi="Sylfaen" w:eastAsia="Sylfaen" w:cs="Sylfaen"/>
        </w:rPr>
        <w:t>„ათი ტომის თავზე მოვლენილ საშინელ სასჯელებში უფალს ბრძნული და მოწყალე განზრახვა ჰქონდა. ის, რის აღსრულებაც მათ միջոցով მათ მამათა ქვეყანაში უკვე აღარ შეეძლო, წარმართთა შორის მათი გაფანტვით სურდა მოეხდინა. მისი გეგმა ყველა იმ ადამიანის ხსნისათვის, ვინც ადამიანთა მოდგმის მხსნელის მეშვეობით მიტევებით სარგებლობას აირჩევდა, ჯერ კიდევ უნდა აღსრულებულიყო; და ისრაელზე მოვლენილი ტანჯვებით იგი გზას ამზადებდა, რათა მისი დიდება დედამიწის ერებისთვის გაცხადებულიყო. ტყვედ წაყვანილთაგან ყველა ურჩი როდი იყო. მათ შორის იყვნენ ზოგნი, რომლებიც ღვთის ერთგულნი დარჩნენ, და სხვებიც, რომლებმაც მის წინაშე დაიმდაბლეს თავი. მათი მეშვეობით, „ცოცხალი ღვთის ძენი“ (ოსია 1:10), იგი ასურეთის სამეფოში მრავალთ მიიყვანდა თავისი ხასიათის თვისებებისა და თავისი რჯულის ქველმოქმედი ბუნების შეცნობამდე.“ წინასწარმეტყველნი და მეფენი, 292.</w:t>
      </w:r>
    </w:p>
    <w:p>
      <w:pPr>
        <w:pStyle w:val="ArticleBody"/>
        <w:jc w:val="left"/>
      </w:pPr>
      <w:r>
        <w:rPr>
          <w:rFonts w:ascii="Sylfaen" w:hAnsi="Sylfaen" w:eastAsia="Sylfaen" w:cs="Sylfaen"/>
        </w:rPr>
        <w:t>უფალმა ჩრდილოეთის მეფენი თავისი სამსჯავრო იარაღად გამოიყენა, და ბიბლიაში პრინციპი, რომელსაც იგი იმ ჩრდილოეთის მეფეების მიმართ მისდევდა, ის იყო, რომ მათ გაწეული სამსახურისთვის საზღაური უნდა მიეღოთ.</w:t>
      </w:r>
    </w:p>
    <w:p>
      <w:pPr>
        <w:pStyle w:val="ArticleScripture"/>
        <w:jc w:val="left"/>
      </w:pPr>
      <w:r>
        <w:rPr>
          <w:rFonts w:ascii="Sylfaen" w:hAnsi="Sylfaen" w:eastAsia="Sylfaen" w:cs="Sylfaen"/>
        </w:rPr>
        <w:t>და იმავე სახლში დარჩით, ჭამეთ და სვით ის, რასაც მოგცემენ, რადგან მუშაკი ღირსია თავისი საზღაურისა. ნუ გადახვალთ სახლიდან სახლში. ლუკა 10:7.</w:t>
      </w:r>
    </w:p>
    <w:p>
      <w:pPr>
        <w:pStyle w:val="ArticleBody"/>
        <w:jc w:val="left"/>
      </w:pPr>
      <w:r>
        <w:rPr>
          <w:rFonts w:ascii="Sylfaen" w:hAnsi="Sylfaen" w:eastAsia="Sylfaen" w:cs="Sylfaen"/>
        </w:rPr>
        <w:t>უფალი იყენებს პაპობას შეერთებული შტატების დასასჯელად, როდესაც ისინი აღავსებენ თავიანთი გამოსაცდელი დროის სასმისს მალე მომავალი კვირა-დღის კანონის დროს, ხოლო მისი საზღაური ის არის, რომ იგი ეგვიპტეს აძლევს პაპობას გაწეული სამსახურისთვის. ღვთის წინასწარმეტყველური სიტყვა ნათლად აცხადებს, რომ ეგვიპტე ეძლევა პაპობას, და დანიელის მეთერთმეტე თავის ორმოცდამეორე და ორმოცდამესამე მუხლები ადასტურებს ამ ფაქტს. პაპის საზღაური გაწეული სამსახურისთვის ის არის, რომ იგი ხდება ის თავი, რომელსაც ათი მეფე აღამაღლებს და რომელიც მმართველობს მხეცის მსოფლიო ხატზე.</w:t>
      </w:r>
    </w:p>
    <w:p>
      <w:pPr>
        <w:pStyle w:val="ArticleBody"/>
        <w:jc w:val="left"/>
      </w:pPr>
      <w:r>
        <w:rPr>
          <w:rFonts w:ascii="Sylfaen" w:hAnsi="Sylfaen" w:eastAsia="Sylfaen" w:cs="Sylfaen"/>
        </w:rPr>
        <w:t>ტრამპი იმარჯვებს გველეშაპის ძალებზე, რადგან იგი არის მერვე თავი, რომელიც შვიდთაგანია, შეერთებულ შტატებში მხეცის ხატის დროებაში. დემოკრატიული პარტიის, იმ გველეშაპის ძალის, რომელმაც 2020 წელს ტრამპი მოკლა, ჩამოშლა ახლა ხდება. ღვთის სიტყვა არასოდეს ცდება. დემოკრატიული პარტიის „ბოლო წვეთი“, რომელიც მას წელში ტეხს, არის ისლამის ცრუ წინასწარმეტყველი. 2023 წლის 7 ოქტომბრის თავდასხმამ მისი მხარდაჭერის საფუძველში განხეთქილების სოლი ჩაასო, რაც შეიძლება მიეწეროს მხოლოდ ისლამის როლს, რომელიც ერებს აღიზიანებს და აწუხებს. ამას თან დაერთვება შემდგომი თავდასხმებიც, რაც უფრო დიდ განხეთქილებას წარმოშობს, ხოლო იმავდროულად გააერთიანებს მიწიერი მხეცის მოქალაქეთა ერთ კლასს, რომლებიც აცნობიერებენ არაკანონიერი იმიგრაციის იმ ნიაღვრის უგუნურებას, რომელიც გველეშაპის ძალებმა გამოუშვეს. ეს ასევე ეკონომიკურ კრიზისს გამოიწვევს, თუმცა ეს კრიზისი უკვე აქ არის.</w:t>
      </w:r>
    </w:p>
    <w:p>
      <w:pPr>
        <w:pStyle w:val="ArticleScripture"/>
        <w:jc w:val="left"/>
      </w:pPr>
      <w:r>
        <w:rPr>
          <w:rFonts w:ascii="Sylfaen" w:hAnsi="Sylfaen" w:eastAsia="Sylfaen" w:cs="Sylfaen"/>
        </w:rPr>
        <w:t>„და შემდეგ დიდი მაცდური დაარწმუნებს ადამიანებს, რომ სწორედ ისინი, ვინც ღმერთს ემსახურებიან, არიან ამ ბოროტებათა მიზეზნი. ის ჯგუფი, რომელმაც ზეცის უკმაყოფილება გამოიწვია, მთელ თავიანთ გასაჭირს დააბრალებს მათ, ვისთვისაც ღვთის მცნებებისადმი მორჩილება დამრღვევთათვის მუდმივი მხილებაა. გამოცხადდება, რომ ადამიანები ღმერთს შეურაცხყოფენ საკვირაო შაბათის დარღვევით; რომ ამ ცოდვამ უბედურებანი მოიტანა, რომლებიც არ შეწყდება, ვიდრე საკვირაო დღის დაცვა მკაცრად არ იქნება აღსრულებული; და რომ ისინი, ვინც მეოთხე მცნების მოთხოვნებს წარადგენენ და ამით კვირის დღისადმი მოწიწებას ანგრევენ, ხალხის ამრევნი არიან, რომლებიც ხელს უშლიან მათ ღვთიური კეთილგანწყობისა და დროებითი კეთილდღეობის აღდგენაში. ამრიგად, ძველად ღვთის მსახურის წინააღმდეგ წაყენებული ბრალდება კვლავ განმეორდება და იმავე ზომით საფუძვლიან ნიადაგზე: „და იყო, როცა ახაბმა იხილა ელია, უთხრა ახაბმა მას: შენ ხომ არა ხარ ის, ვინც ისრაელს აშფოთებს? და მან მიუგო: მე არ ამიშფოთებია ისრაელი; არამედ შენ და მამაშენის სახლმა, რადგან მიატოვეთ უფლის მცნებები და შენ ბაალიმს გაჰყევი.“ 1 მეფეთა 18:17, 18. როგორც კი ხალხის რისხვა ცრუ ბრალდებებით აღიგზნება, ისინი ღვთის მაცნეების მიმართ დაადგებიან იმგვარ გზას, რომელიც ძალზე ემსგავსება იმას, რასაც განდგომილმა ისრაელმა ელია მიმართ გაატარა.“ დიადი ბრძოლა, 590.</w:t>
      </w:r>
    </w:p>
    <w:p>
      <w:pPr>
        <w:pStyle w:val="ArticleBody"/>
        <w:jc w:val="left"/>
      </w:pPr>
      <w:r>
        <w:rPr>
          <w:rFonts w:ascii="Sylfaen" w:hAnsi="Sylfaen" w:eastAsia="Sylfaen" w:cs="Sylfaen"/>
        </w:rPr>
        <w:t>შაბათის დამცველნი გამოცხადდებიან იმ მიზეზად, რის გამოც „ღვთიური კეთილგანწყობა და დროებითი კეთილდღეობა“ აღიკვეთა. იმ ხანის აღწერისას, რომელიც უშუალოდ ჩვენს წინაშეა, იგი მიუთითებს ელიაზე და მის ურთიერთობაზე ახაბთან. მათი ურთიერთბრალდებები ერთმანეთს კარმელის მთის წინაშე განუცხადეს. დროებითი კეთილდღეობა და ღვთიური კეთილგანწყობა აღიკვეთება მზარდი მსჯავრებით, მალე მოსალოდნელი კვირა-დღის კანონის დადგომამდე. ახლახან მოხმობილი ეს მონაკვეთი მიუთითებს მოვლენათა რიგზე, რომლებიც კვირა-დღის კანონის გამოცდის ჟამს ხდება, მაგრამ ორი გამოცდის ჟამია. მხეცის ხატის გამოცდა, რომელიც პირველად შეერთებული შტატების საზღვრებში ხდება, ამის შემდეგ მთელ მსოფლიოში მეორდება. მონაკვეთში აღწერილი ყველა მოვლენა პოულობს წინასწარმეტყველურ აღსრულებას ისტორიაში, რომელიც მოახლოებულ კვირა-დღის კანონამდე მიდის, და ამის შემდგომ მომდინარე მსოფლიო კვირა-დღის კანონის კრიზისის ისტორიაშიც.</w:t>
      </w:r>
    </w:p>
    <w:p>
      <w:pPr>
        <w:pStyle w:val="ArticleBody"/>
        <w:jc w:val="left"/>
      </w:pPr>
      <w:r>
        <w:rPr>
          <w:rFonts w:ascii="Sylfaen" w:hAnsi="Sylfaen" w:eastAsia="Sylfaen" w:cs="Sylfaen"/>
        </w:rPr>
        <w:t>„მოწმობების“ მეცხრე ტომის პირველი აბზაცი, რომელიც იწყება მეთერთმეტე გვერდზე და ამგვარად მიუთითებს NINE-ELEVEN-ზე, აცხადებს: „ჩვენ ვცხოვრობთ აღსასრულის ჟამს. დროის ნიშნები, რომლებიც სწრაფად სრულდება, მოწმობენ, რომ ქრისტეს მოსვლა ახლოა. დღეები, რომლებშიც ვცხოვრობთ, საზეიმო და მნიშვნელოვანია. ღვთის სული თანდათანობით, მაგრამ უეჭველად, იწვევება დედამიწიდან. წყლულები და სასჯელები უკვე ეცემა მათ, ვინც აბუჩად იგდებს ღვთის მადლს. უბედურებანი ხმელეთსა და ზღვაზე, საზოგადოების არამდგრადი მდგომარეობა, ომის განგაშნი — ეს ყველაფერი წინასწარმეტყველურია. ისინი მოასწავებენ უდიდესი მნიშვნელობის მოახლოებულ მოვლენებს.“ თხრობა რომ გრძელდება, მეთოთხმეტე გვერდზე ვკითხულობთ: „ბევრი არ არის, თვით აღმზრდელთა და სახელმწიფო მოღვაწეთა შორისაც კი, ვინც შეიცნობს იმ მიზეზებს, რომლებიც საფუძვლად უდევს საზოგადოების დღევანდელ მდგომარეობას. მათ, ვისაც მთავრობის სადავეები უპყრიათ, არ ძალუძთ გადაწყვიტონ ზნეობრივი გახრწნილების, სიღარიბის, გაღატაკებისა და მზარდი დანაშაულის პრობლემა. ისინი ამაოდ იბრძვიან, რათა საქმიანი საქმიანობა უფრო მყარ საფუძველზე დააყენონ. ადამიანები უფრო მეტ ყურადღებას რომ უთმობდნენ ღვთის სიტყვის სწავლებას, იპოვიდნენ იმ პრობლემების გადაწყვეტას, რომლებიც ასე აბნევს მათ.“</w:t>
      </w:r>
    </w:p>
    <w:p>
      <w:pPr>
        <w:pStyle w:val="ArticleScripture"/>
        <w:jc w:val="left"/>
      </w:pPr>
      <w:r>
        <w:rPr>
          <w:rFonts w:ascii="Sylfaen" w:hAnsi="Sylfaen" w:eastAsia="Sylfaen" w:cs="Sylfaen"/>
        </w:rPr>
        <w:t>„წმიდა წერილი აღწერს სამყაროს მდგომარეობას ქრისტეს მეორედ მოსვლის წინათ. იმ ადამიანებზე, რომლებიც ძარცვითა და გამოძალვით დიდ სიმდიდრეს აგროვებენ, დაწერილია: „თქვენ უკანასკნელ დღეებისთვის დაიუნჯეთ განძი. აჰა, მუშაკთა საზღაური, რომლებმაც თქვენი ყანები მომკეს, და რომელსაც თქვენ თაღლითობით აკავებდით, ღაღადებს; და მომკელთა ღაღადი საბაოთ უფლის ყურამდეა მისული. თქვენ განცხრომით ცხოვრობდით დედამიწაზე და ნებიერებდით; თქვენ გააპოხეთ თქვენი გულები, როგორც საკლავის დღეს. თქვენ მსჯავრი დასდეთ მართალს და მოკალით იგი; და იგი არ გეწინააღმდეგებათ.“ იაკობი 5:3–6.</w:t>
      </w:r>
    </w:p>
    <w:p>
      <w:pPr>
        <w:pStyle w:val="ArticleBody"/>
        <w:jc w:val="left"/>
      </w:pPr>
      <w:r>
        <w:rPr>
          <w:rFonts w:ascii="Sylfaen" w:hAnsi="Sylfaen" w:eastAsia="Sylfaen" w:cs="Sylfaen"/>
        </w:rPr>
        <w:t>უკანასკნელ დღეებში ადამიანები „ამაოდ იბრძვიან, რათა საქმიანი ოპერაციები უფრო მყარ საფუძველზე დააყენონ.“ დემოკრატები, მათი პროპაგანდის მანქანა და გლობალისტი ბანკირები ამაოდ იბრძვიან, და ისინი ცრუობენ იმ ნამდვილ ფინანსურ სტაბილურობაზე, რომლის მიღწევასაც, მათი მტკიცებით, ბაიდენის ადმინისტრაციამ შეძლო. „ქვეყნიერების ერთ-ერთი სიმბოლო ქრისტეს მეორედ მოსვლამდე უშუალოდ წინ“ არის „ადამიანები, რომლებმაც ძარცვითა და გამოძალვით“ „დიდი სიმდიდრე დააგროვეს.“ იმ მუხლებამდე არსებული სამი მუხლი იაკობის წიგნიდან, რომლებიც და უაითმა მოიხმო, არის:</w:t>
      </w:r>
    </w:p>
    <w:p>
      <w:pPr>
        <w:pStyle w:val="ArticleScripture"/>
        <w:jc w:val="left"/>
      </w:pPr>
      <w:r>
        <w:rPr>
          <w:rFonts w:ascii="Sylfaen" w:hAnsi="Sylfaen" w:eastAsia="Sylfaen" w:cs="Sylfaen"/>
        </w:rPr>
        <w:t>აბა ახლა, მდიდარნო, იტირეთ და ივალალეთ იმ უბედურებათა გამო, რომელნიც თქვენზე მოვლენ. თქვენი სიმდიდრე გახრწნილია, და თქვენი სამოსელი ჩრჩილთა მიერ არის შეჭმული. თქვენი ოქრო და ვერცხლი დაჟანგებულია; და მათი ჟანგი მოწმედ აღდგება თქვენ წინააღმდეგ და თქვენს ხორცს ცეცხლივით შეჭამს. თქვენ დაიუნჯეთ საუნჯე უკანასკნელი დღეებისათვის. იაკობი 5:1–3.</w:t>
      </w:r>
    </w:p>
    <w:p>
      <w:pPr>
        <w:pStyle w:val="ArticleBody"/>
        <w:jc w:val="left"/>
      </w:pPr>
      <w:r>
        <w:rPr>
          <w:rFonts w:ascii="Sylfaen" w:hAnsi="Sylfaen" w:eastAsia="Sylfaen" w:cs="Sylfaen"/>
        </w:rPr>
        <w:t>„უკანასკნელი დღეების“ ერთ-ერთი წინასწარმეტყველური ნიშანია ის, რომ ჩნდებიან კაცები, რომელნიც ცნობილნი არიან თავიანთი განსაცვიფრებელი სიმდიდრით, რომელიც თაღლითობით არის მოპოვებული. ეს კაცები ყოველდღე ახალი ამბების საგანი არიან. ის დრო დადგა. იმ დროს იმ მსოფლიო ბანკირთა და მილიარდერთა სიმდიდრე წარმოდგენილია როგორც ოქრო და ვერცხლი, რომელიც ჟანგდება. ვერცხლი და ოქრო არ ჟანგდება, ამიტომ წმინდა წერილი მიუთითებს სრულიად მოულოდნელ მოვლენაზე, რომელიც უკანასკნელ დღეებში მდიდართა სიმდიდრეს ემართება, რადგან მათი ოქრო და ვერცხლი უნდა დაჟანგდეს. იმ ეკონომიკური კრახის წინამაუწყებელი მესამე ვაის მოსვლით გამოჩნდა, 2001 წლის 11 სექტემბერს. მესამე ვაის ისლამი ბიბლიური წინასწარმეტყველების აღმოსავლეთის ქარია, და უკანასკნელ დღეებში სწორედ აღმოსავლეთის ქარია ის, რომელიც ეკონომიკას ძირს უთხრის, როგორც ეს თარშიშის ხომალდებით არის წარმოდგენილი.</w:t>
      </w:r>
    </w:p>
    <w:p>
      <w:pPr>
        <w:pStyle w:val="ArticleScripture"/>
        <w:jc w:val="left"/>
      </w:pPr>
      <w:r>
        <w:rPr>
          <w:rFonts w:ascii="Sylfaen" w:hAnsi="Sylfaen" w:eastAsia="Sylfaen" w:cs="Sylfaen"/>
        </w:rPr>
        <w:t>აჰა, მეფენი შეიკრიბნენ, ერთად ჩაიარეს. იხილეს ეს და განცვიფრდნენ; შეძრწუნდნენ და აჩქარებით უკუიქცნენ. იქ შიშმა შეიპყრო ისინი და ტკივილმა, მშობიარე დედაკაცისა ვითარმედ. შენ აღმოსავლეთის ქარით თარშიშის ხომალდებს ამსხვრევ. ფსალმუნნი 48:4–7.</w:t>
      </w:r>
    </w:p>
    <w:p>
      <w:pPr>
        <w:pStyle w:val="ArticleBody"/>
        <w:jc w:val="left"/>
      </w:pPr>
      <w:r>
        <w:rPr>
          <w:rFonts w:ascii="Sylfaen" w:hAnsi="Sylfaen" w:eastAsia="Sylfaen" w:cs="Sylfaen"/>
        </w:rPr>
        <w:t>გლობალისტთა მეფეები, მილიარდერები და ბანკირები შიშითა და ტკივილით შეძრწუნდებიან, როდესაც აღმოსავლეთის ქარი, რომელიც წარმოადგენს ერების მზარდ განრისხებას (მშობიარე ქალის მსგავსად) და რომელიც მესამე ვაის ისლამის მიერ იბადება, ჩაძირავს თარშიშის ხომალდებს. ისლამი უკვე მზად არის, დაანგრიოს ადგილობრივი და გლობალური ეკონომიკა და შექმნას ისეთი ეკონომიკური და პოლიტიკური გარემო, რომელიც სრულყოფილად ერგება ტრამპის ძლიერ მხარეებს და არა დემოკრატებისა და გლობალისტებისას, რადგან გველეშაპის ძალაუფლება ეძლევა მერვე თავს, რომელიც შვიდთაგანია, „გაწეული სამსახურისათვის“. ღმერთმა ტრამპი გამოიყენა, რათა აღეძრა მთელი ბერძენთა სამეფო, რადგან ღმერთი ახლა წარმართავს ისეთ გარემოებებს, სადაც მთელი მსოფლიო ორ კლასად უნდა გაიყოს.</w:t>
      </w:r>
    </w:p>
    <w:p>
      <w:pPr>
        <w:pStyle w:val="ArticleBody"/>
        <w:jc w:val="left"/>
      </w:pPr>
      <w:r>
        <w:rPr>
          <w:rFonts w:ascii="Sylfaen" w:hAnsi="Sylfaen" w:eastAsia="Sylfaen" w:cs="Sylfaen"/>
        </w:rPr>
        <w:t>ეკონომიკური სისტემა, რომელსაც ამჟამად გლობალისტები ამუშავებენ, პირველად ვუდრო უილსონის, დემოკრატის, პრეზიდენტობის პერიოდში იქნა შემოღებული; იგი არჩეულ იქნა იმ დაპირებით, რომ შეერთებულ შტატებს მოახლოებულ პირველ მსოფლიო ომში არ ჩააბამდა, მაგრამ საბოლოოდ იქცა იმ პრეზიდენტად, რომლის მმართველობის დროსაც პირველი მსოფლიო ომი წარიმართა. უილსონი ყველაზე მეტად ცნობილია ერთა ლიგის, გაეროს წინამორბედის, მხარდაჭერით. მისი პრეზიდენტობის დროს შეერთებული შტატების ფინანსური სტრუქტურა გლობალისტთა ხელში გადავიდა, როცა უილსონმა 1913 წელს ქვეყნის ეკონომიკური მიმართულება ფედერალური სარეზერვო სისტემის ზედამხედველობას დაუქვემდებარა.</w:t>
      </w:r>
    </w:p>
    <w:p>
      <w:pPr>
        <w:pStyle w:val="ArticleBody"/>
        <w:jc w:val="left"/>
      </w:pPr>
      <w:r>
        <w:rPr>
          <w:rFonts w:ascii="Sylfaen" w:hAnsi="Sylfaen" w:eastAsia="Sylfaen" w:cs="Sylfaen"/>
        </w:rPr>
        <w:t>პირველი მსოფლიო ომის პრეზიდენტის წინასწარმეტყველური მახასიათებელი იყო მისი დაპირება, რომ ომში არ ჩაებმებოდა, რაც სიცრუე იყო. იგი იყო ერთა ლიგის ერთმსოფლიო მმართველობის ხელშემწყობი უმთავრესი ისტორიული ფიგურა, და მისი თავმჯდომარეობისას ამერიკის შეერთებული შტატების ფინანსები მსოფლიო ბანკირებს გადაეცა. იგი მმართველობდა 1913 წლიდან 1921 წლამდე. 1919 წელს ადვენტიზმის მესამე თაობა, რომელიც ქვეყნიურ სამყაროსთან კომპრომისით არის სიმბოლიზებული, პარალელურად მიმდინარეობდა უილსონის სამყაროსთან კომპრომისთან, რადგან ეს ორი რქა ერთმანეთის პარალელურად მიდის. ლაოდიკეელი ადვენტიზმის მესამე თაობაში მათ თავიანთი სამედიცინო და საგანმანათლებლო სისტემების კონტროლი მათი სულიერი სუვერენიტეტის გარეთ მყოფთა ხელში გადასცეს. ამავე დროს, უილსონმა ამერიკის შეერთებული შტატების ფინანსური სუვერენიტეტი გლობალისტ ბანკირებს დაუთმო, და იგი დაუღალავად შრომობდა, თუმცა ვერ შეძლო, ამერიკის შეერთებული შტატების პოლიტიკური სუვერენიტეტიც გლობალისტებისთვის დაეთმო.</w:t>
      </w:r>
    </w:p>
    <w:p>
      <w:pPr>
        <w:pStyle w:val="ArticleBody"/>
        <w:jc w:val="left"/>
      </w:pPr>
      <w:r>
        <w:rPr>
          <w:rFonts w:ascii="Sylfaen" w:hAnsi="Sylfaen" w:eastAsia="Sylfaen" w:cs="Sylfaen"/>
        </w:rPr>
        <w:t>ვილსონი, როგორც პრეზიდენტი პირველი მსოფლიო ომის დროს, წარმოადგენს იმ წინასწარმეტყველურ მახასიათებლებს, რომლებიც მესამე მსოფლიო ომს განასხვავებს. იგი წარმოადგენს ისტორიას, რომელშიც Federal Reserve ჩართულია გლობალური ეკონომიკის კონტროლში იმ მიმართულებით, რომელიც ყველაზე მეტად შეესაბამება გლობალისტურ დღის წესრიგს და არა ამერიკის სუვერენიტეტს. იგი წარმოადგენს პრეზიდენტს, რომელიც იქ არის მაშინ, როცა New World Order საბოლოოდ აღწევს თავის მიზანს და ხდება ბიბლიური წინასწარმეტყველების მეშვიდე სამეფო, თუმცა მათი მმართველობა ხანმოკლეა. ეს ფაქტი ორი მოწმის საფუძველზე მტკიცდება, რადგან ვილსონის წარუმატებელმა მცდელობამ, პირველი მსოფლიო ომის შემდეგ შეუერთებოდა League of Nations-ს, წინასახედ განასახიერა ის, რომ შეერთებული შტატები მეორე მსოფლიო ომის დაუყოვნებლივ შემდეგ შეუერთდებოდა United Nations-ს. ამ ორი მოწმის საფუძველზე, მალე მოსახდენი Sunday law, რომელსაც ეროვნულ ნგრევა მოჰყვება, მიჰყავს United Nations-ის დამკვიდრებამდე, როგორც ერთმსოფლიო მთავრობისა, რომლისკენაც გლობალისტები მიისწრაფოდნენ ვუდრო ვილსონის პრეზიდენტობიდან მოყოლებული.</w:t>
      </w:r>
    </w:p>
    <w:p>
      <w:pPr>
        <w:pStyle w:val="ArticleBody"/>
        <w:jc w:val="left"/>
      </w:pPr>
      <w:r>
        <w:rPr>
          <w:rFonts w:ascii="Sylfaen" w:hAnsi="Sylfaen" w:eastAsia="Sylfaen" w:cs="Sylfaen"/>
        </w:rPr>
        <w:t>ეს წინასწარმეტყველური მახასიათებლები უნდა არსებობდეს მერვე და უკანასკნელი პრეზიდენტის პრეზიდენტობაში, რომელიც შვიდთაგან არის. უილსონის შემდეგ მოვიდა უორენ ჰარდინგი, რესპუბლიკელი, რომელმაც დასაბამი მისცა იმ პერიოდს, რომელსაც „გრგვინავი ოციანები“ ეწოდა; ამან მიიყვანა 1929 წლის კოლაფსამდე, რომელმაც დიდი დეპრესია გამოიწვია, ხოლო ამან მეორე მსოფლიო ომამდე მიიყვანა. ტრამპის პირველი პრეზიდენტობა იყო „გრგვინავი ოციანები“, ხოლო ბაიდენი ახლა მოახლოებულია, რათა დედამიწის მხეცის ისტორიაში უდიდესი დეპრესიის პერიოდი დააწყოს. ის დეპრესია წინასწარ იყო წარმოსახული 1929 წლის კოლაფსით, მაგრამ ასევე ელენ უაიტის დღეებში მომხდარი „1837 წლის პანიკითაც“.</w:t>
      </w:r>
    </w:p>
    <w:p>
      <w:pPr>
        <w:pStyle w:val="ArticleBody"/>
        <w:jc w:val="left"/>
      </w:pPr>
      <w:r>
        <w:rPr>
          <w:rFonts w:ascii="Sylfaen" w:hAnsi="Sylfaen" w:eastAsia="Sylfaen" w:cs="Sylfaen"/>
        </w:rPr>
        <w:t>შეერთებულ შტატებში 1830-იანი წლების დეპრესიას ჩვეულებრივ „1837 წლის პანიკად“ მოიხსენიებენ. ეს იყო მძიმე ეკონომიკური ვარდნა, რომელიც 1837 წლიდან 1840-იანი წლების შუა ხანებამდე გაგრძელდა და მოიცვა 1830-იანი წლების დიდი ნაწილი. 1837 წლის პანიკას ახასიათებდა ფინანსური კრიზისი, ბანკების კრახი, ფართომასშტაბიანი უმუშევრობა და ეკონომიკური გაჭირვების გახანგრძლივებული პერიოდი.</w:t>
      </w:r>
    </w:p>
    <w:p>
      <w:pPr>
        <w:pStyle w:val="ArticleBody"/>
        <w:jc w:val="left"/>
      </w:pPr>
      <w:r>
        <w:rPr>
          <w:rFonts w:ascii="Sylfaen" w:hAnsi="Sylfaen" w:eastAsia="Sylfaen" w:cs="Sylfaen"/>
        </w:rPr>
        <w:t>1837 წლის პანიკა, ისევე როგორც 1929 წლის კრახი, „სპეკულაციურმა ბუშტმა“ გამოიწვია. 1837 წელს, როდესაც ეს ბუშტი გასკდა, ამას მოჰყვა ფართომასშტაბიანი გაკოტრებები და ფინანსური დანაკარგები. სპეკულაციური ბუშტის შემდეგ ბანკების გაკოტრების სერია დაიწყო, რამაც საბანკო სისტემისადმი ნდობის დაკარგვა და ფართოდ გავრცელებული ფინანსური პანიკა გამოიწვია. გლობალურმა ეკონომიკურმა დაღმასვლამ, რომელიც საერთაშორისო ვაჭრობის შემცირებითა და ამერიკულ ექსპორტზე მოთხოვნის კლებამ კიდევ უფრო გაამწვავა, შეერთებულ შტატებში ეკონომიკურ სიძნელეებს შეუწყო ხელი.</w:t>
      </w:r>
    </w:p>
    <w:p>
      <w:pPr>
        <w:pStyle w:val="ArticleBody"/>
        <w:jc w:val="left"/>
      </w:pPr>
      <w:r>
        <w:rPr>
          <w:rFonts w:ascii="Sylfaen" w:hAnsi="Sylfaen" w:eastAsia="Sylfaen" w:cs="Sylfaen"/>
        </w:rPr>
        <w:t>1929 წლის კრახს, რომელმაც დიდ დეპრესიას დაუდო დასაბამი, წინ უძღოდა საფონდო ბაზარზე ჩამოყალიბებული სპეკულაციური ბუშტი. 1920-იანი წლების განმავლობაში შეერთებულ შტატებში ეკონომიკური კეთილდღეობის პერიოდი სუფევდა, რომელიც ცნობილია როგორც „მღელვარე ოციანები“ (Roaring Twenties) და რომელიც ხასიათდებოდა სწრაფი ინდუსტრიული ზრდით, ტექნოლოგიური ინოვაციითა და ფართოდ გავრცელებული ოპტიმიზმით. ამ დროის განმავლობაში საფონდო ბაზარზე სპეკულაციამ მკვეთრად იმატა, რასაც ხელს უწყობდა იოლი კრედიტი, მარჟინალური ვაჭრობა (აქციების შეძენა ნასესხები ფულით) და აქციების სპეკულაციური შესყიდვა მომავალი ფასების მოსალოდნელი ზრდის საფუძველზე და არა მათი საფუძვლიანი ღირებულების მიხედვით. აქციების ფასები არამდგრადად მაღალ ნიშნულამდე გაიზარდა და ბევრად აღემატებოდა იმ კომპანიების შინაგან ღირებულებას, რომლებსაც ისინი წარმოადგენდნენ.</w:t>
      </w:r>
    </w:p>
    <w:p>
      <w:pPr>
        <w:pStyle w:val="ArticleBody"/>
        <w:jc w:val="left"/>
      </w:pPr>
      <w:r>
        <w:rPr>
          <w:rFonts w:ascii="Sylfaen" w:hAnsi="Sylfaen" w:eastAsia="Sylfaen" w:cs="Sylfaen"/>
        </w:rPr>
        <w:t>2000 წლის მარტიდან 2002 წლის ოქტომბრამდე</w:t>
      </w:r>
      <w:r>
        <w:rPr>
          <w:rFonts w:ascii="Microsoft YaHei" w:hAnsi="Microsoft YaHei" w:eastAsia="Microsoft YaHei" w:cs="Microsoft YaHei"/>
        </w:rPr>
        <w:t>所谓</w:t>
      </w:r>
      <w:r>
        <w:rPr>
          <w:rFonts w:ascii="Sylfaen" w:hAnsi="Sylfaen" w:eastAsia="Sylfaen" w:cs="Sylfaen"/>
        </w:rPr>
        <w:t xml:space="preserve"> „დოთ-ქომ ბუშტი“ გასკდა. 2001 წლის 11 სექტემბერი ამ ეკონომიკური კრახის ფარგლებში იყო მოქცეული. შემდეგ, 2008 წელს, საბინაო ბუშტიც გასკდა, რასაც უწოდეს გლობალური ფინანსური კრიზისი ანუ დიდი რეცესია.</w:t>
      </w:r>
    </w:p>
    <w:p>
      <w:pPr>
        <w:pStyle w:val="ArticleBody"/>
        <w:jc w:val="left"/>
      </w:pPr>
      <w:r>
        <w:rPr>
          <w:rFonts w:ascii="Sylfaen" w:hAnsi="Sylfaen" w:eastAsia="Sylfaen" w:cs="Sylfaen"/>
        </w:rPr>
        <w:t>კვირის კანონის მოახლოებასთან ერთად, ამერიკის შეერთებული შტატების მოქალაქეთა დროებითი კეთილდღეობა მოიხსნება. დროებითი კეთილდღეობის მოხსნა ხდება ას ორმოცდაოთხი ათასის დაბეჭდვის ჟამს. დაბეჭდვის ჟამის პირველი გზამკვლევი ნიშანი ეკონომიკურ კრახში იყო ჩაბუდებული. 2001 წლის 11 სექტემბერი იყო მესამე ანგელოზის ძალმოსილება, და როდესაც სწორედ იგივე ანგელოზი 1844 წელს მოვიდა, ის ისტორია ეკონომიკურ კრახში იყო ჩაბუდებული. 1844 წელი წინასწარ ასახავს მალე მოსახდენ კვირის კანონს, ხოლო 2001 წლის 11 სექტემბერი დაბეჭდვის პერიოდის დასაწყისია. იესო მუდამ რაიმეს დასასრულს მისი დასაწყისით აჩვენებს. 1929 წლის კრახი უსწრებდა წინ და მიჰყავდა მეორე მსოფლიო ომამდე.</w:t>
      </w:r>
    </w:p>
    <w:p>
      <w:pPr>
        <w:pStyle w:val="ArticleBody"/>
        <w:jc w:val="left"/>
      </w:pPr>
      <w:r>
        <w:rPr>
          <w:rFonts w:ascii="Sylfaen" w:hAnsi="Sylfaen" w:eastAsia="Sylfaen" w:cs="Sylfaen"/>
        </w:rPr>
        <w:t>ჩვენ ამ შესწავლას შემდეგ სტატიაში გავაგრძელებთ.</w:t>
      </w:r>
    </w:p>
    <w:p>
      <w:pPr>
        <w:pStyle w:val="ArticleScripture"/>
        <w:jc w:val="left"/>
      </w:pPr>
      <w:r>
        <w:rPr>
          <w:rFonts w:ascii="Sylfaen" w:hAnsi="Sylfaen" w:eastAsia="Sylfaen" w:cs="Sylfaen"/>
        </w:rPr>
        <w:t>„ჩვენ შორის, როგორც ერთ ხალხში, ადგილი ჰქონდა ზარმაც უგულებელყოფასა და დანაშაულებრივ ურწმუნოებას, რამაც ხელი შეგვიშალა იმ საქმის შესრულებაში, რომლის გაკეთებაც ღმერთმა დაგვიტოვა — რათა ჩვენმა ნათელმა გაანათოს სხვა ერების შვილთა წინაშე. ამ დიდ საქმეში გამოსვლისა და რისკის გაწევის შიში არსებობს, რადგან ეშინიათ, რომ საშუალებათა დახარჯვა უკუგებას არ მოიტანს. რა თუ საშუალებები იქნეს გამოყენებული, და მაინც ვერ დავინახოთ, რომ მათი მეშვეობით სულები გადარჩნენ? რა თუ ჩვენი სახსრების ერთი ნაწილი სრულ დანაკარგად იქცეს? უმჯობესია ვიმუშაოთ და განვაგრძოთ შრომა, ვიდრე არაფერი ვაკეთოთ. თქვენ არ იცით, რომელი აყვავდება — ეს თუ ის. ადამიანები საპატენტო უფლებებში აბანდებენ და დიდ ზარალს განიცდიან, და ეს ჩვეულებრივ ამბად მიიჩნევა. მაგრამ ღვთის საქმესა და საქმეში ადამიანები შიშობენ, გაბედონ. ფული მათ მკვდარ დანაკარგად ეჩვენებათ, თუ იგი სულთა ხსნის საქმეში დაბანდებისას დაუყოვნებელ შედეგს არ მოიტანს. სწორედ ის სახსრები, რომლებიც ახლა ასე ძუნწად იდება ღვთის საქმეში და ეგოისტურად ინახება, სულ მცირე ხანში, ყველა კერპთან ერთად, თხუნელებსა და ღამურებს გადაეყრება. ფული მალე, უეცრად, მნიშვნელოვნად გაუფასურდება, როცა მარადიული მოვლენების სინამდვილე ადამიანის გრძნობებს გაეხსნება.“ The True Missionary, January 1, 1874.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ორმოცდამეხუთე</dc:title>
  <dc:subject>ბიბლიური წინასწარმეტყველების განმარტება და მიმდინარე მოვლენები: თვალსაზრისი თანამედროვე პოლიტიკასა და რელიგიურ სიმბოლიზმზე</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