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ორმოცდამეექვსე</w:t>
      </w:r>
    </w:p>
    <w:p>
      <w:pPr>
        <w:pStyle w:val="ArticleSubtitle"/>
        <w:jc w:val="left"/>
      </w:pPr>
      <w:r>
        <w:rPr>
          <w:rFonts w:ascii="Sylfaen" w:hAnsi="Sylfaen" w:eastAsia="Sylfaen" w:cs="Sylfaen"/>
        </w:rPr>
        <w:t>წინასწარმეტყველური ძაფების გახსნა: ბოლო პრეზიდენტი, დიქტატურა და მოახლოებული კვირა დღის კანონი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2024-03-19</w:t>
      </w:r>
    </w:p>
    <w:p>
      <w:pPr>
        <w:pStyle w:val="ArticleBody"/>
        <w:jc w:val="left"/>
      </w:pPr>
      <w:r>
        <w:rPr>
          <w:rFonts w:ascii="Sylfaen" w:hAnsi="Sylfaen" w:eastAsia="Sylfaen" w:cs="Sylfaen"/>
        </w:rPr>
        <w:t>ჩვენ ვართ იმ წინასწარმეტყველური გარემოს იდენტიფიცირების პროცესში, რომელიც არსებობს მაშინ, როდესაც შეერთებული შტატების უკანასკნელი პრეზიდენტი მალე მომავალი კვირადღის კანონისკენ მიმავალ ისტორიაში დესპოტად ძალაუფლებით იმოსება. არაფერი ხდება ვაკუუმში, და მიწის მხეცის მოქალაქეობა ტრამპის შეფასებაში თითქმის თანაბრად არის გაყოფილი. ისინი, ვინც მის შეხედულებას თანაუგრძნობენ, ადვილად ხედავენ, რატომ სჭირდება მას ჭაობის გაწმენდა და რატომ არის ამის მოხდენა ფაქტობრივად შეუძლებელი, თუ ტრამპი დიქტატორის როლს არ იკისრებს. ყველაზე ძლევამოსილი დიქტატორები ისინი არიან, რომელთაც მოსახლეობის მაღალი პროცენტი უჭერს მხარს იმ საქმეში, რომლის განხორციელებასაც დიქტატორი ცდილობს. ჰიტლერის ხელისუფლებაში აღზევებამდე ერთი პურის საყიდლად ფულით სავსე ურიკა იყო საჭირო.</w:t>
      </w:r>
    </w:p>
    <w:p>
      <w:pPr>
        <w:pStyle w:val="ArticleBody"/>
        <w:jc w:val="left"/>
      </w:pPr>
      <w:r>
        <w:rPr>
          <w:rFonts w:ascii="Sylfaen" w:hAnsi="Sylfaen" w:eastAsia="Sylfaen" w:cs="Sylfaen"/>
        </w:rPr>
        <w:t>ჰიტლერმა ეს შემოაბრუნა, და თუმცა გერმანელებს არ სურთ იმ ისტორიის დიდი ნაწილის აღიარება, ჰიტლერს თავისი საქმისათვის ფართო მხარდაჭერა ჰქონდა. შეერთებული შტატების, და მთელი მსოფლიოს, წინაშე მდგარი საკითხები მოქალაქეთა შორის განსხვავებას წარმოშობს, და ახლა გამმიჯნავი ხაზები ივლება. პერიოდი რევოლუციური ომიდან 1798 წლამდე წარმოადგენს მომზადების ჟამს, რომელიც შეესაბამება ას ორმოცდაოთხი ათასის დაბეჭდვის დროს. Patriot Act-მა აღნიშნა რევოლუციური ომის სულიერი განმეორების დასაწყისი. იესო ყოველთვის დასასრულს დასაბამით ასახავს, და მიწის მხეცი რევოლუციური ომით დაიწყო, მაშასადამე, ასევე ერთით დასრულდება. პირველი პირდაპირი იყო, უკანასკნელი კი სულიერია.</w:t>
      </w:r>
    </w:p>
    <w:p>
      <w:pPr>
        <w:pStyle w:val="ArticleBody"/>
        <w:jc w:val="left"/>
      </w:pPr>
      <w:r>
        <w:rPr>
          <w:rFonts w:ascii="Sylfaen" w:hAnsi="Sylfaen" w:eastAsia="Sylfaen" w:cs="Sylfaen"/>
        </w:rPr>
        <w:t>ამერიკის შეერთებული შტატების სამოქალაქო ომი პირდაპირი მნიშვნელობით იყო და უკანასკნელ დღეებში კვლავ განმეორდება. მან აღნიშნა პირველი რესპუბლიკელი პრეზიდენტის გამოჩენა, რომელიც უკანასკნელ რესპუბლიკელ პრეზიდენტს განასახიერებს. რესპუბლიკური პარტია წარმოიშვა როგორც მონობის საწინააღმდეგო პარტია, რათა წინ აღდგომოდა დემოკრატების დიდხანს დამკვიდრებულ მონობის მომხრე პარტიას. ამ პოლიტიკურმა დაპირისპირებამ წარმოშვა სამოქალაქო ომი და ლინკოლნის პრეზიდენტობა. ამიტომ შეუძლებელია პირველი რესპუბლიკელი პრეზიდენტის სამოქალაქო ომისგან გამიჯვნა, ასე რომ უკანასკნელი რესპუბლიკელი პრეზიდენტი სამოქალაქო ომის უშუალო შესავალს დაიმკვიდრებს. იესო ბუნებრივ სამყაროს იყენებდა სულიერი სამყაროს საილუსტრაციოდ. გველეშაპის პარტიას მამად ჰყავს სიცრუის მამა, და დემოკრატიული პარტიის განმასხვავებელი ნიშანი სიცრუეა. ამ ტაქტიკის კლასიკური მაგალითია მათი მტკიცება, თითქოს ისინი იმ პარტიას წარმოადგენენ, რომელიც უმცირესობების მიმართ თანაგრძნობით არის განწყობილი.</w:t>
      </w:r>
    </w:p>
    <w:p>
      <w:pPr>
        <w:pStyle w:val="ArticleScripture"/>
        <w:jc w:val="left"/>
      </w:pPr>
      <w:r>
        <w:rPr>
          <w:rFonts w:ascii="Sylfaen" w:hAnsi="Sylfaen" w:eastAsia="Sylfaen" w:cs="Sylfaen"/>
        </w:rPr>
        <w:t>ცრუწინასწარმეტყველთაგან ფრთხილად იყავით, რომლებიც თქვენთან ცხვრის სამოსლით მოდიან, ხოლო შინაგანად მტაცებელი მგლები არიან. მათი ნაყოფით იცნობთ მათ. განა ეკლებსაგან ყურძენს კრეფენ, ან ძეძვისაგან ლეღვს? ასევე ყოველი კარგი ხე კარგ ნაყოფს გამოიღებს, ხოლო გახრწნილი ხე ცუდ ნაყოფს გამოიღებს. კარგ ხეს არ შეუძლია ცუდი ნაყოფის გამოღება, არც გახრწნილ ხეს შეუძლია კარგი ნაყოფის გამოღება. ყოველი ხე, რომელსაც კარგი ნაყოფი არ გამოაქვს, მოიჭრება და ცეცხლში ჩაიგდება. ამიტომ მათი ნაყოფით იცნობთ მათ. მათე 7:15–20.</w:t>
      </w:r>
    </w:p>
    <w:p>
      <w:pPr>
        <w:pStyle w:val="ArticleBody"/>
        <w:jc w:val="left"/>
      </w:pPr>
      <w:r>
        <w:rPr>
          <w:rFonts w:ascii="Sylfaen" w:hAnsi="Sylfaen" w:eastAsia="Sylfaen" w:cs="Sylfaen"/>
        </w:rPr>
        <w:t>ხის ფესვები განსაზღვრავს ნაყოფს, რომელსაც ის გამოიღებს, ხოლო დემოკრატიული პარტიის ფესვი მათი მონობის მომხრე პოზიციაა. რესპუბლიკური პარტიის ფესვი მათი მონობის საწინააღმდეგო პოზიციაა.</w:t>
      </w:r>
    </w:p>
    <w:p>
      <w:pPr>
        <w:pStyle w:val="ArticleScripture"/>
        <w:jc w:val="left"/>
      </w:pPr>
      <w:r>
        <w:rPr>
          <w:rFonts w:ascii="Sylfaen" w:hAnsi="Sylfaen" w:eastAsia="Sylfaen" w:cs="Sylfaen"/>
        </w:rPr>
        <w:t>მართალი ხარ შენ, უფალო, როცა შენთან ვდავობ; მაგრამ ნება მომეცი, შენს მსჯავრთა შესახებ გელაპარაკო: რატომ წარმატებულია ბოროტთა გზა? რატომ არიან ბედნიერნი ყველანი, ვინც მეტად მზაკვრულად იქცევა? შენ დარგე ისინი, და მათაც გაიდგეს ფესვი; იზრდებიან, და ნაყოფიც გამოაქვთ; ახლოს ხარ მათ ბაგეებთან, ხოლო შორს — მათი გულიდან. იერემია 12:1, 2.</w:t>
      </w:r>
    </w:p>
    <w:p>
      <w:pPr>
        <w:pStyle w:val="ArticleBody"/>
        <w:jc w:val="left"/>
      </w:pPr>
      <w:r>
        <w:rPr>
          <w:rFonts w:ascii="Sylfaen" w:hAnsi="Sylfaen" w:eastAsia="Sylfaen" w:cs="Sylfaen"/>
        </w:rPr>
        <w:t>მომავალი სამოქალაქო ომი წარმოდგენილია იმ კონტექსტში, სადაც „ფულიანი კაცები“, როგორც მათ სესტრა უაიტი უწოდებს, აკონტროლებენ ბაზარს, რათა მოიმკონ ერთა სიმდიდრე, მაშინ როცა ღარიბებს თრგუნავენ.</w:t>
      </w:r>
    </w:p>
    <w:p>
      <w:pPr>
        <w:pStyle w:val="ArticleScripture"/>
        <w:jc w:val="left"/>
      </w:pPr>
      <w:r>
        <w:rPr>
          <w:rFonts w:ascii="Sylfaen" w:hAnsi="Sylfaen" w:eastAsia="Sylfaen" w:cs="Sylfaen"/>
        </w:rPr>
        <w:t>„ინდოეთში, ჩინეთში, რუსეთში და ამერიკის ქალაქებში ათასობით კაცი და ქალი შიმშილით იღუპება. ფულიანი კაცები, რადგანაც ძალაუფლება მათ ხელშია, აკონტროლებენ ბაზარს. ისინი დაბალ ფასებში ყიდულობენ ყველაფერს, რის მოპოვებაც შეუძლიათ, ხოლო შემდეგ გაცილებით მომატებულ ფასებში ყიდიან. ეს ნიშნავს შიმშილს ღარიბი ფენებისთვის და სამოქალაქო ომით დასრულდება.“ Manuscript Releases, ტომი 5, 305.</w:t>
      </w:r>
    </w:p>
    <w:p>
      <w:pPr>
        <w:pStyle w:val="ArticleBody"/>
        <w:jc w:val="left"/>
      </w:pPr>
      <w:r>
        <w:rPr>
          <w:rFonts w:ascii="Sylfaen" w:hAnsi="Sylfaen" w:eastAsia="Sylfaen" w:cs="Sylfaen"/>
        </w:rPr>
        <w:t>ლინკოლნის ისტორიის სამოქალაქო ომი პირდაპირი იყო და პირდაპირ დამონებას ეხებოდა. გველეშაპის შთაგონებით მოქმედი გლობალისტები უკანასკნელ დღეებში წარმოქმნიან სამოქალაქო ომს, რომელიც დაფუძნებულია მათ მცდელობაზე, გაანადგურონ საშუალო კლასი და დატოვონ მხოლოდ ზემდიდარი ელიტები და ზემღარიბი ყმები. სწორედ საშუალო კლასი ინარჩუნებს სოციალურ, ეკონომიკურ და რელიგიურ თავისუფლებას, და როდესაც იგი მოიშლება, აღარ რჩება არავითარი ბარიერი ფეოდალიზმის დანერგვის წინააღმდეგ. საფრანგეთის რევოლუციის მთავარი მიღწევა ის იყო, რომ მან დაასრულა ფეოდალიზმის სისტემა, რომლის კვლავ დაკისრებასაც გლობალისტები ახლა ესწრაფვიან საშუალო კლასის მოსპობით. გლობალისტების გეგმა დიდწილად ემყარება საშუალო კლასის დატბორვას არალეგალი იმიგრანტებით, რაც ამცირებს ეკონომიკურ წარმოებას, ამცირებს ხელფასებს და აფართოებს სახელმწიფო სოციალური უზრუნველყოფის სისტემას.</w:t>
      </w:r>
    </w:p>
    <w:p>
      <w:pPr>
        <w:pStyle w:val="ArticleBody"/>
        <w:jc w:val="left"/>
      </w:pPr>
      <w:r>
        <w:rPr>
          <w:rFonts w:ascii="Sylfaen" w:hAnsi="Sylfaen" w:eastAsia="Sylfaen" w:cs="Sylfaen"/>
        </w:rPr>
        <w:t>მეორე მსოფლიო ომამდე, დიდი დეპრესიის პერიოდში, მამა ჩარლზ კოფლინმა, რომის კათოლიკე მღვდელმა, სახელი გაითქვა თავისი რადიომაუწყებლობებით, რომლებიც ქვეყნის მასშტაბით მილიონობით მსმენელს აღწევდა. მისი რადიომაუწყებლობების გავლენა ახლო წარსულში რაშ ლიმბოს გავლენას უტოლდებოდა. კოფლინი თავის რადიოეთერს იყენებდა მრავალფეროვან საკითხთა განსახილველად, მათ შორის პოლიტიკის, ეკონომიკისა და სოციალური პრობლემების. თავდაპირველად იგი მხარს უჭერდა პრეზიდენტ ფრანკლინ დ. რუზველტსა და მის „ახალ კურსს“. კოფლინის რადიომაუწყებლობებმა, რომლებიც ხშირად გამაღიზიანებელი და საკამათო იყო, იგი ამერიკულ პოლიტიკაში გამყოფ ფიგურად აქცია. მიუხედავად იმისა, რომ მას ჰყავდა მრავალრიცხოვანი და თავდადებული მიმდევრები, თავისი ექსტრემისტული შეხედულებების გამო იგი სხვადასხვა წრიდან კრიტიკასა და დაგმობასაც აწყდებოდა.</w:t>
      </w:r>
    </w:p>
    <w:p>
      <w:pPr>
        <w:pStyle w:val="ArticleBody"/>
        <w:jc w:val="left"/>
      </w:pPr>
      <w:r>
        <w:rPr>
          <w:rFonts w:ascii="Sylfaen" w:hAnsi="Sylfaen" w:eastAsia="Sylfaen" w:cs="Sylfaen"/>
        </w:rPr>
        <w:t>კოფლინის თავდაპირველი პოლიტიკური, ეკონომიკური და სოციალური შეხედულებები ფრანკლინ რუზველტმა აითვისა და ისინი მისი „ნიუ დილის“ პოლიტიკის გეგმად იქცა; სწორედ ამ პოლიტიკამ მოიტანა მზარდი სოციალური უზრუნველყოფის სისტემის წყევლა და შეერთებულ შტატებში კეთილდღეობის სისტემა. მისი „ნიუ დილის“ პოლიტიკა მისი მემკვიდრეობის განმასხვავებელ ნიშნად იქცა და წარმოადგენდა წინასწარმეტყველური სცენარის ერთ ელემენტს, რომელმაც მეორე მსოფლიო ომამდე მიიყვანა და მის შემდგომაც გაგრძელდა. „მათი ნაყოფით იცნობთ მათ.“ რუზველტის „ნიუ დილის“ პოლიტიკის განხორციელების გამო დიდი დეპრესია შეერთებულ შტატებში მსოფლიოს სხვა ნებისმიერ ქვეყანაზე გაცილებით დიდხანს გაგრძელდა.</w:t>
      </w:r>
    </w:p>
    <w:p>
      <w:pPr>
        <w:pStyle w:val="ArticleBody"/>
        <w:jc w:val="left"/>
      </w:pPr>
      <w:r>
        <w:rPr>
          <w:rFonts w:ascii="Sylfaen" w:hAnsi="Sylfaen" w:eastAsia="Sylfaen" w:cs="Sylfaen"/>
        </w:rPr>
        <w:t>რუზველტი დემოკრატი იყო და, შესაბამისად, დრაკონით შთაგონებული გლობალისტი. მის მიერ დანერგილი „ახალი კურსის“ პოლიტიკა შორსმიმავალი გეგმის ნაწილი იყო, რომლის მიზანიც ზემდიდართა და უკიდურესად ღარიბთა მოქალაქეობრივი მასის შექმნა იყო. სამოქალაქო ომის ხანის პირდაპირი მონობა წარმოადგენს სულიერ და ეკონომიკურ მონობას, რომელიც ახლა ელვის სისწრაფით ძლიერდება, რადგან თანამედროვე ბაბილონის გლობალისტი მილიარდერი ვაჭრები აფინანსებენ ფართოდ გავრცელებულ უკანონო იმიგრაციას, რომელიც გამიზნულია იმისათვის, რომ რუზველტის „ახალი კურსი“ მათეული გაგებით სრულყოფილებამდე მიიყვანოს. უკანასკნელი პრეზიდენტი, რომელიც მესამე მსოფლიო ომს შეეჯახება, აგრეთვე შეეჯახება სოციალური დამოკიდებულების პროგრამის კრიზისს, რომელიც მეორე მსოფლიო ომის დროს პრეზიდენტის მიერ იქნა დამკვიდრებული. შთაგონება ამ ფაქტს ასახელებს და იმასაც მიუთითებს, რომ უკანასკნელ დღეებში წინამძღოლებმა არ იციან, როგორ მიუდგნენ ამ პრობლემას.</w:t>
      </w:r>
    </w:p>
    <w:p>
      <w:pPr>
        <w:pStyle w:val="ArticleScripture"/>
        <w:jc w:val="left"/>
      </w:pPr>
      <w:r>
        <w:rPr>
          <w:rFonts w:ascii="Sylfaen" w:hAnsi="Sylfaen" w:eastAsia="Sylfaen" w:cs="Sylfaen"/>
        </w:rPr>
        <w:t>არ არიან მრავალნი, თვით აღმზრდელთა და სახელმწიფო მოღვაწეთაც შორის, რომელნიც შეიგნებენ იმ მიზეზებს, რომლებიც საფუძვლად უდევს საზოგადოების დღევანდელ მდგომარეობას. ისინი, რომელთაც მმართველობის სადავეები უპყრიათ, ვერ ძალუძთ გადაჭრან ზნეობრივი გახრწნილების, სიღარიბის, უპოვრობისა და მზარდი დანაშაულის პრობლემა. ისინი ამაოდ იღვწიან, რათა საქმიანი საქმიანობა უფრო მყარ საფუძველზე დააყენონ. ადამიანებს ღმერთის სიტყვის სწავლებისთვის მეტი ყურადღება რომ მიექციათ, იპოვიდნენ იმ პრობლემათა გადაწყვეტას, რომელნიც ასე აბნევთ.</w:t>
      </w:r>
    </w:p>
    <w:p>
      <w:pPr>
        <w:pStyle w:val="ArticleScripture"/>
        <w:jc w:val="left"/>
      </w:pPr>
      <w:r>
        <w:rPr>
          <w:rFonts w:ascii="Sylfaen" w:hAnsi="Sylfaen" w:eastAsia="Sylfaen" w:cs="Sylfaen"/>
        </w:rPr>
        <w:t>„წმინდა წერილი აღწერს მსოფლიოს მდგომარეობას ქრისტეს მეორე მოსვლის წინ უშუალოდ. იმ ადამიანთა შესახებ, რომლებიც ძარცვითა და გამოძალვით დიდ სიმდიდრეს აგროვებენ, დაწერილია: „თქვენ უკანასკნელი დღეებისთვის დაიხვავეთ საუნჯე. აჰა, მუშაკთა საზღაური, რომელთაც თქვენი ყანები მომკეს და რომელსაც თაღლითობით აკავებთ, ღაღადებს; და მომკელთა ღაღადი საბაოთ უფლის ყურებამდეა მისული. თქვენ ქვეყნად განცხრომით ცხოვრობდით და თავაშვებულობდით; გული გაიპოხეთ, როგორც საკლავის დღეს. მართალი დასაჯეთ და მოკალით; და ის არ გეწინააღმდეგებათ თქვენ.“ იაკობი 5:3–6.“ მოწმობანი, ტომი 9, 13.</w:t>
      </w:r>
    </w:p>
    <w:p>
      <w:pPr>
        <w:pStyle w:val="ArticleBody"/>
        <w:jc w:val="left"/>
      </w:pPr>
      <w:r>
        <w:rPr>
          <w:rFonts w:ascii="Sylfaen" w:hAnsi="Sylfaen" w:eastAsia="Sylfaen" w:cs="Sylfaen"/>
        </w:rPr>
        <w:t>უკანასკნელი პრეზიდენტი „სახელმწიფო მმართველობის სადავეებს დაიკავებს,“ მაგრამ იგი ვერ შეძლებს „ზნეობრივი გახრწნილების, სიღარიბის, უპოვარობისა და მზარდი დანაშაულის პრობლემის გადაჭრას.“ ვერც იმას შეძლებს, რომ „საქმიანი ოპერაციები უფრო მყარ საფუძველზე დააყენოს.“ ყველა ეს პრობლემა დაკავშირებულია უკანასკნელი დღეების ბანკირებთან და მილიარდერ ვაჭრებთან. „უპოვარობა“ გამოიყენება იმ ადამიანთა მდგომარეობის აღსაწერად, რომლებიც დამოკიდებულნი არიან ადგილობრივი ხელისუფლების ან საქველმოქმედო ორგანიზაციების მიერ გაცემულ დახმარებაზე ან სოციალური უზრუნველყოფის სახით მიღებულ შემწეობაზე. მრავალ საზოგადოებაში უპოვარობა დაკავშირებული იყო სოციალურ დაღთან და ხშირად იწვევდა სიღარიბის განმცდელთა მარგინალიზაციასა და დისკრიმინაციას. ამერიკის ისტორიაში პროგრამა, რომელმაც წარმოშვა „უპოვარობა,“ არის ის პროგრამა, რომელიც თითქოსდა შექმნილია იმისათვის, რომ სიღარიბეში მოქცეულთ თავი აიმაღლონ. ამის ნაცვლად, მან წარმოშვა სახელმწიფო სოციალური უზრუნველყოფის ისეთი სისტემა, რომელიც ამ უპოვრებს ეკონომიკურ მონობაში ამყოფებს.</w:t>
      </w:r>
    </w:p>
    <w:p>
      <w:pPr>
        <w:pStyle w:val="ArticleBody"/>
        <w:jc w:val="left"/>
      </w:pPr>
      <w:r>
        <w:rPr>
          <w:rFonts w:ascii="Sylfaen" w:hAnsi="Sylfaen" w:eastAsia="Sylfaen" w:cs="Sylfaen"/>
        </w:rPr>
        <w:t>მეორე მსოფლიო ომისთანავე გაერთიანებულმა ერებმა მოქმედება დაიწყო. ამან პირველი ორი მსოფლიო ომიდან მეორე მოწმობა წარმოშვა იმისა, რომ მეშვიდე სამეფო (გაერთიანებული ერები) დედამიწის ტახტზე დაისმება. პირველმა მსოფლიო ომმა გამოავლინა იმ გლობალური საბანკო სისტემის როლი, რომელიც პირველი მსოფლიო ომის ისტორიაში იქნა მიღებული, და იმ მსოფლიო ბანკირებისა და ვაჭრების ზრახვები, რომ ფეოდალურ სისტემას დაბრუნებოდნენ, როგორც ეს მეორე მსოფლიო ომში იყო წარმოდგენილი. ყველა ეს განზრახვა — ერთმსოფლიოიანი მთავრობა, ეკონომიკური სისტემა, სადაც ზემდიდრები ზეღარიბებზე ბატონობენ, და ერთმსოფლიოიანი ფინანსური სისტემა, რომელიც მონაწილეობას მხოლოდ მას დაუშვებს, ვისაც თავად შესაფერისად მიიჩნევს — დრაკონისაგან მოვიდა, რომელიც ომობს მერვე პრეზიდენტის წინააღმდეგ, რომელიც შვიდთაგანია.</w:t>
      </w:r>
    </w:p>
    <w:p>
      <w:pPr>
        <w:pStyle w:val="ArticleBody"/>
        <w:jc w:val="left"/>
      </w:pPr>
      <w:r>
        <w:rPr>
          <w:rFonts w:ascii="Sylfaen" w:hAnsi="Sylfaen" w:eastAsia="Sylfaen" w:cs="Sylfaen"/>
        </w:rPr>
        <w:t>ამ ფაქტორებით წარმოდგენილი ლოგიკა ნათლად წარმოაჩენს პრეზიდენტს, რომელიც იგრძნობს, რომ პრობლემების გადაჭრისადმი თავის მიდგომაში იძულებულია დიქტატორული გახდეს. ჩვენ უბრალოდ გამოვყოფთ იმ წინასწარმეტყველურ გარემოს, რომლის გახსნასაც, ღვთის სიტყვის თანახმად, ადგილი ექნება მიწის მხეცის უკანასკნელი პრეზიდენტის ისტორიის განმავლობაში. წინა სტატიაში ჩვენ მოვიხმეთ მონაკვეთი „დიდი ბრძოლიდან“, სადაც იგი მიუთითებს, რომ „დროებითი კეთილდღეობა“ კვირადღის კანონის წინ იქნება წართმეული. ეს მონაკვეთი უკანასკნელი დღეების მრავალ წინასწარმეტყველურ მახასიათებელს ასახელებს, და საკითხები, რომლებსაც იგი განიხილავს, თავიანთ აღსრულებას პოულობს მხეცის ხატის გამოცდის ჟამს როგორც ამერიკის შეერთებულ შტატებში, ისე შემდგომ მთელ მსოფლიოში. იგი ასახელებს ორ საკითხს, რომლებსაც სატანა იყენებს მსოფლიოს დასაპყრობად: სპირიტუალიზმს და კვირადღის სიწმინდეს. და როცა იგი მოიხსენიებს კურნების სასწაულებს, რომლებსაც სატანა გამოიყენებს, იგი ჩვენი დროის კიდევ ერთ წინასწარმეტყველურ საკითხსაც ასახელებს.</w:t>
      </w:r>
    </w:p>
    <w:p>
      <w:pPr>
        <w:pStyle w:val="ArticleScripture"/>
        <w:jc w:val="left"/>
      </w:pPr>
      <w:r>
        <w:rPr>
          <w:rFonts w:ascii="Sylfaen" w:hAnsi="Sylfaen" w:eastAsia="Sylfaen" w:cs="Sylfaen"/>
        </w:rPr>
        <w:t>„ორი დიდი ცდომილების — სულის უკვდავებისა და კვირა დღის სიწმინდის — მეშვეობით, სატანა ხალხს თავის ცდუნებათა ქვეშ მოაქცევს. მაშინ როცა პირველი სპირიტიზმის საფუძველს ამყარებს, მეორე რომთან თანაგრძნობის კავშირს ქმნის. შეერთებული შტატების პროტესტანტები პირველნი იქნებიან, ვინც უფსკრულზე ხელებს გადაიწვდენენ, რათა სპირიტიზმის ხელს ჩასჭიდონ; ისინი უფსკრულს გასწვდენენ, რათა რომის ძალასთან ხელი ჩამოართვან; და ამ სამმაგი კავშირის ზემოქმედების ქვეშ, ეს ქვეყანა რომის კვალს გაჰყვება სინდისის უფლებათა გათელვაში.“</w:t>
      </w:r>
    </w:p>
    <w:p>
      <w:pPr>
        <w:pStyle w:val="ArticleScripture"/>
        <w:jc w:val="left"/>
      </w:pPr>
      <w:r>
        <w:rPr>
          <w:rFonts w:ascii="Sylfaen" w:hAnsi="Sylfaen" w:eastAsia="Sylfaen" w:cs="Sylfaen"/>
        </w:rPr>
        <w:t>„როგორც სპირიტიზმი უფრო ახლოს ბაძავს დღევანდელი დროის სახელობით ქრისტიანობას, მას მეტი ძალა აქვს, რომ აცდუნოს და მახეში გააბას. თავად სატანაც მოქცეულია, საგანთა თანამედროვე წესრიგის შესაბამისად. იგი გამოჩნდება ნათლის ანგელოზის სახით. სპირიტიზმის მოქმედებით სასწაულები აღსრულდება, სნეულნი განიკურნებიან და მრავალი უდავო საოცრება მოხდება. და რადგან სულები ბიბლიისადმი რწმენას აღიარებენ და ეკლესიის დადგენილებებისადმი პატივისცემას გამოავლენენ, მათი საქმე მიღებულ იქნება, როგორც ღვთიური ძალის გამოვლინება.“</w:t>
      </w:r>
    </w:p>
    <w:p>
      <w:pPr>
        <w:pStyle w:val="ArticleScripture"/>
        <w:jc w:val="left"/>
      </w:pPr>
      <w:r>
        <w:rPr>
          <w:rFonts w:ascii="Sylfaen" w:hAnsi="Sylfaen" w:eastAsia="Sylfaen" w:cs="Sylfaen"/>
        </w:rPr>
        <w:t>„სხვაობის ზღვარი აღმსარებელ ქრისტიანებსა და უღმერთოებს შორის ახლა ძლივსღა გასარჩევია. ეკლესიის წევრებს უყვართ ის, რაც სოფელს უყვარს, და მზად არიან მათთან შესაერთებლად; ხოლო სატანა განიზრახავს, ისინი ერთ სხეულად გააერთიანოს და ამგვარად განამტკიცოს თავისი საქმე, ყველას სულიერიზმის რიგებში ჩარეცხვით. პაპისტები, რომლებიც სასწაულებით იწონებენ თავს, როგორც ჭეშმარიტი ეკლესიის უეჭველი ნიშნით, ადვილად მოატყუებს ეს სასწაულმოქმედი ძალა; ხოლო პროტესტანტებიც, რომლებმაც ჭეშმარიტების ფარი უკუაგდეს, ასევე ცდუნებულნი იქნებიან. პაპისტები, პროტესტანტები და ამქვეყნიურნი ერთნაირად მიიღებენ ღვთისმოსაობის სახეს ძალის გარეშე, და ამ ერთობაში ისინი დაინახავენ დიდ მოძრაობას ქვეყნის მოქცევისათვის და დიდი ხნის ნანატრი ათასწლეულის შემოყვანისათვის.“</w:t>
      </w:r>
    </w:p>
    <w:p>
      <w:pPr>
        <w:pStyle w:val="ArticleScripture"/>
        <w:jc w:val="left"/>
      </w:pPr>
      <w:r>
        <w:rPr>
          <w:rFonts w:ascii="Sylfaen" w:hAnsi="Sylfaen" w:eastAsia="Sylfaen" w:cs="Sylfaen"/>
        </w:rPr>
        <w:t>„სპირიტუალიზმის მეშვეობით სატანა წარმოჩნდება ადამიანთა მოდგმის კეთილისმყოფელად, კურნავს ხალხის სნეულებებს და ირწმუნება, თითქოს წარადგენს რელიგიური რწმენის ახალსა და უფრო აღმატებულ სისტემას; მაგრამ იმავდროულად იგი მოქმედებს როგორც გამანადგურებელი. მისი ცდუნებები მრავალთ დაღუპვისკენ მიაქანებს. თავშეუკავებლობა გონებას ტახტიდან აგდებს; ამას მოჰყვება გრძნობითი განცხრომა, შუღლი და სისხლისღვრა. სატანას ომი ახარებს, რადგან იგი სულის უღარიბეს ვნებებს აღაგზნებს და შემდეგ მარადისობაში მიითრევს თავის მსხვერპლთ, მანკიერებითა და სისხლით გაჟღენთილთ. მისი მიზანია, აღძრას ერები ერთმანეთის წინააღმდეგ საომრად, რადგან ამგვარად მას შეუძლია ხალხის გონება გადაატანინოს მომზადების საქმიდან, რათა ღვთის დღეს მტკიცედ დადგნენ.“ The Great Controversy, 588, 589.</w:t>
      </w:r>
    </w:p>
    <w:p>
      <w:pPr>
        <w:pStyle w:val="ArticleBody"/>
        <w:jc w:val="left"/>
      </w:pPr>
      <w:r>
        <w:rPr>
          <w:rFonts w:ascii="Sylfaen" w:hAnsi="Sylfaen" w:eastAsia="Sylfaen" w:cs="Sylfaen"/>
        </w:rPr>
        <w:t>სატანა თითქოს თავის გვირგვინმოსილ მოქმედებას საკვირაო კანონის დროს აღასრულებს და არა მანამდე. მას შემდეგ, რაც გამოცხადების მეცამეტე თავის მეთერთმეტე მუხლში შეერთებული შტატები დრაკონივით ალაპარაკდება, მეცამეტე მუხლში სატანა თითქოს ზეციდან ცეცხლის ჩამოყვანას იწვევს. სწორედ ამას მიუთითებს აგრეთვე დას უაითიც.</w:t>
      </w:r>
    </w:p>
    <w:p>
      <w:pPr>
        <w:pStyle w:val="ArticleScripture"/>
        <w:jc w:val="left"/>
      </w:pPr>
      <w:r>
        <w:rPr>
          <w:rFonts w:ascii="Sylfaen" w:hAnsi="Sylfaen" w:eastAsia="Sylfaen" w:cs="Sylfaen"/>
        </w:rPr>
        <w:t>„პაპობის დაწესებულების განმამტკიცებელი დადგენილებით, რომელიც ღვთის კანონის დარღვევით იქნება მიღებული, ჩვენი ერი სრულად განეშორება სიმართლეს. როდესაც პროტესტანტიზმი უფსკრულზე ხელს გაიწვდის, რათა რომაული ძალის ხელი ჩასჭიდოს; როდესაც იგი უფსკრულს გადასწვდება, რათა სპირიტუალიზმთან ხელი ჩამოართვას; როდესაც ამ სამმაგი კავშირის გავლენით ჩვენი ქვეყანა, როგორც პროტესტანტული და რესპუბლიკური მმართველობის მქონე სახელმწიფო, უარყოფს თავისი კონსტიტუციის ყოველ პრინციპს და უზრუნველყოფს პაპისეული სიცრუისა და ცდუნებების გავრცელებას, მაშინ შევიტყობთ, რომ სატანის საოცარი მოქმედების ჟამი დამდგარა და აღსასრული ახლოს არის.“ Testimonies, ტომი 5, 451.</w:t>
      </w:r>
    </w:p>
    <w:p>
      <w:pPr>
        <w:pStyle w:val="ArticleBody"/>
        <w:jc w:val="left"/>
      </w:pPr>
      <w:r>
        <w:rPr>
          <w:rFonts w:ascii="Sylfaen" w:hAnsi="Sylfaen" w:eastAsia="Sylfaen" w:cs="Sylfaen"/>
        </w:rPr>
        <w:t>კვირა დღის კანონის დაწესებამდე, მხეცის ხატის გამოცდის ჟამს, რომელიც ამავე დროს არის ას ორმოცდაოთხი ათასის დაბეჭდვის ჟამი, და აგრეთვე ის დრო, როდესაც ყოველი ხილვის შედეგი ვლინდება, გამოჩნდება გველეშაპის ძალის ერთი გამოვლინება, რომელიც ცრუ განკურნების სასწაულს განასახიერებს. გამოცხადების წიგნში ბაბილონის მეძავი დახასიათებულია, როგორც ის, ვინც ყველა ერს აცდუნებს.</w:t>
      </w:r>
    </w:p>
    <w:p>
      <w:pPr>
        <w:pStyle w:val="ArticleScripture"/>
        <w:jc w:val="left"/>
      </w:pPr>
      <w:r>
        <w:rPr>
          <w:rFonts w:ascii="Sylfaen" w:hAnsi="Sylfaen" w:eastAsia="Sylfaen" w:cs="Sylfaen"/>
        </w:rPr>
        <w:t>და სანთლის ნათელი აღარასოდეს გაბრწყინდება შენში; და სიძის ხმა და პატარძლისა აღარასოდეს მოისმინება შენში; რადგან შენი ვაჭრები იყვნენ ქვეყნის დიდებულნი; რადგან შენი ჯადოქრობებით ცდუნებულ იქნა ყველა ერი. გამოცხადება 18:23.</w:t>
      </w:r>
    </w:p>
    <w:p>
      <w:pPr>
        <w:pStyle w:val="ArticleBody"/>
        <w:jc w:val="left"/>
      </w:pPr>
      <w:r>
        <w:rPr>
          <w:rFonts w:ascii="Sylfaen" w:hAnsi="Sylfaen" w:eastAsia="Sylfaen" w:cs="Sylfaen"/>
        </w:rPr>
        <w:t>სიტყვა „ჯადოქრობანი“ არის ბერძნული სიტყვა „pharmakeia“, რაც ნიშნავს მედიკამენტაციას, ან აფთიაქს. ეს სიტყვა მომდინარეობს ბერძნული სიტყვიდან G5332, რომელიც ნიშნავს (წამალს, ანუ შელოცვის მომნიჭებელ ნაყენს); წამლების გამყიდველს, ანუ ფარმაცევტს, ან მომწამვლელს. უკანასკნელ დღეებში, კვირადღის კანონის მოახლოებისას, საკითხი, რომელიც ხელს შეუწყობს იმ გამყოფ გარემოს, რომელსაც მერვე და უკანასკნელი პრეზიდენტი დაიმკვიდრებს, იქნება ფარმაცევტული ინდუსტრიის საქმიანობა, როგორც ეს წარმოდგენილია ენტონი ფაუჩისა და ჩინური ვირუსის მიერ.</w:t>
      </w:r>
    </w:p>
    <w:p>
      <w:pPr>
        <w:pStyle w:val="ArticleBody"/>
        <w:jc w:val="left"/>
      </w:pPr>
      <w:r>
        <w:rPr>
          <w:rFonts w:ascii="Sylfaen" w:hAnsi="Sylfaen" w:eastAsia="Sylfaen" w:cs="Sylfaen"/>
        </w:rPr>
        <w:t>ფაუჩიც და ჩინეთიც ორივენი გველეშაპის ძალაუფლების წარმომადგენლები არიან, ხოლო ფაუჩის კვალი შეიძლება მივაკვლიოთ თვით აივ-ის ვირუსის შექმნამდეც კი. მოსახლეობის კონტროლი, როგორც ეს წარმოდგენილია ისეთი ადამიანების მიერ, როგორიც არის მილიარდერი ბილ გეიტსი, არის ის თვისება, რომელიც გამოიხატა ფარაონის მცდელობაში, მოსეს დროს ჩვილები გაენადგურებინა, და ჰეროდეს ძალისხმევაში, იგივე გაეკეთებინა ქრისტეს დროს. მოსახლეობის ნახევარი ჩინეთის ვირუსმა აცდუნა, და დღესაც შეიძლება იხილოთ ადამიანები, რომლებიც ნიღბებს ატარებენ, ნიღბებს, რომლებიც ვერანაირ ვირუსს ვერ აჩერებენ.</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„სატანა სტიქიათა მეშვეობითაც მოქმედებს, რათა მოუმზადებელი სულების თავისი მოსავალი მოიმკოს. მან გამოიკვლია ბუნების ლაბორატორიების საიდუმლოებანი და მთელ თავის ძალას იყენებს სტიქიათა სამართავად იმ საზღვრამდე, რამდენსაც ღმერთი დაუშვებს. როცა მას იობის ტანჯვა მიეცა ნებად, რა სწრაფად წარიხოცა ფარები და ჯოგები, მსახურნი, სახლები, შვილები—ერთ უბედურებას მეორე მოსდევდა, თითქოს ერთ წამში. ღმერთია ის, ვინც თავის ქმნილებებს იფარავს და დამღუპველის ძალისაგან ზღუდით შემოსავს. მაგრამ ქრისტიანულმა სამყარომ იეჰოვას რჯულის მიმართ შეურაცხყოფა გამოავლინა; და უფალი ზუსტად იმას მოიმოქმედებს, რაც თავად გამოაცხადა, რომ მოიმოქმედებდა—იგი წაართმევს თავის კურთხევებს დედამიწას და მოაცილებს თავის მფარველ მზრუნველობას მათ, ვინც მისი რჯულის წინააღმდეგ ჯანყდება, მის მოძღვრებას უარყოფს და სხვებსაც აიძულებს, იგივე გააკეთონ. სატანას ექვემდებარება ყველა, ვისაც ღმერთი განსაკუთრებულად არ იცავს. ზოგიერთს იგი წყალობას და წარმატებას მიანიჭებს, რათა თავისი განზრახვები განახორციელოს, სხვებს კი უბედურებას დაატეხს თავს და ადამიანებს დააჯერებს, რომ სწორედ ღმერთი ტანჯავს მათ.“</w:t>
      </w:r>
    </w:p>
    <w:p>
      <w:pPr>
        <w:pStyle w:val="ArticleScripture"/>
        <w:jc w:val="left"/>
      </w:pPr>
      <w:r>
        <w:rPr>
          <w:rFonts w:ascii="Sylfaen" w:hAnsi="Sylfaen" w:eastAsia="Sylfaen" w:cs="Sylfaen"/>
        </w:rPr>
        <w:t>„ადამიანთა შვილების წინაშე, როგორც დიდი მკურნალი, რომელიც მათ ყოველგვარ სნეულებას კურნავს, გამოჩენისას, იგი მოიტანს ავადმყოფობასა და უბედურებას, ვიდრე ხალხმრავალი ქალაქები ნანგრევებად და უკაცრიელებად არ იქცევა. ახლაც კი იგი მოქმედებს. ზღვაზე და ხმელეთზე მომხდარ უბედურებებსა და კატასტროფებში, დიდ ხანძრებში, მძვინვარე ტორნადოებსა და შემზარავ სეტყვიან ქარიშხლებში, ქარიშხლებში, წყალდიდობებში, ციკლონებში, მოქცევის ტალღებსა და მიწისძვრებში, ყოველ ადგილას და ათასგვარი სახით, სატანა თავის ძალას ავლენს. იგი ანადგურებს მოსავლის სიმწიფეს მიღწეულ ნათესებს, და ამას შიმშილი და გაჭირვება მოსდევს. იგი ჰაერს სასიკვდილო შხამს ჰმატებს, და ათასები ჟამიანობით იღუპებიან. ეს სასჯელები უფრო და უფრო ხშირი და დამღუპველი გახდება. დაღუპვა ეწევა ადამიანსაც და პირუტყვსაც. „მიწა გლოვობს და ჭკნება“, „ამპარტავანი ხალხი … დაუძლურდა. მიწაც წაბილწულია მის მცხოვრებთა ქვეშ; რადგან მათ დაარღვიეს რჯულები, შეცვალეს დადგენილება, გატეხეს საუკუნო აღთქმა.“ ესაია 24:4, 5.“</w:t>
      </w:r>
    </w:p>
    <w:p>
      <w:pPr>
        <w:pStyle w:val="ArticleScripture"/>
        <w:jc w:val="left"/>
      </w:pPr>
      <w:r>
        <w:rPr>
          <w:rFonts w:ascii="Sylfaen" w:hAnsi="Sylfaen" w:eastAsia="Sylfaen" w:cs="Sylfaen"/>
        </w:rPr>
        <w:t>„შემდეგ დიდი მაცდური დაარწმუნებს ადამიანებს, რომ ამ ბოროტებათა მიზეზნი ისინი არიან, ვინც ღმერთს ემსახურებიან. ის ჯგუფი, რომელმაც ზეცის გულისწყრომა გამოიწვია, მთელ თავის გასაჭირს დააბრალებს მათ, ვისთვისაც ღვთის მცნებებისადმი მორჩილება მუდმივი მხილებაა რჯულის დამრღვევთათვის. გამოცხადდება, რომ ადამიანები ღმერთს შეურაცხყოფენ კვირის შაბათის დარღვევით; რომ ამ ცოდვამ მოიტანა უბედურებანი, რომლებიც არ შეწყდება, ვიდრე კვირის დაცვა მკაცრად არ ამოქმედდება; და რომ ისინი, ვინც მეოთხე მცნების მოთხოვნებს წარადგენენ და ამგვარად კვირისადმი მოწიწებას არღვევენ, ხალხის შემაწუხებელნი არიან, რადგან ხელს უშლიან მათ ღვთის კეთილგანწყობისა და დროებითი კეთილდღეობის აღდგენაში. ამგვარად, ძველად ღვთის მსახურის წინააღმდეგ წამოყენებული ბრალდება კვლავ განმეორდება, და თანაც იმავე სარწმუნო საფუძვლებით: „და იყო, როგორც კი ახაბმა ელია დაინახა, ახაბმა უთხრა მას: შენა ხარ, ისრაელის ამრევო? ხოლო მან მიუგო: მე არ ამირევია ისრაელი; არამედ შენ და მამაშენის სახლმა, რადგან მიატოვეთ უფლის მცნებანი და შენ ბაალებს მიჰყევი.“ 3 მეფეთა 18:17, 18. როცა ხალხის რისხვა ცრუ ბრალდებებით აღიგზნება, ისინი ღვთის მაცნეების მიმართ იმგვარ გზას დაადგებიან, რომელიც მეტად ჰგავს იმ გზას, რომლითაც განდგომილმა ისრაელმა ელია დევნა.“</w:t>
      </w:r>
    </w:p>
    <w:p>
      <w:pPr>
        <w:pStyle w:val="ArticleScripture"/>
        <w:jc w:val="left"/>
      </w:pPr>
      <w:r>
        <w:rPr>
          <w:rFonts w:ascii="Sylfaen" w:hAnsi="Sylfaen" w:eastAsia="Sylfaen" w:cs="Sylfaen"/>
        </w:rPr>
        <w:t>„სპირიტიზმის მეშვეობით გამოვლენილი სასწაულთმოქმედი ძალა თავის გავლენას მოახდენს მათ წინააღმდეგ, ვინც ირჩევს, დაემორჩილოს ღმერთს და არა ადამიანებს. სულებისგან მომდინარე შეტყობინებები განაცხადებს, რომ ღმერთმა ისინი მოავლინა, რათა კვირის დღის უარმმყოფნი დაარწმუნონ მათ შეცდომაში და დაადასტურონ, რომ ქვეყნის კანონებს უნდა დაემორჩილონ, როგორც ღვთის კანონს. ისინი დაიტირებენ სამყაროში გამეფებულ დიდ ბოროტებას და მხარს დაუჭერენ რელიგიურ მოძღვართა მოწმობას, რომ ზნეობის დაცემული მდგომარეობა კვირის დღის შებღალვით არის გამოწვეული. დიდი იქნება ის აღშფოთება, რომელიც აღიძვრება ყველას წინააღმდეგ, ვინც უარს იტყვის მათი მოწმობის მიღებაზე.“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ორმოცდამეექვსე</dc:title>
  <dc:subject>წინასწარმეტყველური ძაფების გახსნა: ბოლო პრეზიდენტი, დიქტატურა და მოახლოებული კვირა დღის კანონი</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