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თხუთმეტი</w:t>
      </w:r>
    </w:p>
    <w:p>
      <w:pPr>
        <w:pStyle w:val="ArticleSubtitle"/>
        <w:jc w:val="left"/>
      </w:pPr>
      <w:r>
        <w:rPr>
          <w:rFonts w:ascii="Sylfaen" w:hAnsi="Sylfaen" w:eastAsia="Sylfaen" w:cs="Sylfaen"/>
        </w:rPr>
        <w:t>დანიელის მეორე თავი — შეჯამება და დასკვნა, ნაწილი მეორე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2023-12-10</w:t>
      </w:r>
    </w:p>
    <w:p>
      <w:pPr>
        <w:pStyle w:val="ArticleBody"/>
        <w:jc w:val="left"/>
      </w:pPr>
      <w:r>
        <w:rPr>
          <w:rFonts w:ascii="Sylfaen" w:hAnsi="Sylfaen" w:eastAsia="Sylfaen" w:cs="Sylfaen"/>
        </w:rPr>
        <w:t>2023 წლის ივლისის ბოლოს, უდაბნოში ხმამ დაიწყო ღაღადი მკვდარი, გამხმარი ძვლების მიმართ, როგორც ეს წარმოდგენილია იმით, რომ დანიელი წავიდა არიოქთან და აუწყა მას, რომ ესმოდა „საიდუმლო“. დანიელი, ხანანიასთან, მიშაელთან და აზარიასთან მიმართებით, წარმოადგენს ელიას მაცნეს, ხოლო ელიას უწყება ცხადყოფს, რომ, ესმით ეს თუ არა და იღებენ თუ არა მას ღვთის ხალხი, ისინი უკვე წყევლის ქვეშ არიან.</w:t>
      </w:r>
    </w:p>
    <w:p>
      <w:pPr>
        <w:pStyle w:val="ArticleScripture"/>
        <w:jc w:val="left"/>
      </w:pPr>
      <w:r>
        <w:rPr>
          <w:rFonts w:ascii="Sylfaen" w:hAnsi="Sylfaen" w:eastAsia="Sylfaen" w:cs="Sylfaen"/>
        </w:rPr>
        <w:t>ახლა კი, ო მღვდლებო, ეს მცნება თქვენთვის არის. თუ არ ისმენთ და თუ გულზე არ დაიდებთ, რომ ჩემს სახელს დიდება მიაგოთ, ამბობს ლაშქართა უფალი, მაშინ წყევლას მოვავლენ თქვენზე და თქვენს კურთხევებს ვწყევლი; დიახ, უკვე ვწყევლე ისინი, რადგან გულზე არ იდებთ. მალაქია 2:1, 2.</w:t>
      </w:r>
    </w:p>
    <w:p>
      <w:pPr>
        <w:pStyle w:val="ArticleBody"/>
        <w:jc w:val="left"/>
      </w:pPr>
      <w:r>
        <w:rPr>
          <w:rFonts w:ascii="Sylfaen" w:hAnsi="Sylfaen" w:eastAsia="Sylfaen" w:cs="Sylfaen"/>
        </w:rPr>
        <w:t>ბოლო დღეების „მღვდლები“, პეტრეს მიხედვით, არიან ღვთის აღთქმის ერი, რომლებიც ადრე ღვთის აღთქმის ერი არ იყვნენ. ისინი არიან ისინი, რომლებმაც შეჭამეს „დაფარული წიგნი“, როდესაც გამოცხადების მეთვრამეტე თავის ძლიერი ანგელოზი ჩამოვიდა 2001 წლის 11 სექტემბერს. თუმცა მალაქიას მიხედვით, ისინი წყევლის ქვეშ არიან.</w:t>
      </w:r>
    </w:p>
    <w:p>
      <w:pPr>
        <w:pStyle w:val="ArticleScripture"/>
        <w:jc w:val="left"/>
      </w:pPr>
      <w:r>
        <w:rPr>
          <w:rFonts w:ascii="Sylfaen" w:hAnsi="Sylfaen" w:eastAsia="Sylfaen" w:cs="Sylfaen"/>
        </w:rPr>
        <w:t>თუ მართლაც იგემეთ, რომ უფალი კეთილია. ვისთანაც მიხვალთ, როგორც ცოცხალ ქვას, ადამიანთაგან უარყოფილს, მაგრამ ღვთისაგან რჩეულსა და ძვირფასს, თქვენც, როგორც ცოცხალი ქვები, შენდებით სულიან სახლად, წმიდა სამღვდელოებად, რათა შესწიროთ სულიერი მსხვერპლნი, იესო ქრისტეს მიერ ღვთისთვის სათნო. ამიტომაც წერილში ნათქვამია: აჰა, ვდებ სიონში უმთავრეს კუთხის ქვას, რჩეულსა და ძვირფასს; და ვინც მას ირწმუნებს, არ შერცხვება. მაშასადამე, თქვენთვის, რომელთაც გწამთ, იგი ძვირფასია; ხოლო ურჩთათვის — ქვა, რომელიც მაშენებლებმა უარყვეს, იგი იქცა კუთხის თავად, და საცთურის ქვად და დაბრკოლების კლდედ იმათთვის, რომელნიც სიტყვაზე წაბორძიკდებიან ურჩებით; რისთვისაც კიდეც იყვნენ დადგენილნი. ხოლო თქვენ რჩეული მოდგმა ხართ, სამეფო სამღვდელოება, წმიდა ერი, გამორჩეული ხალხი, რათა აუწყოთ ქებანი მისნი, რომელმაც სიბნელიდან მოგიწოდათ თავის საკვირველ ნათელში; თქვენ, რომელნიც ოდესღაც ხალხი არ იყავით, ახლა კი ღვთის ხალხი ხართ; რომელთაც წყალობა არ მიგიღიათ, ახლა კი წყალობა მიგიღიათ. 1 პეტრე 2:3–10.</w:t>
      </w:r>
    </w:p>
    <w:p>
      <w:pPr>
        <w:pStyle w:val="ArticleBody"/>
        <w:jc w:val="left"/>
      </w:pPr>
      <w:r>
        <w:rPr>
          <w:rFonts w:ascii="Sylfaen" w:hAnsi="Sylfaen" w:eastAsia="Sylfaen" w:cs="Sylfaen"/>
        </w:rPr>
        <w:t>უკანასკნელი დღეების „მღვდლები“ არიან ისინი, რომელთაც „უგემიათ, რომ კეთილია უფალი“. „ოდესღაც“ ისინი „არ იყვნენ ერი, ხოლო ახლა არიან ღვთის ერი“. ისინი არიან ისინი, რომელთაც იპოვეს „ცოცხალი ქვა“, რომელიც „ადამიანთაგან უარყოფილი იყო, თუმცა ღმერთისაგან რჩეული და ძვირფასი“. ეს ქვა არის ლევიანთა წიგნის ოცდამეექვსე თავის „შვიდგზის“, რომელიც მილერიტული მოძრაობის „მშენებლებმა“ 1863 წელს „უარყვეს“. მილერიტმა „მშენებლებმა“ ააგეს ტაძარი 1798 წლიდან 1844 წლამდე გასულ ორმოცდაექვს წელიწადში, მაგრამ ამის შემდეგ არჩიეს უარეყოთ „ცოდნის ზრდა“ „შვიდგზის“ შესახებ, რომელიც 1856 წელს მოვიდა.</w:t>
      </w:r>
    </w:p>
    <w:p>
      <w:pPr>
        <w:pStyle w:val="ArticleScripture"/>
        <w:jc w:val="left"/>
      </w:pPr>
      <w:r>
        <w:rPr>
          <w:rFonts w:ascii="Sylfaen" w:hAnsi="Sylfaen" w:eastAsia="Sylfaen" w:cs="Sylfaen"/>
        </w:rPr>
        <w:t>ჩემი ხალხი ცოდნის უქონლობის გამო იღუპება; რადგან შენ უარყავი ცოდნა, მეც უარგყოფ შენ, რათა აღარ იყო ჩემთვის მღვდელი; რაკი დაივიწყე შენი ღმერთის რჯული, მეც დავივიწყებ შენს შვილებს. როგორც გამრავლდნენ, ისე სცოდავდნენ ჩემს წინააღმდეგ; ამიტომ მათ დიდებას სირცხვილად ვაქცევ. ოსია 4:6, 7.</w:t>
      </w:r>
    </w:p>
    <w:p>
      <w:pPr>
        <w:pStyle w:val="ArticleBody"/>
        <w:jc w:val="left"/>
      </w:pPr>
      <w:r>
        <w:rPr>
          <w:rFonts w:ascii="Sylfaen" w:hAnsi="Sylfaen" w:eastAsia="Sylfaen" w:cs="Sylfaen"/>
        </w:rPr>
        <w:t>უკანასკნელი დღეების „მღვდლებმა“ მიიღეს „შვიდჯერ“-ის უწყება, როცა ისინი 2001 წლის 11 სექტემბრის შემდგომ ადვენტიზმის ძველ ბილიკებზე იქნენ დაბრუნებულნი. მათ იგემეს დაფარული წიგნის უწყება, და იგი „ძვირფასი“ იყო. თუმცა მალაქია ამბობს, რომ უკანასკნელი დღეების მღვდლები „დაწყევლილნი“ არიან, და, რა თქმა უნდა, „შვიდჯერ“ წყევლაა. ისინი „შვიდჯერ“-ის წყევლის ქვეშ არიან, რადგან თავიანთ მამათა ცოდვები გაიმეორეს. მალაქია ამბობს, რომ მღვდლებმა შებილწეს ღვთის სახელი, იმით, რომ მიიტანეს „შებილწული შესაწირავი“. ეს შესაწირავი იყო 2020 წლის 18 ივლისის წინასწარმეტყველება.</w:t>
      </w:r>
    </w:p>
    <w:p>
      <w:pPr>
        <w:pStyle w:val="ArticleScripture"/>
        <w:jc w:val="left"/>
      </w:pPr>
      <w:r>
        <w:rPr>
          <w:rFonts w:ascii="Sylfaen" w:hAnsi="Sylfaen" w:eastAsia="Sylfaen" w:cs="Sylfaen"/>
        </w:rPr>
        <w:t>რადგან მზის აღმოსვლიდან მის დასვლამდე დიდი იქნება ჩემი სახელი წარმართთა შორის; და ყოველ ადგილას საკმეველი შეიწირება ჩემს სახელს, და წმინდა შესაწირავი; რადგან დიდი იქნება ჩემი სახელი ერებს შორის, ამბობს ცაბაოთ უფალი. მაგრამ თქვენ შებღალეთ იგი, როცა ამბობთ: უფლის ტრაპეზი შებილწულია, და მისი ნაყოფი, ანუ მისი საზრდო, შესაზიზღარია. კიდევ ამბობდით: აჰა, რა დამღლელია ეს! და ზიზღით ეპყრობით მას, ამბობს ცაბაოთ უფალი; და მოგაქვთ დაფლეთილი, კოჭლი და სნეული; ასე მოგაქვთ შესაწირავი: ნუთუ ამას მივიღებ თქვენი ხელიდან? ამბობს უფალი. ხოლო წყეულიმც იყოს მზაკვარი, რომელსაც თავის ფარაში ჰყავს მამრი, აღუთქვამს და უფალს სწირავს ნაკლულს; რადგან მე დიდი მეფე ვარ, ამბობს ცაბაოთ უფალი, და საშიშია ჩემი სახელი ერებს შორის. და ახლა, ჰოი მღვდლებო, ეს მცნება თქვენთვის არის. თუ არ ისმენთ და თუ გულზე არ დაიდებთ, რათა ჩემს სახელს დიდება მიაგოთ, ამბობს ცაბაოთ უფალი, წყევლას მოგივლენთ და ვაკურთხევ თქვენს კურთხევებს; დიახ, უკვე დავწყევლე ისინი, რადგან გულზე არ იდებთ. აჰა, თქვენს თესლს გავაფუჭებ და თქვენს სახეებზე განავალს მოგისვრით, თქვენი საზეიმო დღესასწაულების განავალს; და მასთან ერთად წაგიღებთ. და შეიცნობთ, რომ მე მოგივლინეთ ეს მცნება თქვენ, რათა ჩემი აღთქმა იყოს ლევისთან, ამბობს ცაბაოთ უფალი. მალაქია 1:11–2:4.</w:t>
      </w:r>
    </w:p>
    <w:p>
      <w:pPr>
        <w:pStyle w:val="ArticleBody"/>
        <w:jc w:val="left"/>
      </w:pPr>
      <w:r>
        <w:rPr>
          <w:rFonts w:ascii="Sylfaen" w:hAnsi="Sylfaen" w:eastAsia="Sylfaen" w:cs="Sylfaen"/>
        </w:rPr>
        <w:t>ლევისთან დადებული აღთქმა არის ლევიანთა ერთგულების სიმბოლო მხეცის ხატის გამოცდაში, აარონის ოქროს ხბოს ამბოხების დროს. მალაქიას წიგნში მოხსენიებული ლევიანები, რომლებიც აღთქმის მაცნის მიერ იწმინდებიან, იწმინდებიან იმისათვის, რათა სიმართლით შესწირონ „ძღვენი“. ეს ძღვენი არის ქრისტეს სახელის შესახებ უწყება, რომელიც არის მისი ხასიათი.</w:t>
      </w:r>
    </w:p>
    <w:p>
      <w:pPr>
        <w:pStyle w:val="ArticleScripture"/>
        <w:jc w:val="left"/>
      </w:pPr>
      <w:r>
        <w:rPr>
          <w:rFonts w:ascii="Sylfaen" w:hAnsi="Sylfaen" w:eastAsia="Sylfaen" w:cs="Sylfaen"/>
        </w:rPr>
        <w:t>„ეს არის ღმერთის შესახებ მცდარი გაგების სიბნელე, რომელიც სამყაროს ფარავს. ადამიანები კარგავენ მისი ხასიათის ცოდნას. იგი არასწორად იქნა გაგებული და დამახინჯებულად განმარტებული. ამ ჟამს უნდა იქადაგოს ღმერთისაგან მომავალი უწყება, უწყება, რომელიც თავისი ზემოქმედებით განმანათლებელია და თავისი ძალით — მხსნელი. ცნობილი უნდა გახდეს მისი ხასიათი. სამყაროს სიბნელეში უნდა გაიფინოს მისი დიდების ნათელი, მისი სიკეთის, წყალობისა და ჭეშმარიტების ნათელი.</w:t>
      </w:r>
    </w:p>
    <w:p>
      <w:pPr>
        <w:pStyle w:val="ArticleScripture"/>
        <w:jc w:val="left"/>
      </w:pPr>
      <w:r>
        <w:rPr>
          <w:rFonts w:ascii="Sylfaen" w:hAnsi="Sylfaen" w:eastAsia="Sylfaen" w:cs="Sylfaen"/>
        </w:rPr>
        <w:t>„ეს არის საქმე, რომელიც წინასწარმეტყველმა ესაიამ ამ სიტყვებით მოხაზა: ‘ჰე, იერუსალიმო, კეთილი ამბის მახარობელო, აღამაღლე შენი ხმა ძალით; აღამაღლე იგი, ნუ გეშინია; უთხარი იუდას ქალაქებს: აჰა, თქვენი ღმერთი! აჰა, უფალი ღმერთი მოვა ძლიერი ხელით, და მისი მკლავი იბატონებს მისთვის; აჰა, მისი საზღაური მასთან არის, და მისი საქმე მის წინაშეა.’ ესაია 40:9, 10.“</w:t>
      </w:r>
    </w:p>
    <w:p>
      <w:pPr>
        <w:pStyle w:val="ArticleScripture"/>
        <w:jc w:val="left"/>
      </w:pPr>
      <w:r>
        <w:rPr>
          <w:rFonts w:ascii="Sylfaen" w:hAnsi="Sylfaen" w:eastAsia="Sylfaen" w:cs="Sylfaen"/>
        </w:rPr>
        <w:t>„ვინც სიძის მოსვლას ელის, ხალხს უნდა უთხრას: ‘აჰა, თქვენი ღმერთი.’ მოწყალე ნათლის უკანასკნელი სხივები, მოწყალების უკანასკნელი უწყება, რომელიც ქვეყნიერებას უნდა მიეცეს, არის მისი სიყვარულის ხასიათის გამოცხადება. ღვთის შვილებმა უნდა გამოავლინონ მისი დიდება. თავიანთივე ცხოვრებითა და ხასიათით მათ უნდა აჩვენონ, რა მოიმოქმედა მათთვის ღვთის მადლმა.“ ქრისტეს იგავები, 415.</w:t>
      </w:r>
    </w:p>
    <w:p>
      <w:pPr>
        <w:pStyle w:val="ArticleBody"/>
        <w:jc w:val="left"/>
      </w:pPr>
      <w:r>
        <w:rPr>
          <w:rFonts w:ascii="Sylfaen" w:hAnsi="Sylfaen" w:eastAsia="Sylfaen" w:cs="Sylfaen"/>
        </w:rPr>
        <w:t>მალაქიას მღვდლებმა შესაწირი მიართვეს, რომელმაც ღვთის სახელი შებღალა. შესაწირი წარმოადგენს გზავნილს, ხოლო ნეშვილის გზავნილი 2020 წლის 18 ივლისს იყო შებღალული შესაწირი. იგი შებღალული იყო იმ ამბოხებით, რომელიც უგულებელყოფდა თავად ქრისტეს მიერ გამოცხადების მეათე თავში მიცემულ წინასწარმეტყველურ ბრძანებას, რომ „დრო აღარ იქნება“.</w:t>
      </w:r>
    </w:p>
    <w:p>
      <w:pPr>
        <w:pStyle w:val="ArticleScripture"/>
        <w:jc w:val="left"/>
      </w:pPr>
      <w:r>
        <w:rPr>
          <w:rFonts w:ascii="Sylfaen" w:hAnsi="Sylfaen" w:eastAsia="Sylfaen" w:cs="Sylfaen"/>
        </w:rPr>
        <w:t>და ანგელოზმა, რომელიც ვიხილე, ზღვაზე და მიწაზე მდგომი, აღაპყრო თავისი ხელი ცისკენ და დაიფიცა მის მიერ, ვინც ცოცხლობს უკუნითი უკუნისამდე, რომელმაც შექმნა ცა და რაც მასშია, მიწა და რაც მასშია, და ზღვა და რაც მასშია, რომ დრო აღარ იქნება. გამოცხადება 10:5, 6.</w:t>
      </w:r>
    </w:p>
    <w:p>
      <w:pPr>
        <w:pStyle w:val="ArticleBody"/>
        <w:jc w:val="left"/>
      </w:pPr>
      <w:r>
        <w:rPr>
          <w:rFonts w:ascii="Sylfaen" w:hAnsi="Sylfaen" w:eastAsia="Sylfaen" w:cs="Sylfaen"/>
        </w:rPr>
        <w:t>„სიმართლის შესაწირავი“, რომელიც მალაქიას მესამე თავში ლევიანებით არის წარმოდგენილი, არის როგორც შესაწირავი ძველ დღეებში, და იგი წარმოადგენს უწყებას. „უწინდელი წლები“ წარმოადგენს იმ უწყების სიწმინდეს, რომელმაც მილერიტთა ისტორიაში პირველი იმედგაცრუება გამოიწვია. გახრწნილი შესაწირავი წარმოადგენს 2020 წლის 18 ივლისის გახრწნილ უწყებას, თუმცა იგი მაინც პარალელური მოვლენაა.</w:t>
      </w:r>
    </w:p>
    <w:p>
      <w:pPr>
        <w:pStyle w:val="ArticleScripture"/>
        <w:jc w:val="left"/>
      </w:pPr>
      <w:r>
        <w:rPr>
          <w:rFonts w:ascii="Sylfaen" w:hAnsi="Sylfaen" w:eastAsia="Sylfaen" w:cs="Sylfaen"/>
        </w:rPr>
        <w:t>და იგი დაჯდება, როგორც ვერცხლის გამომდნობი და განმწმედელი; და განწმენდს ლევის ძეებს და გამოარჩევს მათ, როგორც ოქროსა და ვერცხლს, რათა შესწირონ უფალს შესაწირავი სიმართლით. მაშინ იუდასა და იერუსალიმის შესაწირავი საამო იქნება უფლისათვის, როგორც ძველ დღეებში და როგორც უწინდელ წლებში. მალაქია 3:3, 4.</w:t>
      </w:r>
    </w:p>
    <w:p>
      <w:pPr>
        <w:pStyle w:val="ArticleBody"/>
        <w:jc w:val="left"/>
      </w:pPr>
      <w:r>
        <w:rPr>
          <w:rFonts w:ascii="Sylfaen" w:hAnsi="Sylfaen" w:eastAsia="Sylfaen" w:cs="Sylfaen"/>
        </w:rPr>
        <w:t>მალაქიაში აღნიშნული „წყევლა“ ამჟღავნებს გამოცდას იმისა, თუ რის აღიარებას წარმოადგენს ელია. ჩვენ, ვინც ახლა ვიღვიძებთ, უნდა გვესმოდეს, რომ „შვიდგზის“ წყევლის რეალობა აღსრულდა ჩვენზე იმ ამბოხებაში, რომელიც გამოვავლინეთ 2020 წლის 18 ივლისის ცოდვილური წინასწარმეტყველების წარმოთქმით. ჩვენ კვლავაც უნდა გადავწყვიტოთ, რომელ წინასწარმეტყველურ მეთოდოლოგიას ვირჩევთ საზრდოდ. ამ ფაქტის ორი მოწმე, და სხვებიც არსებობენ, შეიძლება მოიძებნოს როგორც მალაქიას მიერ მომავალი ელიას წარმოდგენაში, ისე თვით ელიას საკუთარ ისტორიაშიც. ელიამ მკაფიოდ აღნიშნა, რომ მხოლოდ ერთი სწორი უწყება და მეთოდოლოგია იარსებებდა.</w:t>
      </w:r>
    </w:p>
    <w:p>
      <w:pPr>
        <w:pStyle w:val="ArticleScripture"/>
        <w:jc w:val="left"/>
      </w:pPr>
      <w:r>
        <w:rPr>
          <w:rFonts w:ascii="Sylfaen" w:hAnsi="Sylfaen" w:eastAsia="Sylfaen" w:cs="Sylfaen"/>
        </w:rPr>
        <w:t>და ელია თიშბელი, გალაადის მცხოვრებთაგანი, უთხრა ახაბს: ცოცხალია უფალი, ისრაელის ღმერთი, რომლის წინაშეც ვდგავარ, რომ ამ წლებში არც ცვარი იქნება და არც წვიმა, გარდა ჩემი სიტყვისამებრ. 3 მეფეთა 17:1.</w:t>
      </w:r>
    </w:p>
    <w:p>
      <w:pPr>
        <w:pStyle w:val="ArticleBody"/>
        <w:jc w:val="left"/>
      </w:pPr>
      <w:r>
        <w:rPr>
          <w:rFonts w:ascii="Sylfaen" w:hAnsi="Sylfaen" w:eastAsia="Sylfaen" w:cs="Sylfaen"/>
        </w:rPr>
        <w:t>მალაქიამ დაასახელა „წყევლა“, რომლის ქვეშაც ღვთის მღვდლები იმ პერიოდში იმყოფებიან, როდესაც საბოლოო ელია გამოჩნდება, ღვთის მეათედთან დაკავშირებულ წყევლასთან კავშირში. მალაქიაში მეათედის „წყევლა“ წარმოადგენს ღვთის ხალხის მხრიდან მიღებულ გადაწყვეტილებას, რადგან იმ წყევლის მოსახსნელად, რომლის ქვეშაც ისინი უკვე იმყოფებიან, მათ უნდა გადაწყვიტონ, სად არის და რა არის „საცავი“.</w:t>
      </w:r>
    </w:p>
    <w:p>
      <w:pPr>
        <w:pStyle w:val="ArticleScripture"/>
        <w:jc w:val="left"/>
      </w:pPr>
      <w:r>
        <w:rPr>
          <w:rFonts w:ascii="Sylfaen" w:hAnsi="Sylfaen" w:eastAsia="Sylfaen" w:cs="Sylfaen"/>
        </w:rPr>
        <w:t>აჰა, მე მოვავლენ ჩემს მაცნეს, და იგი გზას გამიმზადებს ჩემს წინაშე; და უფალი, რომელსაც ეძებთ, უეცრად მოვა თავის ტაძარში, — აღთქმის მაცნე, რომელიც გსურთ; აჰა, მოვა იგი, ამბობს ცაბაოთ უფალი. მაგრამ ვინ დაითმენს მისი მოსვლის დღეს? და ვინ დადგება, როცა იგი გამოცხადდება? რადგან იგი არის როგორც გამომდნობლის ცეცხლი და როგორც მრეცხავთა საპონი. და დაჯდება როგორც ვერცხლის გამომდნობი და განმწმენდელი; და განწმენდს ლევის ძეთ და გაწმენდს მათ, როგორც ოქროსა და ვერცხლს, რათა უფალს შესწირონ მსხვერპლი სიმართლით. მაშინ იუდას და იერუსალიმის შესაწირავი სასურველი იქნება უფლისთვის, როგორც ძველ დღეებში და როგორც უწინდელ წლებში. და მოგეახლებით თქვენ სამართლისთვის; და ვიქნები სწრაფი მოწმე ჯადოქართა წინააღმდეგ, მემრუშეთა წინააღმდეგ, ცრუმფიცავთა წინააღმდეგ, მათ წინააღმდეგ, ვინც ქირით მოსამსახურეს საფასურში ჩაგრავს, ქვრივსა და ობოლს, და ხიზანს მის სამართალს არ აძლევს, და ჩემი არ ეშინიათ, ამბობს ცაბაოთ უფალი. რადგან მე ვარ უფალი, არ ვიცვლები; ამიტომ თქვენ, იაკობის ძენო, არ განადგურებულხართ. თქვენი მამების დღეთაგანვე გადაუხვიეთ ჩემს წესებს და არ დაიცავით ისინი. მომიბრუნდით მე, და მეც მოგიბრუნდებით თქვენ, ამბობს ცაბაოთ უფალი. თქვენ კი ამბობთ: რით მოვბრუნდეთ? განა ადამიანი ღმერთს გაძარცვავს? ხოლო თქვენ მე მძარცვავთ. და ამბობთ: რით გაგძარცვეთ? მეათედებითა და შესაწირავებით. წყევლით ხართ დაწყევლილნი, რადგან მძარცვავთ მე, თქვენ — მთელი ეს ერი. მოიტანეთ მთელი მეათედები საგანძურში, რათა იყოს საზრდო ჩემს სახლში, და გამომცადეთ ამით ახლა, ამბობს ცაბაოთ უფალი, თუ არ გაგიღებთ ცის სარკმლებს და არ გადმოგიღვრით კურთხევას იმდენად, რომ ადგილი აღარ იყოს მის მისაღებად. და შევრისხავ შემმუსვრელს თქვენთვის, და იგი აღარ გაანადგურებს თქვენი მიწის ნაყოფს; არც თქვენი ვაზი დაყრის ნაყოფს უდროოდ მინდორში, ამბობს ცაბაოთ უფალი. მალაქია 3:1–11.</w:t>
      </w:r>
    </w:p>
    <w:p>
      <w:pPr>
        <w:pStyle w:val="ArticleBody"/>
        <w:jc w:val="left"/>
      </w:pPr>
      <w:r>
        <w:rPr>
          <w:rFonts w:ascii="Sylfaen" w:hAnsi="Sylfaen" w:eastAsia="Sylfaen" w:cs="Sylfaen"/>
        </w:rPr>
        <w:t>უფალი არ იცვლება და არც თავის მეთოდოლოგიას ცვლის. როგორიც არ უნდა იყოს ან არ იყოს „წყევლა“, რომელიც წარმოდგენილია მალაქიას „მეათედის“ წყევლით, მეათედი უნდა მიიტანებოდეს საგანძურში, იმ მიზნით, რომ ღმერთის სახლში იყოს „საჭმელი“. ეს ფაქტი მოითხოვს, რომ მიღებულ იქნეს გადაწყვეტილება იმის შესახებ, თუ რა არის „საგანძური“, და რა იყო ის საკვები, რომელსაც უილიამ მილერი წარმოადგენდა პირველი ანგელოზის მოძრაობაში, რომელმაც წინასახეობრივად მიანიშნა იმ საკვებზე, რომელიც მესამე ანგელოზის მოძრაობაში უნდა იქნეს შეჭმული? ამ საკვების ერთ-ერთი სიმბოლოა „წვიმა“ და „ნამი“.</w:t>
      </w:r>
    </w:p>
    <w:p>
      <w:pPr>
        <w:pStyle w:val="ArticleScripture"/>
        <w:jc w:val="left"/>
      </w:pPr>
      <w:r>
        <w:rPr>
          <w:rFonts w:ascii="Sylfaen" w:hAnsi="Sylfaen" w:eastAsia="Sylfaen" w:cs="Sylfaen"/>
        </w:rPr>
        <w:t>ისმინე, ცანო, და ვიტყვი; და გესმოდეს, მიწავ, ჩემი პირის სიტყვები. როგორც წვიმა, ასე გადმოიღვრება ჩემი მოძღვრება; როგორც ცვარი, ისე გადმოედინება ჩემი სიტყვა; როგორც წვრილი წვიმა ნორჩ ბალახზე და როგორც თავსხმა მინდვრის ბალახზე. რადგან უფლის სახელს გამოვაცხადებ: მიაგეთ სიდიადე ჩვენს ღმერთს. ის არის კლდე, სრულყოფილია მისი საქმე, რადგან სამართალია ყოველი მისი გზა; ღმერთი ჭეშმარიტებისა და ურჯულოების გარეშე, მართალი და წრფელია იგი. მეორე რჯული 32:1–4.</w:t>
      </w:r>
    </w:p>
    <w:p>
      <w:pPr>
        <w:pStyle w:val="ArticleBody"/>
        <w:jc w:val="left"/>
      </w:pPr>
      <w:r>
        <w:rPr>
          <w:rFonts w:ascii="Sylfaen" w:hAnsi="Sylfaen" w:eastAsia="Sylfaen" w:cs="Sylfaen"/>
        </w:rPr>
        <w:t>ნუთუ ელიამ მართლაც იგულისხმა ის, რაც ახაბს უთხრა? ნუთუ მას ნამდვილად ჰქონდა მხედველობაში, რომ უკანასკნელ დღეებში, როდესაც ელიას მოძრაობისა და უწყების სრული აღსრულება მოხდება, „არ იქნება ნამი და წვიმა ამ წლებზე, თუ არა ჩემი სიტყვისამებრ“? შეესაბამება თუ არა ის „წვიმა“, რომლის შეჩერებაზეც ელია ლაპარაკობს, თუ არა მისი სიტყვის მიხედვით, იმ „წვიმას“, რომელსაც მალაქია კურთხევად აღუთქვამს?</w:t>
      </w:r>
    </w:p>
    <w:p>
      <w:pPr>
        <w:pStyle w:val="ArticleScripture"/>
        <w:jc w:val="left"/>
      </w:pPr>
      <w:r>
        <w:rPr>
          <w:rFonts w:ascii="Sylfaen" w:hAnsi="Sylfaen" w:eastAsia="Sylfaen" w:cs="Sylfaen"/>
        </w:rPr>
        <w:t>მოიტანეთ მთელი მეათედები საგანძურში, რათა იყოს საზრდო ჩემს სახლში, და გამომცადეთ ახლა ამაში, ამბობს ცაბაოთ უფალი, თუ არ გაგიხსნათ ცის სარკმლები და არ გადმოგიღვაროთ კურთხევა იმგვარად, რომ აღარ იყოს ადგილი მის მისაღებად. მალაქია 3:10.</w:t>
      </w:r>
    </w:p>
    <w:p>
      <w:pPr>
        <w:pStyle w:val="ArticleBody"/>
        <w:jc w:val="left"/>
      </w:pPr>
      <w:r>
        <w:rPr>
          <w:rFonts w:ascii="Sylfaen" w:hAnsi="Sylfaen" w:eastAsia="Sylfaen" w:cs="Sylfaen"/>
        </w:rPr>
        <w:t>და განა უწმინდაუყოფელი „შესაწირავის“ „მღვდელთა“ მიერ წყევლა და უკვე ჩადენილი „მეათედის“ ბოროტად გამოყენებაც „შვიდგზის“ „წყევლას“ წარმოადგენს?</w:t>
      </w:r>
    </w:p>
    <w:p>
      <w:pPr>
        <w:pStyle w:val="ArticleBody"/>
        <w:jc w:val="left"/>
      </w:pPr>
      <w:r>
        <w:rPr>
          <w:rFonts w:ascii="Sylfaen" w:hAnsi="Sylfaen" w:eastAsia="Sylfaen" w:cs="Sylfaen"/>
        </w:rPr>
        <w:t>2023 წლის ივლისის ბოლოს ჩვენ დავიწყეთ ისეთი სტატიების გამოქვეყნება, რომლებიც არსებითად წარმოადგენს იმ გზავნილის განმეორებას, რომელიც მოცემულია კვლევათა სერიაში, სახელწოდებით „აბაკუმის დაფები“. განსხვავება ამჟამინდელ წარმოდგენაში ის არის, რომ 2020 წლის 18 ივლისის შემდეგ უფალმა ზოგიერთი ძველი სწავლება ახალ შუქში წარმოაჩინა.</w:t>
      </w:r>
    </w:p>
    <w:p>
      <w:pPr>
        <w:pStyle w:val="ArticleBody"/>
        <w:jc w:val="left"/>
      </w:pPr>
      <w:r>
        <w:rPr>
          <w:rFonts w:ascii="Sylfaen" w:hAnsi="Sylfaen" w:eastAsia="Sylfaen" w:cs="Sylfaen"/>
        </w:rPr>
        <w:t>მან დაიწყო იმ საკითხების გახსნა, რომლებიც ჩემთვის ღრმა ჩანდა, მაგრამ მე პირადად მოწყვეტილი ვიყავი და არ მსურდა შეხებაში ვყოფილიყავი იმ საქმესთან, რომლის აღსრულებაც ადრე მქონდა მინდობილი. 2020 წლის 19 ივლისიდან მივხვდი, რომ წინა დღის წინასწარმეტყველება მცდარი იყო, და რომ მე პირადად უფრო მეტად ვიდექი პასუხისმგებლობის ქვეშ იმ ცოდვილი წინასწარმეტყველებისა და მისი საზარელი შემდგომი შედეგებისათვის, ვიდრე ნებისმიერი სხვა ადამიანი.</w:t>
      </w:r>
    </w:p>
    <w:p>
      <w:pPr>
        <w:pStyle w:val="ArticleBody"/>
        <w:jc w:val="left"/>
      </w:pPr>
      <w:r>
        <w:rPr>
          <w:rFonts w:ascii="Sylfaen" w:hAnsi="Sylfaen" w:eastAsia="Sylfaen" w:cs="Sylfaen"/>
        </w:rPr>
        <w:t>შემდეგ, 2023 წლის ივლისში, მე შემიპყრო ძლიერმა დარწმუნებამ, რომ, მიუხედავად ჩემი სრული მარცხისა, როგორც ღვთის მესამე ანგელოზის მოძრაობის ლიდერისა, მაინც უნდა დამეწყო წერილობით გადმოცემა იმისა, რისი გაგებაც 2020 წლის ივლისიდან მოვიხვეჭე. გადავწყვიტე, წერილობით ჩამომეყალიბებინა ის, რაც გამეხსნა 2020 წლის 18 ივლისის ცოდვის შემდეგ, და შემდეგ საჯარო ჩანაწერში შემეტანა იგი, ვიდრე განსასვენებლად დამასვენებდნენ.</w:t>
      </w:r>
    </w:p>
    <w:p>
      <w:pPr>
        <w:pStyle w:val="ArticleBody"/>
        <w:jc w:val="left"/>
      </w:pPr>
      <w:r>
        <w:rPr>
          <w:rFonts w:ascii="Sylfaen" w:hAnsi="Sylfaen" w:eastAsia="Sylfaen" w:cs="Sylfaen"/>
        </w:rPr>
        <w:t>ივლისის შემდეგ გასულ სამ თვეში, მსოფლიო მასშტაბით სამოცდაათზე მეტი ქვეყანა უკვე ადევნებს თვალს ამ სტატიებს. დიახ, უეჭველია, რომ ზოგი ამას არაწმიდა მიზნებითა და განზრახვით აკეთებს, მაგრამ არა ყველა. ჩვენ იმ ზღვარზე ვდგავართ, რომ ავამოქმედოთ პროგრამა, რომელიც ამ სტატიებს დედამიწის ყველა მთავარ ენაზე განათავსებს, რადგან ამ ეტაპზე ის სამოცდაათზე მეტი ქვეყანა იძულებულია, ეს ჭეშმარიტებები მხოლოდ ინგლისურ ენაზე განიხილოს.</w:t>
      </w:r>
    </w:p>
    <w:p>
      <w:pPr>
        <w:pStyle w:val="ArticleBody"/>
        <w:jc w:val="left"/>
      </w:pPr>
      <w:r>
        <w:rPr>
          <w:rFonts w:ascii="Sylfaen" w:hAnsi="Sylfaen" w:eastAsia="Sylfaen" w:cs="Sylfaen"/>
        </w:rPr>
        <w:t>ჩვენ უკვე ვმუშაობთ, რათა მთელ მსოფლიოში დავეხმაროთ ზოგიერთებს, რომელთაც არ გააჩნიათ გზები და საშუალებები, ამ ჭეშმარიტებებით ბევრი რამ მოიმოქმედონ; და მე ვფიქრობ, ნუთუ მალაქიას „საცავი“, რომელსაც განსაზღვრული დანიშნულება აქვს, ღვთის სახლში „საზრდო“ უზრუნველყოს, არ შეიძლება მიუთითებდეს ჭეშმარიტების გავრცელების საქმეზე, რომელიც ამ სტატიებიდან 2023 წლის ივლისიდან მოყოლებული მიმდინარეობს?</w:t>
      </w:r>
    </w:p>
    <w:p>
      <w:pPr>
        <w:pStyle w:val="ArticleBody"/>
        <w:jc w:val="left"/>
      </w:pPr>
      <w:r>
        <w:rPr>
          <w:rFonts w:ascii="Sylfaen" w:hAnsi="Sylfaen" w:eastAsia="Sylfaen" w:cs="Sylfaen"/>
        </w:rPr>
        <w:t>ჩვენ დავითიწყებთ დანიელის მესამე თავის განხილვას მომდევნო სტატიაში.</w:t>
      </w:r>
    </w:p>
    <w:p>
      <w:pPr>
        <w:pStyle w:val="ArticleScripture"/>
        <w:jc w:val="left"/>
      </w:pPr>
      <w:r>
        <w:rPr>
          <w:rFonts w:ascii="Sylfaen" w:hAnsi="Sylfaen" w:eastAsia="Sylfaen" w:cs="Sylfaen"/>
        </w:rPr>
        <w:t>„ჩვენ ვცხოვრობთ ამ დედამიწის ისტორიის განსაკუთრებულ პერიოდში. დიდი საქმე უნდა აღსრულდეს უმოკლეს დროში, და ყოველი ქრისტიანი მოწოდებულია, თავისი წილი შეიტანოს ამ საქმის მხარდაჭერაში. ღმერთი მოუწოდებს ადამიანებს, რომლებიც თავს მიუძღვნიან სულების ხსნის საქმეს. როდესაც დავიწყებთ იმის გაცნობიერებას, თუ რა მსხვერპლი გაიღო ქრისტემ დაღუპვის გზაზე მდგომი სამყაროს გადასარჩენად, გამოჩნდება სულების გადასარჩენად ძლევამოსილი ბრძოლა. ო, ნეტავ ყველა ჩვენმა ეკლესიამ დაინახოს და შეიცნოს ქრისტეს უსასრულო მსხვერპლი!“</w:t>
      </w:r>
    </w:p>
    <w:p>
      <w:pPr>
        <w:pStyle w:val="ArticleScripture"/>
        <w:jc w:val="left"/>
      </w:pPr>
      <w:r>
        <w:rPr>
          <w:rFonts w:ascii="Sylfaen" w:hAnsi="Sylfaen" w:eastAsia="Sylfaen" w:cs="Sylfaen"/>
        </w:rPr>
        <w:t>„ღამის ხილვებში ჩემს წინაშე გაიარა წარმოდგენებმა ღვთის ხალხში მიმდინარე დიდმა რეფორმატორულმა მოძრაობამ. მრავალი ადიდებდა ღმერთს. ავადმყოფნი იკურნებოდნენ, და სხვა სასწაულებიც აღესრულებოდა. ჩანდა შუამდგომლობის სული, ისევე როგორც გამოვლინდა ოდესღაც დიდ სულთმოფენობის დღემდე. ასეულები და ათასეულები ჩანდნენ, ოჯახებს სტუმრობდნენ და მათ წინაშე ხსნიდნენ ღვთის სიტყვას. გულები მხილებულნი იყვნენ სულიწმიდის ძალით, და ჭეშმარიტი მოქცევის სული ცხადად ვლინდებოდა. ყოველი მხრიდან კარები ფართოდ იღებოდა ჭეშმარიტების ქადაგებისთვის. წუთისოფელი თითქოს განათლებული იყო ზეციური ზემოქმედებით. დიდი კურთხევები მიიღეს ღვთის ჭეშმარიტმა და თავმდაბალმა ადამიანებმა. მესმოდა სამადლობელი და სადიდებელი ხმები, და ისე ჩანდა, თითქოს მიმდინარეობდა ისეთი რეფორმაცია, რომლის მოწმენიც 1844 წელს ვიყავით.</w:t>
      </w:r>
    </w:p>
    <w:p>
      <w:pPr>
        <w:pStyle w:val="ArticleScripture"/>
        <w:jc w:val="left"/>
      </w:pPr>
      <w:r>
        <w:rPr>
          <w:rFonts w:ascii="Sylfaen" w:hAnsi="Sylfaen" w:eastAsia="Sylfaen" w:cs="Sylfaen"/>
        </w:rPr>
        <w:t>„თუმცა ზოგიერთმა მოქცევაზე უარი თქვა. მათ არ სურდათ ღვთის გზით სიარული, და როცა, რათა ღვთის საქმე წინ წასულიყო, ნებაყოფლობითი შესაწირავებისკენ მოწოდებები გაისმა, ზოგიერთები ეგოისტურად ჩაებღაუჭნენ თავიანთ მიწიერ ქონებას. ეს ვერცხლისმოყვარენი მორწმუნეთა საკრებულოს გამოეყვნენ.</w:t>
      </w:r>
    </w:p>
    <w:p>
      <w:pPr>
        <w:pStyle w:val="ArticleScripture"/>
        <w:jc w:val="left"/>
      </w:pPr>
      <w:r>
        <w:rPr>
          <w:rFonts w:ascii="Sylfaen" w:hAnsi="Sylfaen" w:eastAsia="Sylfaen" w:cs="Sylfaen"/>
        </w:rPr>
        <w:t>„ღვთის მსჯავრნი ქვეყანაზეა, და სულიწმიდის ზემოქმედებით ჩვენ უნდა ვაუწყოთ გაფრთხილების უწყება, რომელიც მან გვანდო. ეს უწყება სასწრაფოდ უნდა ვაუწყოთ, სტრიქონ-სტრიქონ, მცნება-მცნებაზე. ადამიანები მალე დიდი გადაწყვეტილებების წინაშე დადგებიან, და ჩვენი მოვალეობაა ვიზრუნოთ, რომ მათ მიეცეთ შესაძლებლობა ჭეშმარიტების გასაგებად, რათა შეგნებულად დაიკავონ თავისი ადგილი სწორ მხარეს. უფალი მოუწოდებს თავის ხალხს, იშრომონ — იშრომონ გულმოდგინედ და ბრძნულად — ვიდრე მადლის დრო ჯერ კიდევ გრძელდება.“ მოწმობანი, ტომი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თხუთმეტი</dc:title>
  <dc:subject>დანიელის მეორე თავი — შეჯამება და დასკვნა, ნაწილი მეორე</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