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ოთხმოცდამეთერთმეტე ნაწილი</w:t>
      </w:r>
    </w:p>
    <w:p>
      <w:pPr>
        <w:pStyle w:val="ArticleSubtitle"/>
        <w:jc w:val="left"/>
      </w:pPr>
      <w:r>
        <w:rPr>
          <w:rFonts w:ascii="Sylfaen" w:hAnsi="Sylfaen" w:eastAsia="Sylfaen" w:cs="Sylfaen"/>
        </w:rPr>
        <w:t>დანიელის 11-ის წინასწარმეტყველური გობელენი: ტრამპის ეპოქის სირთულეთა და კვირა დღის კანონისათვის შესავლის გამომჟღავნება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2024-04-21</w:t>
      </w:r>
    </w:p>
    <w:p>
      <w:pPr>
        <w:pStyle w:val="ArticleBody"/>
        <w:jc w:val="left"/>
      </w:pPr>
      <w:r>
        <w:rPr>
          <w:rFonts w:ascii="Sylfaen" w:hAnsi="Sylfaen" w:eastAsia="Sylfaen" w:cs="Sylfaen"/>
        </w:rPr>
        <w:t>სწორად გაგების შემთხვევაში, დანიელის წიგნის მეთერთმეტე თავის მეათედან ოცდამესამე მუხლებამდე ყველა მუხლი იმავე თავის მეორმოცე მუხლის დაფარულ ისტორიას ეთანადება. მეორმოცე მუხლი მოიცავს 1989 წლიდან დაწყებულ ისტორიას მეორმოცდამეერთე მუხლამდე. მეთერთმეტე თავის პირველი და მეორე მუხლები 1989 წლიდან იწყება და მიუთითებს დონალდ ტრამპის საპრეზიდენტო კანდიდატურის პირველ კამპანიაზე 2015 წლიდან 2020 წლამდე, როდესაც არჩევნები ტრამპს ათეიზმის მხეცმა მოჰპარა. ეს ორი მუხლი ასახავს იმ ბრძოლას, რომელიც იწყება მაშინ, როდესაც ტრამპი „აღძრავს მთელ საბერძნეთის სამეფოს.“</w:t>
      </w:r>
    </w:p>
    <w:p>
      <w:pPr>
        <w:pStyle w:val="ArticleBody"/>
        <w:jc w:val="left"/>
      </w:pPr>
      <w:r>
        <w:rPr>
          <w:rFonts w:ascii="Sylfaen" w:hAnsi="Sylfaen" w:eastAsia="Sylfaen" w:cs="Sylfaen"/>
        </w:rPr>
        <w:t>ტრამპის საარჩევნო კამპანიამ დასაბამი მისცა ბრძოლას, რომელიც მთელი მისი პირველი პრეზიდენტობის განმავლობაში გრძელდებოდა. წარმომადგენელთა პალატამ მას იმპიჩმენტი გამოუცხადა 2019 წლის დეკემბერში, ხოლო შემდეგ კვლავ ასე მოიქცა 2020 წლის 13 იანვარს. ორივე შემთხვევაში სენატმა უარყო წარმომადგენელთა პალატის მცდელობები. მიუხედავად ამისა, იგი არის ერთადერთი პრეზიდენტი ამერიკის შეერთებული შტატების ისტორიაში, რომელსაც იმპიჩმენტი ორჯერ გამოუცხადეს. გლობალიზმი აღძრულიყო.</w:t>
      </w:r>
    </w:p>
    <w:p>
      <w:pPr>
        <w:pStyle w:val="ArticleScripture"/>
        <w:jc w:val="left"/>
      </w:pPr>
      <w:r>
        <w:rPr>
          <w:rFonts w:ascii="Sylfaen" w:hAnsi="Sylfaen" w:eastAsia="Sylfaen" w:cs="Sylfaen"/>
        </w:rPr>
        <w:t>ახლა კი ჭეშმარიტებას გიჩვენებ: აჰა, სპარსეთში კვლავ აღდგება სამი მეფე; ხოლო მეოთხე მათ ყველასზე ბევრად მდიდარი იქნება; და თავისი ძლიერებით, თავისი სიმდიდრის წყალობით, იგი ყოველივეს აღძრავს საბერძნეთის სამეფოს წინააღმდეგ. დანიელი 11:2.</w:t>
      </w:r>
    </w:p>
    <w:p>
      <w:pPr>
        <w:pStyle w:val="ArticleBody"/>
        <w:jc w:val="left"/>
      </w:pPr>
      <w:r>
        <w:rPr>
          <w:rFonts w:ascii="Sylfaen" w:hAnsi="Sylfaen" w:eastAsia="Sylfaen" w:cs="Sylfaen"/>
        </w:rPr>
        <w:t>როგორც ორმოცე მუხლში, ისე მეორე მუხლშიც დაფარული რჩება ისტორია ტრამპის პირველი საარჩევნო კამპანიიდან და მისი პრეზიდენტობის ვადიდან, რომელიც 2021 წლის 20 იანვარს დასრულდა. 2021 წლის იმ დღიდან ვიდრე მესამე მუხლამდე, სადაც ალექსანდრე დიდი წარმოდგენილია როგორც გაერთიანებული ერების ორგანიზაციის სიმბოლო (ბიბლიური წინასწარმეტყველების მეშვიდე სამეფო), ისტორია 2021 წლის ინაუგურაციიდან ვიდრე საკვირაო კანონამდე, სადაც სამმაგი კავშირი მყარდება, წარმოადგენს დაფარულ ისტორიას. ორმოცე მუხლისა და მეორე მუხლის დაფარული ისტორიები ორივე მიდის საკვირაო კანონამდე და იქვე სრულდება.</w:t>
      </w:r>
    </w:p>
    <w:p>
      <w:pPr>
        <w:pStyle w:val="ArticleBody"/>
        <w:jc w:val="left"/>
      </w:pPr>
      <w:r>
        <w:rPr>
          <w:rFonts w:ascii="Sylfaen" w:hAnsi="Sylfaen" w:eastAsia="Sylfaen" w:cs="Sylfaen"/>
        </w:rPr>
        <w:t>მეათე მუხლი კვლავ მიგვიყვანს აღსასრულის ჟამთან 1989 წელს, ისევე როგორც პირველი მუხლი, და ორივე მიუთითებს მეორმოცე მუხლში აღწერილი ფაქტობრივი დამოწმების დასასრულზე, თუმცა ჯერ კიდევ არსებობს ისტორია მეორმოცე მუხლში მოცემულ დასასრულსა და მალე მოსალოდნელ საკვირაო კანონს შორის. 1989 წლის იდენტიფიცირების გარდა, მეათე მუხლი იქცევა გასაღებად, რომელიც აერთიანებს სამ მოწმეს მეორმოცე მუხლის ისტორიისათვის, რაც ავსებს პაპობისა და მისი წარმომადგენელი ძალის, შეერთებული შტატების, საქმეს საბჭოთა კავშირის 1989 წელს განდევნაში. ეს სამი მოწმე ამყარებს მეორმოცე მუხლის წინასწარმეტყველური სტრუქტურის მნიშვნელოვან ელემენტს 1989 წლიდან საკვირაო კანონამდე.</w:t>
      </w:r>
    </w:p>
    <w:p>
      <w:pPr>
        <w:pStyle w:val="ArticleBody"/>
        <w:jc w:val="left"/>
      </w:pPr>
      <w:r>
        <w:rPr>
          <w:rFonts w:ascii="Sylfaen" w:hAnsi="Sylfaen" w:eastAsia="Sylfaen" w:cs="Sylfaen"/>
        </w:rPr>
        <w:t>ჩრდილოეთის მეფესა და სამხრეთის მეფეს შორის ომის ისტორიულ-წინასწარმეტყველური სტრუქტურა, რომელშიც ჩრდილოეთის მეფე გადმოიღვრება და გადაივლის, მოხსენიებულია როგორც ორმოცე მუხლში, ისე მეათე მუხლშიც.</w:t>
      </w:r>
    </w:p>
    <w:p>
      <w:pPr>
        <w:pStyle w:val="ArticleBody"/>
        <w:jc w:val="left"/>
      </w:pPr>
      <w:r>
        <w:rPr>
          <w:rFonts w:ascii="Sylfaen" w:hAnsi="Sylfaen" w:eastAsia="Sylfaen" w:cs="Sylfaen"/>
        </w:rPr>
        <w:t>ისტორიულ წინასწარმეტყველურ სტრუქტურას ემატება გრამატიკული მოწმობაც, რომ „გადმოდინება და გადავლა“, ჩრდილოეთის მეფის მიერ სამხრეთის მეფის წინააღმდეგ, ორივე მუხლში ერთი და იგივე ებრაული ფრაზაა, როგორც ეს არის მესამე მოწმის შემთხვევაშიც, რომელიც გვხვდება ესაიას მერვე თავში, მერვე მუხლში.</w:t>
      </w:r>
    </w:p>
    <w:p>
      <w:pPr>
        <w:pStyle w:val="ArticleBody"/>
        <w:jc w:val="left"/>
      </w:pPr>
      <w:r>
        <w:rPr>
          <w:rFonts w:ascii="Sylfaen" w:hAnsi="Sylfaen" w:eastAsia="Sylfaen" w:cs="Sylfaen"/>
        </w:rPr>
        <w:t>მეათე მუხლში ჩრდილოეთის მეფე „აუცილებლად მოვა, გადაივლის და გაივლის“, ხოლო მეორმოცე მუხლში ჩრდილოეთის მეფე „გადაივლის და ზედ გადაივლის“. ესაიას მერვე თავის მერვე მუხლში ჩრდილოეთის მეფე „გადაივლის და გადავა“. ეს სამი გამოთქმა ერთი და იგივე ებრაულია, რომელიც ოდნავ განსხვავებულად არის ნათარგმნი, თუმცა ერთსა და იმავე მნიშვნელობას ინარჩუნებს. მეათე მუხლში სამხრეთის მეფე იყო პტოლემეოსის ეგვიპტე, ხოლო მეორმოცე მუხლში სამხრეთის მეფე იყო სულიერი ეგვიპტე, ათეიზმის მეფე, საბჭოთა კავშირი, და ესაიაში სამხრეთის სამეფო, იუდა, იყო სამხრეთის მეფე. შესაბამისად, ჩრდილოეთის მეფე იყო სელევკიდების იმპერია, შემდეგ პაპობა, ხოლო ესაიაში — აშურეთი.</w:t>
      </w:r>
    </w:p>
    <w:p>
      <w:pPr>
        <w:pStyle w:val="ArticleBody"/>
        <w:jc w:val="left"/>
      </w:pPr>
      <w:r>
        <w:rPr>
          <w:rFonts w:ascii="Sylfaen" w:hAnsi="Sylfaen" w:eastAsia="Sylfaen" w:cs="Sylfaen"/>
        </w:rPr>
        <w:t>სამ პარალელურ მუხლთაგან ორში ჩრდილოეთის მეფის შემოსევის დასასრულის წერტილი განსაკუთრებული სიზუსტით არის მითითებული. მეათე მუხლში იგი „სიმაგრესთან“ მთავრდება, რაც ისტორიულად აღსრულდა მაშინ, როდესაც სელევკიდებმა თავიანთი ლაშქრობა ეგვიპტის საზღვართან დაასრულეს, რადგან წინასწარმეტყველურმა სიტყვამ განსაზღვრა, რომ ჩრდილოეთის მეფე „უეჭველად მოვა, გადაივლის, გადმოივლის; შემდეგ კი დაბრუნდება და აღიძვრება თავის სიმაგრემდეც.“ „სიმაგრე“ ეგვიპტეს აღნიშნავდა, რომელიც მათი სამეფოს დედაქალაქი იყო.</w:t>
      </w:r>
    </w:p>
    <w:p>
      <w:pPr>
        <w:pStyle w:val="ArticleBody"/>
        <w:jc w:val="left"/>
      </w:pPr>
      <w:r>
        <w:rPr>
          <w:rFonts w:ascii="Sylfaen" w:hAnsi="Sylfaen" w:eastAsia="Sylfaen" w:cs="Sylfaen"/>
        </w:rPr>
        <w:t>ესაიას მერვე თავში ნათქვამია, რომ სანხერიბი „გაივლის იუდაში; გადმოიღვრება და გადავა, ყელამდეც მიაღწევს.“ „დედაქალაქი“, „მეფე“ და „თავი“ ყველა ურთიერთჩანაცვლებადი სიმბოლოებია, რომლებიც დამტკიცებულია ორი მოწმის საფუძველზე სწორედ იმავე მონაკვეთში, სადაც სანხერიბი იერუსალიმზე გამოვიდა.</w:t>
      </w:r>
    </w:p>
    <w:p>
      <w:pPr>
        <w:pStyle w:val="ArticleScripture"/>
        <w:jc w:val="left"/>
      </w:pPr>
      <w:r>
        <w:rPr>
          <w:rFonts w:ascii="Sylfaen" w:hAnsi="Sylfaen" w:eastAsia="Sylfaen" w:cs="Sylfaen"/>
        </w:rPr>
        <w:t>რადგან სირიის თავი დამასკოა, და დამასკოს თავი — რეცინი; და სამოცდახუთი წლის განმავლობაში ეფრემი დაიმსხვრევა, ისე რომ აღარ იქნება ერი. და ეფრემის თავი სამარიაა, და სამარიის თავი — რემალიას ძე. თუ არ ირწმუნებთ, უეჭველად ვერ განმტკიცდებით. ესაია 7:8, 9.</w:t>
      </w:r>
    </w:p>
    <w:p>
      <w:pPr>
        <w:pStyle w:val="ArticleBody"/>
        <w:jc w:val="left"/>
      </w:pPr>
      <w:r>
        <w:rPr>
          <w:rFonts w:ascii="Sylfaen" w:hAnsi="Sylfaen" w:eastAsia="Sylfaen" w:cs="Sylfaen"/>
        </w:rPr>
        <w:t>სირია არის ერი, დამასკო — დედაქალაქი, ხოლო რეცინი — მეფე; და დედაქალაქი და მეფე ურთიერთშემცვლელი სიმბოლოებია. დედაქალაქიც და მეფეც ორივე „თავებია“. როდესაც სენახერიბი იუდას „ყელამდე“ მოადგა, იგი იერუსალიმამდე მივიდა და იქ შეჩერდა, რადგან „თავთან“ შეჩერდა, რომელსაც „ყელი“ უჭერს მხარს. როდესაც სელევკიდები პტოლემეოსის წინააღმდეგ გამოვიდნენ, ისინი „სიმაგრესთან“ შეჩერდნენ, ხოლო „სიმაგრე“ ეგვიპტის ერი იყო.</w:t>
      </w:r>
    </w:p>
    <w:p>
      <w:pPr>
        <w:pStyle w:val="ArticleBody"/>
        <w:jc w:val="left"/>
      </w:pPr>
      <w:r>
        <w:rPr>
          <w:rFonts w:ascii="Sylfaen" w:hAnsi="Sylfaen" w:eastAsia="Sylfaen" w:cs="Sylfaen"/>
        </w:rPr>
        <w:t>დანიელის მეთერთმეტე თავის მეათე მუხლი და ესაიას მერვე თავის მერვე მუხლი, ესაიას მეშვიდე თავის მერვე და მეცხრე მუხლების კონტექსტში, წარმოადგენენ ორ მოწმეს, რომლებმაც დაადასტურეს, რომ როდესაც დანიელის მეთერთმეტე თავის მეორმოცე მუხლში ჩრდილოეთის მეფემ 1989 წელს სამხრეთის მეფეს „გადმოუარა და გადაიარა“, თავი — ერი, რომელიც სამხრეთის სამეფოს დედაქალაქი იყო (რუსეთი) — კვლავ მდგარი დარჩა.</w:t>
      </w:r>
    </w:p>
    <w:p>
      <w:pPr>
        <w:pStyle w:val="ArticleBody"/>
        <w:jc w:val="left"/>
      </w:pPr>
      <w:r>
        <w:rPr>
          <w:rFonts w:ascii="Sylfaen" w:hAnsi="Sylfaen" w:eastAsia="Sylfaen" w:cs="Sylfaen"/>
        </w:rPr>
        <w:t>მეათე მუხლის „ციხესიმაგრე“ არის გასაღები მიმდინარე უკრაინული ომის განსაზღვრისათვის, და აგრეთვე იმ ფაქტისათვის, რომ რუსეთი გამარჯვებული იქნება. თუმცა წინასწარმეტყველური გამოყენება, რომელიც ამ ჭეშმარიტებას ამყარებს, უშუალოდ არის დაკავშირებული და მთლიანად ეფუძნება იმავე მუხლებს, რომლებიც ჰირამ ედსონისთვის გაიხსნა და რომლებიც 1856 წელს Review and Herald-ის სტატიებში გამოქვეყნდა. ეს სტატიები განსაზღვრავს ლევიანთა ოცდამეექვსე თავის „შვიდ დროს“.</w:t>
      </w:r>
    </w:p>
    <w:p>
      <w:pPr>
        <w:pStyle w:val="ArticleBody"/>
        <w:jc w:val="left"/>
      </w:pPr>
      <w:r>
        <w:rPr>
          <w:rFonts w:ascii="Sylfaen" w:hAnsi="Sylfaen" w:eastAsia="Sylfaen" w:cs="Sylfaen"/>
        </w:rPr>
        <w:t>2023 წლის ივლისიდან იუდას ტომის ლომმა სწორედ იმავე მუხლებიდან გამოაცხადა, რომ როგორც ჩრდილოეთის, ისე სამხრეთის სამეფოებზე ნათქვამი ორივე ორიათას ხუთას ოცწლიანი წინასწარმეტყველება წარმოადგენს არა მხოლოდ გაფანტვის პერიოდს, არამედ ისინი ასევე ასახავენ თვით ქრისტეს საქმეს ღვთაებრივისა და ადამიანურის შეერთების აღსრულებაში. ამ გამოცხადებაში განსაზღვრულია, რომ „თავი“ არის ადამიანის უმაღლესი ბუნება. „თავი“ არის „სიმაგრე“ ადამიანურ ტაძარში, რომელსაც და უაიტი განსაზღვრავს როგორც სულის ციტადელს. ციტადელი არის სიმაგრე.</w:t>
      </w:r>
    </w:p>
    <w:p>
      <w:pPr>
        <w:pStyle w:val="ArticleBody"/>
        <w:jc w:val="left"/>
      </w:pPr>
      <w:r>
        <w:rPr>
          <w:rFonts w:ascii="Sylfaen" w:hAnsi="Sylfaen" w:eastAsia="Sylfaen" w:cs="Sylfaen"/>
        </w:rPr>
        <w:t>ამრიგად, დადგენილია, რომ დანიელის მეთერთმეტე თავის მეათე მუხლში მოხსენიებული გარეგანი „ციხესიმაგრე“ ასევე შინაგან „ციხესიმაგრესაც“ წარმოადგენს. როდესაც 2014 წელს უკრაინაში დაიწყო ომი (გარეგანი), „ქვემოდან“ და უელსიდან მომდინარე სატანური სწავლებების შემოჭრა (შინაგანი) შემოტანილ იქნა Future for America-ის მოძრაობაში, და დაბეჭდვის პროცესი კიდევ ერთ საფეხურს იყო მიღწეული. 2020 წლისთვის, როგორც რესპუბლიკური, ისე პროტესტანტული რქები დახოცილ იქნა იმ დიდი ქალაქის ქუჩებში, სადაც ჩვენი უფალიც ჯვარს აცვეს.</w:t>
      </w:r>
    </w:p>
    <w:p>
      <w:pPr>
        <w:pStyle w:val="ArticleBody"/>
        <w:jc w:val="left"/>
      </w:pPr>
      <w:r>
        <w:rPr>
          <w:rFonts w:ascii="Sylfaen" w:hAnsi="Sylfaen" w:eastAsia="Sylfaen" w:cs="Sylfaen"/>
        </w:rPr>
        <w:t>2020 წელს დონალდ ტრამპი დამარცხდა თავის მეორე საპრეზიდენტო კამპანიაში, და დადგა ათი ქალწულის დაყოვნების ჟამი. 2022 წელს ტრამპმა ოფიციალურად დაიწყო თავისი მესამე საპრეზიდენტო კამპანია, და მისი პირველი წარმატებული საპრეზიდენტო კამპანია მის უკანასკნელს წარმოადგენს. 2023 წელს „ხმა უდაბნოდან“ ალაპარაკდა მკვდარ, გამხმარ ძვლებს.</w:t>
      </w:r>
    </w:p>
    <w:p>
      <w:pPr>
        <w:pStyle w:val="ArticleBody"/>
        <w:jc w:val="left"/>
      </w:pPr>
      <w:r>
        <w:rPr>
          <w:rFonts w:ascii="Sylfaen" w:hAnsi="Sylfaen" w:eastAsia="Sylfaen" w:cs="Sylfaen"/>
        </w:rPr>
        <w:t>მეცამეტე-მეთხუთმეტე მუხლები აღწერს პუტინის მიერ უკრაინაში წარმოებული ომის შემდგომ ისტორიას, თუმცა გამარჯვება მას სარგებლობას არ მოუტანს, რადგან რუსეთი იმეორებს ნაპოლეონ ბონაპარტის ისტორიას.</w:t>
      </w:r>
    </w:p>
    <w:p>
      <w:pPr>
        <w:pStyle w:val="ArticleBody"/>
        <w:jc w:val="left"/>
      </w:pPr>
      <w:r>
        <w:rPr>
          <w:rFonts w:ascii="Sylfaen" w:hAnsi="Sylfaen" w:eastAsia="Sylfaen" w:cs="Sylfaen"/>
        </w:rPr>
        <w:t>ნაპოლეონის განდევნა და დასასრული წინასწარ იყო წარმოსახული მეფე უზიას განდევნითა და დასასრულით, რომელიც ასევე არ გამტკიცებულა თავისი სამხედრო გამარჯვებებით და რომელიც წინასწარ ასახავდა მეთერთმეტე და მეთორმეტე მუხლების პტოლემეოს IV-ს; არც ერთი მათგანი არ გამტკიცებულა თავისი სამხედრო გამარჯვებებით. უზიაც და პტოლემეოს IV-ც ცდილობდნენ ტაძარში შესაწირავის შეწირვას, და ორივეს ხელი შეეშალა ამის აღსრულებაში. მეფე უზიას შუბლზე კეთრი დაეცა, როდესაც ამის გაკეთებას ცდილობდა. მისი შუბლის ნიშანი არა მხოლოდ მხეცის ნიშანს წარმოადგენს, არამედ ასევე წინასწარ განასახიერებდა სამხრეთის პირველ მეფეს 1989 წელს, რომელიც თავადაც შევიდა ერთგვარ განდევნაში, როდესაც მან (გორბაჩოვმა) დატოვა საბჭოთა კავშირი, რათა გაერთიანებული ერების ორგანიზაციის ნაწილი გამხდარიყო. როგორც მეფე უზიას შემთხვევაში, გორბაჩოვსაც ჰქონდა მნიშვნელოვანი ნიშანი შუბლზე. მეფე უზია, მეფე პტოლემეოს IV, ნაპოლეონი და გორბაჩოვი — ყველა წინასწარ განასახიერებს პუტინის აღსასრულს. ოთხივე სამხრეთის მეფე იყო, რომლებმაც თავიანთი საკუთარი, კონკრეტული დინასტია დაასრულეს, რითაც წინასწარ ასახეს პუტინის რუსეთის დასასრული.</w:t>
      </w:r>
    </w:p>
    <w:p>
      <w:pPr>
        <w:pStyle w:val="ArticleBody"/>
        <w:jc w:val="left"/>
      </w:pPr>
      <w:r>
        <w:rPr>
          <w:rFonts w:ascii="Sylfaen" w:hAnsi="Sylfaen" w:eastAsia="Sylfaen" w:cs="Sylfaen"/>
        </w:rPr>
        <w:t>მაშინ მეცამეტედან მეთხუთმეტე მუხლებამდე იხსნება ის დამოწმება, რომელიც დაიწყო ძვ. წ. 200 წელს და წინასახიერებს დონალდ ტრამპის, რომელიც რესპუბლიკურ რქას წარმოადგენს, მესამე და უკანასკნელ ვადას. მეთოთხმეტე მუხლი აღნიშნავს იმ დროს, როდესაც პაპობა იწყებს თავისი სიძვის საგალობლების გალობას, როგორც ტვიროსის მეძავი, ხოლო მეთხუთმეტე მუხლი განდგომილი პროტესტანტული რქის ხაზს მაკაბელთა ისტორიასთან აიგივებს. ეს სამი მუხლი სამ წინასწარმეტყველურ ხაზს შეიცავს.</w:t>
      </w:r>
    </w:p>
    <w:p>
      <w:pPr>
        <w:pStyle w:val="ArticleBody"/>
        <w:jc w:val="left"/>
      </w:pPr>
      <w:r>
        <w:rPr>
          <w:rFonts w:ascii="Sylfaen" w:hAnsi="Sylfaen" w:eastAsia="Sylfaen" w:cs="Sylfaen"/>
        </w:rPr>
        <w:t>მაკაბელთა ისტორია დამალული არ არის ისე, როგორც მეორე მუხლის დასასრული მესამე მუხლამდე, ან როგორც მეორმოცე მუხლის დასასრული ორმოცდამეერთე მუხლამდე; თუმცა ეს მონაკვეთი, სულ მცირე, პირველი გამოკვლევისას ბუნდოვანია. მიუხედავად ამისა, იმ შედარებით ბუნდოვან წინასწარმეტყველურ ისტორიაში იუდეველთა რომთან კავშირია წარმოდგენილი, და იგი მხეცის ხატის ჩამოყალიბებას განსაზღვრავს. მხეცის ხატის ჩამოყალიბება აგრეთვე ტიპოლოგიურად არის ნაჩვენები დანიელის წიგნის მეორე თავში დამალულ ისტორიაში, სადაც ნაბუქოდონოსორს ჰქონდა სიზმარი, რომელიც ვერ გაიხსენა, და რომლის განმარტებაც დანიელს სიკვდილის მუქარის ქვეშ მოეთხოვებოდა, მიუხედავად იმისა, რომ სიზმარი არ იცოდა. დანიელისა და სამი ღირსეულის ლოცვა მეორე თავში წარმოადგენს ლოცვას გარეგანი ნათლისათვის, რომელიც ავსებს დანიელის მეცხრე თავში აღვლენილ ლოცვას შინაგანი გარდაქმნისათვის.</w:t>
      </w:r>
    </w:p>
    <w:p>
      <w:pPr>
        <w:pStyle w:val="ArticleBody"/>
        <w:jc w:val="left"/>
      </w:pPr>
      <w:r>
        <w:rPr>
          <w:rFonts w:ascii="Sylfaen" w:hAnsi="Sylfaen" w:eastAsia="Sylfaen" w:cs="Sylfaen"/>
        </w:rPr>
        <w:t>მაკაბელთა ხაზი შეესაბამება დანიელის მეორე თავის დაფარულ საიდუმლოს. დანიელის მეორე თავის საიდუმლო წარმოადგენს პირველ წინასწარმეტყველურ მოწმობას შვიდთაგან მერვის წინასწარმეტყველური გამოცანის შესახებ, რაც წვლილს შეიტანს გამოცხადების მეთერთმეტე თავში ორი მოწმის აღდგომის გამჟღავნებაში. ორი მოწმის აღდგომა, შვიდთაგან მერვასთან კავშირში, ამტკიცებს, რომ მილერიტებისა და ას ორმოცდაოთხი ათასის პარალელურ ისტორიაში, მილერიტების უკუსვლითი გადასვლა ლაოდიკიაში შეესაბამება ას ორმოცდაოთხი ათასის ლაოდიკიიდან ფილადელფიაში გადასვლას.</w:t>
      </w:r>
    </w:p>
    <w:p>
      <w:pPr>
        <w:pStyle w:val="ArticleBody"/>
        <w:jc w:val="left"/>
      </w:pPr>
      <w:r>
        <w:rPr>
          <w:rFonts w:ascii="Sylfaen" w:hAnsi="Sylfaen" w:eastAsia="Sylfaen" w:cs="Sylfaen"/>
        </w:rPr>
        <w:t>მაკაბელთა ბუნდოვანი ხაზი და ნაბუქოდონოსორის დაფარული სიზმარი მთლიანად საგანგებოდ იყო დაბეჭდილი იმ დრომდე, ვიდრე 2023 წელს ორი მოწმის აღდგენის პროცესი დაიწყებოდა. ისინი იხსნება უშუალოდ „დიდი მიწისძვრის“ ჟამის წინ, რომელიც მეშვიდე დღის ადვენტისტებისთვის მადლის ჟამის დახურვას აღნიშნავს. გამოცდა, რომელიც იმ ადვენტისტებმა უნდა გაიარონ, სანამ ღვთის ბეჭედს მიიღებენ და ვიდრე მადლის ჟამი დაიხურება, არის გამოცდა, რომელიც მხეცის ხატის ჩამოყალიბებასთან არის დაკავშირებული.</w:t>
      </w:r>
    </w:p>
    <w:p>
      <w:pPr>
        <w:pStyle w:val="ArticleBody"/>
        <w:jc w:val="left"/>
      </w:pPr>
      <w:r>
        <w:rPr>
          <w:rFonts w:ascii="Sylfaen" w:hAnsi="Sylfaen" w:eastAsia="Sylfaen" w:cs="Sylfaen"/>
        </w:rPr>
        <w:t>მაკაბელთა საგვარეულო ხაზი, ნაბუქოდონოსორის საიდუმლო სიზმარი, იმ მერვეს იდუმალება, რომელიც შვიდთაგანაა, და მიწის მხეცის ორი რქა — ყოველივე ეს თავის წვლილს შეაქვს იმ გამოცდის პროცესში, რომელიც აღსრულდება მაშინ, როდესაც მხეცის ხატი ჩამოყალიბდება. ამ ხაზების ჭეშმარიტებებად აღიარება, რომლებიც წინასწარმეტყველური აზრით გარკვეულად „დაფარული ჭეშმარიტებებია“, სწორედ იმას ამტკიცებს, რომ ეს არის ის ჭეშმარიტებები, რომელთაც იუდას ტომის ლომი ამჟამად ხსნის.</w:t>
      </w:r>
    </w:p>
    <w:p>
      <w:pPr>
        <w:pStyle w:val="ArticleBody"/>
        <w:jc w:val="left"/>
      </w:pPr>
      <w:r>
        <w:rPr>
          <w:rFonts w:ascii="Sylfaen" w:hAnsi="Sylfaen" w:eastAsia="Sylfaen" w:cs="Sylfaen"/>
        </w:rPr>
        <w:t>ორი მოწმის იდენტიფიკაციის ბეჭდის ახსნა, რომლებიც წარმოადგენს გამოცხადების მეცამეტე თავის მიწის მხეცის რესპუბლიკურ და პროტესტანტულ რქებს, რასაც თან ახლავს ჭეშმარიტება, რომ თითოეული რქა მეორის პარალელურად მიმდინარეობს, და აგრეთვე ისიც, რომ თითოეულ რქას ორმაგი შინაგანი ბუნება აქვს, აღნიშნავს იესო ქრისტეს გამოცხადების ბეჭდის ახსნის დასაწყისს. ეს ახსნილი ჭეშმარიტება მოიცავს შვიდი ქუხილის დაფარული ისტორიის ბეჭდის ახსნასაც, და ასევე ებრაული სიტყვის „ჭეშმარიტება“ განსაზღვრებას.</w:t>
      </w:r>
    </w:p>
    <w:p>
      <w:pPr>
        <w:pStyle w:val="ArticleBody"/>
        <w:jc w:val="left"/>
      </w:pPr>
      <w:r>
        <w:rPr>
          <w:rFonts w:ascii="Sylfaen" w:hAnsi="Sylfaen" w:eastAsia="Sylfaen" w:cs="Sylfaen"/>
        </w:rPr>
        <w:t>როდესაც შვიდი ქუხილის უკანასკნელი პერიოდი იქნა ცნობილ იქნა, როგორც პირველი იმედგაცრუების სამი ნიშანსვეტის წარმომდგენი, რომელსაც მოსდევდა შუაღამის შეძახილის უწყება და შემდეგ მთავრდებოდა დიდი იმედგაცრუებით, ებრაულ სიტყვა „ჭეშმარიტებასთან“ შეთანხმებით, მაშინ დამკვიდრდა გამოცხადება, რომელიც აღნიშნავს 2020 წლის 18 ივლისს და რომელიც არის შუაღამის შეძახილის უწყების სრულყოფილი აღსრულება, კვირადღის კანონისაკენ მიმყვანი.</w:t>
      </w:r>
    </w:p>
    <w:p>
      <w:pPr>
        <w:pStyle w:val="ArticleBody"/>
        <w:jc w:val="left"/>
      </w:pPr>
      <w:r>
        <w:rPr>
          <w:rFonts w:ascii="Sylfaen" w:hAnsi="Sylfaen" w:eastAsia="Sylfaen" w:cs="Sylfaen"/>
        </w:rPr>
        <w:t>შვიდი ქუხილი 2023 წლის ივლისამდე უკვე იყო იდენტიფიცირებული, როგორც პირველი ანგელოზის მოძრაობისა და მესამე ანგელოზის მოძრაობის პარალელური ისტორია, მაგრამ იმ დროს საბოლოო სამსაფეხურიანი პერიოდი არ იყო განხილული, როგორც განსაკუთრებული პერიოდი, რომელიც წარმოდგენილია შვიდი ქუხილით. ახლა ეს აღიარება დადგენილია როგორც „ჭეშმარიტება.“</w:t>
      </w:r>
    </w:p>
    <w:p>
      <w:pPr>
        <w:pStyle w:val="ArticleBody"/>
        <w:jc w:val="left"/>
      </w:pPr>
      <w:r>
        <w:rPr>
          <w:rFonts w:ascii="Sylfaen" w:hAnsi="Sylfaen" w:eastAsia="Sylfaen" w:cs="Sylfaen"/>
        </w:rPr>
        <w:t>იესო ქრისტეს გამოცხადება იხსნება სწორედ მადლის ვადის დახურვის წინ და იგი მოიცავს გამოცხადების მეთერთმეტე თავის ორ მოწმეს. იესო ქრისტეს გამოცხადება მოიცავს შვიდი ქუხილის დაფარულ ისტორიას. იესო ქრისტეს გამოცხადება მოიცავს იმ იგავმიუწვდომელ საიდუმლოსაც, რომ „მერვე შვიდთაგანია“, რაც, თავის მხრივ, მიუთითებს მილერიტების ლაოდიკიად გადანაცვლებაზე, ას ორმოცდაოთხი ათასის ფილადელფიაში პარალელურ გადანაცვლებასთან ერთად. მერვე, როგორც შვიდთაგანი, აგრეთვე წარმოადგენს მხეცის ხატის გამოცდის წინასწარმეტყველურ გამოხატულებას, რადგან როგორც რესპუბლიკური, ისე პროტესტანტული რქები თავიანთ დასასრულს აღწევენ, როდესაც რესპუბლიკური რქა წარმოშობს მხეცის პოლიტიკურ ხატს, ჭეშმარიტი პროტესტანტული რქის მიერ ქრისტეს ხატის ჩამოყალიბებასთან დაპირისპირებითა და პოლემიკით, რომლებიც შემდეგ აღიმართებიან როგორც დროშა.</w:t>
      </w:r>
    </w:p>
    <w:p>
      <w:pPr>
        <w:pStyle w:val="ArticleBody"/>
        <w:jc w:val="left"/>
      </w:pPr>
      <w:r>
        <w:rPr>
          <w:rFonts w:ascii="Sylfaen" w:hAnsi="Sylfaen" w:eastAsia="Sylfaen" w:cs="Sylfaen"/>
        </w:rPr>
        <w:t>ეს ჭეშმარიტებები დაიწყო განბეჭდვა 2023 წლის ივლისის ბოლოს, და ყველა ეს ჭეშმარიტება წარმოადგენს წინასწარმეტყველურ ისტორიას, რომელიც აღსრულებულია დაფარულ ისტორიაში, რაც არის „დანიელის წინასწარმეტყველების ის ნაწილი, რომელიც უკანასკნელ დღეებს ეხება.“</w:t>
      </w:r>
    </w:p>
    <w:p>
      <w:pPr>
        <w:pStyle w:val="ArticleBody"/>
        <w:jc w:val="left"/>
      </w:pPr>
      <w:r>
        <w:rPr>
          <w:rFonts w:ascii="Sylfaen" w:hAnsi="Sylfaen" w:eastAsia="Sylfaen" w:cs="Sylfaen"/>
        </w:rPr>
        <w:t>ამგვარად, ჩვენ გვაქვს ორმოცე მუხლის დაფარული ისტორიის წინასწარმეტყველური სტრუქტურა — 1989 წელს, დასასრულის დროიდან, ორმოცდამეერთე მუხლის კვირის კანონამდე, რაც შესაძლებლობას გვაძლევს, მას ზედ დავადოთ დანიელის მეთერთმეტე თავის პირველი და მეორე მუხლები. შემდეგ შეგვიძლია, იმავე ხაზზე მოვათავსოთ მეათედან მეთხუთმეტე მუხლების ჩათვლით. ამის შემდეგ შეგვიძლია იმავე ხაზზე მოვათავსოთ მაკაბელთა ხაზი, რომელიც, სწორად გაგების შემთხვევაში, იწყება მეცამეტე მუხლში და გრძელდება ოცდამესამე მუხლამდე. შემდეგ იმავე ხაზზე შეგვიძლია მოვათავსოთ გამოცხადების მეთერთმეტე თავის ორი მოწმის ხაზი, მეშვიდედან მეთორმეტე მუხლების ჩათვლით. დანიელისა და გამოცხადების ორი მოწმის მეშვეობით ჩვენ გვაქვს ორმოცე მუხლის დაფარული ისტორიის სტრუქტურა.</w:t>
      </w:r>
    </w:p>
    <w:p>
      <w:pPr>
        <w:pStyle w:val="ArticleBody"/>
        <w:jc w:val="left"/>
      </w:pPr>
      <w:r>
        <w:rPr>
          <w:rFonts w:ascii="Sylfaen" w:hAnsi="Sylfaen" w:eastAsia="Sylfaen" w:cs="Sylfaen"/>
        </w:rPr>
        <w:t>1989 წელს საბჭოთა კავშირი წალეკილ იქნა პაპობისა და მისი მარიონეტული არმიის, შეერთებული შტატების, ალიანსის მიერ. როდესაც საბჭოთა კავშირი გორბაჩოვის მიერ დაიშალა, ას ორმოცდაოთხი ათასისათვის დასასრულის ჟამი დადგა. რონალდ რეიგანი იყო შეერთებული შტატების პირველი წინასწარმეტყველური მეფე დასასრულის ჟამიდან; რეიგანს, განდგომილ პროტესტანტ რესპუბლიკელს, რომელიც მეფე დარიუსით არის წარმოდგენილი, მოჰყვა კიროსი, შემდეგ კიდევ სამი სხვა მეფე, ხოლო შემდეგ — მეოთხე მდიდარი მეფე.</w:t>
      </w:r>
    </w:p>
    <w:p>
      <w:pPr>
        <w:pStyle w:val="ArticleBody"/>
        <w:jc w:val="left"/>
      </w:pPr>
      <w:r>
        <w:rPr>
          <w:rFonts w:ascii="Sylfaen" w:hAnsi="Sylfaen" w:eastAsia="Sylfaen" w:cs="Sylfaen"/>
        </w:rPr>
        <w:t>მეფე კიროსი წარმოადგენდა ბუშს პირველს, აღიარებულ რესპუბლიკელ გლობალისტს, რომელსაც მოჰყვა დემოკრატი გლობალისტი კლინტონი, რომელსაც მოჰყვა აღიარებული რესპუბლიკელი გლობალისტი ბუში უკანასკნელი, რომელსაც მოჰყვა ისლამური დემოკრატი გლობალისტი ობამა, რომელსაც მოჰყვა მათ შორის ყველაზე მდიდარი პრეზიდენტი, განდგომილი პროტესტანტი რესპუბლიკელი, დონალდ ტრამპი.</w:t>
      </w:r>
    </w:p>
    <w:p>
      <w:pPr>
        <w:pStyle w:val="ArticleBody"/>
        <w:jc w:val="left"/>
      </w:pPr>
      <w:r>
        <w:rPr>
          <w:rFonts w:ascii="Sylfaen" w:hAnsi="Sylfaen" w:eastAsia="Sylfaen" w:cs="Sylfaen"/>
        </w:rPr>
        <w:t>2014 წელს დაიწყო უკრაინული ომი რუსეთსა და პაპობის ნაცისტურ პროქსი-არმიას შორის, მაშინ როდესაც პაპობის ყოფილი პროქსი-არმია (შეერთებული შტატები) მხარდაჭერას უწევდა უკრაინულ პროქსი-არმიას. 2014 წელს მოძრაობა Future for America-ში გველეშაპის წარმომადგენლებმა შეაღწიეს, ხოლო 2015 წელს დონალდ ტრამპმა დაიწყო პირველი იმ სამი საპრეზიდენტო კამპანიიდან, რომელთაც ის განახორციელებდა. თავის პირველ კამპანიაში მან გაიმარჯვა, მაგრამ მისი შუა კამპანია მოიპარეს, და თავის უკანასკნელ კამპანიაში იგი კვლავ გაიმარჯვებს. 2020 წელს როგორც რესპუბლიკურმა რქამ მიიღო სასიკვდილო ჭრილობა, რადგან არჩევნები მოიპარეს, ასევე ჭეშმარიტმა პროტესტანტულმა რქამ მიიღო სასიკვდილო ჭრილობა ცრუ წინასწარმეტყველების გამოცხადებით, რაც ნაწილობრივ გამოწვეული იყო 2014 წელს დაწყებული შეღწევით, და რომელმაც გზავნილი მოიპარა სხვადასხვა ცრუ წინასწარმეტყველური გამოყენების შემოტანის გზით.</w:t>
      </w:r>
    </w:p>
    <w:p>
      <w:pPr>
        <w:pStyle w:val="ArticleBody"/>
        <w:jc w:val="left"/>
      </w:pPr>
      <w:r>
        <w:rPr>
          <w:rFonts w:ascii="Sylfaen" w:hAnsi="Sylfaen" w:eastAsia="Sylfaen" w:cs="Sylfaen"/>
        </w:rPr>
        <w:t>2020 წელს არჩევნებიც და წინასწარმეტყველური უწყებაც მოიპარეს, და ორივე რქა სიმბოლურად იქნა მოკლული დრაკონის წარმომადგენლების მიერ. არჩევნები მოიპარა ორგვარმა ალიანსმა — რესპუბლიკელებად აღიარებული გლობალისტებისა და გლობალისტი დემოკრატების — რომელსაც მხარს უჭერდნენ გლობალისტური პროპაგანდისტული მედია და გლობალისტი ვაჭრები. უწყება მოიპარეს სამხრეთ ნახევარსფეროდან წარმოშობილმა დაბალმა გაუთხოვარმა გოგონამ და უელსელმა დაბალმა განქორწინებულმა ბიჭმა, რომელთა ფარული განზრახვა იყო ჰომოსექსუალური დღის წესრიგის შემოტანა და დაწინაურება, და „ცოდვის კაცისთვის“ ბოდიშის მოხდა. Future for America-ს ლიდერი სრულად ატარებს პასუხისმგებლობას ამ სატანური შეღწევისათვის, რადგან მას ევალებოდა მოძრაობის დაცვა, მაგრამ მეტისმეტად მზად იყო, განუწმენდელ მაცნეებს ხელმძღვანელობის პოზიცია დაეკავებინათ. დონალდ ტრამპიც არის მოპარული არჩევნების დამნაშავე, რადგან ისინი, რომელთაც მან ნება დართო მისი ძალაუფლების შიდა წრეში შესულიყვნენ, განზრახ უთხრიდნენ ძირს იმ საქმეს, რომელსაც იგი შესდგომოდა.</w:t>
      </w:r>
    </w:p>
    <w:p>
      <w:pPr>
        <w:pStyle w:val="ArticleBody"/>
        <w:jc w:val="left"/>
      </w:pPr>
      <w:r>
        <w:rPr>
          <w:rFonts w:ascii="Sylfaen" w:hAnsi="Sylfaen" w:eastAsia="Sylfaen" w:cs="Sylfaen"/>
        </w:rPr>
        <w:t>2022 წელს დონალდ ტრამპმა თავისი მესამე კამპანია დაიწყო, ხოლო 2023 წელს „ხმამ მღაღადებლისამ უდაბნოსა შინა“ დაიწყო ეკლესიებისთვის გზავნილის გაგზავნა. ახლახან ერთმა „ქვამ“ (რასაც მე განვსაზღვრავ, როგორც ისინი, ვინც „აწმყო ჭეშმარიტების“ ფარგლებს გარეთ არიან და შეჰღაღადეს) — რომელიც, შესაძლოა, საჯარო ასპარეზის ამჟამინდელ პოლიტიკურ გარემოში ყველაზე გამჭრიახი გონებაა — გამოთქვა ძალზე გამჭრიახი ჭეშმარიტებანი. მისი სახელია ვიქტორ დევის ჰანსონი, და თუ თქვენ თვალს ადევნებთ თქვენს ირგვლივ მიმდინარე მოვლენებს და ამ მოვლენებს ადარებთ მისი სიტყვის წინასწარმეტყველებებს, მაშინ ვიქტორ დევის ჰანსონი ერთ-ერთ იმ „ქვათაგანია“, რომელიც იმავე გზავნილს იმეორებს, რომელსაც, ვიმედოვნებ, თქვენ იკვლევთ.</w:t>
      </w:r>
    </w:p>
    <w:p>
      <w:pPr>
        <w:pStyle w:val="ArticleScripture"/>
        <w:jc w:val="left"/>
      </w:pPr>
      <w:r>
        <w:rPr>
          <w:rFonts w:ascii="Sylfaen" w:hAnsi="Sylfaen" w:eastAsia="Sylfaen" w:cs="Sylfaen"/>
        </w:rPr>
        <w:t>„ღმერთს სურს, რომ შევისწავლოთ ჩვენს ირგვლივ მიმდინარე მოვლენები და შევადაროთ ისინი მისი სიტყვის წინასწარმეტყველებებს, რათა გავიგოთ, რომ უკანასკნელ დღეებში ვცხოვრობთ. ჩვენ გვინდა ჩვენი ბიბლიები და გვსურს ვიცოდეთ, რა არის მათში დაწერილი. წინასწარმეტყველების გულმოდგინე შემსწავლელი დაჯილდოვდება ჭეშმარიტების ნათელი გამოცხადებებით, რადგან იესომ თქვა: ‘შენი სიტყვა არის ჭეშმარიტება.’“ Signs of the Times, October 1, 1894.</w:t>
      </w:r>
    </w:p>
    <w:p>
      <w:pPr>
        <w:pStyle w:val="ArticleBody"/>
        <w:jc w:val="left"/>
      </w:pPr>
      <w:r>
        <w:rPr>
          <w:rFonts w:ascii="Sylfaen" w:hAnsi="Sylfaen" w:eastAsia="Sylfaen" w:cs="Sylfaen"/>
        </w:rPr>
        <w:t>X.com-ზე @FreyjaTarte-ის მიერ გამოქვეყნებულ ინტერვიუში ჰანსონმა დასაწყისშივე განაცხადა: „ისინი [დემოკრატები] ტრამპს ვამპირად უყურებენ.“ შემდეგ იგი განაგრძობს და ეხება დემოკრატების შიშს იმის გამო, რომ დონალდ ტრამპი კვლავ აირჩევა. მე არავითარი საფუძველი არა მაქვს ვიფიქრო, რომ ჰანსონს ესმოდა, რომ გამოცხადების მეთერთმეტე თავის თანახმად, ტრამპი აღდგება (როგორც ვამპირი), და რომ როდესაც ეს მოხდება, ისინი, ვინც ადრე მისი სიკვდილით ხარობდნენ, შიშით აღივსებიან. თუმცა სწორედ ამას ასახელებს იგი მთელ თავის კომენტარში.</w:t>
      </w:r>
    </w:p>
    <w:p>
      <w:pPr>
        <w:pStyle w:val="ArticleScripture"/>
        <w:jc w:val="left"/>
      </w:pPr>
      <w:r>
        <w:rPr>
          <w:rFonts w:ascii="Sylfaen" w:hAnsi="Sylfaen" w:eastAsia="Sylfaen" w:cs="Sylfaen"/>
        </w:rPr>
        <w:t>და სამი დღისა და ნახევრის შემდეგ, ღვთისაგან სიცოცხლის სული შევიდა მათში, და დადგნენ თავიანთ ფეხებზე; და დიდი შიში დაეცა მათზე, ვინც იხილა ისინი. გამოცხადება 11:11.</w:t>
      </w:r>
    </w:p>
    <w:p>
      <w:pPr>
        <w:pStyle w:val="ArticleBody"/>
        <w:jc w:val="left"/>
      </w:pPr>
      <w:r>
        <w:rPr>
          <w:rFonts w:ascii="Sylfaen" w:hAnsi="Sylfaen" w:eastAsia="Sylfaen" w:cs="Sylfaen"/>
        </w:rPr>
        <w:t>ჩვენ ამ კვლევას მომდევნო სტატიაში გავაგრძელებთ.</w:t>
      </w:r>
    </w:p>
    <w:p>
      <w:pPr>
        <w:pStyle w:val="ArticleScripture"/>
        <w:jc w:val="left"/>
      </w:pPr>
      <w:r>
        <w:rPr>
          <w:rFonts w:ascii="Sylfaen" w:hAnsi="Sylfaen" w:eastAsia="Sylfaen" w:cs="Sylfaen"/>
        </w:rPr>
        <w:t>„ჩვენ მივაღწიეთ იმ პერიოდს, რომელიც ამ წერილებში იყო წინასწარმეტყველებული. აღსასრულის ჟამი დადგა, წინასწარმეტყველთა ხილვები გახსნილია, და მათი საზეიმო გაფრთხილებანი მიგვითითებს ჩვენი უფლის დიდებით მოსვლაზე, როგორც უკვე ახლოს მყოფზე.</w:t>
      </w:r>
    </w:p>
    <w:p>
      <w:pPr>
        <w:pStyle w:val="ArticleScripture"/>
        <w:jc w:val="left"/>
      </w:pPr>
      <w:r>
        <w:rPr>
          <w:rFonts w:ascii="Sylfaen" w:hAnsi="Sylfaen" w:eastAsia="Sylfaen" w:cs="Sylfaen"/>
        </w:rPr>
        <w:t>იუდეველებმა არასწორად გაიგეს და არასწორად გამოიყენეს ღვთის სიტყვა, და ვერ შეიცნეს თავიანთი მონახულების ჟამი. ქრისტესა და მისი მოციქულების მსახურების წლები,—რჩეული ხალხისთვის მადლის ის ძვირფასი უკანასკნელი წლები,—მათ უფლის მაცნეთა დაღუპვის განზრახვებში დახარჯეს. მიწიერმა მისწრაფებებმა შთანთქა ისინი, და სულიერი სამეფოს შემოთავაზება მათთვის ამაოდ მოვიდა. ასევე დღესაც ამ ქვეყნიერების სამეფო იპყრობს ადამიანთა ფიქრებს, და ისინი ყურადღებას არ აქცევენ სწრაფად აღსრულებად წინასწარმეტყველებებსა და ღვთის მალე მოსახდომი სამეფოს ნიშნებს.</w:t>
      </w:r>
    </w:p>
    <w:p>
      <w:pPr>
        <w:pStyle w:val="ArticleScripture"/>
        <w:jc w:val="left"/>
      </w:pPr>
      <w:r>
        <w:rPr>
          <w:rFonts w:ascii="Sylfaen" w:hAnsi="Sylfaen" w:eastAsia="Sylfaen" w:cs="Sylfaen"/>
        </w:rPr>
        <w:t>„ხოლო თქვენ, ძმანო, არ ხართ სიბნელეში, რათა იმ დღემ მოგისწროთ, ვითარცა ქურდმა. თქვენ ყველანი ნათლის ძენი ხართ და დღის ძენი; ჩვენ არა ვართ ღამისანი და არც სიბნელისანი.“ თუმცა ჩვენ არ მოგვეცა ვიცოდეთ ჩვენი უფლის დაბრუნების საათი, შეგვიძლია ვიცოდეთ, როდის არის იგი ახლოს. „ამიტომ ნუ დავიძინებთ, როგორც სხვები, არამედ ვიფხიზლოთ და ვიმღვიძოთ.“ 1 თესალონიკელთა 5:4-6. The Desire of Ages,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ოთხმოცდამეთერთმეტე ნაწილი</dc:title>
  <dc:subject>დანიელის 11-ის წინასწარმეტყველური გობელენი: ტრამპის ეპოქის სირთულეთა და კვირა დღის კანონისათვის შესავლის გამომჟღავნება</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