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ოთხმოცდათოთხმეტი</w:t>
      </w:r>
    </w:p>
    <w:p>
      <w:pPr>
        <w:pStyle w:val="ArticleSubtitle"/>
        <w:jc w:val="left"/>
      </w:pPr>
      <w:r>
        <w:rPr>
          <w:rFonts w:ascii="Sylfaen" w:hAnsi="Sylfaen" w:eastAsia="Sylfaen" w:cs="Sylfaen"/>
        </w:rPr>
        <w:t>მაკაბელთა ექოები: ტრამპის ტრიუმფი და მხეცის ხატისკენ მიმავალი წინასწარმეტყველური გზა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2024-04-24</w:t>
      </w:r>
    </w:p>
    <w:p>
      <w:pPr>
        <w:pStyle w:val="ArticleBody"/>
        <w:jc w:val="left"/>
      </w:pPr>
      <w:r>
        <w:rPr>
          <w:rFonts w:ascii="Sylfaen" w:hAnsi="Sylfaen" w:eastAsia="Sylfaen" w:cs="Sylfaen"/>
        </w:rPr>
        <w:t>მაკაბელთა მიერ წარმოდგენილმა ხაზმა (რომელიც ამერიკის შეერთებულ შტატებში განდგომილ პროტესტანტიზმს განსაზღვრავს) ბერძნული რელიგიის წინააღმდეგ თავისი აჯანყება დაიწყო მოდეინში, ძვ. წ. 167 წელს. იქ მაკაბელებმა სძლიეს ანტიოქე ეპიფანეს მცდელობებს, იუდეველებზე ძალით მოეხვია ბერძნული რელიგია, და აგრეთვე მოკლეს იუდეველთა წინამძღოლი, რომელიც ანტიოქესთან თანამშრომლობდა. ამგვარად, ბაიდენი დამარცხდება 2024 წლის არჩევნებში, ხმის მიმცემთა იმ ბლოკის მეშვეობით, რომელიც ცნობილია როგორც „რელიგიური მემარჯვენეობა“. ეს ისტორია 2024 წლის არჩევნების გამარჯვებას აღწერს იმგვარად, რომ განდგომილი პროტესტანტიზმი იმარჯვებს არა მხოლოდ გლობალისტ რესპუბლიკელებზე, რომელთაც RINO-ებს უწოდებენ, არამედ აგრეთვე ათეისტი დემოკრატების ძალისხმევაზეც, რომ ერს „ვოუქიზმის“ რელიგია თავს მოახვიონ.</w:t>
      </w:r>
    </w:p>
    <w:p>
      <w:pPr>
        <w:pStyle w:val="ArticleBody"/>
        <w:jc w:val="left"/>
      </w:pPr>
      <w:r>
        <w:rPr>
          <w:rFonts w:ascii="Sylfaen" w:hAnsi="Sylfaen" w:eastAsia="Sylfaen" w:cs="Sylfaen"/>
        </w:rPr>
        <w:t>მაკაბელთა ხაზით წარმოდგენილი შინაგანი სულიერი ომი დაიწყო 2015 წელს, როდესაც მდიდარმა პრეზიდენტმა აღძრა გლობალიზმის გველეშაპის ძალები, და გველეშაპის საქმიანობა ორი მოწმის მოკვლაში მოიცავდა 2021 წლის 6 იანვართან დაკავშირებულ პელოსის სასამართლო პროცესებს. მოდეინი და მაკაბელთა აჯანყება მიუთითებს განდგომილი პროტესტანტიზმის მომავალ გამარჯვებაზე 2024 წლის 5 ნოემბერს. 2025 წლის 20 იანვრის ინაუგურაცია წინასახედ იყო წარმოდგენილი ძვ. წ. 164 წლით, რომელიც მეორე ტაძრის ხელახლა მიძღვნას აღნიშნავდა, და სწორედ იმავე წელს (ძვ. წ. 164) ანტიოქე ეპიფანე გარდაიცვალა. ანტიოქე წარმოადგენს დემოკრატიულ პარტიას და მათ გლობალისტ პარტნიორებს, რომლებიც თავს რესპუბლიკელებად ასახელებენ, თუმცა ისინი MAGA რესპუბლიკელები ისევე არ არიან, როგორც გოგონა არ არის ბიჭი.</w:t>
      </w:r>
    </w:p>
    <w:p>
      <w:pPr>
        <w:pStyle w:val="ArticleBody"/>
        <w:jc w:val="left"/>
      </w:pPr>
      <w:r>
        <w:rPr>
          <w:rFonts w:ascii="Sylfaen" w:hAnsi="Sylfaen" w:eastAsia="Sylfaen" w:cs="Sylfaen"/>
        </w:rPr>
        <w:t>მეცამეტე-მეთხუთმეტე მუხლებით წარმოდგენილი პოლიტიკური ბრძოლა, რომელიც პანიუმის ბრძოლით სრულდება, პარალელურად მიმდინარეობს იმ ისტორიის რელიგიურ ბრძოლასთან, რომელიც woke-იზმსა და განდგომილ პროტესტანტიზმს შორის არსებობს. ტრამპის ინაუგურაციის შემდეგ, 2025 წელს, რომელიც წარმოდგენილია ძვ. წ. 164 წელს მეორე ტაძრის ხელახლა კურთხევით, იგი შემდეგ დაიწყებს მხეცის ხატის ფაქტობრივ ჩამოყალიბებას, როდესაც განდგომილ პროტესტანტულ ეკლესიას თავის განდგომილ რესპუბლიკურ მთავრობასთან გააერთიანებს; ეს წარმოდგენილია რომსა და მაკაბელებს შორის კავშირით ძვ. წ. 161 წლიდან ძვ. წ. 158 წლამდე. ტრამპი ეკლესიასა და სახელმწიფოს ალიანსში გააერთიანებს, სადაც რელიგიური ელემენტი იქნება მაკონტროლებელი. იმ წინასწარმეტყველურ ისტორიაში, სადაც მიწის მხეცი კათოლიციზმის მხეცის ხატს აყალიბებს, განდგომილი რესპუბლიკური რქა და განდგომილი პროტესტანტული რქა თავიანთი გამოსაცდელი დროის სასმისს აღავსებენ მარადიული სიცოცხლის საკითხის არასწორ მხარეს.</w:t>
      </w:r>
    </w:p>
    <w:p>
      <w:pPr>
        <w:pStyle w:val="ArticleBody"/>
        <w:jc w:val="left"/>
      </w:pPr>
      <w:r>
        <w:rPr>
          <w:rFonts w:ascii="Sylfaen" w:hAnsi="Sylfaen" w:eastAsia="Sylfaen" w:cs="Sylfaen"/>
        </w:rPr>
        <w:t>ინაუგურაციიდან, რომელიც წარმოდგენილია ძვ. წ. 164 წელს მეორე ტაძრის მეორე განწმენდით, მხეცის ხატის ჩამოყალიბების საქმე იწყება, როგორც ეს წარმოდგენილია ძვ. წ. 161 წლიდან ძვ. წ. 158 წლამდე იუდეველთა და რომის კავშირით. ტრამპი ხელახლა აირჩევა 2024 წლის 5 ნოემბერს (ძვ. წ. 167) და თავისი ინაუგურაციისას (ძვ. წ. 164) იგი გახდება დასასრულის ჟამიდან, 1989 წლიდან მოყოლებული, მერვე პრეზიდენტი. ამით იგი გახდება მერვე, ანუ შვიდთაგანი, რითაც ასახავს საპაპო მხეცს, რომელიც ბიბლიური წინასწარმეტყველების მერვე სამეფოდ იქცევა, როდესაც მისი სასიკვდილო ჭრილობა საკვირაო კანონით განიკურნება. მისი ინაუგურაცია წარმოდგენილი იყო მაკაბელთა მიერ ძვ. წ. 164 წელს მეორე ტაძრის ხელახლა კურთხევით. მაკაბელთა აჯანყება სამი წლით ადრე დაიწყო ქალაქ მოდეინში, რომლის მნიშვნელობაც არის „პროტესტი“, და აღნიშნავს მისი არჩევნებში გამარჯვებას 2024 წლის 5 ნოემბერს.</w:t>
      </w:r>
    </w:p>
    <w:p>
      <w:pPr>
        <w:pStyle w:val="ArticleBody"/>
        <w:jc w:val="left"/>
      </w:pPr>
      <w:r>
        <w:rPr>
          <w:rFonts w:ascii="Sylfaen" w:hAnsi="Sylfaen" w:eastAsia="Sylfaen" w:cs="Sylfaen"/>
        </w:rPr>
        <w:t>ძვ. წ. 164 წელს მეორე ტაძრის მეორე კურთხევა მოხდა, რითაც წინასახედრად გამოიხატა ტრამპის მეორე ინაუგურაცია 2025 წლის 20 იანვარს. იმ მომენტში იგი ოფიციალურად ხდება მერვე პრეზიდენტი, რომელიც მის წინამორბედ შვიდ პრეზიდენტთაგანია. ძვ. წ. 164 წელს იუდაიზმი იხსენებს, როგორც მეორე ტაძრის მეორე კურთხევის აღსანიშნავ თარიღს.</w:t>
      </w:r>
    </w:p>
    <w:p>
      <w:pPr>
        <w:pStyle w:val="ArticleBody"/>
        <w:jc w:val="left"/>
      </w:pPr>
      <w:r>
        <w:rPr>
          <w:rFonts w:ascii="Sylfaen" w:hAnsi="Sylfaen" w:eastAsia="Sylfaen" w:cs="Sylfaen"/>
        </w:rPr>
        <w:t>ინაუგურაციის დროს ტრამპი ხდება მერვე, რომელიც შვიდთაგან არის, და იმ მომენტიდან სატანური სასწაულები აღესრულება, რომლებიც მხარს დაუჭერს მხეცის ხატის შექმნის საქმეს. რვა აღდგენილი მხეცის ხატის სიმბოლოა, და იმ დროს ხატის ფორმირება იწყება, როგორც ეს წარმოდგენილია ძვ. წ. 161 წლით.</w:t>
      </w:r>
    </w:p>
    <w:p>
      <w:pPr>
        <w:pStyle w:val="ArticleBody"/>
        <w:jc w:val="left"/>
      </w:pPr>
      <w:r>
        <w:rPr>
          <w:rFonts w:ascii="Sylfaen" w:hAnsi="Sylfaen" w:eastAsia="Sylfaen" w:cs="Sylfaen"/>
        </w:rPr>
        <w:t>მხეცის ხატის ჩამოყალიბება პირველად ამერიკის შეერთებულ შტატებში სრულდება, ხოლო შემდეგ მხეცის ხატი მთელ მსოფლიოს თავს ეხვევა. იმ დროის დასაწყისში, როდესაც ამერიკის შეერთებული შტატები მსოფლიოს აიძულებს მიიღოს მხეცის ხატი, რომელიც როგორც ილაპარაკებს, ისე გამოიწვევს იმასაც, რომ ყველა, ვინც არ სცემს თაყვანს მხეცის ხატს, სასიკვდილოდ მიეცეს, ამერიკის შეერთებულ შტატებში ახლად იქნება მიღებული საკვირაო კანონი და ჩამოყალიბებული იქნება სამმხრივი კავშირი. საკვირაო კანონის დროს სამმხრივი კავშირი უკვე დამყარებულია, და სატანის საკვირველი მოქმედების დრო დამდგარია, რადგან სატანა ქრისტეს განასახიერებს და სასწაულებს ახდენს, რათა მსოფლიო მიიყვანოს მსოფლიო მასშტაბის მხეცის ხატისა და საკვირაო თაყვანისცემის მიღებამდე. იმ მომენტში ტრამპი ათი მეფის ლიდერი ხდება.</w:t>
      </w:r>
    </w:p>
    <w:p>
      <w:pPr>
        <w:pStyle w:val="ArticleBody"/>
        <w:jc w:val="left"/>
      </w:pPr>
      <w:r>
        <w:rPr>
          <w:rFonts w:ascii="Sylfaen" w:hAnsi="Sylfaen" w:eastAsia="Sylfaen" w:cs="Sylfaen"/>
        </w:rPr>
        <w:t>ამრიგად, ტრამპის ინაუგურაცია, როგორც ათი მეფის უმაღლესი მეფისა, რომელიც სრულდება სამმაგი კავშირის მიერ მალე მოსალოდნელ საკვირაო კანონთან, წინასწარ იყო გამოსახული ტრამპის ინაუგურაციით, როგორც მერვე პრეზიდენტისა, რომელიც არის შვიდთაგანი, 2025 წლის 20 იანვარს. საკვირაო კანონზე, რომელიც შეერთებულ შტატებში მხეცის ხატის ჩამოყალიბებას ასრულებს, პაპის მხეციც ასევე ხდება მერვე, რომელიც არის შვიდთაგანი. ამრიგად, მხეცის ხატის გამოცდის დრო იწყება იმით, რომ ტრამპი ხდება მერვე, რომელიც არის შვიდთაგანი, და როცა ეს პერიოდი დასრულდება, პაპობაც ასევე ხდება მერვე, რომელიც არის შვიდთაგანი, რადგან ალფა და ომეგა დასასრულს დასაწყისით წარმოაჩენს.</w:t>
      </w:r>
    </w:p>
    <w:p>
      <w:pPr>
        <w:pStyle w:val="ArticleBody"/>
        <w:jc w:val="left"/>
      </w:pPr>
      <w:r>
        <w:rPr>
          <w:rFonts w:ascii="Sylfaen" w:hAnsi="Sylfaen" w:eastAsia="Sylfaen" w:cs="Sylfaen"/>
        </w:rPr>
        <w:t>სატანური სასწაულები იწყება ტრამპის ინაუგურაციიდან, როდესაც იწყება მხეცის ხატის ჩამოყალიბების პერიოდი, და ეს აღნიშნავს სატანის იმ საოცარ მოქმედებას, რომელიც იწყება შეერთებულ შტატებში მხეცის ხატის ჩამოყალიბების პერიოდის დასასრულს. ტრამპის ინაუგურაცია აღნიშნავს იმ პერიოდის დასაწყისს, ხოლო მისი ინაუგურაცია, როგორც გაერთიანებული ერების ათი მეფის უზენაესი მეფისა, აღნიშნავს იმ პერიოდის დასასრულს. იმ დასაწყისისა და დასასრულის ინაუგურაციებში, რომლებიც ორივე მხეცის ხატის ჩამოყალიბებას იწყებს, ეს პირველად ხდება შეერთებულ შტატებში, ხოლო შემდეგ — მთელ მსოფლიოში.</w:t>
      </w:r>
    </w:p>
    <w:p>
      <w:pPr>
        <w:pStyle w:val="ArticleBody"/>
        <w:jc w:val="left"/>
      </w:pPr>
      <w:r>
        <w:rPr>
          <w:rFonts w:ascii="Sylfaen" w:hAnsi="Sylfaen" w:eastAsia="Sylfaen" w:cs="Sylfaen"/>
        </w:rPr>
        <w:t>კავშირის საქმე, ანუ რომთან შეერთება, რომელიც ძვ. წ. 161 წლიდან ძვ. წ. 158 წლამდე მოხდა, ამ ისტორიას განსაზღვრავს, და იგი მეთექვსმეტე მუხლში კვირა დღის კანონისთანავე სრულდება. მთავრობის დამკვიდრების საბოლოო საქმე, რომელიც პაპის სისტემის ხატია, იწყება როგორც მხეცის ხატის ჩამოყალიბება და ტრამპის მიერ წინ მიიწევს, როდესაც იგი მის პოლიტიკურ გამარჯვებაში განდგომილმა პროტესტანტებმა გაწეული პოლიტიკური სამსახურის პასუხად მათ პოლიტიკურ წყალობას უბრუნებს.</w:t>
      </w:r>
    </w:p>
    <w:p>
      <w:pPr>
        <w:pStyle w:val="ArticleBody"/>
        <w:jc w:val="left"/>
      </w:pPr>
      <w:r>
        <w:rPr>
          <w:rFonts w:ascii="Sylfaen" w:hAnsi="Sylfaen" w:eastAsia="Sylfaen" w:cs="Sylfaen"/>
        </w:rPr>
        <w:t>ეს წინასწარმეტყველური სტრუქტურა უნდა მოთავსდეს ორმოცე მუხლის დაფარულ ისტორიაში. დანიელის მეთერთმეტე თავის მეორე მუხლიდან მესამე მუხლამდე არსებული დაფარული ისტორიაც უნდა დაედოს ამ სტრუქტურას. გამოცხადების მეთერთმეტე თავის ორი მოწმის წინასწარმეტყველური ისტორიაც ასევე უნდა დაედოს ამ სტრუქტურას. ამ სამი ხაზის გაერთიანებით ორმოცე მუხლის დაფარულ ისტორიაში, იუდას ტომის ლომი ხსნის დანიელის წინასწარმეტყველების იმ ნაწილს, რომელიც უკანასკნელ დღეებამდე დაბეჭდილი იყო.</w:t>
      </w:r>
    </w:p>
    <w:p>
      <w:pPr>
        <w:pStyle w:val="ArticleScripture"/>
        <w:jc w:val="left"/>
      </w:pPr>
      <w:r>
        <w:rPr>
          <w:rFonts w:ascii="Sylfaen" w:hAnsi="Sylfaen" w:eastAsia="Sylfaen" w:cs="Sylfaen"/>
        </w:rPr>
        <w:t>თუ ქალაქში საყვირს დაჰბერავენ, და ხალხი არ შეძრწუნდება? თუ იქნება უბედურება ქალაქში, და უფალს არ ექნება იგი ქმნილი? ჭეშმარიტად, უფალი ღმერთი არაფერს მოიმოქმედებს, თუ არ გაუმხელს თავის საიდუმლოს თავის მსახურებს, წინასწარმეტყველთ. ლომმა იღრიალა — ვინ არ შეძრწუნდება? უფალმა ღმერთმა ილაპარაკა — ვის ძალუძს, რომ არ იწინასწარმეტყველოს? გამოაცხადეთ აშდოდის სასახლეებში და ეგვიპტის ქვეყნის სასახლეებში, და თქვით: შეიკრიბეთ სამარიის მთებზე და იხილეთ დიდი შფოთნი მის შუაგულში და ჩაგრულნი მის შუაგულში. ამოსი 3:6–9.</w:t>
      </w:r>
    </w:p>
    <w:p>
      <w:pPr>
        <w:pStyle w:val="ArticleBody"/>
        <w:jc w:val="left"/>
      </w:pPr>
      <w:r>
        <w:rPr>
          <w:rFonts w:ascii="Sylfaen" w:hAnsi="Sylfaen" w:eastAsia="Sylfaen" w:cs="Sylfaen"/>
        </w:rPr>
        <w:t>დანიელის მეთერთმეტე თავის ორმოცე მუხლის დაფარულ ისტორიაში წარმოდგენილი გაუხსნელი უწყება არის დაბეჭდვის უწყება; და ამოსი სვამს რიტორიკულ კითხვას ქალაქში საყვირის ხმის გაჟღერებისა და ლომის ღრიალის შესახებ; და ამოსი პასუხსაც იძლევა, როდესაც აცხადებს, რომ ღმერთი არაფერს მოიმოქმედებს, თუ წინასწარ არ გამოუცხადებს ამას თავის მსახურებს, წინასწარმეტყველებს. იგი ასევე გულისხმობს, რომ საყვირის უწყება, რომელიც ღვთისმოსავ შიშს წარმოსაქმნელად არის გამიზნული, ქალაქში არსებულ ბოროტებასაც გამოავლენდა და რომ იგი აშდოდში, ეგვიპტესა და სამარიაში უნდა გამოქვეყნებულიყო, რაც თანამედროვე ბაბილონის სამმაგ შემადგენლობას წარმოადგენს. დაბეჭდვის საყვირის უწყება მთელი მსოფლიოსათვის უნდა ყოფილიყო გამოცხადებული იმ მოვლენებზე წინასწარ, რომლებიც დაბეჭდვის უწყებაშია წარმოდგენილი. საყვირის უწყება, რომელიც დაბეჭდვის უწყებაა, ატარებს „ჭეშმარიტების“ ხელმოწერას, რადგან დაბეჭდვის ჟამი მესამე ვაის საყვირის სამ ბგერაზეა აგებული.</w:t>
      </w:r>
    </w:p>
    <w:p>
      <w:pPr>
        <w:pStyle w:val="ArticleBody"/>
        <w:jc w:val="left"/>
      </w:pPr>
      <w:r>
        <w:rPr>
          <w:rFonts w:ascii="Sylfaen" w:hAnsi="Sylfaen" w:eastAsia="Sylfaen" w:cs="Sylfaen"/>
        </w:rPr>
        <w:t>საყვირმა პირველად აღნიშნა დაბეჭდვის დასაწყისი 2001 წლის 11 სექტემბერს, ხოლო უკანასკნელი წარმოადგენს დაბეჭდვის დასასრულს მალე მოსახდენ საკვირაო კანონთან, როდესაც დიდი მიწისძვრის დროს მესამე ვაება უეცრად მოვა. შუა ჩაბერვა მოხდა 2023 წლის 7 ოქტომბერს, როდესაც ძველ დიდებულ ქვეყანას მოულოდნელი თავდასხმა დაატყდა მესამე ვაების ისლამისაგან, როგორც თანამედროვე დიდებული ქვეყანა მოექცა მესამე ვაების ისლამის მოულოდნელი თავდასხმის ქვეშ 2001 წელს, და როგორც ეს იქნება ამ სამ ჩაბერვათაგან უკანასკნელისას მალე მოსახდენ საკვირაო კანონთან. შუა მოულოდნელი თავდასხმა ძველ დიდებულ ქვეყანაზე იყო პირდაპირი ისრაელის წინააღმდეგ, რომელიც იმ აჯანყების სიმბოლოა, რომელმაც მესია ჯვარს აცვა.</w:t>
      </w:r>
    </w:p>
    <w:p>
      <w:pPr>
        <w:pStyle w:val="ArticleBody"/>
        <w:jc w:val="left"/>
      </w:pPr>
      <w:r>
        <w:rPr>
          <w:rFonts w:ascii="Sylfaen" w:hAnsi="Sylfaen" w:eastAsia="Sylfaen" w:cs="Sylfaen"/>
        </w:rPr>
        <w:t>ამოსის საყვირისეული უწყება მთელ მსოფლიოს გაეფინებოდა, და ამ უწყების გამოქვეყნების ეს საქმე 2023 წლის ივლისის ბოლოს დაიწყო. ამის შემდეგ იუდას ტომის ლომმა იღრიალა, და ვის არ შეიპყრობს შიში, და ვინ იქნება იმდენად გაბედული, რომ უარყოს, თითქოს ას ორმოცდაოთხი ათასის დაბეჭდვის დროსთან დაკავშირებული მოვლენები ახლა არ იხსნებოდეს დედამიწის ზურგზე? ეს სტატიები ახლა ას ოცზე მეტ ქვეყანაშია, სამოცზე მეტ ენაზე, და მათი ან წაკითხვა შეიძლება, ან მოსმენა.</w:t>
      </w:r>
    </w:p>
    <w:p>
      <w:pPr>
        <w:pStyle w:val="ArticleScripture"/>
        <w:jc w:val="left"/>
      </w:pPr>
      <w:r>
        <w:rPr>
          <w:rFonts w:ascii="Sylfaen" w:hAnsi="Sylfaen" w:eastAsia="Sylfaen" w:cs="Sylfaen"/>
        </w:rPr>
        <w:t>ნეტარ არს იგი, რომელიც კითხულობს, და ისინი, რომელნიც ისმენენ ამ წინასწარმეტყველების სიტყვებს და იცავენ მასში დაწერილს; რადგან ჟამი ახლოს არის. გამოცხადება 1:3.</w:t>
      </w:r>
    </w:p>
    <w:p>
      <w:pPr>
        <w:pStyle w:val="ArticleBody"/>
        <w:jc w:val="left"/>
      </w:pPr>
      <w:r>
        <w:rPr>
          <w:rFonts w:ascii="Sylfaen" w:hAnsi="Sylfaen" w:eastAsia="Sylfaen" w:cs="Sylfaen"/>
        </w:rPr>
        <w:t>როდესაც სამსხვერპლოდან აღებული ცეცხლი, რომელიც ლოცვებსა და საკმეველს იყო შერეული, დედამიწაზე დაემხობა მეშვიდე და უკანასკნელი ბეჭდის მოხსნისას, იყო ხმები, ქუხილები, ელვანი და დიდი მიწისძვრა. დიდი მიწისძვრა ხდება შუაღამის ძახილის უწყების შედეგად, რომელიც ცეცხლივით დაეშვება ეზეკიელის მეცხრე თავში მოხსენიებულ იმ წმინდანებზე, რომლებიც გმინავენ და ღაღადებენ, იმავე სახით, როგორც ცეცხლი გადმოვიდა ორმოცდამეათე დღესასწაულზე. ის ცეცხლი აღნიშნავდა უწყებას, რომელიც მაშინ იქნა წაღებული ყოველ ერამდე, ტომამდე, ენამდე და ხალხამდე, როგორც არის ეს სტატიები. ის ცეცხლი აღნიშნავდა იმ უწყების მრავალ ენაზე გადაცემის უნარს, როგორც არის ეს სტატიები. სტატიები წინასწარ მიუთითებენ იმას, რაც მოხდება, რადგან უფალი არაფერს მოიმოქმედებს, თუ ჯერ თავის მოქმედებებს თავის წინასწარმეტყველურ სიტყვაში არ გამოაცხადებს.</w:t>
      </w:r>
    </w:p>
    <w:p>
      <w:pPr>
        <w:pStyle w:val="ArticleScripture"/>
        <w:jc w:val="left"/>
      </w:pPr>
      <w:r>
        <w:rPr>
          <w:rFonts w:ascii="Sylfaen" w:hAnsi="Sylfaen" w:eastAsia="Sylfaen" w:cs="Sylfaen"/>
        </w:rPr>
        <w:t>ისმინე, ჰოი ცანო, და ვილაპარაკებ; და ყური უგდე, ჰოი მიწავ, ჩემი პირის სიტყვებს. ჩემი მოძღვრება წვიმასავით გადმოიღვრება, ჩემი სიტყვა ნამივით გადმოიწვეთებს, როგორც წვრილი წვიმა ნაზ ბალახზე და როგორც თქეში მწვანეზე; რადგან უფლის სახელს გამოვაცხადებ: მიაგეთ სიდიადე ჩვენს ღმერთს. ის არის კლდე, მისი საქმე სრულყოფილია; რადგან ყველა მისი გზა სამართალია; ჭეშმარიტი ღმერთი და უსამართლობის გარეშეა იგი, მართალი და წრფელია. მათ თავიანთი თავი გაიხრწნეს; მათი ლაქა მისი შვილების ლაქა არ არის: ისინი უკუღმართი და მრუდე თაობა არიან. მეორე რჯული 32:1–5.</w:t>
      </w:r>
    </w:p>
    <w:p>
      <w:pPr>
        <w:pStyle w:val="ArticleBody"/>
        <w:jc w:val="left"/>
      </w:pPr>
      <w:r>
        <w:rPr>
          <w:rFonts w:ascii="Sylfaen" w:hAnsi="Sylfaen" w:eastAsia="Sylfaen" w:cs="Sylfaen"/>
        </w:rPr>
        <w:t>„გვიანი წვიმის“ „მოძღვრება“ ახლა უფლის მიერ იუწყება, და მოძღვრებანი, რომლებიც შუაღამის ღაღადის — გვიანი წვიმის უწყებას შეადგენენ, დაფუძნებულია „უფლის სახელზე“. მისი სახელია „ჭეშმარიტება“; იგი არის პალმონი, საკვირველი მთვლელი, და იგი არის საკვირველი ენათმეცნიერი; იგი არის ალფა და ომეგა; იგი არის ღვთის ძე და კაცის ძე; იგი არის მღვდელმთავარი; იგი არის იუდას ტომის ლომი; და იგი არის მიქაელ მთავარანგელოზი. ქრისტეს ყველა ეს სახელი იესო ქრისტეს გამოცხადების განუყოფელი ნაწილია, რომელიც მადლის ჟამის დახურვამდე ცოტა ხნით ადრე იხსნება, და ისინი განუყოფელი ნაწილია იმ სტატიებისა, რომლებიც 2023 წლის ივლისის ბოლოდან დედამიწის მასშტაბით გამოქვეყნდა. „ვისაც ყური აქვს, ისმინოს, რას ეუბნება სული ეკლესიებს.“</w:t>
      </w:r>
    </w:p>
    <w:p>
      <w:pPr>
        <w:pStyle w:val="ArticleBody"/>
        <w:jc w:val="left"/>
      </w:pPr>
      <w:r>
        <w:rPr>
          <w:rFonts w:ascii="Sylfaen" w:hAnsi="Sylfaen" w:eastAsia="Sylfaen" w:cs="Sylfaen"/>
        </w:rPr>
        <w:t>ლომი იუდას ტომიდან, რომელიც არის ის, ვინც გაიმარჯვა და მოიპოვა უფლება, ახსნას შვიდი ბეჭდით დაბეჭდილი წიგნი, ახლა ღაღადებს, როგორც ღაღადებდა 1844 წლის 22 ოქტომბერს — ვის არ შეიპყრობს შიში?</w:t>
      </w:r>
    </w:p>
    <w:p>
      <w:pPr>
        <w:pStyle w:val="ArticleScripture"/>
        <w:jc w:val="left"/>
      </w:pPr>
      <w:r>
        <w:rPr>
          <w:rFonts w:ascii="Sylfaen" w:hAnsi="Sylfaen" w:eastAsia="Sylfaen" w:cs="Sylfaen"/>
        </w:rPr>
        <w:t>და შეჰღაღადა დიდი ხმით, ვითარცა ლომი ბრდღვინავს; და როცა შეჰღაღადა, შვიდმა ქუხილმა გამოსცა თავისი ხმები. და როცა შვიდმა ქუხილმა გამოსცა თავისი ხმები, მე ვაპირებდი დაწერას; და გავიგონე ხმა ზეციდან, რომელიც მეუბნებოდა: დაბეჭდე ის, რაც შვიდმა ქუხილმა წარმოთქვა, და ნუ დაწერ ამას. გამოცხადება 10:3, 4.</w:t>
      </w:r>
    </w:p>
    <w:p>
      <w:pPr>
        <w:pStyle w:val="ArticleBody"/>
        <w:jc w:val="left"/>
      </w:pPr>
      <w:r>
        <w:rPr>
          <w:rFonts w:ascii="Sylfaen" w:hAnsi="Sylfaen" w:eastAsia="Sylfaen" w:cs="Sylfaen"/>
        </w:rPr>
        <w:t>წმიდა ისტორია, რომელიც შეესაბამება დანიელის მეთერთმეტე თავის მეორმოცე მუხლის დაფარულ ისტორიას, არის მილერიტთა ისტორია, მათეს ოცდამეხუთე თავის ათი ქალწულის იგავის, გამოცხადების მეათე თავის შვიდი ქუხილის, აბაკუმის მეორე თავისა და ეზეკიელის მეთორმეტე თავის ოცდამეერთედან ოცდამერვე მუხლებამდე აღსრულებაში. მათი ისტორია დაიწყო აღსასრულის ჟამს, 1798 წელს, რაც შეესაბამება აღსასრულის ჟამს 1989 წელს. გამოცხადების მეათე თავში შვიდმა ქუხილმა წარმოთქვა თავისი ხმები, მაგრამ იოანეს აეკრძალა დაეწერა ის, რაც შვიდმა ქუხილმა წარმოთქვა. მოციქულმა პავლემ მესამე ცაში იხილა და მოისმინა ისეთი რამ, რომელთა დაწერაც ადამიანთათვის ნებადართული არ იყო.</w:t>
      </w:r>
    </w:p>
    <w:p>
      <w:pPr>
        <w:pStyle w:val="ArticleScripture"/>
        <w:jc w:val="left"/>
      </w:pPr>
      <w:r>
        <w:rPr>
          <w:rFonts w:ascii="Sylfaen" w:hAnsi="Sylfaen" w:eastAsia="Sylfaen" w:cs="Sylfaen"/>
        </w:rPr>
        <w:t>მოციქულ პავლეს თავისი ქრისტიანული გამოცდილების ადრეულ ხანაშივე მიეცა განსაკუთრებული შესაძლებლობები, რათა შეესწავლა ღვთის ნება იესოს მიმდევრებთან დაკავშირებით. იგი „ატაცებულ იქნა მესამე ცამდე“, „სამოთხეში, და მოისმინა გამოუთქმელი სიტყვები, რომელთა წარმოთქმაც კაცისთვის ნებადართული არ არის.“ იგი თავადვე აღიარებდა, რომ მრავალი „ხილვა და გამოცხადება“ მიეცა მას „უფლისაგან.“ მისი შემეცნება სახარების ჭეშმარიტების პრინციპებისა უტოლდებოდა „უმთავრეს მოციქულთაც.“ 2 Corinthians 12:2, 4, 1, 11. მას ჰქონდა ნათელი და სრული წვდომა „სიგანესა, და სიგრძესა, და სიღრმესა, და სიმაღლესა“ „ქრისტეს სიყვარულისა, რომელიც აღემატება შემეცნებას.“ Ephesians 3:18, 19.” მოციქულთა საქმეები, 469.</w:t>
      </w:r>
    </w:p>
    <w:p>
      <w:pPr>
        <w:pStyle w:val="ArticleBody"/>
        <w:jc w:val="left"/>
      </w:pPr>
      <w:r>
        <w:rPr>
          <w:rFonts w:ascii="Sylfaen" w:hAnsi="Sylfaen" w:eastAsia="Sylfaen" w:cs="Sylfaen"/>
        </w:rPr>
        <w:t>ყველა წინასწარმეტყველი აღნიშნავს უკანასკნელ დღეებს, ხოლო ის, რაც იოანემ მოისმინა, როდესაც შვიდმა ქუხილმა თავისი ხმები „წარმოთქვეს“, მას აეკრძალა დაეწერა. რაც პავლემ იხილა, როდესაც იგი მესამე ცაში იყო, ადამიანისთვის „წარმოთქმა“ ნებადართული არ იყო. შვიდი ქუხილით წარმოდგენილი ჭეშმარიტება უნდა დაბეჭდილიყო იმ დრომდე, ვიდრე იუდას ტომის ლომი ინებებდა ამ ჭეშმარიტების ახსნას.</w:t>
      </w:r>
    </w:p>
    <w:p>
      <w:pPr>
        <w:pStyle w:val="ArticleBody"/>
        <w:jc w:val="left"/>
      </w:pPr>
      <w:r>
        <w:rPr>
          <w:rFonts w:ascii="Sylfaen" w:hAnsi="Sylfaen" w:eastAsia="Sylfaen" w:cs="Sylfaen"/>
        </w:rPr>
        <w:t>იგი ნაწილობრივ გაეხსნა და-უაიტს, ვინაიდან მან დაადგინა, რომ იგი წარმოადგენდა „მოვლენებს, რომლებიც უნდა მომხდარიყო“ პირველი და მეორე ანგელოზის უწყებათა ისტორიაში, და აგრეთვე, რომ იგი წარმოადგენდა „მომავალ მოვლენებს, რომლებიც თავიანთი რიგის მიხედვით უნდა გამჟღავნებულიყო“. რაც მაშინ გამოცხადდა, იყო „მომავალ მოვლენებთან“ დაკავშირებული წინასწარმეტყველება. მას ასევე დაევალა, რომ შვიდი ქუხილის დაბეჭდვა ტიპოლოგიურად იყო ნაჩვენები დანიელის წიგნის დაბეჭდვით.</w:t>
      </w:r>
    </w:p>
    <w:p>
      <w:pPr>
        <w:pStyle w:val="ArticleScripture"/>
        <w:jc w:val="left"/>
      </w:pPr>
      <w:r>
        <w:rPr>
          <w:rFonts w:ascii="Sylfaen" w:hAnsi="Sylfaen" w:eastAsia="Sylfaen" w:cs="Sylfaen"/>
        </w:rPr>
        <w:t>„იოანესთვის მიცემული განსაკუთრებული ნათელი, რომელიც შვიდი ქუხილის სახით გამოიხატა, წარმოადგენდა იმ მოვლენათა აღწერას, რომლებიც პირველი და მეორე ანგელოზების უწყებათა ქვეშ უნდა მომხდარიყო....“</w:t>
      </w:r>
    </w:p>
    <w:p>
      <w:pPr>
        <w:pStyle w:val="ArticleScripture"/>
        <w:jc w:val="left"/>
      </w:pPr>
      <w:r>
        <w:rPr>
          <w:rFonts w:ascii="Sylfaen" w:hAnsi="Sylfaen" w:eastAsia="Sylfaen" w:cs="Sylfaen"/>
        </w:rPr>
        <w:t>„მას შემდეგ, რაც ამ შვიდმა გრგვინვამ თავიანთი ხმები წარმოთქვეს, იოანეს ეძლევა მითითება, როგორც დანიელს პატარა წიგნის შესახებ: „დაბეჭდე ის, რაც შვიდმა გრგვინვამ წარმოთქვა.“ ეს მომავალ მოვლენებს ეხება, რომლებიც თავიანთი რიგის მიხედვით გამოცხადდება.“ The Seventh-day Adventist Bible Commentary, ტომი 7, 971.</w:t>
      </w:r>
    </w:p>
    <w:p>
      <w:pPr>
        <w:pStyle w:val="ArticleBody"/>
        <w:jc w:val="left"/>
      </w:pPr>
      <w:r>
        <w:rPr>
          <w:rFonts w:ascii="Sylfaen" w:hAnsi="Sylfaen" w:eastAsia="Sylfaen" w:cs="Sylfaen"/>
        </w:rPr>
        <w:t>შეგნება იმისა, რომ შვიდი ქუხილი არის სიმბოლო, რომელიც ამტკიცებს და ამყარებს მეთოდოლოგიას, და რომელიც იქნა აღიარებული აღსასრულის ჟამს, რომელიც 1989 წელს დაიწყო. 2001 წლის 11 სექტემბრის შემდეგ, ორი მოძრაობის განმეორების მნიშვნელობა იქცა ამჟამინდელ გამომცდელ ჭეშმარიტებად.</w:t>
      </w:r>
    </w:p>
    <w:p>
      <w:pPr>
        <w:pStyle w:val="ArticleBody"/>
        <w:jc w:val="left"/>
      </w:pPr>
      <w:r>
        <w:rPr>
          <w:rFonts w:ascii="Sylfaen" w:hAnsi="Sylfaen" w:eastAsia="Sylfaen" w:cs="Sylfaen"/>
        </w:rPr>
        <w:t>ას ორმოცდაოთხი ათასის ისტორიაში მილერიტთა ისტორიის განმეორება იყო ის ძირითადი წესი, რომელიც იმ დღეს დადასტურდა, ისევე როგორც მილერიტთა ძირითადი წესი დადასტურდა 1840 წლის 11 აგვისტოს. მილერიტთათვის დღე-წლის წარმომდგენელი ძირითადი წესი დადასტურდა 1840 წლის 11 აგვისტოს, ხოლო ის ძირითადი წესი, რომელიც განსაზღვრავს, რომ ყველა რეფორმატორული მოძრაობა ურთიერთის ტიპს წარმოადგენს, „ხაზი ხაზზე“, დადასტურდა 2001 წლის 11 სექტემბერს. შვიდი ქუხილი, როგორც ამ ჭეშმარიტების მოწმე, იმ დროს გაიხსნა.</w:t>
      </w:r>
    </w:p>
    <w:p>
      <w:pPr>
        <w:pStyle w:val="ArticleBody"/>
        <w:jc w:val="left"/>
      </w:pPr>
      <w:r>
        <w:rPr>
          <w:rFonts w:ascii="Sylfaen" w:hAnsi="Sylfaen" w:eastAsia="Sylfaen" w:cs="Sylfaen"/>
        </w:rPr>
        <w:t>იესო ყოველთვის რაიმეს დასასრულს მისი დასაწყისით ასახავს, და 2001 წლის 11 სექტემბერი, რომელიც დალუქვის პროცესის დასაწყისია, დალუქვის პროცესის დასასრულსაც განსაზღვრავს. იუდას ტომის ლომმა შვიდი ქუხილის კიდევ ერთი ასპექტი გახსნა, როდესაც 2023 წლის ივლისში მკვდარი, გამხმარი ძვლების აღდგენა დაიწყო, რადგან მაშინ მან გამოავლინა, რომ „ჭეშმარიტებასთან“ თანხმობაში, შვიდი ქუხილი ასევე სიმბოლურად წარმოადგენს მილერიტულ ისტორიას პირველი და უკანასკნელი იმედგაცრუებების შესახებ, სადაც შუაღამის ძახილის აჯანყება შუა ნიშნულს წარმოადგენს.</w:t>
      </w:r>
    </w:p>
    <w:p>
      <w:pPr>
        <w:pStyle w:val="ArticleBody"/>
        <w:jc w:val="left"/>
      </w:pPr>
      <w:r>
        <w:rPr>
          <w:rFonts w:ascii="Sylfaen" w:hAnsi="Sylfaen" w:eastAsia="Sylfaen" w:cs="Sylfaen"/>
        </w:rPr>
        <w:t>ამით მან გამოავლინა, რომ შვიდი ქუხილი მეორდება 2020 წლის 18 ივლისის ისტორიაში მოახლოებულ კვირის კანონის დრომდე. 2020 წლის 18 ივლისის იმედგაცრუება, როგორც პირველი გზამანიშნებელი, და მოახლოებული კვირის კანონის იმედგაცრუება, როგორც „ჭეშმარიტების“ სამი გზამნიშვნელიდან უკანასკნელი, რომლებიც ბეჭდვის დროის დასასრულს შვიდ ქუხილს განსაზღვრავს, წარმოდგენილია იმ ამბოხებით, რომელიც დაკავშირებულია უგუნურ ქალწულებთან, რომელნიც უარყოფენ იუდას ტომის ლომის უწყებას, რომელიც ახლა ღრიალებს, როდესაც ხსნის თავის ბეჭდებს და აქვეყნებს თავის უწყებას მთელი დედამიწის მასშტაბით, რადგან ეს უწყება არის უკანასკნელი დღეების შუაღამის ღაღადის უწყება.</w:t>
      </w:r>
    </w:p>
    <w:p>
      <w:pPr>
        <w:pStyle w:val="ArticleBody"/>
        <w:jc w:val="left"/>
      </w:pPr>
      <w:r>
        <w:rPr>
          <w:rFonts w:ascii="Sylfaen" w:hAnsi="Sylfaen" w:eastAsia="Sylfaen" w:cs="Sylfaen"/>
        </w:rPr>
        <w:t>დაბეჭდვის ჟამის დასაწყისში, 2001 წლის 11 სექტემბერს, გამოცხადების მეთვრამეტე თავის ანგელოზი ჩამოვიდა და, მრავალ სხვა რამესთან ერთად, შვიდი ქუხილის მნიშვნელობის უფრო სრული გაგებაც გახსნა. რაც მაშინ იქნა გაგებული შვიდი ქუხილის შესახებ, მხოლოდ ის არ იყო, რომ რეფორმაციული მოძრაობები ერთმანეთს პარალელურად შეესაბამებიან, არამედ ისიც, რომ როდესაც ანგელოზი რეფორმაციული მოძრაობის იმ საგზაო ნიშანთან ჩამოვიდოდა, იგი დაადასტურებდა თავისი შესაბამისი ისტორიის უმთავრეს წინასწარმეტყველურ წესს.</w:t>
      </w:r>
    </w:p>
    <w:p>
      <w:pPr>
        <w:pStyle w:val="ArticleBody"/>
        <w:jc w:val="left"/>
      </w:pPr>
      <w:r>
        <w:rPr>
          <w:rFonts w:ascii="Sylfaen" w:hAnsi="Sylfaen" w:eastAsia="Sylfaen" w:cs="Sylfaen"/>
        </w:rPr>
        <w:t>გამოცხადების მეთვრამეტე თავის ანგელოზის ჩამოსვლამ 2001 წლის 11 სექტემბერს დაადასტურა უკანასკნელი წვიმის მეთოდოლოგია — „ხაზი ხაზზე“, იმით, რომ დასაწყისის (ანუ ალფას) მოძრაობა ასახავდა დასასრულის (ანუ ომეგას) მოძრაობას. დაბეჭდვის დროის დასასრულს მიხეილი ჩამოვიდა, რათა აღედგინა მკვდარი გამხმარი ძვლები, რომლებიც წარმოდგენილნი იყვნენ ორი მოწმით, დიდ ქალაქის — სოდომისა და ეგვიპტის — ქუჩაში მკვდრად მწოლარეთ, სადაც ჩვენი უფალიც ჯვარს ეცვა. როდესაც მიხეილმა მკვდრები კვლავ სიცოცხლეს მოუხმო, მან, როგორც იუდას ტომის ლომმა, გახსნა ბეჭედი იმაზე, რომ შვიდ ჭექა-ქუხილს ჰქონდა დაფარული ისტორია, შვიდი ჭექა-ქუხილის შესახებ ადრე გამოცხადებული ჭეშმარიტებების მიღმაც.</w:t>
      </w:r>
    </w:p>
    <w:p>
      <w:pPr>
        <w:pStyle w:val="ArticleBody"/>
        <w:jc w:val="left"/>
      </w:pPr>
      <w:r>
        <w:rPr>
          <w:rFonts w:ascii="Sylfaen" w:hAnsi="Sylfaen" w:eastAsia="Sylfaen" w:cs="Sylfaen"/>
        </w:rPr>
        <w:t>და როცა იუდას ტომის ლომმა გახსნა ის ჭეშმარიტება, მან იგი მოათავსა „ჭეშმარიტების“ სტრუქტურაში. მაშინ გამოეცხადა, რომ 2020 წლის 18 ივლისი პარალელური იყო 1844 წლის 19 აპრილისა, და რომ თითოეულ ამ ნიშნულს მოჰყვებოდა შუაღამის ღაღადის უწყების გახსნა, რაც გამოავლენდა უგუნური ქალწულების ამბოხებას თითოეული შესაბამისი ისტორიის ფარგლებში. მან ასევე გახსნა ის ფაქტი, რომ ეს უწყება ცუნამივით მოივლიდა მთელ მსოფლიოს, ვიდრე საკვირაო კანონის გამო დიდი იმედგაცრუება განხორციელდებოდა.</w:t>
      </w:r>
    </w:p>
    <w:p>
      <w:pPr>
        <w:pStyle w:val="ArticleBody"/>
        <w:jc w:val="left"/>
      </w:pPr>
      <w:r>
        <w:rPr>
          <w:rFonts w:ascii="Sylfaen" w:hAnsi="Sylfaen" w:eastAsia="Sylfaen" w:cs="Sylfaen"/>
        </w:rPr>
        <w:t>ამ კვლევას შემდეგ სტატიაში გავაგრძელებთ.</w:t>
      </w:r>
    </w:p>
    <w:p>
      <w:pPr>
        <w:pStyle w:val="ArticleScripture"/>
        <w:jc w:val="left"/>
      </w:pPr>
      <w:r>
        <w:rPr>
          <w:rFonts w:ascii="Sylfaen" w:hAnsi="Sylfaen" w:eastAsia="Sylfaen" w:cs="Sylfaen"/>
        </w:rPr>
        <w:t>და მეუბნება მე: ნუ დაბეჭდავ ამ წიგნის წინასწარმეტყველების სიტყვებს, რადგან ჟამი ახლოს არის. ვინც უსამართლოა, კვლავაც უსამართლობდეს; და ვინც ბილწია, კვლავაც ბილწობდეს; და ვინც მართალია, კვლავაც მართლობდეს; და ვინც წმიდაა, კვლავაც წმიდად იქცეოდეს. და აჰა, მალე მოვალ, და ჩემი საზღაური ჩემთან არის, რათა მივაგო თითოეულს, როგორც მისი საქმე იქნება. მე ვარ ალფა და ომეგა, დასაბამი და დასასრული, პირველი და უკანასკნელი. გამოცხადება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ოთხმოცდათოთხმეტი</dc:title>
  <dc:subject>მაკაბელთა ექოები: ტრამპის ტრიუმფი და მხეცის ხატისკენ მიმავალი წინასწარმეტყველური გზა</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