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ოთხმოცდათხუთმეტი</w:t>
      </w:r>
    </w:p>
    <w:p>
      <w:pPr>
        <w:pStyle w:val="ArticleSubtitle"/>
        <w:jc w:val="left"/>
      </w:pPr>
      <w:r>
        <w:rPr>
          <w:rFonts w:ascii="Sylfaen" w:hAnsi="Sylfaen" w:eastAsia="Sylfaen" w:cs="Sylfaen"/>
        </w:rPr>
        <w:t>კვირის კანონისკენ მიმავალი გზა: ტრამპის როლი და წინასწარმეტყველური გაშლა დანიელ 11-ში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2024-04-25</w:t>
      </w:r>
    </w:p>
    <w:p>
      <w:pPr>
        <w:pStyle w:val="ArticleBody"/>
        <w:jc w:val="left"/>
      </w:pPr>
      <w:r>
        <w:rPr>
          <w:rFonts w:ascii="Sylfaen" w:hAnsi="Sylfaen" w:eastAsia="Sylfaen" w:cs="Sylfaen"/>
        </w:rPr>
        <w:t>ორმოცე მუხლის დაფარული ისტორია მოიცავს ექვსი პრეზიდენტის ხაზს აღსასრულის ჟამიდან, 1989 წლიდან, ვიდრე 2020 წლამდე, როდესაც ბაიდენმა, მეშვიდე პრეზიდენტმა, პრეზიდენტობა მოიპარა. 2020 წელი აღნიშნავს დაფარული ისტორიის დასაწყისს, იმ მომენტიდან ვიდრე „ალექსანდრე დიდამდე“, რაც წარმოადგენს დროს, როდესაც ბიბლიური წინასწარმეტყველების მეშვიდე სამეფო დამყარდება მალე მოსასვლელი კვირადღის კანონის დროს. ის ათი მეფე დაუყოვნებლივ თანხმდება, რომ თავიანთი მეშვიდე სამეფო მისცენ მერვე სამეფოს, რომელიც შვიდთაგან არის — პაპის ძალაუფლებას. ეს დაფარული ისტორია იწყება მეშვიდე პრეზიდენტით და მთავრდება მეშვიდე სამეფოთი.</w:t>
      </w:r>
    </w:p>
    <w:p>
      <w:pPr>
        <w:pStyle w:val="ArticleBody"/>
        <w:jc w:val="left"/>
      </w:pPr>
      <w:r>
        <w:rPr>
          <w:rFonts w:ascii="Sylfaen" w:hAnsi="Sylfaen" w:eastAsia="Sylfaen" w:cs="Sylfaen"/>
        </w:rPr>
        <w:t>როდესაც ისტორია ცხადყოფს, რომ ქსერქსესს შორის, რომელიც წარმოადგენს მდიდარ მეფეს, აღმძვრელს საბერძნეთის წინააღმდეგ, და ალექსანდრე დიდს შორის, რვა სპარსელი მეფე იყო, ვპოულობთ, რომ მეორე და მესამე მუხლებს შორის დაფარული ისტორია წარმოადგენს მხეცის ხატის გამოცდის დროს რიცხვი რვის მეშვეობით. მხეცის ხატი შეერთებულ შტატებში სრულად დამკვიდრებულია მაშინ, როდესაც კვირა დღის კანონი აღსრულდება, და იმ მომენტში მეშვიდე და შემდეგ მერვე სამეფოები მოდიან. რვა სპარსელი მეფე ალექსანდრე დიდით სრულდება, ამიტომ რიცხვი რვა აღნიშნავს მხეცის ხატის გამოცდის დროს, რომელიც კვირა დღის კანონით სრულდება.</w:t>
      </w:r>
    </w:p>
    <w:p>
      <w:pPr>
        <w:pStyle w:val="ArticleBody"/>
        <w:jc w:val="left"/>
      </w:pPr>
      <w:r>
        <w:rPr>
          <w:rFonts w:ascii="Sylfaen" w:hAnsi="Sylfaen" w:eastAsia="Sylfaen" w:cs="Sylfaen"/>
        </w:rPr>
        <w:t>ათი მუხლიდან მეთხუთმეტე მუხლამდე გვამცნობენ, რომ მხეცის ხატის გამოცდის დრო, მაკაბელთა ისტორიის მიერ წარმოდგენილი სამი გზისნიშნულიდან მესამე იყო, და რომ ეს მესამე გზისნიშნული იყო დროის პერიოდი, რომელიც იწყებოდა ძვ. წ. 161 წელს და სრულდებოდა ძვ. წ. 158 წელს. ამ პერიოდს წინ უძღოდა პირველი გზისნიშნული — ძვ. წ. 167 წელი, რომელმაც მიუთითა მაკაბელთა აჯანყების დასაწყისზე მოდეინში, ქალაქში, რომლის სახელიც ნიშნავს „გაპროტესტებას“. ძვ. წ. 164 წელი მოდეინში გამოთქმულ ამ პროტესტს მოჰყვა და აღნიშნავდა მეორე ტაძრის მეორედ მიძღვნას. ძვ. წ. 164 წელი მიუთითებს დონალდ ტრამპის მეორე ინაუგურაციაზე, როგორც 1989 წლის შემდეგ რეიგანის შემდეგ მერვე პრეზიდენტისა, რომელიც შვიდთაგან არის. მისი ინაუგურაცია 2025 წლის 20 იანვარს წარმოდგენილი იყო ძვ. წ. 164 წლით, და ხელახლა მიძღვნის ცერემონიით, რომელმაც წარმოშვა სატანური სასწაული, რომელიც მოიცავს ორ მითითებას იმაზე, რომ რვა შვიდთაგან არის.</w:t>
      </w:r>
    </w:p>
    <w:p>
      <w:pPr>
        <w:pStyle w:val="ArticleBody"/>
        <w:jc w:val="left"/>
      </w:pPr>
      <w:r>
        <w:rPr>
          <w:rFonts w:ascii="Sylfaen" w:hAnsi="Sylfaen" w:eastAsia="Sylfaen" w:cs="Sylfaen"/>
        </w:rPr>
        <w:t>ამიტომ, რვა სპარსელი მეფე წარმოადგენს იუდეველთა რომთან კავშირის ისტორიას ძვ. წ. 161 წლიდან ძვ. წ. 158 წლამდე და ამით იძლევა მეორე მოწმობას მხეცის ხატის გამოცდის დროის შესახებ, რომელიც მოჰყვება ტრამპის ინაუგურაციას 2025 წელს. მეორე მუხლი გადადის 2020 წლის მოპარულ არჩევნებზე, სადაც იგი სრულდება, ვიდრე არ იქნეს გამოყენებული რვა სპარსელი მეფის ისტორიული მოწმე, და ისინი თავიანთ გამოყენებას პოულობენ ტრამპის მეორე ინაუგურაციის შემდეგ. როგორც კი რვა სპარსელი მეფე დაიდება მეორე და მესამე მუხლებს შორის არსებულ ისტორიაზე, კვლავ რჩება დაფარული პერიოდი ბაიდენის ინაუგურაციიდან ტრამპის მეორე ინაუგურაციამდე.</w:t>
      </w:r>
    </w:p>
    <w:p>
      <w:pPr>
        <w:pStyle w:val="ArticleBody"/>
        <w:jc w:val="left"/>
      </w:pPr>
      <w:r>
        <w:rPr>
          <w:rFonts w:ascii="Sylfaen" w:hAnsi="Sylfaen" w:eastAsia="Sylfaen" w:cs="Sylfaen"/>
        </w:rPr>
        <w:t>ის დაფარული ისტორია გამოცხადების მეთერთმეტე თავშია ამოცნობილი, სადაც ათეიზმის მხეცი 2020 წელს კლავს ორ მოწმეს. შემდეგ, სამი და ნახევარი სიმბოლური დღის შემდეგ, მიქაელი ჩამოდის, რათა აღადგინოს ორი მოწმე. „აღდგენილმა“ ტრამპმა თავისი მესამე საპრეზიდენტო კამპანია 2022 წლის 15 ნოემბერს დაიწყო, ხოლო აღდგენილმა „ხმამ უდაბნოში“ 2023 წლის ივლისის ბოლოს დაიწყო ას ორმოცდაოთხი ათასის მოწოდება.</w:t>
      </w:r>
    </w:p>
    <w:p>
      <w:pPr>
        <w:pStyle w:val="ArticleBody"/>
        <w:jc w:val="left"/>
      </w:pPr>
      <w:r>
        <w:rPr>
          <w:rFonts w:ascii="Sylfaen" w:hAnsi="Sylfaen" w:eastAsia="Sylfaen" w:cs="Sylfaen"/>
        </w:rPr>
        <w:t>დანიელის მეთერთმეტე თავის მეათე, მეთერთმეტე და მეთორმეტე მუხლები მიუთითებს უკრაინის ომზე, რომელიც 2014 წელს დაიწყო და დასრულდება რუსეთის გამარჯვებით, რასაც მოჰყვება ახლანდელი რუსული კონფედერაციის დაშლა, როგორც ამის ტიპოლოგიურ სახეს წარმოადგენდა 1989 წელს საბჭოთა კავშირის დაშლა.</w:t>
      </w:r>
    </w:p>
    <w:p>
      <w:pPr>
        <w:pStyle w:val="ArticleBody"/>
        <w:jc w:val="left"/>
      </w:pPr>
      <w:r>
        <w:rPr>
          <w:rFonts w:ascii="Sylfaen" w:hAnsi="Sylfaen" w:eastAsia="Sylfaen" w:cs="Sylfaen"/>
        </w:rPr>
        <w:t>ცამეტიდან მეთხუთმეტე მუხლები წინასწარმეტყველების სამ ხაზს განსაზღვრავს. პაპობის განკურნების ხაზი, რომელიც მაშინ იწყება, როცა ტვიროსის მეძავი სამალავიდან გამოდის, მეთოთხმეტე მუხლით არის ტიპიფიცირებული, ხოლო მისი ისტორიული აღსრულებაა ძვ. წ. 200 წელი, როდესაც წარმართული რომი წინასწარმეტყველურ ისტორიაში შემოვიდა, როგორც შენი ხალხის მძარცველნი, რომლებიც თავს აღიმაღლებენ, მაგრამ დაეცემიან.</w:t>
      </w:r>
    </w:p>
    <w:p>
      <w:pPr>
        <w:pStyle w:val="ArticleBody"/>
        <w:jc w:val="left"/>
      </w:pPr>
      <w:r>
        <w:rPr>
          <w:rFonts w:ascii="Sylfaen" w:hAnsi="Sylfaen" w:eastAsia="Sylfaen" w:cs="Sylfaen"/>
        </w:rPr>
        <w:t>ამ სამ მუხლში განდგომილი რესპუბლიკანიზმის წინასწარმეტყველური ხაზი წარმოდგენილია ანტიოქე III-ის ისტორიით, რომელიც განასახიერებს ტრამპის როლს, როგორც მერვე პრეზიდენტისას, ანუ იმ შვიდთაგან ერთ-ერთისას. ეს მუხლები ასევე განსაზღვრავს განდგომილი პროტესტანტიზმის წინასწარმეტყველურ ხაზს, როგორც მაკაბელთა ისტორიით წარმოდგენილს.</w:t>
      </w:r>
    </w:p>
    <w:p>
      <w:pPr>
        <w:pStyle w:val="ArticleBody"/>
        <w:jc w:val="left"/>
      </w:pPr>
      <w:r>
        <w:rPr>
          <w:rFonts w:ascii="Sylfaen" w:hAnsi="Sylfaen" w:eastAsia="Sylfaen" w:cs="Sylfaen"/>
        </w:rPr>
        <w:t>ჭეშმარიტი პროტესტანტული რქის წინასწარმეტყველური ხაზი, რომელიც დაიწყო როგორც მილერიტების ფილადელფიური მოძრაობა და სრულდება როგორც ას ორმოცდაოთხი ათასის ფილადელფიური მოძრაობა, ასევე უნდა დაედოს მეორმოცე მუხლის დაფარულ ისტორიას. გამოცხადების მეათე თავის შვიდი ქუხილი არის როგორც მილერიტების ფილადელფიური მოძრაობის, ისე ას ორმოცდაოთხი ათასის სიმბოლო. წინასწარმეტყველების დაბეჭდვა და წინასწარმეტყველების გახსნა ქრისტეს მიერ აღსრულდება, და როდესაც იგი ამას აკეთებს, თავის თავს იუდას ტომის ლომად წარმოგვიდგენს. მეათე თავში ანგელოზმა, რომელიც დისა უაითის თქმით არის „არანაკლებ პიროვნება, ვიდრე იესო ქრისტე“, „ხმამაღლა შეჰღაღადა, როგორც ლომი ღრიალებს; და როდესაც შეჰღაღადა, შვიდმა ქუხილმა წარმოთქვა თავისი ხმები.“</w:t>
      </w:r>
    </w:p>
    <w:p>
      <w:pPr>
        <w:pStyle w:val="ArticleBody"/>
        <w:jc w:val="left"/>
      </w:pPr>
      <w:r>
        <w:rPr>
          <w:rFonts w:ascii="Sylfaen" w:hAnsi="Sylfaen" w:eastAsia="Sylfaen" w:cs="Sylfaen"/>
        </w:rPr>
        <w:t>ქრისტემ, როგორც იუდას ტომის ლომმა, შვიდი ქუხილი წინასწარმეტყველურ ისტორიაში ჩადო დაახლოებით 100 წლისთვის, და მაშინვე დაბეჭდა იგი, რადგან „როდესაც შვიდმა ქუხილმა წარმოთქვა თავიანთი ხმები“, იოანე „აპირებდა დაწერას; და“ მან „გაიგონა ხმა ზეციდან, რომელიც ამბობდა“, „დაბეჭდე ის, რაც შვიდმა ქუხილმა წარმოთქვა, და ნუ დაწერ მათ.“</w:t>
      </w:r>
    </w:p>
    <w:p>
      <w:pPr>
        <w:pStyle w:val="ArticleBody"/>
        <w:jc w:val="left"/>
      </w:pPr>
      <w:r>
        <w:rPr>
          <w:rFonts w:ascii="Sylfaen" w:hAnsi="Sylfaen" w:eastAsia="Sylfaen" w:cs="Sylfaen"/>
        </w:rPr>
        <w:t>ორმოცე მუხლის დაფარული ისტორია ახლა იხსნება იუდას ტომის ლომის მიერ, და ამ ისტორიაში ჭეშმარიტი პროტესტანტული რქის ხაზი წარმოდგენილია შვიდი ქუხილით. როდესაც უდაბნოში ხმა ივლისში 2023 დაიწყო ღაღადი, იუდას ტომის ლომმა გახსნა კიდევ ერთი გამოცხადება იმისა, თუ რას წარმოადგენს „შვიდი ქუხილი“.</w:t>
      </w:r>
    </w:p>
    <w:p>
      <w:pPr>
        <w:pStyle w:val="ArticleBody"/>
        <w:jc w:val="left"/>
      </w:pPr>
      <w:r>
        <w:rPr>
          <w:rFonts w:ascii="Sylfaen" w:hAnsi="Sylfaen" w:eastAsia="Sylfaen" w:cs="Sylfaen"/>
        </w:rPr>
        <w:t>შვიდი ქუხილი წარმოადგენს იმ ისტორიას 2020 წლის 18 ივლისიდან, როდესაც ას ორმოცდაოთხი ათასის მოძრაობა ქუჩებში მოიკლა, ვიდრე მალე მოსახდენ კვირის კანონს. შვიდი ქუხილის ხაზი განსაზღვრავს იმ „მოვლენებს“, რომლებიც ამ ისტორიაში ხდება. პირველ იმედგაცრუებას მოსდევს შუაღამის ძახილის უწყება, და მას მოსდევს კვირის კანონი. როდესაც დამა უაითმა შვიდი ქუხილი განსაზღვრა, ან როგორც პირველი და მეორე ანგელოზების ისტორია, ან როგორც მომავალი მოვლენები, ორივე წარმოდგენაში მან განსაზღვრა, რომ ისინი „მოვლენებს“ წარმოადგენენ.</w:t>
      </w:r>
    </w:p>
    <w:p>
      <w:pPr>
        <w:pStyle w:val="ArticleBody"/>
        <w:jc w:val="left"/>
      </w:pPr>
      <w:r>
        <w:rPr>
          <w:rFonts w:ascii="Sylfaen" w:hAnsi="Sylfaen" w:eastAsia="Sylfaen" w:cs="Sylfaen"/>
        </w:rPr>
        <w:t>შუაღამის ძახილის უწყება შეიძლება ჟღერდეს როგორც რაღაც, რაც არ არის „მოვლენა“, მაგრამ მილერიტულ ისტორიაში ექსეტერის ბანაკის შეკრება 1844 წლის 12-დან 17 აგვისტომდე იყო „მოვლენა“, ამ მოვლენასთან დაკავშირებული რამდენიმე თანმხლები დეტალით. თუმცა, ბანაკის შეკრებაზე შუაღამის ძახილის უწყების მოსვლაც იყო მათეს ოცდამეხუთე თავის ათი ქალწულის იგავის აღსრულება. ექსეტერის ბანაკის შეკრების „მოვლენა“ იყო შვიდი ქუხილის აღსრულება, მაგრამ ათი ქალწულის იგავი ამ მოვლენებს არ განიხილავს; იგი ქალწულთა „გამოცდილებას“ განიხილავს,</w:t>
      </w:r>
    </w:p>
    <w:p>
      <w:pPr>
        <w:pStyle w:val="ArticleScripture"/>
        <w:jc w:val="left"/>
      </w:pPr>
      <w:r>
        <w:rPr>
          <w:rFonts w:ascii="Sylfaen" w:hAnsi="Sylfaen" w:eastAsia="Sylfaen" w:cs="Sylfaen"/>
        </w:rPr>
        <w:t>„მათეს 25-ში მოცემული ათი ქალწულის იგავიც ასახავს ადვენტისტი ხალხის გამოცდილებას.“ დიდი ბრძოლა, 393.</w:t>
      </w:r>
    </w:p>
    <w:p>
      <w:pPr>
        <w:pStyle w:val="ArticleBody"/>
        <w:jc w:val="left"/>
      </w:pPr>
      <w:r>
        <w:rPr>
          <w:rFonts w:ascii="Sylfaen" w:hAnsi="Sylfaen" w:eastAsia="Sylfaen" w:cs="Sylfaen"/>
        </w:rPr>
        <w:t>როგორც შვიდი ქუხილი განსაზღვრავს პირველი და მესამე ანგელოზების მოძრაობის პარალელურ ისტორიას, ასევე ათი ქალწულის იგავიც განსაზღვრავს ამ ორ პარალელურ ისტორიას.</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ყოველი სიტყვის ზედმიწევნით, რადგან მას განსაკუთრებული მიმართება აქვს ამ დროისათვის და, მესამე ანგელოზის უწყების მსგავსად, აღსრულდა და კვლავაც დარჩება ახლანდელ ჭეშმარიტებად ჟამთა დასასრულამდე.“ Review and Herald, August 19, 1890.</w:t>
      </w:r>
    </w:p>
    <w:p>
      <w:pPr>
        <w:pStyle w:val="ArticleBody"/>
        <w:jc w:val="left"/>
      </w:pPr>
      <w:r>
        <w:rPr>
          <w:rFonts w:ascii="Sylfaen" w:hAnsi="Sylfaen" w:eastAsia="Sylfaen" w:cs="Sylfaen"/>
        </w:rPr>
        <w:t>შვიდი ქუხილის სიმბოლო პარალელური ისტორიების „მოვლენებს“ წარმოადგენს, ხოლო ათი ქალწული ამ ორ პარალელურ ისტორიაში ბრძენ და უგუნურ ქალწულთა „გამოცდილებას“ წარმოადგენს. მილერიტული გამოცდილება, 1856 წლამდე, ფილადელფიის გამოცდილება იყო, ხოლო ას ორმოცდაოთხი ათასის მოძრაობის გამოცდილება ლაოდიკიის გამოცდილება იყო, 2023 წლის ივლისის შემდეგ მცირე ხანამდე. ორივე ისტორიაში, შუაღამის ღაღადის უწყების მოსვლისას, ბრძენი და უგუნური ქალწულები გამოვლინდებიან, რადგან სწორედ მაშინ გამოჩნდება, ვის ჰქონდა მომზადების ზეთი.</w:t>
      </w:r>
    </w:p>
    <w:p>
      <w:pPr>
        <w:pStyle w:val="ArticleScripture"/>
        <w:jc w:val="left"/>
      </w:pPr>
      <w:r>
        <w:rPr>
          <w:rFonts w:ascii="Sylfaen" w:hAnsi="Sylfaen" w:eastAsia="Sylfaen" w:cs="Sylfaen"/>
        </w:rPr>
        <w:t>„ეკლესიის ის მდგომარეობა, რომელსაც უგუნური ქალწულები წარმოადგენენ, ასევე მოხსენიებულია როგორც ლაოდიკიური მდგომარეობა.“ Review and Herald, August 19, 1890.</w:t>
      </w:r>
    </w:p>
    <w:p>
      <w:pPr>
        <w:pStyle w:val="ArticleBody"/>
        <w:jc w:val="left"/>
      </w:pPr>
      <w:r>
        <w:rPr>
          <w:rFonts w:ascii="Sylfaen" w:hAnsi="Sylfaen" w:eastAsia="Sylfaen" w:cs="Sylfaen"/>
        </w:rPr>
        <w:t>ისინი, ვინც უარს ამბობენ შეჭამონ ის უწყება, რომელიც 2023 წლის ივლისის ბოლოს ჩამოსული მთავარანგელოზ მიქაელის ხელშია, დარჩებიან ლაოდიკიის მდგომარეობაში; ხოლო ისინი, ვინც იღებენ პატარა წიგნს და ჭამენ მას, გადავიდებიან ფილადელფიის მდგომარეობაში. ლაოდიკიის მდგომარეობა წარმოადგენს ხალხს, ან პიროვნებას, რომლის გარეთაც ქრისტე დგას, თუმცა შესვლას ეძიებს; ხოლო ფილადელფიის მდგომარეობა წარმოდგენილია, როგორც ღვთაებრიობისა და ადამიანობის შეერთება. შვიდი ქუხილი განსაზღვრავს ჭეშმარიტი პროტესტანტული რქის ხაზის „მოვლენებს“, რომელიც მოთავსებულია ორმოცე მუხლის დაფარულ ისტორიაში, იწყება 2020 წლის 18 ივლისს და სრულდება საკვირაო კანონით.</w:t>
      </w:r>
    </w:p>
    <w:p>
      <w:pPr>
        <w:pStyle w:val="ArticleBody"/>
        <w:jc w:val="left"/>
      </w:pPr>
      <w:r>
        <w:rPr>
          <w:rFonts w:ascii="Sylfaen" w:hAnsi="Sylfaen" w:eastAsia="Sylfaen" w:cs="Sylfaen"/>
        </w:rPr>
        <w:t>ათი ქალწულის იგავი განსაზღვრავს იმათ „გამოცდილებას“, რომელნიც მოწოდებულნი არიან, რომ იმავე პერიოდის განმავლობაში ას ორმოცდაოთხ ათასში იყვნენ. ის „მოვლენები“, რომლებიც 2020 წლის 18 ივლისიდან საკვირაო კანონის დადგომამდე ას ორმოცდაოთხი ათასის ისტორიას განსაზღვრავს, და ამ ისტორიის განმავლობაში ორი კლასის „გამოცდილება“, თან ახლავს იმ საქმის განსაზღვრას, რომელიც იმ ორ პარალელურ ისტორიაში იყო და არის მინდობილი. ეს საქმე წარმოდგენილია გამოცხადების მეთოთხმეტე თავის ანგელოზებით; ხოლო მილერიტთა საქმე წარმოდგენილი იყო პირველი და მეორე ანგელოზებით, და ას ორმოცდაოთხი ათასის საქმე წარმოდგენილია მესამე ანგელოზით.</w:t>
      </w:r>
    </w:p>
    <w:p>
      <w:pPr>
        <w:pStyle w:val="ArticleScripture"/>
        <w:jc w:val="left"/>
      </w:pPr>
      <w:r>
        <w:rPr>
          <w:rFonts w:ascii="Sylfaen" w:hAnsi="Sylfaen" w:eastAsia="Sylfaen" w:cs="Sylfaen"/>
        </w:rPr>
        <w:t>„მე მქონია ძვირფასი შესაძლებლობები გამოცდილების შესაძენად. მე მქონია გამოცდილება პირველი, მეორე და მესამე ანგელოზის უწყებებში. ანგელოზები წარმოდგენილნი არიან, როგორც ცის შუაგულში მფრინავნი, რომლებიც სოფელს აფრთხილებელ უწყებას უცხადებენ და უშუალო მიმართება აქვთ იმ ხალხთან, ვინც ამ მიწის ისტორიის უკანასკნელ დღეებში ცხოვრობს. არავინ ისმენს ამ ანგელოზთა ხმას, რადგან ისინი სიმბოლოს წარმოადგენენ, რათა აღნიშნონ ღვთის ხალხი, რომელიც ზეცის სამყაროსთან თანხმობით მოქმედებს. კაცები და ქალები, ღვთის სულით განათლებულნი და ჭეშმარიტებით განწმედილნი, თავიანთი წესრიგის მიხედვით აუწყებენ ამ სამ უწყებას.“ Life Sketches, 429.</w:t>
      </w:r>
    </w:p>
    <w:p>
      <w:pPr>
        <w:pStyle w:val="ArticleBody"/>
        <w:jc w:val="left"/>
      </w:pPr>
      <w:r>
        <w:rPr>
          <w:rFonts w:ascii="Sylfaen" w:hAnsi="Sylfaen" w:eastAsia="Sylfaen" w:cs="Sylfaen"/>
        </w:rPr>
        <w:t>2001 წლის 11 სექტემბერს, დაბეჭდვის დროის დასაწყისში, ღვთის უკანასკნელი დღეების ხალხისთვის მიცემული საქმე კვლავ ეძლევა ღვთის უკანასკნელი დღეების ხალხს დაბეჭდვის დროის დასასრულს, როდესაც მიქაელი ჩამოვიდა 2023 წლის ივლისში.</w:t>
      </w:r>
    </w:p>
    <w:p>
      <w:pPr>
        <w:pStyle w:val="ArticleScripture"/>
        <w:jc w:val="left"/>
      </w:pPr>
      <w:r>
        <w:rPr>
          <w:rFonts w:ascii="Sylfaen" w:hAnsi="Sylfaen" w:eastAsia="Sylfaen" w:cs="Sylfaen"/>
        </w:rPr>
        <w:t>იოანემ იხილა: „სხვა ანგელოზი ჩამოდიოდა ზეციდან, რომელსაც დიდი ხელმწიფება ჰქონდა; და მთელი დედამიწა განათდა მისი დიდებით.“ გამოცხადება 18:1. ეს საქმე არის ღვთის ხალხის ხმა, რომელიც ქვეყნიერებას გაფრთხილების უწყებას აუწყებს.“ The 1888 Materials, 926.</w:t>
      </w:r>
    </w:p>
    <w:p>
      <w:pPr>
        <w:pStyle w:val="ArticleBody"/>
        <w:jc w:val="left"/>
      </w:pPr>
      <w:r>
        <w:rPr>
          <w:rFonts w:ascii="Sylfaen" w:hAnsi="Sylfaen" w:eastAsia="Sylfaen" w:cs="Sylfaen"/>
        </w:rPr>
        <w:t>როგორც შვიდი ქუხილებით წარმოდგენილი „მოვლენები“ და ათი ქალწულით წარმოდგენილი „გამოცდილება“, ასევე სამი ანგელოზის საქმე ორ პარალელურ ისტორიას წარმოადგენს.</w:t>
      </w:r>
    </w:p>
    <w:p>
      <w:pPr>
        <w:pStyle w:val="ArticleScripture"/>
        <w:jc w:val="left"/>
      </w:pPr>
      <w:r>
        <w:rPr>
          <w:rFonts w:ascii="Sylfaen" w:hAnsi="Sylfaen" w:eastAsia="Sylfaen" w:cs="Sylfaen"/>
        </w:rPr>
        <w:t>„ღმერთმა გამოცხადების 14-ე თავის უწყებებს მათთვის განკუთვნილი ადგილი მისცა წინასწარმეტყველების ხაზში, და მათი მოქმედება არ უნდა შეწყდეს ამ ქვეყნის ისტორიის აღსასრულამდე. პირველი და მეორე ანგელოზის უწყებანი კვლავაც ჭეშმარიტებაა ამ დროისთვის და უნდა მიმდინარეობდეს ამის მომდევნოდ არსებულთან პარალელურად. მესამე ანგელოზი თავის გაფრთხილებას მაღალი ხმით აცხადებს. „ამის შემდეგ,“ თქვა იოანემ, „ვიხილე სხვა ანგელოზი, ჩამომავალი ზეციდან, რომელსაც დიდი ძალაუფლება ჰქონდა, და დედამიწა განათდა მისი დიდებით.“ ამ განათებაში სამივე უწყების ნათელია შერწყმული.“ The 1888 Materials, 804.</w:t>
      </w:r>
    </w:p>
    <w:p>
      <w:pPr>
        <w:pStyle w:val="ArticleBody"/>
        <w:jc w:val="left"/>
      </w:pPr>
      <w:r>
        <w:rPr>
          <w:rFonts w:ascii="Sylfaen" w:hAnsi="Sylfaen" w:eastAsia="Sylfaen" w:cs="Sylfaen"/>
        </w:rPr>
        <w:t>დანიელის მეთერთმეტე თავის ცამეტიდან თხუთმეტე მუხლებში იდენტიფიცირებულია განდგომილი პროტესტანტიზმის ხაზის (მაკაბელები), განდგომილი რესპუბლიკანიზმისა (ანტიოქე III) და ტვიროსის მეძავის (შენი ხალხის მძარცველნი) წინასწარმეტყველური საქმე. სწორედ იმავე ისტორიაში, ჭეშმარიტი პროტესტანტული რქის — ას ორმოცდაოთხი ათასის — წინასწარმეტყველური ხაზები განსაზღვრავს მათ საქმეს, „გამოცდილებას“ და „მოვლენებს“, რომლებიც ღვთის უკანასკნელი დღის ხალხს შორის ხდება. ჭეშმარიტი პროტესტანტული რქის ხაზი წარმოდგენილია როგორც შვიდი ქუხილი, რაც გამოცხადების წიგნში ერთადერთი წინასწარმეტყველებაა, რომელიც დალუქულად არის აღნიშნული. მადლის ჟამის დახურვის წინ, იუდას ტომის ლომისგან — მისგან, ვინც შვიდი ქუხილის წინასწარმეტყველება დალუქა — მოდის ბრძანება, რომ ამ წიგნის წინასწარმეტყველებანი გაიხსნას.</w:t>
      </w:r>
    </w:p>
    <w:p>
      <w:pPr>
        <w:pStyle w:val="ArticleBody"/>
        <w:jc w:val="left"/>
      </w:pPr>
      <w:r>
        <w:rPr>
          <w:rFonts w:ascii="Sylfaen" w:hAnsi="Sylfaen" w:eastAsia="Sylfaen" w:cs="Sylfaen"/>
        </w:rPr>
        <w:t>ას ორმოცდაოთხი ათასის დაბეჭდვის დროის დასასრულს შვიდი ქუხილის გახსნა, რომელიც წინასწარ იყო ნასახიერები დაბეჭდვის დროის დასაწყისში შვიდი ქუხილის გახსნით, უნდა მიესადაგოს (სტრიქონზე სტრიქონი) დანიელის წიგნის იმ ნაწილს, რომელიც უკანასკნელ დღეებს ეხება, და ეს ნაწილი არის ორმოცე მუხლის დაფარული ისტორია. როდესაც ეს გახსნა სრულად აღსრულდება, როგორც ეს მეშვიდე ბეჭდის გახსნით არის წარმოდგენილი, ღმერთი თავისი სულიწმიდის ცეცხლს გადმოაფრქვევს ას ორმოცდაოთხი ათასზე, როგორც მან ორმოცდამეათე დღის დღესასწაულზე მოწაფეებზე მოიმოქმედა. ორმოცდამეათე დღე მალე მოსალოდნელ საკვირაო კანონს შეესაბამება.</w:t>
      </w:r>
    </w:p>
    <w:p>
      <w:pPr>
        <w:pStyle w:val="ArticleScripture"/>
        <w:jc w:val="left"/>
      </w:pPr>
      <w:r>
        <w:rPr>
          <w:rFonts w:ascii="Sylfaen" w:hAnsi="Sylfaen" w:eastAsia="Sylfaen" w:cs="Sylfaen"/>
        </w:rPr>
        <w:t>დიდი მონატრებით მოველი იმ დროს, როცა ორმოცდამეათე დღის მოვლენები განმეორდება იმაზე კიდევ უფრო დიდი ძალით, ვიდრე მაშინ მოხდა. იოანე ამბობს: „ვიხილე სხვა ანგელოზი, ჩამომავალი ზეციდან, რომელსაც დიდი ხელმწიფება ჰქონდა; და დედამიწა განათდა მისი დიდებით.“ მაშინ, როგორც ორმოცდამეათე დღის ჟამს, ხალხი მოისმენს მათთვის ნათქვამ ჭეშმარიტებას, ყოველი კაცი — თავის საკუთარ ენაზე.</w:t>
      </w:r>
    </w:p>
    <w:p>
      <w:pPr>
        <w:pStyle w:val="ArticleScripture"/>
        <w:jc w:val="left"/>
      </w:pPr>
      <w:r>
        <w:rPr>
          <w:rFonts w:ascii="Sylfaen" w:hAnsi="Sylfaen" w:eastAsia="Sylfaen" w:cs="Sylfaen"/>
        </w:rPr>
        <w:t>„ღმერთს ძალუძს ახალი სიცოცხლე შთაბეროს ყოველ სულს, რომელსაც გულწრფელად სურს მას ემსახუროს; და შეუძლია სამსხვერპლოდან აღებული ცოცხალი ნაკვერჩხლით შეეხოს ბაგეებს და მოაქციოს ისინი მისი ქების მჭევრმეტყველ მქადაგებლებად. ათასობით ხმა აღივსება ძალით, რათა გამოთქვას ღვთის სიტყვის საკვირველი ჭეშმარიტებანი. ენაბორძიკი ენა განიხსნება, და მორცხვნი გაძლიერდებიან, რათა ჭეშმარიტების შესახებ გაბედული მოწმობა დაამოწმონ. დაე, უფალი შეეწიოს თავის ხალხს, რათა ყოველგვარი შებილწვისაგან განწმინდონ სულის ტაძარი და ისეთი მჭიდრო კავშირი შეინარჩუნონ მასთან, რომ გახდნენ უკანასკნელი წვიმის მონაწილენი, როდესაც იგი გადმოიღვრება.“ Review and Herald, July 20, 1886.</w:t>
      </w:r>
    </w:p>
    <w:p>
      <w:pPr>
        <w:pStyle w:val="ArticleBody"/>
        <w:jc w:val="left"/>
      </w:pPr>
      <w:r>
        <w:rPr>
          <w:rFonts w:ascii="Sylfaen" w:hAnsi="Sylfaen" w:eastAsia="Sylfaen" w:cs="Sylfaen"/>
        </w:rPr>
        <w:t>დაბეჭდვის დროის დასაწყისი დაბეჭდვის დროის დასასრულს განასახიერებს. დასაწყისში გვიანი წვიმა საზომით გადმოიღვარა, ხოლო დასასრულს იგი უსაზღვროდ გადმოიღვრება. ანგელოზი, რომელიც 2001 წლის 11 სექტემბერს ჩამოვიდა, იგივე ანგელოზია, რომელიც 2023 წლის ივლისის ბოლოს ჩამოვიდა. ორმოცდამეათე დღის ისტორია ქრისტეს აღდგომით დაიწყო, ხოლო ორმოცდამეათე დღის სრულყოფილი აღსრულების დასასრული არის ას ორმოცდაოთხი ათასის აღდგომისას.</w:t>
      </w:r>
    </w:p>
    <w:p>
      <w:pPr>
        <w:pStyle w:val="ArticleScripture"/>
        <w:jc w:val="left"/>
      </w:pPr>
      <w:r>
        <w:rPr>
          <w:rFonts w:ascii="Sylfaen" w:hAnsi="Sylfaen" w:eastAsia="Sylfaen" w:cs="Sylfaen"/>
        </w:rPr>
        <w:t>„ქრისტეს მოქმედება, როდესაც მან თავის მოწაფეებს სულიწმიდა შეუბერა და თავისი მშვიდობა მიანიჭა მათ, იყო როგორც რამდენიმე წვეთი იმ უხვ წვიმამდე, რომელიც უნდა მოცემულიყო ორმოცდამეათე დღის დღესასწაულზე.“ Spirit of Prophecy, ტომი 3, 243.</w:t>
      </w:r>
    </w:p>
    <w:p>
      <w:pPr>
        <w:pStyle w:val="ArticleBody"/>
        <w:jc w:val="left"/>
      </w:pPr>
      <w:r>
        <w:rPr>
          <w:rFonts w:ascii="Sylfaen" w:hAnsi="Sylfaen" w:eastAsia="Sylfaen" w:cs="Sylfaen"/>
        </w:rPr>
        <w:t>ქრისტემ თავის მოწაფეებს მას შემდეგ შთაბერა, რაც აღდგა, სწორედ მას შემდეგ, რაც თავის მამასთან იყო ამაღლებული. როდესაც მამისთან შეხვედრიდან ჩამოვიდა, იგი გამოეცხადა მოწაფეებს და შთაბერა მათ „რამდენიმე წვეთი“, რომლებიც წინ უსწრებდნენ „ორმოცდამეათე დღის უხვ წვიმებს“. ეს რამდენიმე წვეთი ბეჭდვის დროის დასაწყისს წარმოადგენს, ხოლო უხვი წვიმები — დასასრულს. ბეჭდვის დროის დასაწყისი დასასრულში მეორდება, და როგორც ქრისტემ ორმოცდამეათე დღის პერიოდის დასაწყისში შთაბერა თავის მოწაფეებს, ისე შთაბერა თავისი უკანასკნელი დღეების ხალხსაც იმ პერიოდის დასასრულში.</w:t>
      </w:r>
    </w:p>
    <w:p>
      <w:pPr>
        <w:pStyle w:val="ArticleScripture"/>
        <w:jc w:val="left"/>
      </w:pPr>
      <w:r>
        <w:rPr>
          <w:rFonts w:ascii="Sylfaen" w:hAnsi="Sylfaen" w:eastAsia="Sylfaen" w:cs="Sylfaen"/>
        </w:rPr>
        <w:t>„გამხმარი ძვლები საჭიროებენ, რომ ღვთის სულიწმიდამ შთაბეროს მათ, რათა მოქმედებაში მოვიდნენ, თითქოს მკვდრეთით აღდგომის გზით.“ Bible Training School, December 1, 1903.</w:t>
      </w:r>
    </w:p>
    <w:p>
      <w:pPr>
        <w:pStyle w:val="ArticleBody"/>
        <w:jc w:val="left"/>
      </w:pPr>
      <w:r>
        <w:rPr>
          <w:rFonts w:ascii="Sylfaen" w:hAnsi="Sylfaen" w:eastAsia="Sylfaen" w:cs="Sylfaen"/>
        </w:rPr>
        <w:t>ორი მოწმის სიკვდილი მოიცავს იმ ფაქტს, რომ მათ, ვინც აცხადებდა ნეშვილისა და 2020 წლის 18 ივლისის ცრუ უწყებას, ეს გააკეთეს, როგორც ლაოდიკიელებმა. მკვდარი, გამხმარი ძვლების აღდგომა წარმოადგენს გადასვლას ლაოდიკიის მდგომარეობიდან, რომელიც სიკვდილის მდგომარეობაა, ფილადელფიის მდგომარეობაში, რომელიც სიცოცხლეა. სუნთქვა, რომელიც აღდგომასა და ამ გადასვლას წარმოშობს, წინასწარმეტყველური უწყებაა.</w:t>
      </w:r>
    </w:p>
    <w:p>
      <w:pPr>
        <w:pStyle w:val="ArticleScripture"/>
        <w:jc w:val="left"/>
      </w:pPr>
      <w:r>
        <w:rPr>
          <w:rFonts w:ascii="Sylfaen" w:hAnsi="Sylfaen" w:eastAsia="Sylfaen" w:cs="Sylfaen"/>
        </w:rPr>
        <w:t>„რა ძალა უნდა გვქონდეს ღვთისაგან, რათა ყინულივით გამაგრებულმა გულებმა, რომლებსაც მხოლოდ კანონიკური რელიგია აქვთ, დაინახონ მათთვის განკუთვნილი უმჯობესი რამენი — ქრისტე და მისი სიმართლე! სიცოცხლის მომნიჭებელი უწყება იყო საჭირო, რათა სიცოცხლე მისცემოდა გამხმარ ძვლებს.“ Manuscript Releases, ტომი 12, 205.</w:t>
      </w:r>
    </w:p>
    <w:p>
      <w:pPr>
        <w:pStyle w:val="ArticleBody"/>
        <w:jc w:val="left"/>
      </w:pPr>
      <w:r>
        <w:rPr>
          <w:rFonts w:ascii="Sylfaen" w:hAnsi="Sylfaen" w:eastAsia="Sylfaen" w:cs="Sylfaen"/>
        </w:rPr>
        <w:t>ქრისტეს აღდგომასა და ამაღლებას შორის პერიოდი ორ ნაწილად იყო დაყოფილი: პირველი იყო ორმოცი დღე, რის შემდეგაც იგი ამაღლდა, ხოლო მას მოჰყვა ათი დღე, ვიდრე ორმოცდაათობის დღე დადგებოდა. ორმოცი უდაბნოს სიმბოლოა, ისევე როგორც სამი ნახევარი დღე, ან ათას ორას სამოცი წელი, ან დღე.</w:t>
      </w:r>
    </w:p>
    <w:p>
      <w:pPr>
        <w:pStyle w:val="ArticleBody"/>
        <w:jc w:val="left"/>
      </w:pPr>
      <w:r>
        <w:rPr>
          <w:rFonts w:ascii="Sylfaen" w:hAnsi="Sylfaen" w:eastAsia="Sylfaen" w:cs="Sylfaen"/>
        </w:rPr>
        <w:t>როცა მიხაელი ჩამოვიდა 2023 წლის ივლისში, ქუჩებში სიკვდილის სამნახევრიანი დღეები დასრულდა, რადგან ქრისტემ დაიწყო თავისი ღვთაებრიობის კაცობრიობასთან შერწყმის საქმე ას ორმოცდაოთხი ათასს შორის. ეს საქმე წარმოდგენილი იყო ორმოცდამეათე დღის დღესასწაულის წინამორბედი ათი დღით, როცა ცოდვა განიდევნა და ძმებს შორის ერთიანობა დამყარდა. ათი გამოსაცდელ პროცესს აღნიშნავს, და ეს გამოსაცდელი პროცესი დასრულდა ორმოცდამეათე დღის დღესასწაულზე, რომელიც საკვირაო კანონს წარმოადგენს.</w:t>
      </w:r>
    </w:p>
    <w:p>
      <w:pPr>
        <w:pStyle w:val="ArticleBody"/>
        <w:jc w:val="left"/>
      </w:pPr>
      <w:r>
        <w:rPr>
          <w:rFonts w:ascii="Sylfaen" w:hAnsi="Sylfaen" w:eastAsia="Sylfaen" w:cs="Sylfaen"/>
        </w:rPr>
        <w:t>ზუსტად იმავე ისტორიულ მონაკვეთში, რომელსაც ორმოცე მუხლი აღწერს, სადაც სპარსეთის რვა მეფე და იუდეველებსა და რომს შორის კავშირის ისტორია მხეცის ხატის გამოცდის პროცესს წარმოადგენს, ქალწულთა გამოცდის პროცესი ილუსტრირებულია ორმოცდაათობის წინამდებარე ათ დღეში. პროტესტანტიზმისა და რესპუბლიკანიზმის განდგომილი რქები იმ ისტორიაში ერთიანდებიან, რათა შექმნან მხეცის ხატი, ხოლო ჭეშმარიტი პროტესტანტული რქა მათ ადამიანურობას ქრისტეს ღვთაებრიობას შეუთავსებს და ამგვარად ქმნის ქრისტეს ხატს პროცესში, რომელიც თაყვანისმცემელთა ორ კლასს ერთმანეთისაგან გამოყოფს.</w:t>
      </w:r>
    </w:p>
    <w:p>
      <w:pPr>
        <w:pStyle w:val="ArticleBody"/>
        <w:jc w:val="left"/>
      </w:pPr>
      <w:r>
        <w:rPr>
          <w:rFonts w:ascii="Sylfaen" w:hAnsi="Sylfaen" w:eastAsia="Sylfaen" w:cs="Sylfaen"/>
        </w:rPr>
        <w:t>ისტორიული მოვლენები, რომლებიც შვიდი ქუხილის სახით არის წარმოდგენილი, გახსნილია იმ ისტორიაში, რომელიც დანიელის მეთერთმეტე თავის ცამეტიდან თხუთმეტე მუხლებით არის წარმოდგენილი; და ისინი ერთობლივად შეხამებულია ორმოცე მუხლის დაფარულ ისტორიასთან, რომელიც სრულდება მალე მოსალოდნელი საკვირაო კანონით, სადაც შაბათის დამცველთათვის მადლის ჟამი იხურება.</w:t>
      </w:r>
    </w:p>
    <w:p>
      <w:pPr>
        <w:pStyle w:val="ArticleScripture"/>
        <w:jc w:val="left"/>
      </w:pPr>
      <w:r>
        <w:rPr>
          <w:rFonts w:ascii="Sylfaen" w:hAnsi="Sylfaen" w:eastAsia="Sylfaen" w:cs="Sylfaen"/>
        </w:rPr>
        <w:t>„ისევ, ეს იგავები ასწავლის, რომ სამსჯავროს შემდეგ აღარ იქნება მადლის დრო. როდესაც სახარების საქმე დასრულდება, მაშინვე მოჰყვება კეთილთა და ბოროტთა განყოფა, და თითოეული ჯგუფის ხვედრი სამუდამოდ განისაზღვრება.“ ქრისტეს იგავები, 123.</w:t>
      </w:r>
    </w:p>
    <w:p>
      <w:pPr>
        <w:pStyle w:val="ArticleBody"/>
        <w:jc w:val="left"/>
      </w:pPr>
      <w:r>
        <w:rPr>
          <w:rFonts w:ascii="Sylfaen" w:hAnsi="Sylfaen" w:eastAsia="Sylfaen" w:cs="Sylfaen"/>
        </w:rPr>
        <w:t>ბრძენთა და უგუნურთა, ლაოდიკიელთა და ფილადელფიელთა, ანუ ხორბალსა და ღვარძლს შორის გამიჯვნა სრულდება ანგელოზთა მიერ.</w:t>
      </w:r>
    </w:p>
    <w:p>
      <w:pPr>
        <w:pStyle w:val="ArticleScripture"/>
        <w:jc w:val="left"/>
      </w:pPr>
      <w:r>
        <w:rPr>
          <w:rFonts w:ascii="Sylfaen" w:hAnsi="Sylfaen" w:eastAsia="Sylfaen" w:cs="Sylfaen"/>
        </w:rPr>
        <w:t>„დაუშვით, რომ ღვარძლიც და ხორბალიც ერთად იზრდებოდეს მკამდე. შემდეგ კი განყოფის საქმეს ანგელოზები ასრულებენ.“ Selected Messages, book 2, 69.</w:t>
      </w:r>
    </w:p>
    <w:p>
      <w:pPr>
        <w:pStyle w:val="ArticleBody"/>
        <w:jc w:val="left"/>
      </w:pPr>
      <w:r>
        <w:rPr>
          <w:rFonts w:ascii="Sylfaen" w:hAnsi="Sylfaen" w:eastAsia="Sylfaen" w:cs="Sylfaen"/>
        </w:rPr>
        <w:t>ცდის დროის დასრულებამდე უშუალოდ ადრე გახსნილი უწყება განსაზღვრავს ღვთის ხალხის საქმეს, როგორც იგი ანგელოზებით არის წარმოდგენილი. ამ სტატიებში მოცემული უწყება ახლა უკვე ქვეყნდება მთელ დედამიწაზე სამოცზე მეტ ენაზე (ენებზე). ეს ახლა სრულდება ცდის დროის დასრულებამდე უშუალოდ ადრე, და ამ უწყების წარდგენა ღვთის უკანასკნელი დღეების ხალხის საქმეა. ეს უწყება განსაზღვრავს იმ მოვლენებს, რომლებიც შვიდი ქუხილით არის წარმოდგენილი, ხოლო ამ უწყების გაგებისა და წარდგენის საქმე წარმოშობს გონიერი ქალწულების გამოცდილებას.</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p>
      <w:pPr>
        <w:pStyle w:val="ArticleScripture"/>
        <w:jc w:val="left"/>
      </w:pPr>
      <w:r>
        <w:rPr>
          <w:rFonts w:ascii="Sylfaen" w:hAnsi="Sylfaen" w:eastAsia="Sylfaen" w:cs="Sylfaen"/>
        </w:rPr>
        <w:t>„ღამის ხილვებში ჩემს წინაშე მეტად შთამბეჭდავი სურათი გადაიშალა. ვიხილე ცეცხლის უზარმაზარი ბურთი, რომელიც რამდენიმე მშვენიერ სასახლეს შორის დაეცა და მათი მყისიერი განადგურება გამოიწვია. გავიგონე, როგორ თქვა ვიღაცამ: ‘ვიცოდით, რომ ღვთის სასჯელები დედამიწას მოევლინებოდა, მაგრამ არ ვიცოდით, რომ ისინი ასე მალე მოვიდოდა.’ სხვები კი, ტანჯვით აღსავსე ხმით, ამბობდნენ: ‘თქვენ იცოდით! მაშ, რატომ არ გვითხარით? ჩვენ არ ვიცოდით.’ ყოველი მხრიდან მესმოდა მსგავსი საყვედურის სიტყვები.“</w:t>
      </w:r>
    </w:p>
    <w:p>
      <w:pPr>
        <w:pStyle w:val="ArticleScripture"/>
        <w:jc w:val="left"/>
      </w:pPr>
      <w:r>
        <w:rPr>
          <w:rFonts w:ascii="Sylfaen" w:hAnsi="Sylfaen" w:eastAsia="Sylfaen" w:cs="Sylfaen"/>
        </w:rPr>
        <w:t>„დიდი შეჭირვებით გამომეღვიძა. კვლავ დავიძინე და მომეჩვენა, რომ დიდ შეკრებაში ვიმყოფებოდი. ხელისუფლების მქონე ერთი პირი მიმართავდა იქ შეკრებილებს, რომელთა წინაშეც გაშლილი იყო მსოფლიოს რუკა. მან თქვა, რომ ეს რუკა გამოსახავდა ღვთის ვენახს, რომელიც უნდა დამუშავდეს. ვისზეც ზეციდან შუქი გაანათებდა, მას ეს შუქი სხვებისთვისაც უნდა აერეკლა. მრავალ ადგილას უნდა ანთებულიყო ნათლები, და ამ ნათლებიდან კვლავ სხვა ნათლები უნდა ანთებულიყო.“</w:t>
      </w:r>
    </w:p>
    <w:p>
      <w:pPr>
        <w:pStyle w:val="ArticleScripture"/>
        <w:jc w:val="left"/>
      </w:pPr>
      <w:r>
        <w:rPr>
          <w:rFonts w:ascii="Sylfaen" w:hAnsi="Sylfaen" w:eastAsia="Sylfaen" w:cs="Sylfaen"/>
        </w:rPr>
        <w:t>სიტყვები კვლავ გამეორდა: „თქვენა ხართ მარილი ქვეყნისა; ხოლო თუ მარილი დაკარგავს თავის გემოს, რაღათი დამარილდება? ამის შემდეგ იგი აღარაფრად ვარგა, გარდა იმისა, რომ გარეთ გადაიყაროს და ადამიანთა ფეხით გაითელოს. თქვენა ხართ ნათელი სოფლისა. მთაზე მდგომი ქალაქი ვერ დაიმალება. არც სანთელს ანთებენ და ჭურჭლის ქვეშ დგამენ, არამედ სასანთლეზე; და ის ანათებს ყველას, ვინც სახლშია. ასე ინათოს თქვენმა ნათელმა ადამიანთა წინაშე, რათა იხილონ თქვენი კეთილი საქმენი და ადიდონ თქვენი მამა, რომელიც ზეცაშია.“ მათე 5:13–16.</w:t>
      </w:r>
    </w:p>
    <w:p>
      <w:pPr>
        <w:pStyle w:val="ArticleScripture"/>
        <w:jc w:val="left"/>
      </w:pPr>
      <w:r>
        <w:rPr>
          <w:rFonts w:ascii="Sylfaen" w:hAnsi="Sylfaen" w:eastAsia="Sylfaen" w:cs="Sylfaen"/>
        </w:rPr>
        <w:t>„ვიხილე ნათლის სხივები, ქალაქებიდან და სოფლებიდან, დედამიწის მაღლობებიდან და დაბლობებიდან რომ ელვარებდნენ. ღვთის სიტყვას ემორჩილებოდნენ, და შედეგად ყოველ ქალაქსა და სოფელში მისთვის სამახსოვრო ნიშნები იყო აღმართული. მისი ჭეშმარიტება მთელ მსოფლიოში იყო ქადაგებული.“</w:t>
      </w:r>
    </w:p>
    <w:p>
      <w:pPr>
        <w:pStyle w:val="ArticleScripture"/>
        <w:jc w:val="left"/>
      </w:pPr>
      <w:r>
        <w:rPr>
          <w:rFonts w:ascii="Sylfaen" w:hAnsi="Sylfaen" w:eastAsia="Sylfaen" w:cs="Sylfaen"/>
        </w:rPr>
        <w:t>„შემდეგ ეს რუკა მოიხსნა და მის ადგილას სხვა იქნა დადებული. მასზე სინათლე მხოლოდ რამდენიმე ადგილიდან ანათებდა. დანარჩენი მსოფლიო სიბნელეში იყო, მხოლოდ აქა-იქ ელვარებდა მკრთალი ნათება. ჩვენმა მასწავლებელმა თქვა: ‘ეს სიბნელე ადამიანთა მიერ საკუთარი გზის მიყოლის შედეგია. მათ გაუფრთხილდნენ ბოროტების მემკვიდრეობით მიღებულსა და შეძენილ მიდრეკილებებს. მათ კითხვების წამოჭრა, ნაკლის ძიება და ბრალდება თავიანთი ცხოვრების მთავარ საქმედ აქციეს. მათი გულები ღმერთთან მართალი არ არის. მათ თავიანთი ნათელი საწყაოს ქვეშ დამალეს.’“</w:t>
      </w:r>
    </w:p>
    <w:p>
      <w:pPr>
        <w:pStyle w:val="ArticleScripture"/>
        <w:jc w:val="left"/>
      </w:pPr>
      <w:r>
        <w:rPr>
          <w:rFonts w:ascii="Sylfaen" w:hAnsi="Sylfaen" w:eastAsia="Sylfaen" w:cs="Sylfaen"/>
        </w:rPr>
        <w:t>„ქრისტეს ყოველი მეომარი რომ თავის მოვალეობას აღსრულებდა, სიონის გალავნებზე მდგომ ყოველ მფრთხალს რომ საყვირისთვის გარკვეული ხმა მიეცა, ქვეყნიერებას ეს გამაფრთხილებელი უწყება აქამდეც შეიძლებოდა მოესმინა. მაგრამ საქმე წლების უკანაა დარჩენილი. როცა ადამიანებს ეძინათ, სატანამ ჩვენზე უპირატესობა მოიპოვა.“ ტესტიმონიები, ტომი 9, გვ.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ოთხმოცდათხუთმეტი</dc:title>
  <dc:subject>კვირის კანონისკენ მიმავალი გზა: ტრამპის როლი და წინასწარმეტყველური გაშლა დანიელ 11-ში</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