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ოცდათორმეტი</w:t>
      </w:r>
    </w:p>
    <w:p>
      <w:pPr>
        <w:pStyle w:val="ArticleSubtitle"/>
        <w:jc w:val="left"/>
      </w:pPr>
      <w:r>
        <w:rPr>
          <w:rFonts w:ascii="Sylfaen" w:hAnsi="Sylfaen" w:eastAsia="Sylfaen" w:cs="Sylfaen"/>
        </w:rPr>
        <w:t>ლომებიდან მოტყუებამდე: დანიელის 6-ე თავისა და უკანასკნელი ჟამის წინასწარმეტყველების სიღრმისეული კვლევა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2023-12-27</w:t>
      </w:r>
    </w:p>
    <w:p>
      <w:pPr>
        <w:pStyle w:val="ArticleBody"/>
        <w:jc w:val="left"/>
      </w:pPr>
      <w:r>
        <w:rPr>
          <w:rFonts w:ascii="Sylfaen" w:hAnsi="Sylfaen" w:eastAsia="Sylfaen" w:cs="Sylfaen"/>
        </w:rPr>
        <w:t>დანიელის მეექვსე თავი არის დანიელის პირველი ექვსი თავიდან მესამე ხაზი, რომელიც უშუალოდ წარმოგვიდგენს საკვირაო კანონის კრიზისის ილუსტრაციას. მესამე თავში ნაბუქოდონოსორის ოქროს კერპი და სამი ღირსეული წარმოადგენენ იმ ნიშანს, რომელიც აღიმართება, და რომელსაც მთელი მსოფლიო ჭვრეტს.</w:t>
      </w:r>
    </w:p>
    <w:p>
      <w:pPr>
        <w:pStyle w:val="ArticleScripture"/>
        <w:jc w:val="left"/>
      </w:pPr>
      <w:r>
        <w:rPr>
          <w:rFonts w:ascii="Sylfaen" w:hAnsi="Sylfaen" w:eastAsia="Sylfaen" w:cs="Sylfaen"/>
        </w:rPr>
        <w:t>შემდეგ მეფე ნაბუქოდონოსორმა გაგზავნა, რათა შეეკრიბათ მთავარნი, მმართველნი, მხედართმთავარნი, მსაჯულნი, ხაზინადარნი, მრჩეველნი, შერიფები და სამთავროთა ყოველნი ხელისუფალნი, რათა მოსულიყვნენ იმ კერპის კურთხევაზე, რომელიც მეფე ნაბუქოდონოსორმა აღმართა. დანიელი 3:2.</w:t>
      </w:r>
    </w:p>
    <w:p>
      <w:pPr>
        <w:pStyle w:val="ArticleBody"/>
        <w:jc w:val="left"/>
      </w:pPr>
      <w:r>
        <w:rPr>
          <w:rFonts w:ascii="Sylfaen" w:hAnsi="Sylfaen" w:eastAsia="Sylfaen" w:cs="Sylfaen"/>
        </w:rPr>
        <w:t>მესამე თავში სამმა ღირსეულმა უარი თქვა თაყვანისცემით დახრაზე, და მათმა ქმედებამ მათზე მოიტანა გახურებული ღუმელის დევნა; ხოლო დანიელი, მეექვსე თავში, დღეში სამჯერ იხრება, და მისმა ქმედებამ მასზე მოიტანა ლომების ბუნაგის დევნა. სტრიქონზე სტრიქონი, ისინი წარმოადგენენ საკვირაო კანონის დევნას, როგორც თაყვანისცემის შესახებ გადაწყვეტილებას, რომელიც ორივე შემთხვევაში უკვე განსაზღვრული აქვთ ერთგულთ. ისინი, რომელნიც წარმოდგენილნი არიან სამისა და ერთის შერწყმით, რაც ას ორმოცდაოთხი ათასს განასახიერებს, დამკვიდრებულნი არიან ჭეშმარიტებაში, ვიდრე დევნის შერყევა მოაწევდეს.</w:t>
      </w:r>
    </w:p>
    <w:p>
      <w:pPr>
        <w:pStyle w:val="ArticleScripture"/>
        <w:jc w:val="left"/>
      </w:pPr>
      <w:r>
        <w:rPr>
          <w:rFonts w:ascii="Sylfaen" w:hAnsi="Sylfaen" w:eastAsia="Sylfaen" w:cs="Sylfaen"/>
        </w:rPr>
        <w:t>„ანგელოზმა თქვა: „უარყავით საკუთარი თავი; სწრაფად უნდა იაროთ წინ.“ ზოგიერთ ჩვენგანს ჰქონდა დრო, რომ ჭეშმარიტება მიეღო და ნაბიჯ-ნაბიჯ წინ წასულიყო, და ყოველი ნაბიჯი, რომელიც გადავდგით, ძალას გვაძლევდა შემდეგის გადასადგმელად. მაგრამ ახლა დრო თითქმის ამოწურულია, და რასაც ჩვენ წლების განმავლობაში ვსწავლობდით, მათ რამდენიმე თვეში მოუწევთ სწავლა. მათ ასევე ბევრი რამ ექნებათ დასავიწყებელი და ბევრი რამის ხელახლა სასწავლი. ისინი, ვინც არ მიიღებენ მხეცის ნიშანს და მის ხატს, როცა ბრძანება გამოვა, ახლავე უნდა ფლობდნენ გადაწყვეტილების სიმტკიცეს, რათა თქვან: არა, ჩვენ არ ვაღიარებთ მხეცის დაწესებულებას.“ Early Writings, 68.</w:t>
      </w:r>
    </w:p>
    <w:p>
      <w:pPr>
        <w:pStyle w:val="ArticleBody"/>
        <w:jc w:val="left"/>
      </w:pPr>
      <w:r>
        <w:rPr>
          <w:rFonts w:ascii="Sylfaen" w:hAnsi="Sylfaen" w:eastAsia="Sylfaen" w:cs="Sylfaen"/>
        </w:rPr>
        <w:t>მეხუთე თავში კვირა დღის შესახებ კანონი მიმართავს მიწიერი მხეცის აღსასრულს და იმ მსჯავრს, რომელიც იმ მტრებმა მოიტანეს, ვინც კედლის გავლით შემოვიდნენ.</w:t>
      </w:r>
    </w:p>
    <w:p>
      <w:pPr>
        <w:pStyle w:val="ArticleScripture"/>
        <w:jc w:val="left"/>
      </w:pPr>
      <w:r>
        <w:rPr>
          <w:rFonts w:ascii="Sylfaen" w:hAnsi="Sylfaen" w:eastAsia="Sylfaen" w:cs="Sylfaen"/>
        </w:rPr>
        <w:t>იმ ღამეს ქალდეველთა მეფე ბელშაცარი მოკლეს. ხოლო მიდიელმა დარიოსმა დაიპყრო სამეფო, როცა იგი დაახლოებით სამოცდაორი წლისა იყო. დანიელი 5:30, 31.</w:t>
      </w:r>
    </w:p>
    <w:p>
      <w:pPr>
        <w:pStyle w:val="ArticleBody"/>
        <w:jc w:val="left"/>
      </w:pPr>
      <w:r>
        <w:rPr>
          <w:rFonts w:ascii="Sylfaen" w:hAnsi="Sylfaen" w:eastAsia="Sylfaen" w:cs="Sylfaen"/>
        </w:rPr>
        <w:t>მეექვსე თავში განსაზღვრულია ღვთის ხალხის დაბეჭდვა, რომელიც წარმოდგენილია მეფის ბეჭდის დადებით ლომების ხაროზე.</w:t>
      </w:r>
    </w:p>
    <w:p>
      <w:pPr>
        <w:pStyle w:val="ArticleScripture"/>
        <w:jc w:val="left"/>
      </w:pPr>
      <w:r>
        <w:rPr>
          <w:rFonts w:ascii="Sylfaen" w:hAnsi="Sylfaen" w:eastAsia="Sylfaen" w:cs="Sylfaen"/>
        </w:rPr>
        <w:t>და მოიტანეს ქვა და დაადეს ორმოს პირს; და მეფემ დაბეჭდა იგი თავისი ბეჭდით და თავისი დიდებულების ბეჭდებით, რათა დანიელის შესახებ განზრახვა არ შეცვლილიყო. დანიელი 6:17.</w:t>
      </w:r>
    </w:p>
    <w:p>
      <w:pPr>
        <w:pStyle w:val="ArticleBody"/>
        <w:jc w:val="left"/>
      </w:pPr>
      <w:r>
        <w:rPr>
          <w:rFonts w:ascii="Sylfaen" w:hAnsi="Sylfaen" w:eastAsia="Sylfaen" w:cs="Sylfaen"/>
        </w:rPr>
        <w:t>სამივე ხაზი თავიანთ წვლილს შეიტანს იმ დროშის ნიშან-თვისებებში, რომელიც ღრუბელშია აღმართული, იმ დიდი მიწისძვრის ჟამს, გამოცხადების მეთერთმეტე თავში.</w:t>
      </w:r>
    </w:p>
    <w:p>
      <w:pPr>
        <w:pStyle w:val="ArticleScripture"/>
        <w:jc w:val="left"/>
      </w:pPr>
      <w:r>
        <w:rPr>
          <w:rFonts w:ascii="Sylfaen" w:hAnsi="Sylfaen" w:eastAsia="Sylfaen" w:cs="Sylfaen"/>
        </w:rPr>
        <w:t>და მათ მოესმათ ზეციდან დიდი ხმა, რომელიც ეუბნებოდა მათ: ამოდით აქ. და ისინი ავიდნენ ზეცად ღრუბელში; და მათმა მტრებმა იხილეს ისინი. და იმავე ჟამს მოხდა დიდი მიწისძვრა, და ქალაქის მეათედი დაეცა, და მიწისძვრაში მოკლულ იქნა შვიდი ათასი კაცი; ხოლო დანარჩენნი შეძრწუნდნენ და დიდება მისცეს ზეცის ღმერთს. გამოცხადება 11:12, 13.</w:t>
      </w:r>
    </w:p>
    <w:p>
      <w:pPr>
        <w:pStyle w:val="ArticleBody"/>
        <w:jc w:val="left"/>
      </w:pPr>
      <w:r>
        <w:rPr>
          <w:rFonts w:ascii="Sylfaen" w:hAnsi="Sylfaen" w:eastAsia="Sylfaen" w:cs="Sylfaen"/>
        </w:rPr>
        <w:t>დანიელის მეექვსე თავი მიუთითებს ღვთის ხალხის დაბეჭდვაზე, თუმცა უფრო კონკრეტულად იგი ეხება იმ კავშირის დასჯას, რომელსაც შეადგენდნენ „მთავარნი, განმგებელნი და მთავარნი, მრჩეველნი და მხედართმთავარნი“, რომლებმაც მეფე მოატყუეს, რათა დანიელი მოეკლა. მეფის მოტყუება (სახელმწიფოს სიმბოლო) მნიშვნელოვანი წინასწარმეტყველური თემაა, რომელიც რამდენიმე წინასწარმეტყველურ მოწმობას მოიცავს. ნაბუქოდონოსორისგან განსხვავებით მესამე თავში, ან ბელშაცარისგან მეხუთე თავში, რომლებიც ორივენი დანიელისა და სამი მოწმის მიმართ უმეცარნი იყვნენ მანამ, ვიდრე კრიზისი დადგებოდა, დარიოსის „უპირატესობა“ დანიელის მიმართ, კრიზისის წინასწარ, მიანიშნებს კვირა დღის კანონის კრიზისის განსხვავებულ გარემოებაზე.</w:t>
      </w:r>
    </w:p>
    <w:p>
      <w:pPr>
        <w:pStyle w:val="ArticleBody"/>
        <w:jc w:val="left"/>
      </w:pPr>
      <w:r>
        <w:rPr>
          <w:rFonts w:ascii="Sylfaen" w:hAnsi="Sylfaen" w:eastAsia="Sylfaen" w:cs="Sylfaen"/>
        </w:rPr>
        <w:t>დანიელი „აღმატებულად“ იყო მიჩნეული დანარჩენ ორ მთავართან შედარებით, ხოლო სამი მთავარი ას ოც მთავარზე იდგა. დანიელი უმთავრესად უპირისპირდება მთავრებსა და მთავრებს, და იგი უპირატესობით არის დაყენებული იმ ორზე მაღლა, რომლებიც ქმნიან მოტყუების კავშირს, წარმოდგენილს ხუთით (ხუთი უგუნური ქალწული).</w:t>
      </w:r>
    </w:p>
    <w:p>
      <w:pPr>
        <w:pStyle w:val="ArticleScripture"/>
        <w:jc w:val="left"/>
      </w:pPr>
      <w:r>
        <w:rPr>
          <w:rFonts w:ascii="Sylfaen" w:hAnsi="Sylfaen" w:eastAsia="Sylfaen" w:cs="Sylfaen"/>
        </w:rPr>
        <w:t>დარიოსმა ინება, რომ სამეფოზე დაეყენებინა ას ოცი მთავარი, რომელნიც ყოფილიყვნენ მთელს სამეფოზე; და მათზე — სამი პრეზიდენტი, რომელთაგან პირველი იყო დანიელი, რათა მთავრებს მათთვის ჩაებარებინათ ანგარიში და მეფეს ზიანი არ ენახა. მაშინ ეს დანიელი აღმატებული იქნა პრეზიდენტებსა და მთავრებზე, რადგან მასში იყო აღმატებული სული; და მეფე ფიქრობდა მის დაყენებას მთელ სამეფოზე. მაშინ პრეზიდენტები და მთავრები ცდილობდნენ, მოეძებნათ საბაბი დანიელის წინააღმდეგ სამეფოს საქმეში, მაგრამ ვერ ჰპოვეს ვერც საბაბი და ვერც ბრალი, რადგან იგი ერთგული იყო და არც შეცდომა, არც ბრალი არ აღმოჩნდა მასში. მაშინ თქვეს ამ კაცებმა: ვერ ვიპოვით ვერავითარ საბაბს ამ დანიელის წინააღმდეგ, თუ არა ვიპოვით მას მის წინააღმდეგ მისი ღმერთის რჯულის გამო. დანიელი 6:1–5.</w:t>
      </w:r>
    </w:p>
    <w:p>
      <w:pPr>
        <w:pStyle w:val="ArticleBody"/>
        <w:jc w:val="left"/>
      </w:pPr>
      <w:r>
        <w:rPr>
          <w:rFonts w:ascii="Sylfaen" w:hAnsi="Sylfaen" w:eastAsia="Sylfaen" w:cs="Sylfaen"/>
        </w:rPr>
        <w:t>დარიოსი გამოყენებულია იმ მოტყუების საილუსტრაციოდ, რომელიც სამყაროს აღსასრულს მეფის წინააღმდეგ ხორციელდება და რომელიც წარმოადგენს ათ მეფეს (გაერთიანებულ ერებს). ეს მოტყუება ხელს უწყობს იმ სიძულვილს, რომელსაც ათი მეფე (გაერთიანებული ერები) მეძავის (პაპობის) მიმართ ავლენენ, რის გამოც ისინი „გააპარტახებენ მას და გააშიშვლებენ,“ „შეჭამენ მის ხორცს და ცეცხლით დაწვავენ მას.“</w:t>
      </w:r>
    </w:p>
    <w:p>
      <w:pPr>
        <w:pStyle w:val="ArticleScripture"/>
        <w:jc w:val="left"/>
      </w:pPr>
      <w:r>
        <w:rPr>
          <w:rFonts w:ascii="Sylfaen" w:hAnsi="Sylfaen" w:eastAsia="Sylfaen" w:cs="Sylfaen"/>
        </w:rPr>
        <w:t>და ის ათი რქა, რომლებიც იხილე მხეცზე, შეიძულებენ მეძავს, გააპარტახებენ და გააშიშვლებენ მას, შეჭამენ მის ხორცს და ცეცხლით დაწვავენ მას. რადგან ღმერთმა ჩაუდო მათ გულებში, რომ აღასრულონ მისი ნება, შეთანხმდნენ და თავიანთი სამეფო გადასცენ მხეცს, ვიდრე აღსრულდებოდეს ღვთის სიტყვები. ხოლო ქალი, რომელიც იხილე, არის ის დიდი ქალაქი, რომელიც მეფობს ქვეყნის მეფეებზე. გამოცხადება 17:16–18.</w:t>
      </w:r>
    </w:p>
    <w:p>
      <w:pPr>
        <w:pStyle w:val="ArticleBody"/>
        <w:jc w:val="left"/>
      </w:pPr>
      <w:r>
        <w:rPr>
          <w:rFonts w:ascii="Sylfaen" w:hAnsi="Sylfaen" w:eastAsia="Sylfaen" w:cs="Sylfaen"/>
        </w:rPr>
        <w:t>გაერთიანებული ერების ორგანიზაცია (მეშვიდე სამეფო) გაანადგურებს პაპობას, მიუხედავად იმისა, რომ მათ ახლახან მისცეს მას თავიანთი სამეფო, რადგან ისინი „მოკლე ხანს“ მეფობენ.</w:t>
      </w:r>
    </w:p>
    <w:p>
      <w:pPr>
        <w:pStyle w:val="ArticleScripture"/>
        <w:jc w:val="left"/>
      </w:pPr>
      <w:r>
        <w:rPr>
          <w:rFonts w:ascii="Sylfaen" w:hAnsi="Sylfaen" w:eastAsia="Sylfaen" w:cs="Sylfaen"/>
        </w:rPr>
        <w:t>და არიან შვიდი მეფენი: ხუთი დაეცა, ერთი არის, და სხვა ჯერ არ მოსულა; ხოლო როცა მოვა, მცირე ხანს უნდა დარჩეს. გამოცხადება 17:10.</w:t>
      </w:r>
    </w:p>
    <w:p>
      <w:pPr>
        <w:pStyle w:val="ArticleBody"/>
        <w:jc w:val="left"/>
      </w:pPr>
      <w:r>
        <w:rPr>
          <w:rFonts w:ascii="Sylfaen" w:hAnsi="Sylfaen" w:eastAsia="Sylfaen" w:cs="Sylfaen"/>
        </w:rPr>
        <w:t>კვირის კანონთან დაკავშირებით, ბიბლიური წინასწარმეტყველების მეექვსე სამეფომ — გამოცხადების მეცამეტე თავის მიწის მხეცმა (ამერიკის შეერთებული შტატები) — სწორედ დაასრულა თავისი მეფობა იმ სამოცდაათი სიმბოლური წლის განმავლობაში, რომელთა განმავლობაშიც ბიბლიური წინასწარმეტყველების მეხუთე სამეფო — გამოცხადების მეცამეტე თავის ზღვის მხეცი (პაპობა) — დავიწყებული იყო ესაიას ოცდამესამე თავის იმ სამოცდაათი სიმბოლური წლის მანძილზე.</w:t>
      </w:r>
    </w:p>
    <w:p>
      <w:pPr>
        <w:pStyle w:val="ArticleScripture"/>
        <w:jc w:val="left"/>
      </w:pPr>
      <w:r>
        <w:rPr>
          <w:rFonts w:ascii="Sylfaen" w:hAnsi="Sylfaen" w:eastAsia="Sylfaen" w:cs="Sylfaen"/>
        </w:rPr>
        <w:t>და მოხდება იმ დღეს, რომ ტვიროსი დავიწყებული იქნება სამოცდაათ წელს, როგორც ერთი მეფის დღეები; სამოცდაათი წლის დასასრულის შემდეგ ტვიროსი იგალობებს, ვითარცა მეძავი. აიღე ქნარი, შემოიარე ქალაქი, შენ, დავიწყებულო მეძავო; ტკბილად დაუკარი, მრავალი გალობა იგალობე, რათა გაგიხსენონ. და მოხდება სამოცდაათი წლის დასასრულის შემდეგ, რომ უფალი მოიხილავს ტვიროსს, და იგი დაუბრუნდება თავის საზღაურს და იმეძავებს ქვეყნიერების ყველა სამეფოსთან, დედამიწის ზურგზე. ესაია 23:15–17.</w:t>
      </w:r>
    </w:p>
    <w:p>
      <w:pPr>
        <w:pStyle w:val="ArticleBody"/>
        <w:jc w:val="left"/>
      </w:pPr>
      <w:r>
        <w:rPr>
          <w:rFonts w:ascii="Sylfaen" w:hAnsi="Sylfaen" w:eastAsia="Sylfaen" w:cs="Sylfaen"/>
        </w:rPr>
        <w:t>კვირის კანონის დროს ბიბლიური წინასწარმეტყველების მეშვიდე სამეფო — ათი მეფე (გაერთიანებული ერების ორგანიზაცია) — იწყებს მეფობას, მაგრამ მხოლოდ მცირე ხნით, რადგან მაშინ ათი მეფის მთავარი მეფე იწყებს თავის საქმეს, რათა მთელი მსოფლიო აიძულოს, მოექცეს მხეცის წყობის ქვეშ, რომელიც ეკლესიისა და სახელმწიფოს გაერთიანებაა და მხეცის ხატად არის სიმბოლიზებული.</w:t>
      </w:r>
    </w:p>
    <w:p>
      <w:pPr>
        <w:pStyle w:val="ArticleScripture"/>
        <w:jc w:val="left"/>
      </w:pPr>
      <w:r>
        <w:rPr>
          <w:rFonts w:ascii="Sylfaen" w:hAnsi="Sylfaen" w:eastAsia="Sylfaen" w:cs="Sylfaen"/>
        </w:rPr>
        <w:t>და ვიხილე სხვა მხეცი, ამომავალი მიწიდან; და მას ჰქონდა ორი რქა, როგორც კრავს, და ლაპარაკობდა როგორც გველეშაპი. და იგი ახორციელებს პირველი მხეცის მთელ ძალაუფლებას მის წინაშე და აიძულებს მიწას და მასზე მცხოვრებთ თაყვანი სცენ პირველ მხეცს, რომლის სასიკვდილო ჭრილობაც განიკურნა. და ახდენს დიდ სასწაულებს, ისე რომ ადამიანთა თვალწინ ზეციდან დედამიწაზე ცეცხლსაც ჩამოჰყავს, და აცდუნებს დედამიწაზე მცხოვრებთ იმ სასწაულებით, რომელთა ქმნის ძალაუფლებაც ჰქონდა მხეცის წინაშე; ეუბნება დედამიწაზე მცხოვრებთ, რომ შექმნან ხატი იმ მხეცისა, რომელსაც მახვილით მიყენებული ჭრილობა ჰქონდა და მაინც იცოცხლა. გამოცხადება 13:11–14.</w:t>
      </w:r>
    </w:p>
    <w:p>
      <w:pPr>
        <w:pStyle w:val="ArticleBody"/>
        <w:jc w:val="left"/>
      </w:pPr>
      <w:r>
        <w:rPr>
          <w:rFonts w:ascii="Sylfaen" w:hAnsi="Sylfaen" w:eastAsia="Sylfaen" w:cs="Sylfaen"/>
        </w:rPr>
        <w:t>დედამიწის მხეცის (შეერთებული შტატების) სიმბოლიკის ერთ-ერთი ძირითადი ელემენტი, რომელიც იწყება როგორც კრავი და ბოლოს ლაპარაკობს როგორც გველეშაპი, არის მისი მეტყველება. წინასწარმეტყველურ ენაში მეტყველება აღნიშნავს საკანონმდებლო და სასამართლო ხელისუფლების მოქმედებას.</w:t>
      </w:r>
    </w:p>
    <w:p>
      <w:pPr>
        <w:pStyle w:val="ArticleScripture"/>
        <w:jc w:val="left"/>
      </w:pPr>
      <w:r>
        <w:rPr>
          <w:rFonts w:ascii="Sylfaen" w:hAnsi="Sylfaen" w:eastAsia="Sylfaen" w:cs="Sylfaen"/>
        </w:rPr>
        <w:t>„ერის მეტყველება არის მისი საკანონმდებლო და სასამართლო ხელისუფლებათა მოქმედება.“ დიადი ბრძოლა, 443.</w:t>
      </w:r>
    </w:p>
    <w:p>
      <w:pPr>
        <w:pStyle w:val="ArticleBody"/>
        <w:jc w:val="left"/>
      </w:pPr>
      <w:r>
        <w:rPr>
          <w:rFonts w:ascii="Sylfaen" w:hAnsi="Sylfaen" w:eastAsia="Sylfaen" w:cs="Sylfaen"/>
        </w:rPr>
        <w:t>როცა შეერთებულმა შტატებმა პირველად ილაპარაკა როგორც კრავმა, მან წარმოშვა შეერთებული შტატების კონსტიტუცია და ამგვარად დააფუძნა თავშესაფრის ქვეყანა მათთვის, ვინც გაურბოდა პაპობისა და ევროპის მეფეთა დევნას.</w:t>
      </w:r>
    </w:p>
    <w:p>
      <w:pPr>
        <w:pStyle w:val="ArticleScripture"/>
        <w:jc w:val="left"/>
      </w:pPr>
      <w:r>
        <w:rPr>
          <w:rFonts w:ascii="Sylfaen" w:hAnsi="Sylfaen" w:eastAsia="Sylfaen" w:cs="Sylfaen"/>
        </w:rPr>
        <w:t>და დედამიწამ შეეწია ქალს, და დედამიწამ გახსნა თავისი პირი და შთანთქა ის ნიაღვარი, რომელიც გველეშაპმა თავისი პირიდან გადმოანთხია. გამოცხადება 12:16.</w:t>
      </w:r>
    </w:p>
    <w:p>
      <w:pPr>
        <w:pStyle w:val="ArticleBody"/>
        <w:jc w:val="left"/>
      </w:pPr>
      <w:r>
        <w:rPr>
          <w:rFonts w:ascii="Sylfaen" w:hAnsi="Sylfaen" w:eastAsia="Sylfaen" w:cs="Sylfaen"/>
        </w:rPr>
        <w:t>სამოცდაათი სიმბოლური წლის დასასრულს მიწის მხეცი კვლავ ალაპარაკდება, მაგრამ ამჯერად როგორც გველეშაპი, როდესაც იგი კვირადღის თაყვანისცემას, ანუ პაპის ხელისუფლების ნიშანს, იძულებით დააწესებს. როცა პაპის ხელისუფლების ნიშანი იძულებით იქნება დაწესებული, პაპობა გახსენებული იქნება, და ისიც გახსენებული იქნება, როდესაც მცნება, რომელიც არასოდეს უნდა დავიწყებულიყო, კანონგარეშე გახდება მისადმი მორჩილება.</w:t>
      </w:r>
    </w:p>
    <w:p>
      <w:pPr>
        <w:pStyle w:val="ArticleScripture"/>
        <w:jc w:val="left"/>
      </w:pPr>
      <w:r>
        <w:rPr>
          <w:rFonts w:ascii="Sylfaen" w:hAnsi="Sylfaen" w:eastAsia="Sylfaen" w:cs="Sylfaen"/>
        </w:rPr>
        <w:t>გაიხსენე შაბათის დღე, რათა წმიდად დაიცვა იგი. ექვს დღე იმუშავე და აკეთე ყოველი შენი საქმე; ხოლო მეშვიდე დღე არის შაბათი უფლისა, შენი ღმერთისა: ამ დღეს ნუ გააკეთებ არავითარ საქმეს — არც შენ, არც შენმა ვაჟმა, არც შენმა ასულმა, არც შენმა მსახურმა კაცმა, არც შენმა მხევალმა, არც შენმა პირუტყვმა და არც იმ უცხოელმა, რომელიც შენს კარიბჭეთა შიგნით არის. რადგან ექვს დღეში შექმნა უფალმა ცა და მიწა, ზღვა და ყოველივე, რაც მათშია, და დაისვენა მეშვიდე დღეს; ამიტომ აკურთხა უფალმა შაბათის დღე და წმიდა ჰყო იგი. გამოსვლა 20:8–11.</w:t>
      </w:r>
    </w:p>
    <w:p>
      <w:pPr>
        <w:pStyle w:val="ArticleBody"/>
        <w:jc w:val="left"/>
      </w:pPr>
      <w:r>
        <w:rPr>
          <w:rFonts w:ascii="Sylfaen" w:hAnsi="Sylfaen" w:eastAsia="Sylfaen" w:cs="Sylfaen"/>
        </w:rPr>
        <w:t>შემდეგ ეროვნულ განდგომილებას ეროვნული დაღუპვა მოჰყვება, და ის სამი ძალა, რომელნიც მსოფლიოს არმაგედონისკენ მიჰყავთ, ერთიანდებიან.</w:t>
      </w:r>
    </w:p>
    <w:p>
      <w:pPr>
        <w:pStyle w:val="ArticleScripture"/>
        <w:jc w:val="left"/>
      </w:pPr>
      <w:r>
        <w:rPr>
          <w:rFonts w:ascii="Sylfaen" w:hAnsi="Sylfaen" w:eastAsia="Sylfaen" w:cs="Sylfaen"/>
        </w:rPr>
        <w:t>„პაპობის დამკვიდრების განმტკიცების შესახებ დადგენილებით, რომელიც ღვთის რჯულის დარღვევით იქნება მიღებული, ჩვენი ერი სრულიად განეშორება სიმართლეს. როდესაც პროტესტანტიზმი უფსკრულზე გადაიწვდენს ხელს, რათა ხელი ჩასჭიდოს რომაულ ძალაუფლებას; როდესაც იგი გადასწვდება უფსკრულს, რათა ხელი ჩამოართვას სპირიტიზმს; როდესაც ამ სამმაგი კავშირის ზემოქმედებით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მმართველობისას, და შეიმუშავებს ზომებს პაპური სიცრუისა და ცთუნებათა გასავრცელებლად, მაშინ გვეცოდინება, რომ დადგა სატანის საკვირველი მოქმედების ჟამი და რომ დასასრული ახლოა.“ Testimonies, ტომი 5, 451.</w:t>
      </w:r>
    </w:p>
    <w:p>
      <w:pPr>
        <w:pStyle w:val="ArticleBody"/>
        <w:jc w:val="left"/>
      </w:pPr>
      <w:r>
        <w:rPr>
          <w:rFonts w:ascii="Sylfaen" w:hAnsi="Sylfaen" w:eastAsia="Sylfaen" w:cs="Sylfaen"/>
        </w:rPr>
        <w:t>როცა „პროტესტანტიზმი“ (ამერიკის შეერთებული შტატები), „რომაული ძალაუფლება“ (ვატიკანი) და „სპირიტუალიზმი“ (გაერთიანებული ერების ორგანიზაცია) კვირა დღის კანონთან დაკავშირებით ხელს შეაერთებენ, ისინი დაიწყებენ მსოფლიოს მიყვანას არმაგედონამდე, რაც წარმოდგენილია როგორც, თავდაპირველად, მსოფლიოს იძულება, მიიღოს ერთმსოფლიო მთავრობის ავტორიტეტი, რომელიც შედგება ეკლესიისა და სახელმწიფოსაგან, ხოლო ურთიერთობაში მაკონტროლებელი ეკლესიაა. სასწაულების ძალა, რომელსაც მიწის მხეცი იყენებს, არა მხოლოდ იწვევს ტვიროსის მეძავის მრუშობას დედამიწის მეფეებთან, არამედ აღასრულებს მხეცის მსოფლიო მასშტაბის ხატის „მეტყველებასაც“. წინასწარმეტყველური განსაზღვრებით ეს ნიშნავს, რომ ერთმსოფლიო მთავრობას უნდა ჰქონდეს საკანონმდებლო ორგანო (მდებარე ნიუ-იორკში) და სასამართლო ორგანო (მდებარე ჰააგაში).</w:t>
      </w:r>
    </w:p>
    <w:p>
      <w:pPr>
        <w:pStyle w:val="ArticleScripture"/>
        <w:jc w:val="left"/>
      </w:pPr>
      <w:r>
        <w:rPr>
          <w:rFonts w:ascii="Sylfaen" w:hAnsi="Sylfaen" w:eastAsia="Sylfaen" w:cs="Sylfaen"/>
        </w:rPr>
        <w:t>და აცდუნებს დედამიწაზე მცხოვრებთ იმ სასწაულებით, რომელთა ქმნის ძალაუფლებაც ჰქონდა მხეცის წინაშე, და ეუბნება დედამიწაზე მცხოვრებთ, რომ გაუკეთონ ხატი მხეცს, რომელსაც მახვილით მიყენებული ჭრილობა ჰქონდა და მაინც ცოცხალი დარჩა. და მას მიეცა ძალაუფლება, სული შთაებერა მხეცის ხატისთვის, რათა მხეცის ხატსაც ელაპარაკა და მოეხდინა ის, რომ ყველა, ვინც არ სცემდა თაყვანს მხეცის ხატს, მოეკლათ. და იგი აიძულებს ყველას, მცირესაც და დიდსაც, მდიდარსაც და ღარიბსაც, თავისუფალსაც და მონასაც, მიიღონ ნიშანი მარჯვენა ხელზე ან თავიანთ შუბლზე, რათა ვერავინ შეძლოს ყიდვა ან გაყიდვა, გარდა იმისა, ვისაც აქვს ნიშანი, ან მხეცის სახელი, ან მისი სახელის რიცხვი. აქ არის სიბრძნე. ვისაც გონიერება აქვს, გამოითვალოს მხეცის რიცხვი, რადგან ეს არის ადამიანის რიცხვი; და მისი რიცხვია ექვსას სამოცდაექვსი. გამოცხადება 13:14–18.</w:t>
      </w:r>
    </w:p>
    <w:p>
      <w:pPr>
        <w:pStyle w:val="ArticleBody"/>
        <w:jc w:val="left"/>
      </w:pPr>
      <w:r>
        <w:rPr>
          <w:rFonts w:ascii="Sylfaen" w:hAnsi="Sylfaen" w:eastAsia="Sylfaen" w:cs="Sylfaen"/>
        </w:rPr>
        <w:t>მიწის მხეცი (ამერიკის შეერთებული შტატები) მოატყუებს მთელ მსოფლიოს, რათა მან მიიღოს მხეცის მსოფლიო ხატი — სწორედ ის ხატი, რომელიც ამერიკის შეერთებულმა შტატებმა ჩამოაყალიბა, როდესაც იგი კვირა დღის კანონის შემოღებისკენ მიდიოდა და საბოლოოდ მის აღსრულებასაც აიძულებდა. შემდეგ იგი ერთმსოფლიოს მთავრობას ძალაუფლებას მიანიჭებს, რომ თავისი კანონები სიკვდილის საფრთხით და/ან ეკონომიკური სასჯელებით აღასრულოს. მეფე დარიოსის მოტყუება არის იმ მეფეთა მოტყუების სიმბოლო, რომელზეც წინასწარმეტყველებაში განმეორებით არის მითითებული, რადგან როდესაც მიწის მხეცი დაიწყებს მსოფლიოს იძულებას, რომ მიიღოს ერთმსოფლიოს მთავრობა, არგუმენტი, რომელიც გამოყენებული იქნება მსოფლიოს იძულებისთვის, რომ ეს მოწყობა მიიღოს, იქნება ის, რომ ძალას, რომელმაც განარისხა ხალხები (ისლამი), უნდა დაუპირისპირდნენ მსოფლიო ომით.</w:t>
      </w:r>
    </w:p>
    <w:p>
      <w:pPr>
        <w:pStyle w:val="ArticleBody"/>
        <w:jc w:val="left"/>
      </w:pPr>
      <w:r>
        <w:rPr>
          <w:rFonts w:ascii="Sylfaen" w:hAnsi="Sylfaen" w:eastAsia="Sylfaen" w:cs="Sylfaen"/>
        </w:rPr>
        <w:t>შეერთებული შტატები ამტკიცებს პაპობრივი ძალაუფლების ნიშანს, რადგან ღმერთის სამსჯავროებმა შეერთებულ შტატებში ისეთი კრიზისული მდგომარეობა მოიყვანა კვირადღის კანონის შემოღებამდე, რომ გამოსავლად შემოთავაზებულ იქნა, თითქოს კათოლიციზმის ღმერთთან დაბრუნებით დასრულდებოდა მზარდი ეკონომიკური გაჭირვება. მაგრამ კვირადღის კანონის დროს მტერი, რომელმაც ქვედა გალავნის ქვეშ შემოიპარა, მოიტანს ეროვნული დაღუპვის სამსჯავროს.</w:t>
      </w:r>
    </w:p>
    <w:p>
      <w:pPr>
        <w:pStyle w:val="ArticleScripture"/>
        <w:jc w:val="left"/>
      </w:pPr>
      <w:r>
        <w:rPr>
          <w:rFonts w:ascii="Sylfaen" w:hAnsi="Sylfaen" w:eastAsia="Sylfaen" w:cs="Sylfaen"/>
        </w:rPr>
        <w:t>„და შემდეგ დიდი მაცდური დაარწმუნებს ადამიანებს, რომ ეს ბოროტებანი ღმერთის მსახურთაგან არის გამოწვეული. ის ჯგუფი, რომელმაც ზეცის გულისწყრომა გამოიწვია, მთელ თავის გასაჭირს დააბრალებს მათ, ვისთვისაც ღვთის მცნებათაადმი მორჩილება უწყვეტ მხილებად დგას მცნებათა დამრღვევთა წინაშე. გამოცხადდება, რომ ადამიანები ღმერთს აწყენინებენ კვირა დღის შაბათის დარღვევით; რომ ამ ცოდვამ მოიტანა უბედურებანი, რომლებიც არ შეწყდება მანამ, სანამ კვირა დღის დაცვა მკაცრად არ იქნება დაკანონებული; და რომ ისინი, ვინც მეოთხე მცნების მოთხოვნებს წარადგენენ და ამით კვირა დღისადმი პატივისცემას ანგრევენ, ხალხის შემაწუხებელნი არიან, რადგან ხელს უშლიან მათ ღვთიური კეთილგანწყობისა და დროებითი კეთილდღეობის აღდგენაში. ამგვარად, ძველად ღმერთის მსახურის წინააღმდეგ წამოყენებული ბრალდება კვლავ განმეორდება, და იმავე ზომით საფუძვლიან საბუთებზე: „და მოხდა, როცა ახაბმა ელია დაინახა, ახაბმა უთხრა მას: შენ ხომ არა ხარ ის, ვინც ისრაელს აწუხებს? ხოლო მან უპასუხა: მე არ შემიწუხებია ისრაელი; არამედ შენ და მამაშენის სახლმა, რადგან მიატოვეთ უფლის მცნებანი და შენ ბაყალებს გაჰყევი.“ 1 მეფეთა 18:17, 18. რადგან ხალხის რისხვა ცრუ ბრალდებებით აღიგზნება, ისინი ღვთის მაცნეთა მიმართ იმგვარივე გზას დაადგებიან, როგორსაც განდგომილმა ისრაელმა ელიას მიმართ დაადგა.“ დიადი ბრძოლა, 590.</w:t>
      </w:r>
    </w:p>
    <w:p>
      <w:pPr>
        <w:pStyle w:val="ArticleBody"/>
        <w:jc w:val="left"/>
      </w:pPr>
      <w:r>
        <w:rPr>
          <w:rFonts w:ascii="Sylfaen" w:hAnsi="Sylfaen" w:eastAsia="Sylfaen" w:cs="Sylfaen"/>
        </w:rPr>
        <w:t>გამოცხადების მეთერთმეტე თავის „დიდი მიწისძვრის“ „ჟამს“, ისლამის „მესამე ვაი“, რომელიც ამავე დროს მეშვიდე საყვირიც არის, მაშინ გაისმის, და ეს ერებს განარისხებს. ერების ეს რისხვა ისლამის წინააღმდეგ გამოყენებულ იქნება იმისათვის, რომ მსოფლიო მოტყუვდეს და მიიღოს იგივე ფუჭი დაპირება, რომელმაც ახლახან კრახი განიცადა მიწის მხეცის შემთხვევაში. ეს ფუჭი დაპირება მდგომარეობს იმაში, რომ კათოლიციზმის ავტორიტეტისადმი დამორჩილებით, როგორც ეს პაპური ხელისუფლების ნიშნით არის წარმოდგენილი, ღვთის მზარდი სამსჯავროები შეწყდებოდა. ეს დაპირება, რომელიც უკვე დამტკიცდა, რომ შეერთებული შტატებისთვის უშედეგოა, შემდეგ პანიკაში ჩავარდნილ მსოფლიოს დაპირებად იქნება გამოყენებული.</w:t>
      </w:r>
    </w:p>
    <w:p>
      <w:pPr>
        <w:pStyle w:val="ArticleBody"/>
        <w:jc w:val="left"/>
      </w:pPr>
      <w:r>
        <w:rPr>
          <w:rFonts w:ascii="Sylfaen" w:hAnsi="Sylfaen" w:eastAsia="Sylfaen" w:cs="Sylfaen"/>
        </w:rPr>
        <w:t>ხაზგასმით ითქმის, რომ თუ მსოფლიოს ხალხები მხოლოდ შეთანხმდებიან და დაუშვებენ ერთმსოფლიო მთავრობის დამყარებას ისლამის მიერ მოტანილ ომთან გასამკლავებლად, სტაბილურობა დაბრუნდება. ისლამი არის ის ძალა, რომელიც წმინდა წერილებშია ამოცნობილი როგორც ყოველ ადამიანს ისლამის წინააღმდეგ ერთად მომყვანი; მაგრამ ეს ერთად თავმოყრა მეფეთა საბოლოო მოტყუებაა.</w:t>
      </w:r>
    </w:p>
    <w:p>
      <w:pPr>
        <w:pStyle w:val="ArticleScripture"/>
        <w:jc w:val="left"/>
      </w:pPr>
      <w:r>
        <w:rPr>
          <w:rFonts w:ascii="Sylfaen" w:hAnsi="Sylfaen" w:eastAsia="Sylfaen" w:cs="Sylfaen"/>
        </w:rPr>
        <w:t>და უფლის ანგელოზმა უთხრა მას: აჰა, შენ მუცლად ხარ და შობ ვაჟს, და უწოდებ მის სახელს ისმაელს, რადგან უფალმა ისმინა შენი ტანჯვა. და იგი იქნება ველური კაცი; მისი ხელი ყოველი კაცის წინააღმდეგ იქნება, და ყოველი კაცის ხელი — მის წინააღმდეგ; და იგი დასახლდება ყველა თავისი ძმის წინაშე. დაბადება 16:11, 12.</w:t>
      </w:r>
    </w:p>
    <w:p>
      <w:pPr>
        <w:pStyle w:val="ArticleBody"/>
        <w:jc w:val="left"/>
      </w:pPr>
      <w:r>
        <w:rPr>
          <w:rFonts w:ascii="Sylfaen" w:hAnsi="Sylfaen" w:eastAsia="Sylfaen" w:cs="Sylfaen"/>
        </w:rPr>
        <w:t>ისმაელი არის ისლამის რელიგიის სულიერი მამა. მართალია, მუჰამედი, ისლამის მამა, ისტორიაში მხოლოდ მეშვიდე საუკუნეში გამოჩნდა, მაგრამ ძველი პირდაპირი ხალხი არის ის, რასაც ღმერთი იყენებს უკანასკნელ დღეებში სულიერი ხალხის წარმოსადგენად.</w:t>
      </w:r>
    </w:p>
    <w:p>
      <w:pPr>
        <w:pStyle w:val="ArticleScripture"/>
        <w:jc w:val="left"/>
      </w:pPr>
      <w:r>
        <w:rPr>
          <w:rFonts w:ascii="Sylfaen" w:hAnsi="Sylfaen" w:eastAsia="Sylfaen" w:cs="Sylfaen"/>
        </w:rPr>
        <w:t>ასე ამბობს უფალი, ისრაელის მეფე და მისი გამომსყიდველი, ცაბაოთ უფალი: მე ვარ პირველი და მე ვარ უკანასკნელი; და ჩემს გარდა არ არის ღმერთი. და ვინ არის ჩემსავით, რომ მოუხმოს, გამოაცხადოს ეს და წესრიგში დამიდგინოს, მას შემდეგ, რაც დავადგინე ძველი ხალხი? და რაც მოდის და რაც მოვა, აჩვენონ მათ. ესაია 44:6, 7.</w:t>
      </w:r>
    </w:p>
    <w:p>
      <w:pPr>
        <w:pStyle w:val="ArticleBody"/>
        <w:jc w:val="left"/>
      </w:pPr>
      <w:r>
        <w:rPr>
          <w:rFonts w:ascii="Sylfaen" w:hAnsi="Sylfaen" w:eastAsia="Sylfaen" w:cs="Sylfaen"/>
        </w:rPr>
        <w:t>ისმაელის დაბადებამდე მას სახელი ეწოდა და მისი წინასწარმეტყველური როლი განისაზღვრა. მისი სულიერი შთამომავლების ხელები „ყოველი ადამიანის წინააღმდეგ“ იქნებოდა, და „ყოველი ადამიანის ხელი“ „მის“ წინააღმდეგ იქნება. და პროგრესული ლიბერალიზმის უგუნური სწავლების საპირისპიროდ, ბიბლია ასწავლის, რომ ისმაელი „დასახლდება თავისი ყველა ძმის წინაშე.“ ისინი მათ ირგვლივ არსებულ კულტურაში არ ასიმილირდებიან; პირიქით, მრავალნი მას გმობენ, მის წინააღმდეგ პროტესტს გამოთქვამენ და მას თავს ესხმიან. ისმაელის სული ის არის, რომ „იგი“ „ველი კაცი“ იქნებოდა. აზრი, თითქოს ისლამურ სარწმუნოებაში მშვიდობიანი ფენა არსებობს, არც ღვთის სიტყვით დასტურდება და არც ყურანით.</w:t>
      </w:r>
    </w:p>
    <w:p>
      <w:pPr>
        <w:pStyle w:val="ArticleBody"/>
        <w:jc w:val="left"/>
      </w:pPr>
      <w:r>
        <w:rPr>
          <w:rFonts w:ascii="Sylfaen" w:hAnsi="Sylfaen" w:eastAsia="Sylfaen" w:cs="Sylfaen"/>
        </w:rPr>
        <w:t>დანიელის მეექვსე თავში აღწერილი ორი პრეზიდენტისა და ას ოცი მთავრის მოტყუება განასახიერებს იმ მოტყუებას, რომელიც ათ მეფეს მოევლინება, როცა მათ დაარწმუნებენ, რომ რომის კონტროლქვეშ ერთმსოფლიოიანი მთავრობის დამყარების მიზანი და გადაუდებლობა მიმართულია ისლამური ომის მზარდი კრიზისის დასაძლევად, რომელიც „მესამე ვაია“. როგორც კი მხეცის ხატი აღიმართება და ძალაუფლება მიეცემა, რათა „ილაპარაკოს“, სამყარო, მეტისმეტად გვიან, გაიგებს, რომ პაპობის მიზანი იმათ წინააღმდეგ მიმართვაა, ვინც მეშვიდე დღის შაბათს იცავს (დანიელი), და არა იმ მტრის წინააღმდეგ, რომელიც დაუცველი სამხრეთის კედლით შემოიპარა.</w:t>
      </w:r>
    </w:p>
    <w:p>
      <w:pPr>
        <w:pStyle w:val="ArticleScripture"/>
        <w:jc w:val="left"/>
      </w:pPr>
      <w:r>
        <w:rPr>
          <w:rFonts w:ascii="Sylfaen" w:hAnsi="Sylfaen" w:eastAsia="Sylfaen" w:cs="Sylfaen"/>
        </w:rPr>
        <w:t>„ღვთის სიტყვამ მომავალი საფრთხის შესახებ გაფრთხილება მოგვცა; და თუ ამას უგულებელყოფენ, პროტესტანტული მსოფლიო მხოლოდ მაშინ შეიტყობს, სინამდვილეში რა მიზნები აქვს რომს, როცა მახისაგან თავის დაღწევა უკვე მეტისმეტად გვიანი იქნება. იგი ჩუმად იზრდება ძალაუფლებაში. მისი მოძღვრებები თავიანთ გავლენას ახდენს საკანონმდებლო დარბაზებში, ეკლესიებში და ადამიანთა გულებში. იგი აღმართავს თავის მაღალ და მასიურ ნაგებობებს, რომელთა საიდუმლო სიღრმეებში მისი უწინდელი დევნანი კვლავ განმეორდება. მალულად და შეუმჩნევლად იგი ამაგრებს თავის ძალებს, რათა, როცა დარტყმის ჟამი დადგება, თავისი საკუთარი მიზნების აღსასრულებლად იმოქმედოს. ყოველივე, რაც მას სურს, ხელსაყრელი ნიადაგია, და ეს მას უკვე ეძლევა. ჩვენ მალე დავინახავთ და ვიგრძნობთ, რა არის რომაული ელემენტის მიზანი. ვინც ღვთის სიტყვას ირწმუნებს და დაემორჩილება, ამით შეურაცხყოფასა და დევნას დაიმსახურებს.“ The Great Controversy, 581.</w:t>
      </w:r>
    </w:p>
    <w:p>
      <w:pPr>
        <w:pStyle w:val="ArticleBody"/>
        <w:jc w:val="left"/>
      </w:pPr>
      <w:r>
        <w:rPr>
          <w:rFonts w:ascii="Sylfaen" w:hAnsi="Sylfaen" w:eastAsia="Sylfaen" w:cs="Sylfaen"/>
        </w:rPr>
        <w:t>გაერთიანებული ერების იმ მოტყუებას, რომელსაც პაპობა ახორციელებს და რომელიც მათ გულთა შურისგებას წარმოშობს, წმინდა წერილები ხშირად წარმოაჩენენ; ხოლო დარიოსის ამბავი ამ ჭეშმარიტების უმთავრესი მაგალითია. ეს არის მოტყუება, რომელიც პირველად ამერიკის შეერთებულ შტატებში სრულდება და შემდეგ მთელ მსოფლიოზე მეორდება. ეს ჭეშმარიტება აღნიშნულია ელიასა და იეზებელის ამბავში, შემდეგ კი კვლავ იოანე ნათლისმცემლისა და ჰეროდიადას ამბავში, აგრეთვე ქრისტეს ჯვარცმაში. ერების განრისხება ისლამის მიერ არის ის ხერხი, რომელსაც პაპური ძალაუფლება იყენებს და რომელიც მას აძლევს ხელსაყრელ ნიადაგს, რათა შაბათის დამცველებს მთელ მსოფლიოში დაესხას თავს.</w:t>
      </w:r>
    </w:p>
    <w:p>
      <w:pPr>
        <w:pStyle w:val="ArticleBody"/>
        <w:jc w:val="left"/>
      </w:pPr>
      <w:r>
        <w:rPr>
          <w:rFonts w:ascii="Sylfaen" w:hAnsi="Sylfaen" w:eastAsia="Sylfaen" w:cs="Sylfaen"/>
        </w:rPr>
        <w:t>ისლამის პირველი მოხსენიება არის ისმაელის შემოყვანა წმინდა წერილებში, ხოლო ისლამისთვის სამყაროს დასასრულს განსაზღვრული როლი — სამყაროს საყოველთაო პანიკაში ჩაგდება, რათა გამოსავლად ნებისმიერი წინადადება მიიღონ — სწორედ ის არის, რაც მოტყუების განხორციელებას შესაძლებელს ხდის. ეს მოტყუება არის ის, რაც გაერთიანებულ ერებს (ათ მეფეს) აღძრავს, აღასრულონ ღვთის ნება და დათანხმდნენ, რომ თავიანთი სამეფო (მეშვიდე სამეფო) პაპობას (მხეცს) მისცენ.</w:t>
      </w:r>
    </w:p>
    <w:p>
      <w:pPr>
        <w:pStyle w:val="ArticleBody"/>
        <w:jc w:val="left"/>
      </w:pPr>
      <w:r>
        <w:rPr>
          <w:rFonts w:ascii="Sylfaen" w:hAnsi="Sylfaen" w:eastAsia="Sylfaen" w:cs="Sylfaen"/>
        </w:rPr>
        <w:t>დარიუსითა და სხვა წინასწარმეტყველური ხაზებით ნაჩვენები მოტყუება მოიცავს ისლამის როლს, რომელიც ერებს განარისხებს, იმ საბოლოო მიზეზს, რის გამოც პაპობა გაერთიანებული ერების ორგანიზაციის მიერ განადგურდება, და არანაკლებ მნიშვნელოვნად, იგი განსაზღვრავს იმ გარემოებებსაც, რომლებიც გარს აკრავს მერვე სამეფოს საიდუმლოს, რომელიც შვიდთაგან არის და თანამედროვე ბაბილონის თავად არის დადგენილი.</w:t>
      </w:r>
    </w:p>
    <w:p>
      <w:pPr>
        <w:pStyle w:val="ArticleBody"/>
        <w:jc w:val="left"/>
      </w:pPr>
      <w:r>
        <w:rPr>
          <w:rFonts w:ascii="Sylfaen" w:hAnsi="Sylfaen" w:eastAsia="Sylfaen" w:cs="Sylfaen"/>
        </w:rPr>
        <w:t>დანიელი ლომთა ხაროში მეტად რთული წინასწარმეტყველური სახეა, მაგრამ მისი გაგება ხელმისაწვდომი ხდება მხოლოდ მაშინ, როცა გამოიყენება „ხაზი ხაზზე“ მეთოდოლოგია.</w:t>
      </w:r>
    </w:p>
    <w:p>
      <w:pPr>
        <w:pStyle w:val="ArticleBody"/>
        <w:jc w:val="left"/>
      </w:pPr>
      <w:r>
        <w:rPr>
          <w:rFonts w:ascii="Sylfaen" w:hAnsi="Sylfaen" w:eastAsia="Sylfaen" w:cs="Sylfaen"/>
        </w:rPr>
        <w:t>შემდეგ სტატიაში განვაგრძობთ დანიელის წიგნის მეექვსე თავს.</w:t>
      </w:r>
    </w:p>
    <w:p>
      <w:pPr>
        <w:pStyle w:val="ArticleScripture"/>
        <w:jc w:val="left"/>
      </w:pPr>
      <w:r>
        <w:rPr>
          <w:rFonts w:ascii="Sylfaen" w:hAnsi="Sylfaen" w:eastAsia="Sylfaen" w:cs="Sylfaen"/>
        </w:rPr>
        <w:t>„როცა ჩვენ, როგორც ხალხი, გავიგებთ, რას ნიშნავს ეს წიგნი ჩვენთვის, ჩვენს შორის დიდი გამოცოცხლება გამოჩნდება.“ მოწმობანი მსახურთათვის,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ოცდათორმეტი</dc:title>
  <dc:subject>ლომებიდან მოტყუებამდე: დანიელის 6-ე თავისა და უკანასკნელი ჟამის წინასწარმეტყველების სიღრმისეული კვლევა</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