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ოთხმოცდაჩვიდმეტი</w:t>
      </w:r>
    </w:p>
    <w:p>
      <w:pPr>
        <w:pStyle w:val="ArticleSubtitle"/>
        <w:jc w:val="left"/>
      </w:pPr>
      <w:r>
        <w:rPr>
          <w:rFonts w:ascii="Sylfaen" w:hAnsi="Sylfaen" w:eastAsia="Sylfaen" w:cs="Sylfaen"/>
        </w:rPr>
        <w:t>ელია</w:t>
      </w:r>
      <w:r>
        <w:rPr>
          <w:rFonts w:ascii="Malgun Gothic" w:hAnsi="Malgun Gothic" w:eastAsia="Malgun Gothic" w:cs="Malgun Gothic"/>
        </w:rPr>
        <w:t>의</w:t>
      </w:r>
      <w:r>
        <w:rPr>
          <w:rFonts w:ascii="Sylfaen" w:hAnsi="Sylfaen" w:eastAsia="Sylfaen" w:cs="Sylfaen"/>
        </w:rPr>
        <w:t xml:space="preserve"> სამმაგი გამოყენება: თანამედროვე ბაბილონის დაპირისპირების წინასწარმეტყველური დინამიკის გახსნა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ელიას სამმაგი გამოყენება წარმოადგენს უკანასკნელი დღეების ელიას გარეგან ელემენტებს. ელია წარმოადგენს ერთ ადამიანს, მაგრამ ასევე ადამიანთა მოძრაობასაც. ადამიანთა ის მოძრაობა, რომელიც უერთდება მაცნეს, ელიას, გამოყვანილია ლაოდიკეით წარმოდგენილი მდგომარეობიდან და გამოცდილებიდან.</w:t>
      </w:r>
    </w:p>
    <w:p>
      <w:pPr>
        <w:pStyle w:val="ArticleScripture"/>
        <w:jc w:val="left"/>
      </w:pPr>
      <w:r>
        <w:rPr>
          <w:rFonts w:ascii="Sylfaen" w:hAnsi="Sylfaen" w:eastAsia="Sylfaen" w:cs="Sylfaen"/>
        </w:rPr>
        <w:t>და მივიდა ელია მთელ ხალხთან და თქვა: როდემდე უნდა კოჭლობდეთ ორ აზრს შორის? თუ უფალია ღმერთი, გაჰყევით მას; ხოლო თუ ბაალია, მაშინ მას გაჰყევით. და ხალხმა მას ერთი სიტყვაც არ უპასუხა. მაშინ ელია უთხრა ხალხს: მე, მხოლოდ მე დავრჩი უფლის წინასწარმეტყველად; ხოლო ბაალის წინასწარმეტყველნი ოთხას ორმოცდაათი კაცნი არიან. 3 მეფეთა 18:21, 22.</w:t>
      </w:r>
    </w:p>
    <w:p>
      <w:pPr>
        <w:pStyle w:val="ArticleBody"/>
        <w:jc w:val="left"/>
      </w:pPr>
      <w:r>
        <w:rPr>
          <w:rFonts w:ascii="Sylfaen" w:hAnsi="Sylfaen" w:eastAsia="Sylfaen" w:cs="Sylfaen"/>
        </w:rPr>
        <w:t>იქნება ეს პირველი თუ მესამე ანგელოზის მოძრაობაში, ისინი, ვინც იმ პერიოდის მაცნეს შეუერთდნენ, ან სარდესის ეკლესიით წარმოდგენილი ისტორიიდან იყვნენ გამოყვანილნი, ან ლაოდიკიის ეკლესიით წარმოდგენილი ისტორიიდან. ორივე ეკლესია წარმოდგენილია ელიას კითხვით, თუ როდემდე უნდა კოჭლობდეს ხალხი ორ აზრს შორის. ის ორი აზრი, რომელთა შორისაც ისინი კოჭლობენ, წარმოდგენილია აბაკუმის „დავათი“. აბაკუმის მეორე თავის „დავა“ არის დავა სწორ ან არასწორ მეთოდოლოგიას შორის. ხალხი, რომელიც არსებობს მაშინ, როცა დავის დრო დგება, იქნება ეს მილერიტულ ისტორიაში თუ უკანასკნელი დღეების ისტორიაში, არ არის დარწმუნებული, უნდა ჩამოვიდეს თუ არა ღობიდან, და თუ ასეა, მაშინ იმაშიც არ არის დარწმუნებული, ღობის რომელ მხარეს უნდა ჩამოვიდეს. ამიტომაც ისინი სიტყვასაც არ პასუხობენ.</w:t>
      </w:r>
    </w:p>
    <w:p>
      <w:pPr>
        <w:pStyle w:val="ArticleBody"/>
        <w:jc w:val="left"/>
      </w:pPr>
      <w:r>
        <w:rPr>
          <w:rFonts w:ascii="Sylfaen" w:hAnsi="Sylfaen" w:eastAsia="Sylfaen" w:cs="Sylfaen"/>
        </w:rPr>
        <w:t>უფალმა პირველი და მესამე ანგელოზების ისტორიის განმავლობაში დაადგინა გამოცდა, რომელიც გამოავლენდა, დავის ერთ მხარეს — განდგომილი პროტესტანტიზმის თეოლოგიური მეთოდოლოგიით წარმოდგენილს — წარმოადგენდა თუ არა, თუ მილერის წინასწარმეტყველური განმარტების წესების მეთოდოლოგია, მათ შორის იმ წესებისა, რომლებიც Future for America-მ მიიღო, სინამდვილეში უკანასკნელი წვიმის უწყებას. კარმელის მთის გამოცდა, რომელიც უნდა დაიწყოს შეერთებულ შტატებში მალე მოსალოდნელი საკვირაო კანონის დროს, მოითხოვს, რომ ღმერთმა გამოავლინოს, ვინ არის მისი წარმომადგენელი მაცნე, როგორც მან გააკეთა ელიასთან და 1844 წლის მილერიტულ ისტორიაში. ელიას მსგავსად, და მათ მსგავსადაც, ვინც თვალყურს ადევნებდა, მაგრამ პოზიციის დაკავება არ სურდა, მეთოდოლოგია დადასტურდა და დადასტურდება საჯარო წინასწარმეტყველებების აღსრულებებით.</w:t>
      </w:r>
    </w:p>
    <w:p>
      <w:pPr>
        <w:pStyle w:val="ArticleScripture"/>
        <w:jc w:val="left"/>
      </w:pPr>
      <w:r>
        <w:rPr>
          <w:rFonts w:ascii="Sylfaen" w:hAnsi="Sylfaen" w:eastAsia="Sylfaen" w:cs="Sylfaen"/>
        </w:rPr>
        <w:t>„დანიელისა და იოანეს წინასწარმეტყველებანი გასაგები უნდა იყოს. ისინი ერთმანეთის განმარტებას იძლევიან. ისინი მსოფლიოს გადასცემენ ჭეშმარიტებებს, რომლებიც ყველამ უნდა გაიგოს. ეს წინასწარმეტყველებანი უნდა იყოს მოწმობა ქვეყნიერებაში. მათი აღსრულებით ამ უკანასკნელ დღეებში, ისინი თავადვე განმარტავენ საკუთარ თავს.“ Kress Collection, 105.</w:t>
      </w:r>
    </w:p>
    <w:p>
      <w:pPr>
        <w:pStyle w:val="ArticleBody"/>
        <w:jc w:val="left"/>
      </w:pPr>
      <w:r>
        <w:rPr>
          <w:rFonts w:ascii="Sylfaen" w:hAnsi="Sylfaen" w:eastAsia="Sylfaen" w:cs="Sylfaen"/>
        </w:rPr>
        <w:t>როცა ცეცხლი გარდამოვიდა და შთანთქა ელიას შესაწირავი, ღმერთი ადასტურებდა მათ წინაშე, ვინც მდუმარედ ადევნებდა თვალს, რომ ელია მისი წარმომადგენელი იყო; მაგრამ იმ დროისთვის ახაბისთვის, იზებელისა და მისი ცრუ წინასწარმეტყველებისთვის უკვე მეტისმეტად გვიანი იყო. ეს ასევე მოხდა 1844 წლის 22 ოქტომბრის წინ მილერიტთა ისტორიაში, და კვლავ მოხდება მალე მოსალოდნელი საკვირაო კანონის წინ, რომელსაც განასახიერებს 1844 წლის 22 ოქტომბერი. სამწუხაროდ, ისინი, ვინც იმ მოვლენამდე დაელოდებიან გადაწყვეტილების მისაღებად, ფაქტობრივად უკვე გადაწყვეტილი ექნებათ საკითხის არასწორ მხარეს დადგომა. ელიას მაცნის არჩევა უნდა უსწრებდეს მის დაპირისპირებას ახაბთან, იზებელთან და მის ცრუ წინასწარმეტყველებთან. მას შემდეგ, რაც დადასტურება აღსრულდა იმით, რომ ცეცხლმა შთანთქა ელიას შესაწირავი, ელიამ დახოცა ცრუ წინასწარმეტყველები.</w:t>
      </w:r>
    </w:p>
    <w:p>
      <w:pPr>
        <w:pStyle w:val="ArticleBody"/>
        <w:jc w:val="left"/>
      </w:pPr>
      <w:r>
        <w:rPr>
          <w:rFonts w:ascii="Sylfaen" w:hAnsi="Sylfaen" w:eastAsia="Sylfaen" w:cs="Sylfaen"/>
        </w:rPr>
        <w:t>ცრუ წინასწარმეტყველი ბიბლიური წინასწარმეტყველების მეექვსე სამეფოა, და იგი თავის მმართველობას, როგორც მეექვსე სამეფო, ასრულებს მალე მოსალოდნელი საკვირაო კანონის დროს, იქ, სადაც ელიამ დახოცა ცრუ წინასწარმეტყველები. ამის შემდეგ წვიმის სრული გადმოღვრა დაიწყო. მილერიტულ ისტორიაში მაცნე და მისი უწყება გამოიკვეთა მათთან დაპირისპირებაში, რომლებიც ამ კონტექსტში იწყებდნენ თავიანთი როლის აღსრულებას, როგორც განდგომილი პროტესტანტიზმი (რომელიც ელიას მოწმობის ცრუ წინასწარმეტყველია) და როგორც ერთი იმ სამ ძალათაგან, რომელნიც სამყაროს არმაგედონისაკენ მიუძღვიან. ღმერთმა დაადგინა, რომ 1844 წლის 22 ოქტომბრის შემდეგ ახლად იდენტიფიცირებულ ჭეშმარიტ წინასწარმეტყველურ მოძრაობას დაესრულებინა მისი საქმე დედამიწაზე, მაგრამ ეს მოძრაობა ლაოდიკიად გადაიქცა და ამის შემდეგ მალევე შეწყვიტა „მოძრაობად“ ყოფნა, რადგან იგი იურიდიულად აღიარებულ ეკლესიად იქცა.</w:t>
      </w:r>
    </w:p>
    <w:p>
      <w:pPr>
        <w:pStyle w:val="ArticleBody"/>
        <w:jc w:val="left"/>
      </w:pPr>
      <w:r>
        <w:rPr>
          <w:rFonts w:ascii="Sylfaen" w:hAnsi="Sylfaen" w:eastAsia="Sylfaen" w:cs="Sylfaen"/>
        </w:rPr>
        <w:t>პირველი ელიას ამ ელემენტების ჩვენს გონებაში მქონეთ, ახლა მივმართავთ მეორე ელიას წინასწარმეტყველურ მახასიათებლებს, რათა განვსაზღვროთ და დავადგინოთ, ვინ არის უკანასკნელი დღეების მესამე ელია. იესომ იოანე ნათლისმცემელი დაასახელა იმად, ვინც აღასრულა ძველი აღთქმის უკანასკნელი წინასწარმეტყველება.</w:t>
      </w:r>
    </w:p>
    <w:p>
      <w:pPr>
        <w:pStyle w:val="ArticleScripture"/>
        <w:jc w:val="left"/>
      </w:pPr>
      <w:r>
        <w:rPr>
          <w:rFonts w:ascii="Sylfaen" w:hAnsi="Sylfaen" w:eastAsia="Sylfaen" w:cs="Sylfaen"/>
        </w:rPr>
        <w:t>აჰა, მე მოგივლენთ თქვენ ელია წინასწარმეტყველს უფლის დიდი და საშინელი დღის დადგომამდე; და იგი მიაქცევს მამათა გულს შვილებისაკენ და შვილთა გულს — მათი მამებისაკენ, რათა არ მოვიდე და არ ვგვემო ქვეყანა წყევლით. მალაქია 4:5, 6.</w:t>
      </w:r>
    </w:p>
    <w:p>
      <w:pPr>
        <w:pStyle w:val="ArticleBody"/>
        <w:jc w:val="left"/>
      </w:pPr>
      <w:r>
        <w:rPr>
          <w:rFonts w:ascii="Sylfaen" w:hAnsi="Sylfaen" w:eastAsia="Sylfaen" w:cs="Sylfaen"/>
        </w:rPr>
        <w:t>მიუხედავად იმისა, რომ იესომ იოანე განსაზღვრა, როგორც მოსასვლელი ელია, იოანემ სრულად არ აღასრულა მოსასვლელი ელიას შესახებ წინასწარმეტყველების ყველა ელემენტი, რადგან მესამე და უკანასკნელი ელია მოდის უფლის დიდსა და საშინელ დღემდე, რომელიც არის შვიდი უკანასკნელი წყლულის დრო და რომელიც მთავრდება ქრისტეს მეორე მოსვლით. მიუხედავად ამისა, იოანე იყო მეორე ელია, და მისი მოწმობა, პირველ ელიასთან შეერთებით, ცხადყოფს და ამყარებს მესამე და უკანასკნელ ელიას.</w:t>
      </w:r>
    </w:p>
    <w:p>
      <w:pPr>
        <w:pStyle w:val="ArticleBody"/>
        <w:jc w:val="left"/>
      </w:pPr>
      <w:r>
        <w:rPr>
          <w:rFonts w:ascii="Sylfaen" w:hAnsi="Sylfaen" w:eastAsia="Sylfaen" w:cs="Sylfaen"/>
        </w:rPr>
        <w:t>როგორც ელიამ დაუპირისპირდა თანამედროვე ბაბილონის გველეშაპის, მხეცისა და ცრუწინასწარმეტყველის სამმაგ წარმომადგენლობას, ასევე იოანეც აღმოჩნდა რომაული ხელისუფლების (ჰეროდე), უწმინდური ქალის (ჰეროდია) და მისი ასულის (სალომე) წინაშე. ქარმელის მთა განასახიერებდა 1844 წლის 22 ოქტომბერს, რაც თავის მხრივ წარმოადგენს საკვირაო კანონს შეერთებულ შტატებში. საკვირაო კანონის კრიზისის დროს ეს სამმაგი კავშირი ხორციელდება.</w:t>
      </w:r>
    </w:p>
    <w:p>
      <w:pPr>
        <w:pStyle w:val="ArticleScripture"/>
        <w:jc w:val="left"/>
      </w:pPr>
      <w:r>
        <w:rPr>
          <w:rFonts w:ascii="Sylfaen" w:hAnsi="Sylfaen" w:eastAsia="Sylfaen" w:cs="Sylfaen"/>
        </w:rPr>
        <w:t>„პაპობის ინსტიტუტის დამამკვიდრებელი დადგენილებით, რომელიც ღვთის კანონის დარღვევით იქნება გამოცემული, ჩვენი ერი სრულად გაწყვეტს კავშირს სიმართლესთან. როდესაც პროტესტანტიზმი უფსკრულზე გადასწვდის ხელს რომაული ძალის ხელის მოსაჭიდებლად, როდესაც იგი გადაიწვდენა ხევზე სპირიტიზმთან ხელის ჩამოსართმევად, როდესაც ამ სამმაგი კავშირის ზემოქმედებით ჩვენი ქვეყანა უარყოფს თავისი კონსტიტუციის ყოველ პრინციპს, როგორც პროტესტანტული და რესპუბლიკური მმართველობის საფუძველს, და შექმნის პირობებს პაპისეული სიცრუეებისა და საცდურთა გავრცელებისთვის, მაშინ შეგვეძლება ვიცოდეთ, რომ დადგა სატანის საოცარი მოქმედების ჟამი და რომ დასასრული ახლოა.“ Testimonies, volume 5, 451.</w:t>
      </w:r>
    </w:p>
    <w:p>
      <w:pPr>
        <w:pStyle w:val="ArticleBody"/>
        <w:jc w:val="left"/>
      </w:pPr>
      <w:r>
        <w:rPr>
          <w:rFonts w:ascii="Sylfaen" w:hAnsi="Sylfaen" w:eastAsia="Sylfaen" w:cs="Sylfaen"/>
        </w:rPr>
        <w:t>ჰეროდეს ისტორიაში ვხედავთ, რომ, როგორც წარმართული რომის წარმომადგენელი, იგი წარმოადგენს წარმართული რომის „ათ მეფეს“ და, ამდენად, სიმბოლურად აღნიშნავს გამოცხადების მეჩვიდმეტე თავში მოხსენიებულ ათ მეფეს, რომლებიც თავიანთ სამეფოს ერთ საათით მეძავს აძლევენ. ჰეროდე წინასწარ იყო განსახიერებული ახაბით. ორივე იმყოფებოდა უკანონო ქორწინებაში. ახაბს, რომელიც ისრაელისა იყო, ეკრძალებოდა ცოლად შეერთო ქალი, რომელიც ისრაელიანი ქალი არ იყო, ხოლო ჰეროდემ თავისი ძმის ცოლი შეირთო. ტვიროსისა და ბაბილონის მეძავის სიძვა დედამიწის მეფეებთან წარმოდგენილია ახაბისა და ჰეროდეს უკანონო ურთიერთობით იეზებელთან და ჰეროდიადასთან.</w:t>
      </w:r>
    </w:p>
    <w:p>
      <w:pPr>
        <w:pStyle w:val="ArticleBody"/>
        <w:jc w:val="left"/>
      </w:pPr>
      <w:r>
        <w:rPr>
          <w:rFonts w:ascii="Sylfaen" w:hAnsi="Sylfaen" w:eastAsia="Sylfaen" w:cs="Sylfaen"/>
        </w:rPr>
        <w:t>კარმელის მთაზე ახაბთან დაპირისპირება წარმოდგენილი იყო როგორც ჰეროდეს დაბადების დღის დღესასწაული. საკვირაო კანონის დროს შეერთებული შტატები შეწყვეტს ბიბლიური წინასწარმეტყველების მეექვსე სამეფოდ ყოფნას, და ათი მეფე გახდება მეშვიდე სამეფო. მათი დაბადების დღეს, როგორც მეშვიდე სამეფოს, ჰეროდე, მთვრალ ნადიმზე, თანხმდება თავისი სამეფოს ნახევრამდე მისცეს ჰეროდიასის ასულს, სალომეს. ათი მეფე თანხმდება თავისი სამეფო მისცეს მხეცს, და ამას აკეთებენ, რადგან ცრუ წინასწარმეტყველის მიერ (შეერთებული შტატები) იყვნენ შეცდენილნი და სულიერად „მთვრალნი“ არიან.</w:t>
      </w:r>
    </w:p>
    <w:p>
      <w:pPr>
        <w:pStyle w:val="ArticleBody"/>
        <w:jc w:val="left"/>
      </w:pPr>
      <w:r>
        <w:rPr>
          <w:rFonts w:ascii="Sylfaen" w:hAnsi="Sylfaen" w:eastAsia="Sylfaen" w:cs="Sylfaen"/>
        </w:rPr>
        <w:t>კარმელის მთაზე ცრუ წინასწარმეტყველები მთელი დღე ცეკვავდნენ მოტყუების მცდელობით, ხოლო ჰეროდეს დაბადების დღის ნადიმზე ჰეროდიას ასულმა სალომემ ცეკვა შეასრულა, რათა მთვრალი მეფე მოეტყუებინა. ამით ჰეროდიას ასულმა უზრუნველყო ახაბის ძალაუფლება იოანე ნათლისმცემლის მოსაკლავად. შეერთებულ შტატებში საკვირაო კანონის დროს, შეერთებული შტატები მთელ მსოფლიოს მოატყუებს, რათა მან მიიღოს მხეცის მსოფლიო ხატი, რომელიც შედგება სამეფოსგან, რომელიც ნახევრად ეკლესიური მმართველობაა და ნახევრად სახელმწიფო მმართველობა. მსოფლიოს მოტყუება შეერთებული შტატების მიერ, რომელიც სამმაგი კავშირის ცრუ წინასწარმეტყველია, წინასწარ იყო წარმოსახული იზებელის წინასწარმეტყველთა ცეკვითა და იზებელის ასულის (სალომეს) ცეკვით, რადგან იზებელი კათოლიციზმია და განდგომილი პროტესტანტიზმი მისი ასულებია (როგორც სალომე).</w:t>
      </w:r>
    </w:p>
    <w:p>
      <w:pPr>
        <w:pStyle w:val="ArticleBody"/>
        <w:jc w:val="left"/>
      </w:pPr>
      <w:r>
        <w:rPr>
          <w:rFonts w:ascii="Sylfaen" w:hAnsi="Sylfaen" w:eastAsia="Sylfaen" w:cs="Sylfaen"/>
        </w:rPr>
        <w:t>დევნა იწყება იმ მალე მომავალი კვირა დღის კანონიდან, რომელიც სიკვდილს მოიცავს, როგორც ეს წარმოდგენილია მეორე ელიას თავის მოკვეთით და კალათაში ჩადებით პაპობისთვის, რომელიც ჰეროდიადას მიერ არის წარმოდგენილი. იმ მომენტში პაპობის სასიკვდილო ჭრილობა სრულად განიკურნება, იგი აღარ არის დავიწყებული და გვიანი წვიმა უზომოდ გადმოიღვრება, როდესაც ას ორმოცდაოთხი ათასის დროშა აღიმართება. იმ დროს მესამე ვაის ისლამი იერიშს მიიტანს, და იწყება იმ დიდი მეძავის თანდათანობითი სამსჯავრო, რომელიც მრავალ წყალზე ზის. მისი სამსჯავრო გაორმაგებულია.</w:t>
      </w:r>
    </w:p>
    <w:p>
      <w:pPr>
        <w:pStyle w:val="ArticleScripture"/>
        <w:jc w:val="left"/>
      </w:pPr>
      <w:r>
        <w:rPr>
          <w:rFonts w:ascii="Sylfaen" w:hAnsi="Sylfaen" w:eastAsia="Sylfaen" w:cs="Sylfaen"/>
        </w:rPr>
        <w:t>და მოვისმინე სხვა ხმა ზეციდან, რომელიც ამბობდა: გამოდით მისგან, ჩემო ერო, რათა არ გახდეთ მისი ცოდვების თანაზიარნი და რათა არ მიიღოთ მისი წყლულები. რადგან მისი ცოდვები ზეცამდე აღწია და ღმერთმა გაიხსენა მისი უსამართლობანი. მიაგეთ მას ისე, როგორც მან მოგაგოთ თქვენ, და ორმაგად მიაგეთ მისი საქმეებისამებრ; იმ სასმისში, რომელიც მან აავსო, ორმაგად აუვსეთ მას. გამოცხადება 18:4–6.</w:t>
      </w:r>
    </w:p>
    <w:p>
      <w:pPr>
        <w:pStyle w:val="ArticleBody"/>
        <w:jc w:val="left"/>
      </w:pPr>
      <w:r>
        <w:rPr>
          <w:rFonts w:ascii="Sylfaen" w:hAnsi="Sylfaen" w:eastAsia="Sylfaen" w:cs="Sylfaen"/>
        </w:rPr>
        <w:t>მისი სასჯელი გაორმაგებულია, რადგან იგი ჯერაც არ იყო განკითხული იმ მკვლელობებისათვის, რომლებიც აღასრულა ბნელი საუკუნეების განმავლობაში, 538 წლიდან 1798 წლამდე. მეხუთე ბეჭედში პაპობის მიერ მოკლულნი სიმბოლურად არიან გამოსახულნი სამსხვერპლოს ქვეშ, და კითხულობენ, როდის განიკითხავს ღმერთი რომის მეძავს; და ეუბნებიან მათ, რომ განისვენონ თავიანთ საფლავებში, ვიდრე შეივსებოდეს მოწამეთა მეორე ჯგუფი, რომელნიც უნდა მოიკლან ისე, როგორც ისინი იქნენ მოკლულნი. როდესაც მისი სასჯელი მოვა, იგი გაორმაგებული იქნება, რადგან მან ორგზის დახოცა ღვთის ერთგული ხალხი.</w:t>
      </w:r>
    </w:p>
    <w:p>
      <w:pPr>
        <w:pStyle w:val="ArticleScripture"/>
        <w:jc w:val="left"/>
      </w:pPr>
      <w:r>
        <w:rPr>
          <w:rFonts w:ascii="Sylfaen" w:hAnsi="Sylfaen" w:eastAsia="Sylfaen" w:cs="Sylfaen"/>
        </w:rPr>
        <w:t>და როცა მეხუთე ბეჭედი გახსნა, ვიხილე სამსხვერპლოს ქვეშ ღვთის სიტყვისათვის და იმ მოწმობისათვის დახოცილთა სულები, რომელიც მათ ჰქონდათ. და ღაღადებდნენ დიდი ხმით და ამბობდნენ: როდემდე, მეუფეო, წმიდაო და ჭეშმარიტო, არ განიკითხავ და არ იძიებ ჩვენს სისხლს მიწაზე დამკვიდრებულთაგან? და მიეცა თითოეულ მათგანს თეთრი სამოსელი; და ეთქვა მათ, რათა კიდევ მცირე ხანს დაესვენათ, ვიდრე აღსრულდებოდნენ მათი თანამოსამსახურენიცა და მათი ძმებიც, რომელნიც მათსავით უნდა დახოცილიყვნენ. გამოცხადება 6:9–11.</w:t>
      </w:r>
    </w:p>
    <w:p>
      <w:pPr>
        <w:pStyle w:val="ArticleBody"/>
        <w:jc w:val="left"/>
      </w:pPr>
      <w:r>
        <w:rPr>
          <w:rFonts w:ascii="Sylfaen" w:hAnsi="Sylfaen" w:eastAsia="Sylfaen" w:cs="Sylfaen"/>
        </w:rPr>
        <w:t>ქალბატონი უაიტი მეხუთე ბეჭდის მოწამეთა მონაკვეთს ათავსებს კვირა დღის კანონის დროს, როდესაც ღმერთის სხვა ფარა ბაბილონიდან არის მოწოდებული გამოსასვლელად; ეს არის ჰეროდეს დაბადების დღის ნადიმი, როდესაც ათი მეფე თანხმდება, თავისი მეშვიდე სამეფო მისცეს მერვე სამეფოს, რომელიც იმ შვიდიდან არის.</w:t>
      </w:r>
    </w:p>
    <w:p>
      <w:pPr>
        <w:pStyle w:val="ArticleScripture"/>
        <w:jc w:val="left"/>
      </w:pPr>
      <w:r>
        <w:rPr>
          <w:rFonts w:ascii="Sylfaen" w:hAnsi="Sylfaen" w:eastAsia="Sylfaen" w:cs="Sylfaen"/>
        </w:rPr>
        <w:t>„როდესაც მეხუთე ბეჭედი გაიხსნა, იოანე გამოცხადების მხილველმა ხილვაში იხილა საკურთხევლის ქვეშ ის დასი, რომელიც დახოცილ იქნა ღვთის სიტყვისა და იესო ქრისტეს მოწმობისათვის. ამის შემდეგ მოვიდა ის სცენები, რომლებიც გამოცხადების მეთვრამეტე თავშია აღწერილი, როცა ისინი, ვინც ერთგულნი და ჭეშმარიტნი არიან, ბაბილონიდან გამოიხმობიან. [გამოცხადება 18:1–5, ციტირებულია.]“ Manuscript Releases, ტომი 20, 14.</w:t>
      </w:r>
    </w:p>
    <w:p>
      <w:pPr>
        <w:pStyle w:val="ArticleBody"/>
        <w:jc w:val="left"/>
      </w:pPr>
      <w:r>
        <w:rPr>
          <w:rFonts w:ascii="Sylfaen" w:hAnsi="Sylfaen" w:eastAsia="Sylfaen" w:cs="Sylfaen"/>
        </w:rPr>
        <w:t>ისინი, ვინც ბაბილონიდან გამოხმობილნი არიან, შეადგენენ მოწამეთა მეორე ჯგუფს, რომელთაც პაპობა ჰკლავს, როგორც ჰეროდიამ მოიქცა მეორე ელიას მიმართ. და-თეთრიც მეხუთე ბეჭედს საბოლოო ბეჭდის გახსნისას ათავსებს.</w:t>
      </w:r>
    </w:p>
    <w:p>
      <w:pPr>
        <w:pStyle w:val="ArticleScripture"/>
        <w:jc w:val="left"/>
      </w:pPr>
      <w:r>
        <w:rPr>
          <w:rFonts w:ascii="Sylfaen" w:hAnsi="Sylfaen" w:eastAsia="Sylfaen" w:cs="Sylfaen"/>
        </w:rPr>
        <w:t>„და როდესაც მან მეხუთე ბეჭედი გახსნა, მე ვიხილე საკურთხევლის ქვეშ იმათი სულები, რომლებიც დახოცილნი იყვნენ ღვთის სიტყვისათვის და მოწმობისათვის, რომელიც მათ ეპყრათ; და ისინი ხმამაღლა ღაღადებდნენ და ამბობდნენ: როდემდე, უფალო, წმიდაო და ჭეშმარიტო, არ სჯი და არ იძიებ ჩვენს სისხლს მათზე, ვინც დედამიწაზე მკვიდრობს? და ყოველ მათგანს თეთრი სამოსელი მიეცა [ისინი წმინდებად და წმიდებად გამოცხადდნენ]; და ეთქვათ მათ, რომ კიდევ მცირე ხანს დაესვენათ, ვიდრე აღესრულებოდნენ მათი თანამოსამსახურენიც და მათი ძმანიც, რომელნიც მათსავით უნდა დახოცილიყვნენ“ [გამოცხადება 6:9–11]. აქ იოანეს წარედგინა სურათები, რომლებიც იმ დროს რეალობა კი არ იყო, არამედ ის, რაც მომავალში, დროის შემდგომ პერიოდში, უნდა მომხდარიყო.</w:t>
      </w:r>
    </w:p>
    <w:p>
      <w:pPr>
        <w:pStyle w:val="ArticleScripture"/>
        <w:jc w:val="left"/>
      </w:pPr>
      <w:r>
        <w:rPr>
          <w:rFonts w:ascii="Sylfaen" w:hAnsi="Sylfaen" w:eastAsia="Sylfaen" w:cs="Sylfaen"/>
        </w:rPr>
        <w:t>„გამოცხადება 8:1–4 ციტირებულია.“ ხელნაწერთა გამოქვეყნებები, ტომი 20, 197.</w:t>
      </w:r>
    </w:p>
    <w:p>
      <w:pPr>
        <w:pStyle w:val="ArticleBody"/>
        <w:jc w:val="left"/>
      </w:pPr>
      <w:r>
        <w:rPr>
          <w:rFonts w:ascii="Sylfaen" w:hAnsi="Sylfaen" w:eastAsia="Sylfaen" w:cs="Sylfaen"/>
        </w:rPr>
        <w:t>პაპობის მიერ შუა საუკუნეების სიბნელის ხანაში მოკლულთა ლოცვები „გახსენებულია“ „მეშვიდე ბეჭდის“ გახსნის დროს, რაც ცხადყოფს, რომ „მეშვიდე ბეჭედი“ იხსნება მალე მოსახდენი საკვირაო კანონის დროს, რადგან სწორედ იქ იხსენებს ღმერთი მის ურჯულოებებს.</w:t>
      </w:r>
    </w:p>
    <w:p>
      <w:pPr>
        <w:pStyle w:val="ArticleScripture"/>
        <w:jc w:val="left"/>
      </w:pPr>
      <w:r>
        <w:rPr>
          <w:rFonts w:ascii="Sylfaen" w:hAnsi="Sylfaen" w:eastAsia="Sylfaen" w:cs="Sylfaen"/>
        </w:rPr>
        <w:t>და გავიგონე სხვა ხმა ზეციდან, რომელიც ამბობდა: გამოდით მისგან, ჩემო ხალხო, რათა არ გახდეთ მისი ცოდვების მონაწილენი და რათა არ მიიღოთ მისი წყლულებისაგან. რადგან მისი ცოდვები ზეცამდე მისწვდა და ღმერთმა მოიხსენია მისი უსამართლობანი. მიუზღეთ მას, როგორც მან მოგიზღოთ თქვენ, და ორმაგად მიუზღეთ მისი საქმეებისამებრ; იმ სასმისში, რომელიც მან აავსო, ორმაგად აუვსეთ მას. გამოცხადება 18:4–6.</w:t>
      </w:r>
    </w:p>
    <w:p>
      <w:pPr>
        <w:pStyle w:val="ArticleBody"/>
        <w:jc w:val="left"/>
      </w:pPr>
      <w:r>
        <w:rPr>
          <w:rFonts w:ascii="Sylfaen" w:hAnsi="Sylfaen" w:eastAsia="Sylfaen" w:cs="Sylfaen"/>
        </w:rPr>
        <w:t>პირველი ელია მოწმობს იმ დაპირისპირებაზე, რომელიც წარმოიშობა ას ორმოცდაოთხ ათასსა და იმ სამმაგ კავშირს შორის, რომელსაც უკანასკნელ დღეებში მსოფლიო მიჰყავს არმაგედონამდე. მეორე ელია (იოანე ნათლისმცემელი) იმეორებს და აფართოებს პირველი ელიას მოწმობას და ისინი ერთად (სტრიქონი სტრიქონზე) განსაზღვრავენ და ამყარებენ მესამე და უკანასკნელი ელიას წინასწარმეტყველურ ნიშნებს. მესამე ელია წარმოდგენილია დასაწყისის ელიათი (მილერი) და დასასრულის ელიათი, რადგან პირველი ანგელოზის მოძრაობა მეორდება მესამე ანგელოზის მოძრაობაში.</w:t>
      </w:r>
    </w:p>
    <w:p>
      <w:pPr>
        <w:pStyle w:val="ArticleScripture"/>
        <w:jc w:val="left"/>
      </w:pPr>
      <w:r>
        <w:rPr>
          <w:rFonts w:ascii="Sylfaen" w:hAnsi="Sylfaen" w:eastAsia="Sylfaen" w:cs="Sylfaen"/>
        </w:rPr>
        <w:t>„ღმერთმა გამოცხადების 14-ე თავის უწყებებს მიანიჭა თავიანთი ადგილი წინასწარმეტყველების ხაზში, და მათი მოქმედება არ უნდა შეწყდეს ამ დედამიწის ისტორიის დასასრულამდე. პირველი და მეორე ანგელოზის უწყებები კვლავაც ჭეშმარიტებაა ამ დროისათვის და პარალელურად უნდა მიმდინარეობდეს იმასთან, რაც ამას მოსდევს.“ The 1888 Materials, 803, 804.</w:t>
      </w:r>
    </w:p>
    <w:p>
      <w:pPr>
        <w:pStyle w:val="ArticleBody"/>
        <w:jc w:val="left"/>
      </w:pPr>
      <w:r>
        <w:rPr>
          <w:rFonts w:ascii="Sylfaen" w:hAnsi="Sylfaen" w:eastAsia="Sylfaen" w:cs="Sylfaen"/>
        </w:rPr>
        <w:t>მესამე ელიას ახასიათებს ალფასა და ომეგას ნიშანი, რადგან იგი განასახიერებს დასაწყისისა და დასასრულის ელიას. როგორც პირველი, ისე უკანასკნელი ელია წარმოადგენს მოძრაობას — ან გამოცხადების მეთოთხმეტე თავის პირველი, ან მესამე ანგელოზისას.</w:t>
      </w:r>
    </w:p>
    <w:p>
      <w:pPr>
        <w:pStyle w:val="ArticleScripture"/>
        <w:jc w:val="left"/>
      </w:pPr>
      <w:r>
        <w:rPr>
          <w:rFonts w:ascii="Sylfaen" w:hAnsi="Sylfaen" w:eastAsia="Sylfaen" w:cs="Sylfaen"/>
        </w:rPr>
        <w:t>იოანე ნათლისმცემლის მსახურება და იმათი მსახურება, რომლებიც უკანასკნელ დღეებში ელიას სულითა და ძალით გამოდიან, რათა ხალხი მათი გულგრილობიდან გამოაფხიზლონ, მრავალ მხრივ ერთსა და იმავეს წარმოადგენს. მისი მსახურება იმ საქმის ტიპია, რომელიც ამ ჟამში უნდა აღსრულდეს. ქრისტე მეორედ უნდა მოვიდეს, რათა ქვეყნიერება სიმართლით განსაჯოს. ღვთის მაცნეები, რომელთაც მიაქვთ უკანასკნელი გამაფრთხილებელი უწყება, რომელიც ქვეყნიერებას უნდა მიეცეს, ქრისტეს მეორედ მოსვლის გზას უნდა უმზადებდნენ, როგორც იოანემ მოუმზადა გზა მის პირველ მოსვლას. ამ მოსამზადებელ საქმეში „ყოველი ველი ამაღლდეს, და ყოველი მთა და ბორცვი დადაბლდეს; მრუდე გასწორდეს და უსწორმასწორო — ვაკედ იქცეს“, რადგან ისტორია უნდა განმეორდეს და კიდევ ერთხელ „გამოცხადდეს უფლის დიდება, და ყოველი ხორციელი ერთად იხილავს მას; რადგან უფლის პირმა ბრძანა ეს.“ Southern Watchman, March 21, 1905.</w:t>
      </w:r>
    </w:p>
    <w:p>
      <w:pPr>
        <w:pStyle w:val="ArticleBody"/>
        <w:jc w:val="left"/>
      </w:pPr>
      <w:r>
        <w:rPr>
          <w:rFonts w:ascii="Sylfaen" w:hAnsi="Sylfaen" w:eastAsia="Sylfaen" w:cs="Sylfaen"/>
        </w:rPr>
        <w:t>ელიას სამმაგი გამოყენება წარმოადგენს დაპირისპირებას ელიასა და ელიასთან დაკავშირებულ მოძრაობასა და თანამედროვე ბაბილონის სამმაგ კავშირს შორის. იგი მჭიდროდ არის დაკავშირებული მაცნეს სამმაგ გამოყენებასთან, რომელიც გზას უმზადებს აღთქმის მაცნეს, მაგრამ ეს ხაზი წარმოადგენს მოძრაობისა და მაცნის შინაგან დინამიკას. ორივე სამმაგ გამოყენებაში მაცნისა და მოძრაობის მესამე და საბოლოო აღსრულება წარმოდგენილია ალფასა და ომეგათი, როგორც საწყისი აღსრულებისა და დასასრულის აღსრულების წარმომდგენი.</w:t>
      </w:r>
    </w:p>
    <w:p>
      <w:pPr>
        <w:pStyle w:val="ArticleBody"/>
        <w:jc w:val="left"/>
      </w:pPr>
      <w:r>
        <w:rPr>
          <w:rFonts w:ascii="Sylfaen" w:hAnsi="Sylfaen" w:eastAsia="Sylfaen" w:cs="Sylfaen"/>
        </w:rPr>
        <w:t>მესამე და საბოლოო ელია წარმოადგენს მესამე ანგელოზის მოძრაობას, რომელიც არის ას ორმოცდაოთხი ათასის მოძრაობა; ისინი დროშად აღიმართებიან, რათა ბაბილონიდან მოუხმონ დიდ სიმრავლეს, როდესაც გამოცხადების მეთერთმეტის დიდი მიწისძვრის ჟამი დადგება. იმ ჟამამდე მაცნე და ეს მოძრაობა ამოცნობილნი იქნებიან იმ ყალბ მოძრაობასთან დაპირისპირებით, რომელიც მშვიდობისა და უშიშროების ყალბ გვიანი წვიმის უწყებას წარმოადგენს.</w:t>
      </w:r>
    </w:p>
    <w:p>
      <w:pPr>
        <w:pStyle w:val="ArticleBody"/>
        <w:jc w:val="left"/>
      </w:pPr>
      <w:r>
        <w:rPr>
          <w:rFonts w:ascii="Sylfaen" w:hAnsi="Sylfaen" w:eastAsia="Sylfaen" w:cs="Sylfaen"/>
        </w:rPr>
        <w:t>ჭეშმარიტ და ცრუ გზავნილსა და მაცნეს შორის განსხვავებები გზავნილის აღსრულებით უნდა იქნეს შეცნობილი. ეს სტატიები 2023 წლის ივლისის ბოლოს დაიწყო, და 7 ოქტომბრის ხოცვა-ჟლეტამდე დიდი ხნით ადრე, სტატიები მიუთითებდა, რომ ჭეშმარიტი უკანასკნელი წვიმის გზავნილი განსაზღვრავს მესამე „ვაი“-ს ისლამს, და რომ ეს გზავნილი 2001 წლის 11 სექტემბერს დაიწყო. სტატიები აჩვენებდა, რომ იმ დროს დაწყებული ხალხთა განრისხება, როგორც შთაგონების მიხედვით, მშობიარობის ტკივილებში მყოფი ქალის მსგავსი იყო, და ამიტომ დედამიწის პლანეტაზე მოტანილი განრისხება და გასაჭირი გამოსაცდელი დროის დახურვამდე განუწყვეტლივ გაძლიერდებოდა.</w:t>
      </w:r>
    </w:p>
    <w:p>
      <w:pPr>
        <w:pStyle w:val="ArticleBody"/>
        <w:jc w:val="left"/>
      </w:pPr>
      <w:r>
        <w:rPr>
          <w:rFonts w:ascii="Sylfaen" w:hAnsi="Sylfaen" w:eastAsia="Sylfaen" w:cs="Sylfaen"/>
        </w:rPr>
        <w:t>ჩვენ გავაგრძელებთ ამ საკითხის შესწავლას ჩვენს შემდეგ სტატიაში.</w:t>
      </w:r>
    </w:p>
    <w:p>
      <w:pPr>
        <w:pStyle w:val="ArticleScripture"/>
        <w:jc w:val="left"/>
      </w:pPr>
      <w:r>
        <w:rPr>
          <w:rFonts w:ascii="Sylfaen" w:hAnsi="Sylfaen" w:eastAsia="Sylfaen" w:cs="Sylfaen"/>
        </w:rPr>
        <w:t>„ოჰ, ნეტავ ღვთის ხალხს ჰქონოდა განცდა ათასობით ქალაქის მოახლოებული განადგურებისა, რომლებიც ახლა თითქმის უკვე კერპთაყვანისმცემლობას არიან მიცემულნი! მაგრამ მრავალი მათგანი, ვინც ჭეშმარიტებას უნდა ქადაგებდეს, თავის ძმებს ადანაშაულებს და განიკითხავს. როდესაც ღვთის მომაქცეველი ძალა გონებაზე მოვა, აშკარა ცვლილება მოხდება. ადამიანებს აღარ ექნებათ მიდრეკილება გაკრიტიკებისა და დანგრევისკენ. ისინი აღარ დადგებიან ისეთ მდგომარეობაში, რომელიც ხელს უშლის ნათელს სამყაროსთვის ბრწყინავდეს. მათი კრიტიკა, მათი დადანაშაულება, შეწყდება. მტრის ძალები საბრძოლველად იკრიბებიან. მკაცრი ბრძოლები გველის წინ. შეიკარით, ჩემო ძმანო და დანო, შეიკარით. შეერთდით ქრისტესთან. „ნუ იტყვით: შეთქმულებააო... და ნუ შეგეშინდებათ მათი შიშისა, და ნუ შეძრწუნდებით. თვით უფალი ცაბაოთი წმიდაჰყავით; და იგი იყოს თქვენი შიში და იგი იყოს თქვენი ძრწოლა. და ის იქნება საწმიდარი; ხოლო ორივე ისრაელის სახლისთვის დაბრკოლების ქვად და საცდურის კლდედ, მახედ და მახედ მცხოვრებთათვის იერუსალიმში. და მრავალნი მათ შორის წაიბორძიკებენ და დაეცემიან, და შეიმუსრებიან, და გაებმებიან, და შეპყრობილ იქნებიან.“</w:t>
      </w:r>
    </w:p>
    <w:p>
      <w:pPr>
        <w:pStyle w:val="ArticleScripture"/>
        <w:jc w:val="left"/>
      </w:pPr>
      <w:r>
        <w:rPr>
          <w:rFonts w:ascii="Sylfaen" w:hAnsi="Sylfaen" w:eastAsia="Sylfaen" w:cs="Sylfaen"/>
        </w:rPr>
        <w:t>„სამყარო თეატრია. მსახიობები, მისი მკვიდრნი, ემზადებიან, რათა თავიანთი როლი შეასრულონ უკანასკნელ დიდ დრამაში. ღმერთი თვალთახედვიდან დაკარგულია. კაცობრიობის დიდ მასებს შორის არ არსებობს ერთობა, გარდა იმ შემთხვევისა, როცა ადამიანები კავშირდებიან თავიანთი ეგოისტური მიზნების აღსასრულებლად. ღმერთი უყურებს. მისი ზრახვები მისი ურჩი ქვეშევრდომების მიმართ აღსრულდება. ქვეყნიერება ადამიანთა ხელში არ არის გადაცემული, თუმცა ღმერთი დროებით უშვებს, რომ აღრევისა და უწესრიგობის ძალებმა იბატონონ. ქვემოდან მომავალი ძალა მოქმედებს, რათა დრამის უკანასკნელი დიდი სცენები მოამზადოს,—სატანა, რომელიც ქრისტედ მოდის და მოქმედებს უსამართლობის ყოველი მაცდურობით მათში, ვინც საიდუმლო საზოგადოებებში უერთდებიან ერთმანეთს. ისინი, ვინც კავშირებისადმი ვნებას ემორჩილებიან, მტრის გეგმებს ასრულებენ. მიზეზს შედეგი მოჰყვება.“</w:t>
      </w:r>
    </w:p>
    <w:p>
      <w:pPr>
        <w:pStyle w:val="ArticleScripture"/>
        <w:jc w:val="left"/>
      </w:pPr>
      <w:r>
        <w:rPr>
          <w:rFonts w:ascii="Sylfaen" w:hAnsi="Sylfaen" w:eastAsia="Sylfaen" w:cs="Sylfaen"/>
        </w:rPr>
        <w:t>„დანაშაული თითქმის თავის ზღვარს მისწვდა. აღრეულობა ავსებს მსოფლიოს, და მალე დიდი შიში უნდა დაატყდეს ადამიანებს. დასასრული ძალზე ახლოსაა. ჩვენ, რომელთაც ჭეშმარიტება ვიცით, უნდა ვემზადებოდეთ იმისათვის, რაც მალე, როგორც ყოვლისმომცველი მოულოდნელობა, დაატყდება მსოფლიოს.“ Review and Herald, September 10, 1903.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ოთხმოცდაჩვიდმეტი</dc:title>
  <dc:subject>ელია의 სამმაგი გამოყენება: თანამედროვე ბაბილონის დაპირისპირების წინასწარმეტყველური დინამიკის გახსნა</dc:subject>
  <dc:creator>Jeff Pippenger</dc:creator>
  <cp:keywords/>
  <dc:description>Generated by ArticleDigger from daniel\97_daniel.json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