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ოთხმოცდამეთვრამეტე ნომერი</w:t>
      </w:r>
    </w:p>
    <w:p>
      <w:pPr>
        <w:pStyle w:val="ArticleSubtitle"/>
        <w:jc w:val="left"/>
      </w:pPr>
      <w:r>
        <w:rPr>
          <w:rFonts w:ascii="Sylfaen" w:hAnsi="Sylfaen" w:eastAsia="Sylfaen" w:cs="Sylfaen"/>
        </w:rPr>
        <w:t>ელიას სამმაგი გამოყენება და უკანასკნელი დღეების სამსჯავრო: საგამომძიებლო და აღმასრულებელი ფაზების გაგება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ელიას სამმაგი გამოყენება მიუთითებდა, რომ უკანასკნელ დღეებში იქნებოდა ელია უკანასკნელი დღეების დასაწყისში და უკანასკნელი დღეების დასასრულს. „უკანასკნელი დღეები“ არის განკითხვის დღეები, რომელიც პროგრესულია და გაყოფილია განკითხვის ორ სახეობად. საგამომძიებლო განკითხვა, რომელიც დაიწყო უკანასკნელი დღეების დასაწყისში, და აღმასრულებელი განკითხვა, რომელიც ხდება უკანასკნელი დღეების დასასრულს. ელიას სამმაგი გამოყენება უმთავრესად წარმოადგენს აღმასრულებელი განკითხვის ისტორიას, რომელიც იწყება მალე მოსალოდნელი კვირის კანონის ამოქმედებისას.</w:t>
      </w:r>
    </w:p>
    <w:p>
      <w:pPr>
        <w:pStyle w:val="ArticleBody"/>
        <w:jc w:val="left"/>
      </w:pPr>
      <w:r>
        <w:rPr>
          <w:rFonts w:ascii="Sylfaen" w:hAnsi="Sylfaen" w:eastAsia="Sylfaen" w:cs="Sylfaen"/>
        </w:rPr>
        <w:t>გამომძიებლური სამსჯავრო შემოიფარგლება იმათით, რომელთაც განაცხადეს, რომ ღვთის მიმდევარნი არიან — უმთავრესად პირდაპირი აღიარებით, თუმცა შემთხვევათა უმცირეს ნაწილში ცხოვრების წესით გამოხატული არაპირდაპირი აღიარებითაც.</w:t>
      </w:r>
    </w:p>
    <w:p>
      <w:pPr>
        <w:pStyle w:val="ArticleScripture"/>
        <w:jc w:val="left"/>
      </w:pPr>
      <w:r>
        <w:rPr>
          <w:rFonts w:ascii="Sylfaen" w:hAnsi="Sylfaen" w:eastAsia="Sylfaen" w:cs="Sylfaen"/>
        </w:rPr>
        <w:t>(რადგან არა რჯულის მსმენელნი არიან მართალნი ღვთის წინაშე, არამედ რჯულის მოქმედნი გამართლდებიან. ვინაიდან როცა წარმართნი, რომელთაც რჯული არა აქვთ, ბუნებით ასრულებენ რჯულში არსებულს, ისინი, რჯულის არქონის მიუხედავად, თავიანთი თავისთვის რჯულნი არიან; ისინი აჩვენებენ, რომ რჯულის საქმე მათ გულებშია დაწერილი, რასაც მათი სინდისიც მოწმობს, და ამასთანავე მათი ზრახვანი ხან ერთმანეთს ადანაშაულებენ, ხანაც ამართლებენ.) რომაელთა 2:13–15.</w:t>
      </w:r>
    </w:p>
    <w:p>
      <w:pPr>
        <w:pStyle w:val="ArticleBody"/>
        <w:jc w:val="left"/>
      </w:pPr>
      <w:r>
        <w:rPr>
          <w:rFonts w:ascii="Sylfaen" w:hAnsi="Sylfaen" w:eastAsia="Sylfaen" w:cs="Sylfaen"/>
        </w:rPr>
        <w:t>გამომძიებლობითი სამსჯავრო ორ ძირითად განყოფილებად იყოფა, რადგან იგი დაიწყო იმ მკვდართა ცხოვრების გამოკვლევით (ადამის დღეებიდან მოყოლებული), რომელთაც ჭეშმარიტი ღმერთი სწამდათ, და 2001 წლის 11 სექტემბერს დაიწყო გამომძიებლობითი „ცოცხალთა სამსჯავროს“ პროცესი. გამომძიებლობით სამსჯავროს მკვდრებიდან ცოცხლებამდე გადასვლის გარდა კიდევ ერთი განყოფილებაც აქვს, რადგან სამსჯავრო ღვთის სახლიდან იწყება, ხოლო უკანასკნელ დღეებში ღვთის სახლი ლაოდიკიური ადვენტიზმია. როგორც კი ღვთის სახლის სამსჯავრო დასრულდება მალე მოსალოდნელი საკვირაო კანონის დროს, მაშინ ღვთის სხვა ფარა, რომელიც იმჟამად ბაბილონშია, განისჯება.</w:t>
      </w:r>
    </w:p>
    <w:p>
      <w:pPr>
        <w:pStyle w:val="ArticleBody"/>
        <w:jc w:val="left"/>
      </w:pPr>
      <w:r>
        <w:rPr>
          <w:rFonts w:ascii="Sylfaen" w:hAnsi="Sylfaen" w:eastAsia="Sylfaen" w:cs="Sylfaen"/>
        </w:rPr>
        <w:t>აღმასრულებელი სამსჯავრო არის ღვთის სასჯელი მათზე, ვინც უარყო მისი მიერ შეთავაზებული ხსნა. აღმასრულებელი სამსჯავრო იწყება მალე მისაღები საკვირაო კანონით. მაშინ შეერთებული შტატები აავსებს თავისი რისხვის სასმისს, რომელიც ამავე დროს მისი გამოსაცდელი დროის სასმისიც არის, და ეროვნულ განდგომილებას ეროვნული დაღუპვა მოჰყვება. დედამიწის პლანეტაზე ყოველი ერი გაჰყვება შეერთებული შტატების მაგალითს საკვირაო კანონის აღსრულებაში, და ყოველი ეს ერი მაშინაც აავსებს თავის სასმისს და ასევე განიცდის ეროვნულ დაღუპვას.</w:t>
      </w:r>
    </w:p>
    <w:p>
      <w:pPr>
        <w:pStyle w:val="ArticleScripture"/>
        <w:jc w:val="left"/>
      </w:pPr>
      <w:r>
        <w:rPr>
          <w:rFonts w:ascii="Sylfaen" w:hAnsi="Sylfaen" w:eastAsia="Sylfaen" w:cs="Sylfaen"/>
        </w:rPr>
        <w:t>„როდესაც ამერიკა, რელიგიური თავისუფლების ქვეყანა, გაერთიანდება პაპობასთან, რათა ძალით იმოქმედოს სინდისზე და აიძულოს ადამიანები პატივი მიაგონ ცრუ შაბათს, დედამიწის ყოველი ქვეყნის ხალხი აღიძვრება, რომ მის მაგალითს მიჰყვეს.“ Testimonies, ტომი 6, 18.</w:t>
      </w:r>
    </w:p>
    <w:p>
      <w:pPr>
        <w:pStyle w:val="ArticleBody"/>
        <w:jc w:val="left"/>
      </w:pPr>
      <w:r>
        <w:rPr>
          <w:rFonts w:ascii="Sylfaen" w:hAnsi="Sylfaen" w:eastAsia="Sylfaen" w:cs="Sylfaen"/>
        </w:rPr>
        <w:t>აღმასრულებელი სამსჯავროც ორ ნაწილად იყოფა. შეერთებულ შტატებში საკვირაო კანონის დადგომიდან იმ დრომდე, ვიდრე ადამიანთა გამოცდის ვადა დაიხურება, როდესაც მიქაელი აღდგება, ღვთის სასჯელები შეწყალებასთან არის შერეული; მაგრამ როცა მიქაელი აღდგება, ღვთის რისხვა, როგორც ეს შვიდი უკანასკნელი წყლულების გადმოღვრის სახით არის წარმოდგენილი, აღარ შეიცავს შეწყალებას. საკვირაო კანონის კრიზისის პერიოდში ადამიანებსა და ერებზე მოვლენილი აღმასრულებელი სასჯელები შეწყალებასთან იქნება შერეული, რადგან ბაბილონში კვლავ იქნებიან ზოგნი, რომელთაც მაშინ მიეცემათ შესაძლებლობა, გაიგონ განსხვავება შაბათისა და კვირის თაყვანისცემას შორის.</w:t>
      </w:r>
    </w:p>
    <w:p>
      <w:pPr>
        <w:pStyle w:val="ArticleScripture"/>
        <w:jc w:val="left"/>
      </w:pPr>
      <w:r>
        <w:rPr>
          <w:rFonts w:ascii="Sylfaen" w:hAnsi="Sylfaen" w:eastAsia="Sylfaen" w:cs="Sylfaen"/>
        </w:rPr>
        <w:t>„ო, ნეტავ ხალხმა იცოდეს თავისი მოხილვის ჟამი! მრავალნი არიან, რომელთაც ჯერაც არ სმენიათ ამ დროის გამომცდელი ჭეშმარიტება. მრავალნი არიან, ვისთანაც ღვთის სული იღვწის. ღვთის გამანადგურებელი სასჯელების დრო არის წყალობის ჟამი მათთვის, ვისაც არ ჰქონია შესაძლებლობა შეეცნოთ, რა არის ჭეშმარიტება. უფალი სათუთად შეხედავს მათ. მისი მოწყალე გული შეძრულია; მისი ხელი ჯერ კიდევ განრთხმულია გადასარჩენად, მაშინ როცა კარი დახშულია მათთვის, რომელთაც არ ისურვეს შესვლა.“</w:t>
      </w:r>
    </w:p>
    <w:p>
      <w:pPr>
        <w:pStyle w:val="ArticleScripture"/>
        <w:jc w:val="left"/>
      </w:pPr>
      <w:r>
        <w:rPr>
          <w:rFonts w:ascii="Sylfaen" w:hAnsi="Sylfaen" w:eastAsia="Sylfaen" w:cs="Sylfaen"/>
        </w:rPr>
        <w:t>ღვთის წყალობა გამოიხატება მის ხანგრძლივ სულგრძელებაში. იგი აკავებს თავის სამსჯავროებს და უცდის, რომ გაფრთხილების უწყება ყველასთვის გაიჟღეროს. ოჰ, ნეტავ ჩვენმა ხალხმა ეგრძნო, როგორც უნდა იგრძნოს, მათზე დაკისრებული პასუხისმგებლობა, რომ ქვეყნიერებას მიაწოდონ წყალობის უკანასკნელი უწყება, — რა საოცარი საქმე აღსრულდებოდა! „მოწმობანი“, ტომი 9, გვ. 97.</w:t>
      </w:r>
    </w:p>
    <w:p>
      <w:pPr>
        <w:pStyle w:val="ArticleBody"/>
        <w:jc w:val="left"/>
      </w:pPr>
      <w:r>
        <w:rPr>
          <w:rFonts w:ascii="Sylfaen" w:hAnsi="Sylfaen" w:eastAsia="Sylfaen" w:cs="Sylfaen"/>
        </w:rPr>
        <w:t>„ღვთის დამღუპველი სამსჯავროების ჟამი არის წყალობის ჟამი მათთვის, ვისაც არ ჰქონია შესაძლებლობა შეეცნო, რა არის ჭეშმარიტება.“ ეს ორი „ჟამი“ ერთდროულად იწყება, როცა „კარი იხურება“ ლაოდიკიელ ადვენტისტებზე, „რომელთაც არ ისურვეს შესვლა.“</w:t>
      </w:r>
    </w:p>
    <w:p>
      <w:pPr>
        <w:pStyle w:val="ArticleScripture"/>
        <w:jc w:val="left"/>
      </w:pPr>
      <w:r>
        <w:rPr>
          <w:rFonts w:ascii="Sylfaen" w:hAnsi="Sylfaen" w:eastAsia="Sylfaen" w:cs="Sylfaen"/>
        </w:rPr>
        <w:t>„ვიხილე, რომ წმიდა შაბათი არის და იქნება განმყოფელი ზღუდე ღვთის ჭეშმარიტ ისრაელსა და ურწმუნოთა შორის; და რომ შაბათი არის დიდი საკითხი, რათა გააერთიანოს ღვთის ძვირფასი მომლოდინე წმიდანთა გულები. და თუ ვინმეს ერწმუნა, იცავდა შაბათს და მიიღო მასთან დაკავშირებული კურთხევა, ხოლო შემდეგ მიატოვა იგი და დაარღვია წმიდა მცნება, იგი საკუთარ თავს წმიდა ქალაქის კარიბჭეს დაუხშობდა, ისევე უეჭველად, როგორც არსებობს ღმერთი, რომელიც ზეცაში მაღლა მმართველობს. ვიხილე, რომ ღმერთს ჰყავდა შვილები, რომელნიც ვერ ხედავდნენ და არ იცავდნენ შაბათს. მათ არ უარუყვიათ მის შესახებ ნათელი. და გასაჭირის ჟამის დასაწყისში ჩვენ აღვივსეთ სულიწმიდით, როდესაც გამოვედით და უფრო სრულად ვქადაგებდით შაბათს. ამან განარისხა ეკლესია და სახელით ადვენტისტები, რადგან მათ არ შეეძლოთ შაბათის ჭეშმარიტების უარყოფა. და ამ დროს ღვთის რჩეულებმა ყველამ ნათლად დაინახეს, რომ ჩვენ ჭეშმარიტება გვქონდა, გამოვიდნენ და ჩვენთან ერთად დაითმინეს დევნა.“ A Word to the Little Flock, 18, 19.</w:t>
      </w:r>
    </w:p>
    <w:p>
      <w:pPr>
        <w:pStyle w:val="ArticleBody"/>
        <w:jc w:val="left"/>
      </w:pPr>
      <w:r>
        <w:rPr>
          <w:rFonts w:ascii="Sylfaen" w:hAnsi="Sylfaen" w:eastAsia="Sylfaen" w:cs="Sylfaen"/>
        </w:rPr>
        <w:t>კარი დაიხურება მალე მოსალოდნელი კვირადღის კანონის დროს, და ამით კვირადღის კანონს წინმსწრები პერიოდი ღვთის ხალხის „მოხილვის ჟამად“ იქცევა.</w:t>
      </w:r>
    </w:p>
    <w:p>
      <w:pPr>
        <w:pStyle w:val="ArticleScripture"/>
        <w:jc w:val="left"/>
      </w:pPr>
      <w:r>
        <w:rPr>
          <w:rFonts w:ascii="Sylfaen" w:hAnsi="Sylfaen" w:eastAsia="Sylfaen" w:cs="Sylfaen"/>
        </w:rPr>
        <w:t>როგორ ამბობთ: ჩვენ ბრძენნი ვართ და უფლის რჯული ჩვენთან არისო? აჰა, ჭეშმარიტად ფუჭად გადაუქცევია იგი; ფუჭია მწიგნობართა კალამი. ბრძენნი შერცხვენილნი არიან, შეძრწუნებულნი და შეპყრობილნი; აჰა, მათ უარყვეს უფლის სიტყვა, და რაღა სიბრძნეა მათში? ამიტომ მათ ცოლებს სხვებს მივცემ და მათ მინდვრებს — მათ, ვინც დაიმკვიდრებენ; რადგან ყოველი, მცირედან დიდამდე, ანგარებისკენ არის მიდრეკილი; წინასწარმეტყველიდან მღვდლამდე თითოეული სიცრუით იქცევა. რადგან მცირედად უმკურნალეს ჩემი ხალხის ასულის წყლულს და ამბობდნენ: მშვიდობა, მშვიდობაო, როცა მშვიდობა არ არის. განა შერცხვათ, როდესაც სისაძაგლე ჩაიდინეს? არა, სრულიად არ შერცხვათ, გაწითლებაც კი ვერ შეძლეს; ამიტომ დაეცემიან დაცემულთა შორის; მათი მოკითხვის ჟამს დაემხობიან, ამბობს უფალი. იერემია 8:8–12.</w:t>
      </w:r>
    </w:p>
    <w:p>
      <w:pPr>
        <w:pStyle w:val="ArticleBody"/>
        <w:jc w:val="left"/>
      </w:pPr>
      <w:r>
        <w:rPr>
          <w:rFonts w:ascii="Sylfaen" w:hAnsi="Sylfaen" w:eastAsia="Sylfaen" w:cs="Sylfaen"/>
        </w:rPr>
        <w:t>როგორც ძველ ისრაელს, ასევე თანამედროვე ისრაელსაც, ორივე იღუპება, რადგან ვერ შეიცნეს თავიანთი მოხილვის ჟამი. ღვთის მოხილვის ჟამი ლაოდიკიური ადვენტიზმისათვის დაიწყო 2001 წლის 11 სექტემბერს და დასრულდება მალე მომავალი კვირადღის კანონით.</w:t>
      </w:r>
    </w:p>
    <w:p>
      <w:pPr>
        <w:pStyle w:val="ArticleScripture"/>
        <w:jc w:val="left"/>
      </w:pPr>
      <w:r>
        <w:rPr>
          <w:rFonts w:ascii="Sylfaen" w:hAnsi="Sylfaen" w:eastAsia="Sylfaen" w:cs="Sylfaen"/>
        </w:rPr>
        <w:t>და როცა მიუახლოვდა, იხილა ქალაქი და ატირდა მასზე, და თქვა: ნეტავ გცოდნოდა შენც, თუნდაც მაინც ამ შენს დღეს, რაც შენს მშვიდობას ეკუთვნის! ახლა კი დაფარულია ეს შენს თვალთაგან. რადგან მოვლენ შენზე დღეები, როცა შენი მტრები თხრილს შემოგავლებენ, გარს შემოგერტყმიან და ყოველ მხარეს შეგავიწროებენ; მიწასთან გაგასწორებენ შენ და შენს შვილებს შენს შორის; და არ დატოვებენ შენში ქვაზე ქვას, რადგან ვერ შეიცან დროს შენი მოხილვისა. ლუკა 19:41–44.</w:t>
      </w:r>
    </w:p>
    <w:p>
      <w:pPr>
        <w:pStyle w:val="ArticleBody"/>
        <w:jc w:val="left"/>
      </w:pPr>
      <w:r>
        <w:rPr>
          <w:rFonts w:ascii="Sylfaen" w:hAnsi="Sylfaen" w:eastAsia="Sylfaen" w:cs="Sylfaen"/>
        </w:rPr>
        <w:t>ღვთის მოხილვის ჟამს ბრძენნი და უგუნურნი სამუდამოდ განეყოფიან.</w:t>
      </w:r>
    </w:p>
    <w:p>
      <w:pPr>
        <w:pStyle w:val="ArticleScripture"/>
        <w:jc w:val="left"/>
      </w:pPr>
      <w:r>
        <w:rPr>
          <w:rFonts w:ascii="Sylfaen" w:hAnsi="Sylfaen" w:eastAsia="Sylfaen" w:cs="Sylfaen"/>
        </w:rPr>
        <w:t>„ჩვენ ვიცით, რომ უკურთხეველი მეშვიდე დღის ადვენტისტები, რომელთაც ჭეშმარიტების ცოდნა აქვთ, მაგრამ თავი დაუკავშირეს წუთისოფლის ადამიანებს, სრულიად განუდგებიან რწმენას და აცთუნებელ სულებს დაუგდებენ ყურს. მტერი სიხარულით შესთავაზებს მათ საცდურებს, რათა აღძრას ისინი, რომ ღვთის ხალხის წინააღმდეგ ბრძოლა განაგრძონ. მაგრამ ისინი, ვინც ჭეშმარიტნი და მტკიცენი არიან, ღმერთში ძლიერ და ძლევამოსილ დაცვას იპოვიან.“ Manuscript Releases, ტომი 7, 186.</w:t>
      </w:r>
    </w:p>
    <w:p>
      <w:pPr>
        <w:pStyle w:val="ArticleBody"/>
        <w:jc w:val="left"/>
      </w:pPr>
      <w:r>
        <w:rPr>
          <w:rFonts w:ascii="Sylfaen" w:hAnsi="Sylfaen" w:eastAsia="Sylfaen" w:cs="Sylfaen"/>
        </w:rPr>
        <w:t>მათი მოხილვის ჟამი დაიწყო 2001 წლის 11 სექტემბერს, როგორც ეს იყო განსახიერებული პროტესტანტული ეკლესიების მოხილვის ჟამით 1840 წლის 11 აგვისტოს, და როგორც მოხილვის ჟამი დაიწყო ძველი ისრაელისთვის, როდესაც სულიწმიდა ქრისტეს ნათლისღებისას გარდამოვიდა.</w:t>
      </w:r>
    </w:p>
    <w:p>
      <w:pPr>
        <w:pStyle w:val="ArticleBody"/>
        <w:jc w:val="left"/>
      </w:pPr>
      <w:r>
        <w:rPr>
          <w:rFonts w:ascii="Sylfaen" w:hAnsi="Sylfaen" w:eastAsia="Sylfaen" w:cs="Sylfaen"/>
        </w:rPr>
        <w:t>აღმასრულებელი სამსჯავრო იწყება მაშინ, როდესაც შეერთებული შტატები ავსებს თავისი გამოცდის დროის სასმისს მალე მოსული კვირადღის კანონით; ეს არის აგრეთვე დრო, როდესაც ლაოდიკიის ადვენტისტურმა ეკლესიამაც აავსო თავისი სასმისი. სამსჯავრო იწყება ღვთის სახლით, და გამოცდის დროის სასმისი ივსება შეერთებული შტატების ორივე გახრწნილი რქისთვის. პროტესტანტიზმის გახრწნილი რქა, რომელიც წინათ ლაოდიკიის ადვენტისტური ეკლესიით იყო წარმოდგენილი, მაშინ წყვეტს არსებობას, ხოლო მესამე ანგელოზის ფილადელფიური მოძრაობა მაშინ ხდება პროტესტანტიზმის ჭეშმარიტი რქა და სულიერი იერუსალიმი, რომელიც დროშად არის აღმართული. იმ მომენტში იერუსალიმი მებრძოლი ეკლესიიდან გამარჯვებულ ეკლესიად გარდაიქმნება.</w:t>
      </w:r>
    </w:p>
    <w:p>
      <w:pPr>
        <w:pStyle w:val="ArticleBody"/>
        <w:jc w:val="left"/>
      </w:pPr>
      <w:r>
        <w:rPr>
          <w:rFonts w:ascii="Sylfaen" w:hAnsi="Sylfaen" w:eastAsia="Sylfaen" w:cs="Sylfaen"/>
        </w:rPr>
        <w:t>აღმასრულებელი სამსჯავრო იწყება ღვთის გამანადგურებელი სასჯელთა ჟამით, რომელიც ამავე დროს არის წყალობის ჟამი ღვთის სხვა ფარისათვის, რომელიც ჯერ კიდევ ბაბილონშია. იგი იწყება მაშინ, როდესაც სრულდება ღვთის მონახულების დრო ლაოდიკეურ ადვენტიზმზე. აღმასრულებელი სამსჯავრო წინ მიიწევს შვიდ უკანასკნელ წყლულამდე, სადაც სასჯელნი უკვე აღარ არის შეზავებული წყალობით, და შემდეგ იესო ბრუნდება.</w:t>
      </w:r>
    </w:p>
    <w:p>
      <w:pPr>
        <w:pStyle w:val="ArticleBody"/>
        <w:jc w:val="left"/>
      </w:pPr>
      <w:r>
        <w:rPr>
          <w:rFonts w:ascii="Sylfaen" w:hAnsi="Sylfaen" w:eastAsia="Sylfaen" w:cs="Sylfaen"/>
        </w:rPr>
        <w:t>როცა იესო დაბრუნდება, გამოცხადების მეოცე თავში მოხსენიებული ათასწლეული (ერთი ათასი წელი) ცხადყოფს, რომ სატანა შებოჭილი იქნება გაპარტახებულ დედამიწაზე, სრულიად მარტო, მხოლოდ იმ მეამბოხე ანგელოზებთან ერთად, რომლებიც ღმერთზე თავდასხმაში მონაწილეობდნენ.</w:t>
      </w:r>
    </w:p>
    <w:p>
      <w:pPr>
        <w:pStyle w:val="ArticleScripture"/>
        <w:jc w:val="left"/>
      </w:pPr>
      <w:r>
        <w:rPr>
          <w:rFonts w:ascii="Sylfaen" w:hAnsi="Sylfaen" w:eastAsia="Sylfaen" w:cs="Sylfaen"/>
        </w:rPr>
        <w:t>და ვიხილე ანგელოზი, რომელიც ჩამოდიოდა ზეციდან; მას ხელში ეპყრა უფსკრულის გასაღები და დიდი ჯაჭვი. და შეიპყრო გველი, იგი ძველი გველი, რომელიც არის ეშმაკი და სატანა, და შეკრა იგი ათასი წლით; და ჩააგდო იგი უფსკრულში, ჩაკეტა და ბეჭედი დაასვა მას, რათა აღარ შეეცდინებინა ხალხები, ვიდრე აღსრულდებოდეს ათასი წელი; ხოლო ამის შემდეგ მას უნდა მიეცეს გათავისუფლება მცირე ხნით. გამოცხადება 20:1–3.</w:t>
      </w:r>
    </w:p>
    <w:p>
      <w:pPr>
        <w:pStyle w:val="ArticleBody"/>
        <w:jc w:val="left"/>
      </w:pPr>
      <w:r>
        <w:rPr>
          <w:rFonts w:ascii="Sylfaen" w:hAnsi="Sylfaen" w:eastAsia="Sylfaen" w:cs="Sylfaen"/>
        </w:rPr>
        <w:t>იმ ათას წელიწადში გამოსყიდულნი აღასრულებენ გამომძიებელ სამსჯავროს დაღუპულთა მიმართ, რომლებიც ჯერაც თავიანთ სამარეებში სძინავთ და ელიან პირადი სამსჯავროების დასრულებას. გამოსყიდულნი განიხილავენ დაღუპულთა სიცოცხლესა და გარემოებებს, სატანისა და მისი ანგელოზების ჩათვლით, რათა განსაზღვრონ, ვის ეკუთვნის უფრო დიდი სასჯელი იმ ათასი წლის ბოლოს.</w:t>
      </w:r>
    </w:p>
    <w:p>
      <w:pPr>
        <w:pStyle w:val="ArticleScripture"/>
        <w:jc w:val="left"/>
      </w:pPr>
      <w:r>
        <w:rPr>
          <w:rFonts w:ascii="Sylfaen" w:hAnsi="Sylfaen" w:eastAsia="Sylfaen" w:cs="Sylfaen"/>
        </w:rPr>
        <w:t>და ვიხილე ტახტები, და დასხდნენ მათზე, და მიეცათ მათ სამართალი; და ვიხილე სულები იმათი, რომელნიც თავს მოჰკვეთეს იესოს მოწმობისათვის და ღვთის სიტყვისათვის, და რომელთაც არ ეცათ თაყვანი მხეცისათვის, არც მისი ხატისთვის, და არ მიეღოთ მისი ნიშანი თავიანთ შუბლზე ან თავიანთ ხელებზე; და გაცოცხლდნენ და მეუფებდნენ ქრისტესთან ერთად ათას წელს. გამოცხადება 20:4.</w:t>
      </w:r>
    </w:p>
    <w:p>
      <w:pPr>
        <w:pStyle w:val="ArticleBody"/>
        <w:jc w:val="left"/>
      </w:pPr>
      <w:r>
        <w:rPr>
          <w:rFonts w:ascii="Sylfaen" w:hAnsi="Sylfaen" w:eastAsia="Sylfaen" w:cs="Sylfaen"/>
        </w:rPr>
        <w:t>ამგვარად, ათასწლეული მოიცავს საგამომძიებლო სამსჯავროს, რომელიც დასრულების შემდეგ იწვევს საბოლოო აღმასრულებელ სამსჯავროს, როდესაც აღდგებიან ბოროტი მკვდრები, ხოლო სატანა, რომელსაც მაშინ მათზე სრული ძალაუფლება ექნება, არწმუნებს ბოროტთ იერუსალიმზე თავდასხმისკენ, რომელიც ათასი წლის დასასრულს ზეციდან ჩამოდის. როდესაც ბოროტნი თავიანთ თავდასხმას იწყებენ, ზეციდან ჩამოდის ცეცხლი და საბოლოო აღმასრულებელი სამსჯავრო აღსრულდება.</w:t>
      </w:r>
    </w:p>
    <w:p>
      <w:pPr>
        <w:pStyle w:val="ArticleScripture"/>
        <w:jc w:val="left"/>
      </w:pPr>
      <w:r>
        <w:rPr>
          <w:rFonts w:ascii="Sylfaen" w:hAnsi="Sylfaen" w:eastAsia="Sylfaen" w:cs="Sylfaen"/>
        </w:rPr>
        <w:t>და როდესაც ათასი წელი დასრულდება, სატანა გათავისუფლდება თავისი საპყრობილიდან, და გამოვა, რათა აცდუნოს ხალხები, რომელნიც დედამიწის ოთხივე კიდეში არიან, გოგი და მაგოგი, რათა შეკრიბოს ისინი საბრძოლველად; და მათი რიცხვი ზღვის ქვიშასავით არის. და ავიდნენ ისინი დედამიწის სივრცეზე, და გარს შემოადგნენ წმიდათა ბანაკსა და საყვარელ ქალაქს; და ცეცხლი ჩამოვიდა ღმერთისაგან ზეციდან და შთანთქა ისინი. გამოცხადება 20:7–9.</w:t>
      </w:r>
    </w:p>
    <w:p>
      <w:pPr>
        <w:pStyle w:val="ArticleBody"/>
        <w:jc w:val="left"/>
      </w:pPr>
      <w:r>
        <w:rPr>
          <w:rFonts w:ascii="Sylfaen" w:hAnsi="Sylfaen" w:eastAsia="Sylfaen" w:cs="Sylfaen"/>
        </w:rPr>
        <w:t>მართალია, ელიასა და იმ მაცნის სამმაგი გამოყენება, რომელიც ამზადებს გზას აღთქმის მაცნისათვის, რათა იგი უეცრად მოვიდეს თავის ტაძარში, მჭიდროდ არის ურთიერთდაკავშირებული, მაინც მათი საქმის განსხვავება შეიძლება აღინიშნოს იმით, რომ ელია პირველ რიგში მიუთითებს მაცნის საქმეზე და იმ მოძრაობაზე, რომელიც მაცნის უწყებასთან არის დაკავშირებული და სრულდება აღმასრულებელი სამსჯავროს დროს, რომელიც იწყება მალე მოსალოდნელი კვირა-კანონით. მაცანი, რომელიც ამზადებს გზას აღთქმის მაცნისათვის, პირველ რიგში მიუთითებს საქმეზე, რომელიც სრულდება საგამომძიებლო სამსჯავროს დროს. ლაოდიკიური ადვენტიზმი არ იცნობს მათი მოხილვის ჟამს, რაც სამსჯავროს განსაზღვრულ პერიოდს წარმოადგენს.</w:t>
      </w:r>
    </w:p>
    <w:p>
      <w:pPr>
        <w:pStyle w:val="ArticleBody"/>
        <w:jc w:val="left"/>
      </w:pPr>
      <w:r>
        <w:rPr>
          <w:rFonts w:ascii="Sylfaen" w:hAnsi="Sylfaen" w:eastAsia="Sylfaen" w:cs="Sylfaen"/>
        </w:rPr>
        <w:t>არც „აწმყო ჭეშმარიტების“ უწყება ესმით, რომელიც მათი მონახულების ჟამს იქადაგება. მათ ევალებოდათ სცოდნოდათ როგორც სამსჯავრო, ისე იმ დღეების უწყება. ასევე ევალებოდათ სცოდნოდათ იმ დროის მონაკვეთის მაცნე. თავიანთ ლაოდიკიური სიბრმავით ისინი ეწინააღმდეგებიან ამ ჟამის უწყებას, უარყოფენ თავიანთი მონახულების დროს „მშვიდობისა და უსაფრთხოების“ უწყებით და დაუდგენელნი არიან, თუ ვინ არის იმ პერიოდის რჩეული მაცნე. ეს ჭეშმარიტება ნათლად იყო გამოკვეთილი მეორე ელიას მოწმობაში, რომელიც იყო იოანე ნათლისმცემელი.</w:t>
      </w:r>
    </w:p>
    <w:p>
      <w:pPr>
        <w:pStyle w:val="ArticleBody"/>
        <w:jc w:val="left"/>
      </w:pPr>
      <w:r>
        <w:rPr>
          <w:rFonts w:ascii="Sylfaen" w:hAnsi="Sylfaen" w:eastAsia="Sylfaen" w:cs="Sylfaen"/>
        </w:rPr>
        <w:t>იუდეველებმა იცოდნენ, რომ წინასწარმეტყველება მიუთითებდა მომავალ მაცნეზე, და იესომ პირდაპირ ასწავლა, რომ იოანე იყო ის მაცნე, რომელიც უნდა მოსულიყო.</w:t>
      </w:r>
    </w:p>
    <w:p>
      <w:pPr>
        <w:pStyle w:val="ArticleScripture"/>
        <w:jc w:val="left"/>
      </w:pPr>
      <w:r>
        <w:rPr>
          <w:rFonts w:ascii="Sylfaen" w:hAnsi="Sylfaen" w:eastAsia="Sylfaen" w:cs="Sylfaen"/>
        </w:rPr>
        <w:t>რადგან ყველა წინასწარმეტყველი და რჯული იოანემდე წინასწარმეტყველებდა. და თუ გსურთ მიღება, ეს არის ელია, რომელიც უნდა მოსულიყო. ვისაც ყურები აქვს სმენად, ისმინოს. მათე 11:13–15.</w:t>
      </w:r>
    </w:p>
    <w:p>
      <w:pPr>
        <w:pStyle w:val="ArticleBody"/>
        <w:jc w:val="left"/>
      </w:pPr>
      <w:r>
        <w:rPr>
          <w:rFonts w:ascii="Sylfaen" w:hAnsi="Sylfaen" w:eastAsia="Sylfaen" w:cs="Sylfaen"/>
        </w:rPr>
        <w:t>მათი მოხილვის პერიოდის სრულიად დასასრულს (ქრისტეს ისტორიის ის დრო, რომელიც მალე მოსალოდნელ საკვირაო კანონს განასახიერებს), როდესაც ქრისტე ჯვარზე ეკიდა, იუდეველები ვარაუდობდნენ, ხომ არ მოვიდოდა მაშინ ელია იესოს გადასარჩენად. თუ მათ ვერ იცნეს მაცნე, რომელსაც უნდა მოემზადებინა გზა აღთქმის მაცნესთვის, რომელიც მაშინ საკუთარი სისხლით ადასტურებდა აღთქმას, მათ ვერ შეძლეს თავიანთი მესიის შეცნობა. უკანასკნელ დღეებში ლაოდიკიური ადვენტიზმი ვალდებულია იცოდეს თავისი სამსჯავრო, რაც არის მათი მოხილვის დრო. ისინი ვალდებულნი არიან აღიარონ იმ დროის პერიოდის უწყება, და ვალდებულნი არიან აღიარონ იმ დროის რჩეული მაცნე. 1888 წლის აჯანყება წარმოდგენილი იყო 2001 წლის 11 სექტემბრით, როდესაც გამოცხადების მეთვრამეტე თავის ანგელოზი ჩამოვიდა. 1888 წლის მეამბოხეებმა უარი თქვეს ეღიარებინათ იმ ისტორიის რჩეული მაცნეები, რომელიც უკანასკნელ დღეებს განასახიერებდა.</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რადგან ასე მეუბნება მე უფალი, ისრაელის ღმერთი: აიღე ჩემი ხელიდან ეს ჩემი რისხვის ღვინის სასმისი და ასვი იგი ყველა ერს, ვისთანაც გგზავნი. და შესვამენ, შეიძვრებიან და გადაირევიან იმ მახვილის გამო, რომელსაც მათ შორის მოვავლენ. მაშინ ავიღე სასმისი უფლის ხელიდან და ვასვი ყველა ერს, ვისთანაც უფალმა მიმავლინა: კერძოდ, იერუსალიმს და იუდას ქალაქებს, მის მეფეებსა და მის მთავრებს, რათა ექცია ისინი გაპარტახებად, განსაცვიფრებლად, დასასტვენად და წყევლად, როგორც არის ეს დღევანდელ დღეს; ეგვიპტის მეფე ფარაონს, მის მსახურთ, მის მთავრებსა და მთელ მის ხალხს; და მთელ შერეულ ხალხს, და ყუცის ქვეყნის ყველა მეფეს, და ფილისტიმელთა ქვეყნის ყველა მეფეს, აშკელონს, აზას, ეკრონს და აშდოდის ნაშთს; ედომს, მოაბს და ყამონის ძეებს; და ტვიროსის ყველა მეფეს, და ციდონის ყველა მეფეს, და ზღვის გაღმა მდებარე კუნძულთა მეფეებს; დედანს, თემას და ბუზს, და ყველას, ვინც კიდეგამოკვეთილია; და არაბეთის ყველა მეფეს, და უდაბნოში მცხოვრები შერეული ხალხის ყველა მეფეს; და ზიმრის ყველა მეფეს, და ელამის ყველა მეფეს, და მიდიის ყველა მეფეს; და ჩრდილოეთის ყველა მეფეს, შორს მყოფსა და ახლოს მყოფს, ერთს მეორესთან ერთად, და ქვეყნის პირის ყველა სამეფოს, რაც არის დედამიწის ზურგზე; და შეშაქის მეფე შესვამს მათ შემდეგ. ამიტომ უთხარი მათ: ასე ამბობს ცაბაოთ უფალი, ისრაელის ღმერთი: სვით, დათვერით, ამოანთხიეთ, დაეცით და მეტად აღარ აღდგეთ იმ მახვილის გამო, რომელსაც თქვენ შორის მოვავლენ. და თუ მოხდება, რომ უარს იტყვიან, მიიღონ სასმისი შენი ხელიდან და შესვან, მაშინ უთხარი მათ: ასე ამბობს ცაბაოთ უფალი: უეჭველად შესვამთ. რადგან, აჰა, ბოროტების მოვლენა მე ვიწყებ იმ ქალაქზე, რომელიც ჩემი სახელით იწოდება, და თქვენ კი სრულიად დაუსჯელნი დარჩებით? არ დარჩებით დაუსჯელნი, რადგან მახვილს მოვუხმობ დედამიწის ყველა მკვიდრის წინააღმდეგ, ამბობს ცაბაოთ უფალი. ამიტომ იწინასწარმეტყველე მათ წინააღმდეგ ყველა ეს სიტყვა და უთხარი მათ: უფალი მაღლიდან იღრიალებს და თავისი წმიდა სავანიდან გამოსცემს თავის ხმას; ძლიერ იღრიალებს თავისი სამკვიდროს წინააღმდეგ; შესძახებს, როგორც ყურძნის მწურავნი ყვირიან, დედამიწის ყველა მკვიდრის წინააღმდეგ. ხმა მიაღწევს დედამიწის კიდეებამდეც კი, რადგან უფალს დავა აქვს ერებთან; იგი განიკითხავს ყოველ ხორციელს; უკეთურთ მახვილს მისცემს, ამბობს უფალი. ასე ამბობს ცაბაოთ უფალი: აჰა, ბოროტება გადავა ერიდან ერამდე, და დიდი გრიგალი აღიძვრება დედამიწის კიდეებიდან. და იმ დღეს უფლის დახოცილნი იქნებიან დედამიწის ერთი კიდიდან მეორე კიდემდე; არ დაიტირებენ მათ, არც შეკრებენ და არც დამარხავენ; ნაკელად იქცევიან მიწის პირზე. იერემია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ოთხმოცდამეთვრამეტე ნომერი</dc:title>
  <dc:subject>ელიას სამმაგი გამოყენება და უკანასკნელი დღეების სამსჯავრო: საგამომძიებლო და აღმასრულებელი ფაზების გაგება</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