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მომავალი ამერიკისთვის და 2020 წლის 18 ივლისი — ნომერი ხუთი</w:t>
      </w:r>
    </w:p>
    <w:p>
      <w:pPr>
        <w:pStyle w:val="ArticleSubtitle"/>
        <w:jc w:val="left"/>
      </w:pPr>
      <w:r>
        <w:rPr>
          <w:rFonts w:ascii="Sylfaen" w:hAnsi="Sylfaen" w:eastAsia="Sylfaen" w:cs="Sylfaen"/>
        </w:rPr>
        <w:t>დროშა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2023-09-21</w:t>
      </w:r>
    </w:p>
    <w:p>
      <w:pPr>
        <w:pStyle w:val="ArticleScripture"/>
        <w:jc w:val="left"/>
      </w:pPr>
      <w:r>
        <w:rPr>
          <w:rFonts w:ascii="Sylfaen" w:hAnsi="Sylfaen" w:eastAsia="Sylfaen" w:cs="Sylfaen"/>
        </w:rPr>
        <w:t>მსოფლიოს ყოველო მკვიდრნო და დედამიწაზე მცხოვრებნო ყველანო, იხილეთ, როცა ის მთებზე დროშას აღმართავს; და როცა საყვირს ჩაჰბერავს, ისმინეთ. ესაია 18:3.</w:t>
      </w:r>
    </w:p>
    <w:p>
      <w:pPr>
        <w:pStyle w:val="ArticleBody"/>
        <w:jc w:val="left"/>
      </w:pPr>
      <w:r>
        <w:rPr>
          <w:rFonts w:ascii="Sylfaen" w:hAnsi="Sylfaen" w:eastAsia="Sylfaen" w:cs="Sylfaen"/>
        </w:rPr>
        <w:t>ელიაად წარმოდგენილი მაცნე, რომელიც მოსეს მიერ წარმოდგენილ უწყებას ქადაგებს, ქუჩებში იხოცება იმ მხეცის მიერ, რომელიც უფსკრულიდან ამოდის. მას შემდეგ, რაც ისინი ფეხქვეშ ითელებიან მოსეს „წყევლით“ წარმოდგენილი პერიოდის განმავლობაში, რაც არის ლევიანთა წიგნის ოცდამეექვსე თავის „გაფანტვა“, ღვთის სიტყვით სულიწმიდა შედის მათ მკვდარ სხეულებში. შემდეგ ისინი დგებიან და ამის შემდეგ ზეცად ადიან. უწყება, რომელიც ზეცაში მყოფად არის წარმოდგენილი, არის სამი ანგელოზის მარადიული სახარება.</w:t>
      </w:r>
    </w:p>
    <w:p>
      <w:pPr>
        <w:pStyle w:val="ArticleScripture"/>
        <w:jc w:val="left"/>
      </w:pPr>
      <w:r>
        <w:rPr>
          <w:rFonts w:ascii="Sylfaen" w:hAnsi="Sylfaen" w:eastAsia="Sylfaen" w:cs="Sylfaen"/>
        </w:rPr>
        <w:t>და ვიხილე სხვა ანგელოზი, რომელიც შუა ცაში დაფრინავდა და ჰქონდა საუკუნო სახარება, რათა ეხარებინა დედამიწაზე მცხოვრებთათვის, ყოველი ერისა და ტომის, ენისა და ხალხისათვის. გამოცხადება 14:6.</w:t>
      </w:r>
    </w:p>
    <w:p>
      <w:pPr>
        <w:pStyle w:val="ArticleBody"/>
        <w:jc w:val="left"/>
      </w:pPr>
      <w:r>
        <w:rPr>
          <w:rFonts w:ascii="Sylfaen" w:hAnsi="Sylfaen" w:eastAsia="Sylfaen" w:cs="Sylfaen"/>
        </w:rPr>
        <w:t>სანამ ელია და მოსე ზეცად აღვიდოდნენ, ისინი ჯერ თავიანთ ფეხზე დადგებოდნენ.</w:t>
      </w:r>
    </w:p>
    <w:p>
      <w:pPr>
        <w:pStyle w:val="ArticleScripture"/>
        <w:jc w:val="left"/>
      </w:pPr>
      <w:r>
        <w:rPr>
          <w:rFonts w:ascii="Sylfaen" w:hAnsi="Sylfaen" w:eastAsia="Sylfaen" w:cs="Sylfaen"/>
        </w:rPr>
        <w:t>და სამ-ნახევარი დღის შემდეგ ღვთისგან მომავალი სიცოცხლის სული შევიდა მათში, და დადგნენ თავიანთ ფეხებზე; და დიდი შიში დაეცა მათზე, ვინც ისინი იხილა. და მოესმათ დიდი ხმა ზეციდან, რომელიც ეუბნებოდა მათ: ამოდით აქ. და ავიდნენ ზეცად ღრუბელში; და მათმა მტრებმა იხილეს ისინი. გამოცხადება 11:11, 12.</w:t>
      </w:r>
    </w:p>
    <w:p>
      <w:pPr>
        <w:pStyle w:val="ArticleBody"/>
        <w:jc w:val="left"/>
      </w:pPr>
      <w:r>
        <w:rPr>
          <w:rFonts w:ascii="Sylfaen" w:hAnsi="Sylfaen" w:eastAsia="Sylfaen" w:cs="Sylfaen"/>
        </w:rPr>
        <w:t>ყოველი წინასწარმეტყველი ეთანხმება სხვა წინასწარმეტყველებს, და ყველა ერთად იკრიბება გამოცხადების წიგნში. ეზეკიელის წიგნი ასწავლის, რომ როდესაც სული შედის ადამიანებში, ისინი დგებიან თავიანთ ფეხებზე.</w:t>
      </w:r>
    </w:p>
    <w:p>
      <w:pPr>
        <w:pStyle w:val="ArticleScripture"/>
        <w:jc w:val="left"/>
      </w:pPr>
      <w:r>
        <w:rPr>
          <w:rFonts w:ascii="Sylfaen" w:hAnsi="Sylfaen" w:eastAsia="Sylfaen" w:cs="Sylfaen"/>
        </w:rPr>
        <w:t>და მითხრა მე: კაცის ძეო, დადექ შენს ფეხებზე, და გელაპარაკები შენ. და შევიდა ჩემში სული, როცა მელაპარაკებოდა მე, და დამაყენა ჩემს ფეხებზე, რათა მომესმინა მისი, ვინც მელაპარაკებოდა. ეზეკიელი 2:1, 2.</w:t>
      </w:r>
    </w:p>
    <w:p>
      <w:pPr>
        <w:pStyle w:val="ArticleBody"/>
        <w:jc w:val="left"/>
      </w:pPr>
      <w:r>
        <w:rPr>
          <w:rFonts w:ascii="Sylfaen" w:hAnsi="Sylfaen" w:eastAsia="Sylfaen" w:cs="Sylfaen"/>
        </w:rPr>
        <w:t>ეზეკიელი წარმოადგენს ღმერთის ხალხს „უკანასკნელ დღეებში“, რომელნიც მკვდარნი არიან, თუმცა ესმით ღმერთის ხმა; და ღვთის სიტყვის მიღებას მოაქვს სულიწმიდის თანდასწრება, რის შემდეგაც ისინი დგებიან თავიანთ ფეხებზე. ისინი, რომელნიც გამოცხადების წიგნში დახოცილნი არიან და დატოვებულნი ქუჩაში, რათა თელილ იქნენ ათას ორას სამოცი სიმბოლური დღის განმავლობაში, ასევე ისმენენ ღვთის სიტყვას, რომელიც მათ გულებსა და გონებაში გადააქვს სულიწმიდა, და ისინი დგებიან თავიანთ ფეხებზე. ეზეკიელი გვამცნობს, რა არის ის ღვთის სიტყვა, რომელიც მათ ესმით, და რომელიც, თავის მხრივ, სიცოცხლეს უბრუნებს ქუჩებში მკვდრად წარმოდგენილ მთელ მოძრაობას, რომელსაც მოსე და ელია განასახიერებენ, და აყენებს მათ ფეხზე.</w:t>
      </w:r>
    </w:p>
    <w:p>
      <w:pPr>
        <w:pStyle w:val="ArticleScripture"/>
        <w:jc w:val="left"/>
      </w:pPr>
      <w:r>
        <w:rPr>
          <w:rFonts w:ascii="Sylfaen" w:hAnsi="Sylfaen" w:eastAsia="Sylfaen" w:cs="Sylfaen"/>
        </w:rPr>
        <w:t>უფლის ხელი იყო ჩემზე, და გამომიყვანა უფლის სულით და დამაყენა ველის შუაგულში, რომელიც სავსე იყო ძვლებით. და მატარა მათ შორის ირგვლივ; და აჰა, ძალზე ბევრი იყო გაშლილ ველზე, და აჰა, ფრიად გამხმარი იყვნენ. და მითხრა მე: ძეო კაცისა, თუ შეუძლიათ ამ ძვლებს გაცოცხლება? და მე ვუპასუხე: ო, უფალო ღმერთო, შენ იცი. კვლავ მითხრა მე: იწინასწარმეტყველე ამ ძვლებზე და უთხარი მათ: ჰე, გამხმარო ძვლებო, ისმინეთ უფლის სიტყვა. ასე ეუბნება უფალი ღმერთი ამ ძვლებს: აჰა, მე შევიყვან თქვენში სულს, და იცოცხლებთ. და დაგადებთ ძარღვებს, და ამოგიყვანთ ხორცს, და კანს გადაგაფარებთ, და ჩაგიდგამთ სულს, და იცოცხლებთ; და შეიცნობთ, რომ მე ვარ უფალი. და ვიწინასწარმეტყველე, როგორც მებრძანა; და როცა ვიწინასწარმეტყველებდი, გაისმა ხმა, და აჰა, შეირყა ყველაფერი, და ძვლები შეერთდნენ, თითოეული თავისი ძვლისადმი. და როცა ვუყურებდი, აჰა, ძარღვები და ხორცი ამოვიდა მათზე, და ზემოდან კანმა დაფარა ისინი; მაგრამ სული არ იყო მათში. მაშინ მითხრა მე: უწინასწარმეტყველე ქარს, იწინასწარმეტყველე, ძეო კაცისა, და უთხარი ქარს: ასე ამბობს უფალი ღმერთი: მოდი ოთხი ქარიდან, ჰე, სულო, და შთაჰბერე ამ დახოცილებს, რათა იცოცხლონ. და ვიწინასწარმეტყველე, როგორც მიბრძანა, და შევიდა მათში სული, და გაცოცხლდნენ, და დადგნენ თავიანთ ფეხებზე — ფრიად დიდი ლაშქარი. მაშინ მითხრა მე: ძეო კაცისა, ეს ძვლები ისრაელის მთელი სახლია; აჰა, ისინი ამბობენ: ჩვენი ძვლები გამხმარია, და ჩვენი სასოება დაღუპულია; ჩვენ მოვიკვეთეთ ჩვენი წილიდან. ამიტომ იწინასწარმეტყველე და უთხარი მათ: ასე ამბობს უფალი ღმერთი: აჰა, ჩემო ხალხო, მე გავხსნი თქვენს სამარხებს, და ამოგიყვანთ თქვენი სამარხებიდან, და მიგიყვანთ ისრაელის მიწაზე. და შეიცნობთ, რომ მე ვარ უფალი, როცა გავხსნი თქვენს სამარხებს, ჩემო ხალხო, და ამოგიყვანთ თქვენი სამარხებიდან. და ჩაგიდგამთ ჩემს სულს, და იცოცხლებთ, და დაგამკვიდრებთ თქვენს მიწაზე; მაშინ შეიცნობთ, რომ მე, უფალმა, ვთქვი ეს და აღვასრულე, ამბობს უფალი. ეზეკიელი 37:1–14.</w:t>
      </w:r>
    </w:p>
    <w:p>
      <w:pPr>
        <w:pStyle w:val="ArticleBody"/>
        <w:jc w:val="left"/>
      </w:pPr>
      <w:r>
        <w:rPr>
          <w:rFonts w:ascii="Sylfaen" w:hAnsi="Sylfaen" w:eastAsia="Sylfaen" w:cs="Sylfaen"/>
        </w:rPr>
        <w:t>დანიელი და იოანე წარმოადგენენ ღვთის ას ორმოცდაოთხ ათასს „უკანასკნელ დღეებში“, რომელნიც სიმბოლურად მოკლულნი და კვლავ აღმდგარნი არიან. იოანე — მდუღარე ზეთში, დანიელი — ლომთა ხაროში. მოძრაობა, რომელიც თავისი ლაოდიკიელი დედის ნაშიერი იყო, სიმბოლურად მოიკლა და ამის შემდეგ აღდგა, რითაც გახდა მერვე, რომელიც შვიდთაგანია. ეს არის მეექვსე ეკლესიის აღდგომა, რომელიც იყო ფილადელფია და რომელიც მერვედ იქცევა, თუმცა იგი ეკლესია კი არა, მოძრაობაა. იმ პერიოდის დასასრულს, როდესაც ისინი დაუმარხავად რჩებიან, რათა ფეხქვეშ გათელილ იქნენ მათ მიერ, ვინც მათ სიკვდილს ზეიმობს, ისინი დგანან თავიანთ ფეხებზე, როგორც ძლიერი ლაშქარი. ისინი აღდგებიან, რადგან ისმენენ ცნობას ღვთის სიტყვიდან. ნებისმიერი გვამი, რომელიც ქუჩაში სამ წელზე მეტი ხნის განმავლობაში იდო, იმდენად დალპებოდა, რომ მისგან მხოლოდ ძვლებიღა დარჩებოდა.</w:t>
      </w:r>
    </w:p>
    <w:p>
      <w:pPr>
        <w:pStyle w:val="ArticleScripture"/>
        <w:jc w:val="left"/>
      </w:pPr>
      <w:r>
        <w:rPr>
          <w:rFonts w:ascii="Sylfaen" w:hAnsi="Sylfaen" w:eastAsia="Sylfaen" w:cs="Sylfaen"/>
        </w:rPr>
        <w:t>„გამხმარ ძვლებს ესაჭიროებათ, რომ ღვთის სულიწმიდამ შთაბეროს მათ, რათა ისინი მოქმედებაში მოვიდნენ, ვითარცა მკვდრეთით აღდგომით.“ Bible Training School, December 1, 1903.</w:t>
      </w:r>
    </w:p>
    <w:p>
      <w:pPr>
        <w:pStyle w:val="ArticleBody"/>
        <w:jc w:val="left"/>
      </w:pPr>
      <w:r>
        <w:rPr>
          <w:rFonts w:ascii="Sylfaen" w:hAnsi="Sylfaen" w:eastAsia="Sylfaen" w:cs="Sylfaen"/>
        </w:rPr>
        <w:t>ჩვენ მოვალენი ვართ, მონაწილეობა მივიღოთ საკუთარი თავის აღდგინების საქმეში. ამას ვაკეთებთ იმით, რომ ვკითხულობთ, ვისმენთ და ვიცავთ დაწერილს.</w:t>
      </w:r>
    </w:p>
    <w:p>
      <w:pPr>
        <w:pStyle w:val="ArticleScripture"/>
        <w:jc w:val="left"/>
      </w:pPr>
      <w:r>
        <w:rPr>
          <w:rFonts w:ascii="Sylfaen" w:hAnsi="Sylfaen" w:eastAsia="Sylfaen" w:cs="Sylfaen"/>
        </w:rPr>
        <w:t>„ჩვენ შორის ჭეშმარიტი ღვთისმოსაობის გამოცოცხლება ჩვენი ყველა საჭიროებიდან უდიდესი და ყველაზე გადაუდებელია. ამის ძიება ჩვენი პირველი საქმე უნდა იყოს.“ Selected Messages, წიგნი 1, 121.</w:t>
      </w:r>
    </w:p>
    <w:p>
      <w:pPr>
        <w:pStyle w:val="ArticleBody"/>
        <w:jc w:val="left"/>
      </w:pPr>
      <w:r>
        <w:rPr>
          <w:rFonts w:ascii="Sylfaen" w:hAnsi="Sylfaen" w:eastAsia="Sylfaen" w:cs="Sylfaen"/>
        </w:rPr>
        <w:t>წინასწარმეტყველური „სიტყვა“, რომელიც ამ აღდგომას ლაოდიკიის გამოცდილებიდან ფილადელფიის გამოცდილებამდე წარმოშობს, მომდინარეობს იმ გზავნილიდან, რომელიც დანიელისა და გამოცხადების წიგნებში გვხვდება.</w:t>
      </w:r>
    </w:p>
    <w:p>
      <w:pPr>
        <w:pStyle w:val="ArticleScripture"/>
        <w:jc w:val="left"/>
      </w:pPr>
      <w:r>
        <w:rPr>
          <w:rFonts w:ascii="Sylfaen" w:hAnsi="Sylfaen" w:eastAsia="Sylfaen" w:cs="Sylfaen"/>
        </w:rPr>
        <w:t>„როდესაც დანიელისა და გამოცხადების წიგნები უკეთ იქნება გაგებული, მორწმუნეებს სრულიად განსხვავებული რელიგიური გამოცდილება ექნებათ.“ Testimonies to Ministers, 112–114.</w:t>
      </w:r>
    </w:p>
    <w:p>
      <w:pPr>
        <w:pStyle w:val="ArticleBody"/>
        <w:jc w:val="left"/>
      </w:pPr>
      <w:r>
        <w:rPr>
          <w:rFonts w:ascii="Sylfaen" w:hAnsi="Sylfaen" w:eastAsia="Sylfaen" w:cs="Sylfaen"/>
        </w:rPr>
        <w:t>ლაოდიკეის კანონიკური რელიგიის გამოცდილება იცვლება სიცოცხლის მომნიჭებელი უწყებით. იესო ქრისტეს გამოცხადების უწყება არის მისი შემოქმედებითი ძალის უწყება, რომელიც უეჭველად არის ღვთის ძალა ხსნისათვის ყოველი მორწმუნისადმი.</w:t>
      </w:r>
    </w:p>
    <w:p>
      <w:pPr>
        <w:pStyle w:val="ArticleScripture"/>
        <w:jc w:val="left"/>
      </w:pPr>
      <w:r>
        <w:rPr>
          <w:rFonts w:ascii="Sylfaen" w:hAnsi="Sylfaen" w:eastAsia="Sylfaen" w:cs="Sylfaen"/>
        </w:rPr>
        <w:t>„როგორი ძალა უნდა გვქონდეს ღვთისაგან, რათა გამყინვარებული გულები, რომელთაც მხოლოდ კანონზე დამყარებული რელიგია აქვთ, იხილონ მათთვის გამზადებული უმჯობესი საგნები — ქრისტე და მისი სიმართლე! სიცოცხლის მომნიჭებელი უწყება იყო საჭირო, რათა სიცოცხლე მინიჭებოდა გამხმარ ძვლებს.“ Manuscript Releases, ტომი 12, 205.</w:t>
      </w:r>
    </w:p>
    <w:p>
      <w:pPr>
        <w:pStyle w:val="ArticleBody"/>
        <w:jc w:val="left"/>
      </w:pPr>
      <w:r>
        <w:rPr>
          <w:rFonts w:ascii="Sylfaen" w:hAnsi="Sylfaen" w:eastAsia="Sylfaen" w:cs="Sylfaen"/>
        </w:rPr>
        <w:t>იურიდიული რელიგია არის განდგომილი რელიგია, როგორც ეს წარმოდგენილია ადვენტიზმის მიერ საფუძვლებისგან გადახვევით 1863 წლიდან და შემდგომ.</w:t>
      </w:r>
    </w:p>
    <w:p>
      <w:pPr>
        <w:pStyle w:val="ArticleScripture"/>
        <w:jc w:val="left"/>
      </w:pPr>
      <w:r>
        <w:rPr>
          <w:rFonts w:ascii="Sylfaen" w:hAnsi="Sylfaen" w:eastAsia="Sylfaen" w:cs="Sylfaen"/>
        </w:rPr>
        <w:t>„ვდგამ კალამს და ლოცვაში აღვმართავ ჩემს სულს, რათა უფალმა სული შთაბეროს თავის განდგომილ ხალხს, რომელიც გამომშრალ ძვლებს ჰგავს, რათა იცოცხლონ.“ General Conference Bulletin, February 4, 1893.</w:t>
      </w:r>
    </w:p>
    <w:p>
      <w:pPr>
        <w:pStyle w:val="ArticleBody"/>
        <w:jc w:val="left"/>
      </w:pPr>
      <w:r>
        <w:rPr>
          <w:rFonts w:ascii="Sylfaen" w:hAnsi="Sylfaen" w:eastAsia="Sylfaen" w:cs="Sylfaen"/>
        </w:rPr>
        <w:t>იესო არის „სარწმუნო მოწმე“ გამოცხადებაში.</w:t>
      </w:r>
    </w:p>
    <w:p>
      <w:pPr>
        <w:pStyle w:val="ArticleScripture"/>
        <w:jc w:val="left"/>
      </w:pPr>
      <w:r>
        <w:rPr>
          <w:rFonts w:ascii="Sylfaen" w:hAnsi="Sylfaen" w:eastAsia="Sylfaen" w:cs="Sylfaen"/>
        </w:rPr>
        <w:t>და ლაოდიკიელთა ეკლესიის ანგელოზს მისწერე: ამას ამბობს ამინ, სარწმუნო და ჭეშმარიტი მოწმე, ღმერთის ქმნილების დასაბამი. გამოცხადება 3:14.</w:t>
      </w:r>
    </w:p>
    <w:p>
      <w:pPr>
        <w:pStyle w:val="ArticleBody"/>
        <w:jc w:val="left"/>
      </w:pPr>
      <w:r>
        <w:rPr>
          <w:rFonts w:ascii="Sylfaen" w:hAnsi="Sylfaen" w:eastAsia="Sylfaen" w:cs="Sylfaen"/>
        </w:rPr>
        <w:t>და უაიტი გვამცნობს, რომ სწორედ იესოა ის „ერთგული მოწმე“, რომელიც „პირდაპირ მოწმობას“ წარუდგენს ლაოდიკიელებს, რომლებიც მკვდარნი არიან შეცოდებებში და ცოდვაში, და რომ, ისევე როგორც მკვდარი, გამხმარი ძვლების ველისადმი მიმართებულ უწყებაში, ეს უწყებაც იწვევს შეძვრას.</w:t>
      </w:r>
    </w:p>
    <w:p>
      <w:pPr>
        <w:pStyle w:val="ArticleScripture"/>
        <w:jc w:val="left"/>
      </w:pPr>
      <w:r>
        <w:rPr>
          <w:rFonts w:ascii="Sylfaen" w:hAnsi="Sylfaen" w:eastAsia="Sylfaen" w:cs="Sylfaen"/>
        </w:rPr>
        <w:t>„მე ვიკითხე იმ შერყევის მნიშვნელობა, რომელიც ნანახი მქონდა, და მიჩვენეს, რომ იგი გამოწვეული იქნებოდა იმ პირდაპირი მოწმობით, რომელსაც წარმოშობდა ჭეშმარიტი მოწმის რჩევა ლაოდიკიელთა მიმართ. ეს მოახდენს თავის ზემოქმედებას მიმღების გულზე და მიიყვანს მას იმისკენ, რომ აღამაღლოს სტანდარტი და გადმოაფრქვიოს პირდაპირი ჭეშმარიტება. ზოგნი ვერ აიტანენ ამ პირდაპირ მოწმობას. ისინი აღდგებიან მის წინააღმდეგ, და სწორედ ეს გამოიწვევს შერყევას ღვთის ხალხში.“</w:t>
      </w:r>
    </w:p>
    <w:p>
      <w:pPr>
        <w:pStyle w:val="ArticleScripture"/>
        <w:jc w:val="left"/>
      </w:pPr>
      <w:r>
        <w:rPr>
          <w:rFonts w:ascii="Sylfaen" w:hAnsi="Sylfaen" w:eastAsia="Sylfaen" w:cs="Sylfaen"/>
        </w:rPr>
        <w:t>„ვიხილე, რომ ჭეშმარიტი მოწმის მოწმობას სათანადოდ არც კი მოუსმინეს. ეს საზეიმო მოწმობა, რომელზედაც ეკლესიის ხვედრია დამოკიდებული, მცირედ იქნა დაფასებული, თუ სრულიად უგულებელყოფილი არა. ამ მოწმობამ ღრმა სინანული უნდა აღძრას; ყველა, ვინც მას ჭეშმარიტად მიიღებს, დაემორჩილება მას და განიწმიდება.</w:t>
      </w:r>
    </w:p>
    <w:p>
      <w:pPr>
        <w:pStyle w:val="ArticleScripture"/>
        <w:jc w:val="left"/>
      </w:pPr>
      <w:r>
        <w:rPr>
          <w:rFonts w:ascii="Sylfaen" w:hAnsi="Sylfaen" w:eastAsia="Sylfaen" w:cs="Sylfaen"/>
        </w:rPr>
        <w:t>„თქვა ანგელოზმა: „ისმინეთ!“ მალე გავიგონე ხმა, მრავალი მუსიკალური საკრავივით, რომლებიც ერთდროულად ჟღერდნენ სრულ თანხმობაში, ტკბილად და ჰარმონიულად. იგი აღემატებოდა ყოველგვარ მუსიკას, რაც ოდესმე მომესმინა, და ჩანდა, რომ სავსე იყო წყალობით, თანაგრძნობითა და ამამაღლებელი, წმიდა სიხარულით. მან ჩემი მთელი არსება შეაძრწუნა. თქვა ანგელოზმა: „შეხედეთ!“ მაშინ ჩემი ყურადღება მიიქცია იმ კრებულმა, რომელიც ნანახი მქონდა და რომელიც ძლიერად იყო შეძრული. მეჩვენა ისინი, ვისაც ადრე ვხედავდი სულის აგონიაში მტირალსა და მლოცველს. მათ გარშემო მყოფი მფარველი ანგელოზების გუნდი გაორმაგებული იყო, და ისინი შემოსილნი იყვნენ საჭურვლით თავიდან ფეხებამდე. ისინი ზუსტ წესრიგში მოძრაობდნენ, როგორც ჯარისკაცთა რაზმი. მათი სახეები გამოხატავდა იმ მძაფრ ბრძოლას, რომელიც გადაიტანეს, იმ სატანჯველ შერკინებას, რომლის გზაც გამოიარეს. ხოლო მათი ნაკვთები, მძიმე შინაგანი ტკივილის ნიშნით აღბეჭდილნი, ახლა ცათა ნათლითა და დიდებით ბრწყინავდნენ. მათ მოიპოვეს გამარჯვება, და ამან მათგან აღმოაფრქვია უღრმესი მადლიერება და წმიდა, საღვთო სიხარული.</w:t>
      </w:r>
    </w:p>
    <w:p>
      <w:pPr>
        <w:pStyle w:val="ArticleScripture"/>
        <w:jc w:val="left"/>
      </w:pPr>
      <w:r>
        <w:rPr>
          <w:rFonts w:ascii="Sylfaen" w:hAnsi="Sylfaen" w:eastAsia="Sylfaen" w:cs="Sylfaen"/>
        </w:rPr>
        <w:t>ამ კრებულის რიცხვი შემცირებულიყო. ზოგნი შეირყნენ, გაიცხრილნენ და გზაზე დარჩნენ. დაუდევარმა და გულგრილმა ადამიანებმა, რომელნიც არ შეუერთდნენ მათ, ვინც გამარჯვებასა და ხსნას იმდენად აფასებდა, რომ მისთვის შეუპოვრად ევედრებოდა ღმერთს და ტანჯვით იბრძოდა, ვერ მოიპოვეს იგი; და ისინი სიბნელეში დარჩნენ უკან, ხოლო მათი ადგილები დაუყოვნებლივ შეივსო სხვებით, რომლებმაც ჭეშმარიტებას ჩასჭიდეს ხელი და რიგებში შემოვიდნენ. ბოროტი ანგელოზები კვლავაც ეხვივნენ მათ ირგვლივ, მაგრამ მათზე არავითარი ძალაუფლება აღარ ჰქონდათ.</w:t>
      </w:r>
    </w:p>
    <w:p>
      <w:pPr>
        <w:pStyle w:val="ArticleScripture"/>
        <w:jc w:val="left"/>
      </w:pPr>
      <w:r>
        <w:rPr>
          <w:rFonts w:ascii="Sylfaen" w:hAnsi="Sylfaen" w:eastAsia="Sylfaen" w:cs="Sylfaen"/>
        </w:rPr>
        <w:t>„მე მოვისმინე, რომ ჯავშნით შემოსილნი დიდი ძალით ქადაგებდნენ ჭეშმარიტებას. ამას შედეგი მოჰყვა. მრავალი შებოჭილი იყო; ზოგი ცოლები — თავიანთი ქმრების მიერ, და ზოგი შვილები — თავიანთი მშობლების მიერ. გულწრფელნი, რომელთაც ჭეშმარიტების მოსმენა აღეკვეთათ, ახლა მას მონდომებით ჩაეჭიდნენ. თავიანთი ნათესავებისადმი ყოველგვარი შიში გაქრა, და მათთვის მხოლოდ ჭეშმარიტება იქნა ამაღლებული. მათ სწყუროდათ და შიოდათ ჭეშმარიტება; იგი სიცოცხლეზე უფრო ძვირფასი და უფრო ფასეული იყო. მე ვიკითხე, რამ მოახდინა ეს დიდი ცვლილება. ანგელოზმა მიპასუხა: ‘ეს არის გვიანი წვიმა, გამოცოცხლება უფლის წინაშე მდგომობიდან, მესამე ანგელოზის ხმამაღალი შეძახილი.’“ Early Writings, 270, 271.</w:t>
      </w:r>
    </w:p>
    <w:p>
      <w:pPr>
        <w:pStyle w:val="ArticleBody"/>
        <w:jc w:val="left"/>
      </w:pPr>
      <w:r>
        <w:rPr>
          <w:rFonts w:ascii="Sylfaen" w:hAnsi="Sylfaen" w:eastAsia="Sylfaen" w:cs="Sylfaen"/>
        </w:rPr>
        <w:t>ლაოდიკეის მიმართ პირდაპირი მოწმობა, რომელიც მძიმე შერყევის შემდეგ არმიას აღადგენს, არის მკვდარი, გამხმარი ძვლების ველისადმი მიმართული უწყება; და ეს ძვლები წარმოადგენს მოსეს უწყებას და მაცნე ელიას, რომლებიც 2020 წლის 18 ივლისს ქუჩაში მოკლა უფსკრულიდან ამოსულმა მხეცმა.</w:t>
      </w:r>
    </w:p>
    <w:p>
      <w:pPr>
        <w:pStyle w:val="ArticleScripture"/>
        <w:jc w:val="left"/>
      </w:pPr>
      <w:r>
        <w:rPr>
          <w:rFonts w:ascii="Sylfaen" w:hAnsi="Sylfaen" w:eastAsia="Sylfaen" w:cs="Sylfaen"/>
        </w:rPr>
        <w:t>„ჩვენს ეკლესიებსა და დაწესებულებებს უნდა მიეწოდოს პირდაპირი მოწმობა, რათა მძინარენი გამოაფხიზლოს.“</w:t>
      </w:r>
    </w:p>
    <w:p>
      <w:pPr>
        <w:pStyle w:val="ArticleScripture"/>
        <w:jc w:val="left"/>
      </w:pPr>
      <w:r>
        <w:rPr>
          <w:rFonts w:ascii="Sylfaen" w:hAnsi="Sylfaen" w:eastAsia="Sylfaen" w:cs="Sylfaen"/>
        </w:rPr>
        <w:t>„როცა უფლის სიტყვას ირწმუნებენ და ემორჩილებიან, მოხდება მტკიცე წინსვლა. ახლა დავინახოთ ჩვენი დიდი საჭიროება. უფალს არ შეუძლია ჩვენი გამოყენება, ვიდრე ის სიცოცხლეს არ შთაბერავს გამხმარ ძვლებს. მე მოვისმინე წარმოთქმული სიტყვები: ‘ღმერთის სულის ღრმა მოქმედების გარეშე გულზე, მისი სიცოცხლისმომნიჭებელი ზემოქმედების გარეშე, ჭეშმარიტება მკვდარ ასოდ იქცევა.’“ Review and Herald, November 18, 1902.</w:t>
      </w:r>
    </w:p>
    <w:p>
      <w:pPr>
        <w:pStyle w:val="ArticleBody"/>
        <w:jc w:val="left"/>
      </w:pPr>
      <w:r>
        <w:rPr>
          <w:rFonts w:ascii="Sylfaen" w:hAnsi="Sylfaen" w:eastAsia="Sylfaen" w:cs="Sylfaen"/>
        </w:rPr>
        <w:t>ჩვენ ვაჩვენეთ, რომ ოთხი სასაზღვრო ნიშანი, რომლებიც შვიდი ქუხილის ისტორიას წარმოადგენს, ყოველ რეფორმის ხაზშია წარმოდგენილი. ამასთან დაკავშირებით არსებობს ის ფაქტიც, რომ ყოველ რეფორმის ხაზში ოთხივე სასაზღვრო ნიშანი ერთსა და იმავე წინასწარმეტყველურ თემას წარმოადგენს. მოსეს შემთხვევაში, ოთხივე სასაზღვრო ნიშნზე თემა, რომელიც შვიდი ქუხილის წინასახედ იქცა, იყო აღთქმა რჩეულ ერთან. დავითის შემთხვევაში ეს იყო ღვთის კიდობანი. ქრისტეს შემთხვევაში — სიკვდილი და აღდგომა. მილერიტების შემთხვევაში — დღე-წელიწადის პრინციპი.</w:t>
      </w:r>
    </w:p>
    <w:p>
      <w:pPr>
        <w:pStyle w:val="ArticleBody"/>
        <w:jc w:val="left"/>
      </w:pPr>
      <w:r>
        <w:rPr>
          <w:rFonts w:ascii="Sylfaen" w:hAnsi="Sylfaen" w:eastAsia="Sylfaen" w:cs="Sylfaen"/>
        </w:rPr>
        <w:t>Future for America-სთვის ეს არის ისლამი. 2001 წლის 11 სექტემბერს — ისლამი. კვლავ ისლამი იყო 2020 წლის 18 ივლისს წარუმატებელი წინასწარმეტყველებით, პირველი იმედგაცრუებითა და დაყოვნების ხანის დასაწყისით. მესამე გზამანიშნი, რომელიც წარმოშობს მძლავრ ლაშქარს, რომელიც აღდგება, არის ოთხი ქარის უწყება, რაც წარმოადგენს ისლამს, ბიბლიური წინასწარმეტყველების „განრისხებულ ცხენს“.</w:t>
      </w:r>
    </w:p>
    <w:p>
      <w:pPr>
        <w:pStyle w:val="ArticleScripture"/>
        <w:jc w:val="left"/>
      </w:pPr>
      <w:r>
        <w:rPr>
          <w:rFonts w:ascii="Sylfaen" w:hAnsi="Sylfaen" w:eastAsia="Sylfaen" w:cs="Sylfaen"/>
        </w:rPr>
        <w:t>„ანგელოზებს უკავიათ ოთხი ქარი, წარმოდგენილი როგორც განრისხებული ცხენი, რომელიც ცდილობს მოწყდეს თავსაკავებელს და მთელი დედამიწის პირისახეზე გადაიჭრას, თავის გზაზე ნგრევა და სიკვდილი მოჰქონდეს.</w:t>
      </w:r>
    </w:p>
    <w:p>
      <w:pPr>
        <w:pStyle w:val="ArticleScripture"/>
        <w:jc w:val="left"/>
      </w:pPr>
      <w:r>
        <w:rPr>
          <w:rFonts w:ascii="Sylfaen" w:hAnsi="Sylfaen" w:eastAsia="Sylfaen" w:cs="Sylfaen"/>
        </w:rPr>
        <w:t>„ნუთუ საუკუნო სამყაროს თვით ზღვარზე უნდა გვეძინოს? ნუთუ უნდა ვიყოთ მოდუნებულნი, ცივნი და მკვდარნი? ოჰ, ნეტავ ჩვენს ეკლესიებში გვქონდეს ღვთის სული და სუნთქვა, შთაბერილი მის ერში, რათა ისინი დადგნენ თავიანთ ფეხებზე და იცოცხლონ. ჩვენ უნდა დავინახოთ, რომ გზა ვიწროა და კარიბჭე — ტევრი. მაგრამ როცა ამ ტევრ კარიბჭეში გავდივართ, მისი სიფართოვე უსაზღვროა.“ Manuscript Releases, ტომი 20, 216, 217.</w:t>
      </w:r>
    </w:p>
    <w:p>
      <w:pPr>
        <w:pStyle w:val="ArticleBody"/>
        <w:jc w:val="left"/>
      </w:pPr>
      <w:r>
        <w:rPr>
          <w:rFonts w:ascii="Sylfaen" w:hAnsi="Sylfaen" w:eastAsia="Sylfaen" w:cs="Sylfaen"/>
        </w:rPr>
        <w:t>ელიასა და მოსეს აღდგომისთანავე ისინი დროშასავით აღიტაცებიან ზეცად.</w:t>
      </w:r>
    </w:p>
    <w:p>
      <w:pPr>
        <w:pStyle w:val="ArticleScripture"/>
        <w:jc w:val="left"/>
      </w:pPr>
      <w:r>
        <w:rPr>
          <w:rFonts w:ascii="Sylfaen" w:hAnsi="Sylfaen" w:eastAsia="Sylfaen" w:cs="Sylfaen"/>
        </w:rPr>
        <w:t>და მოისმინეს ზეციდან დიდი ხმა, რომელიც ეუბნებოდა მათ: ამოდით აქეთ. და ავიდნენ ზეცად ღრუბელში; და იხილეს ისინი მათმა მტრებმა. გამოცხადება 11:12.</w:t>
      </w:r>
    </w:p>
    <w:p>
      <w:pPr>
        <w:pStyle w:val="ArticleBody"/>
        <w:jc w:val="left"/>
      </w:pPr>
      <w:r>
        <w:rPr>
          <w:rFonts w:ascii="Sylfaen" w:hAnsi="Sylfaen" w:eastAsia="Sylfaen" w:cs="Sylfaen"/>
        </w:rPr>
        <w:t>შემდეგ სტატიაში განვიხილავთ მოსესა და ელიას მიერ წარმოდგენილ დროშას.</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მომავალი ამერიკისთვის და 2020 წლის 18 ივლისი — ნომერი ხუთი</dc:title>
  <dc:subject>დროშა</dc:subject>
  <dc:creator>Jeff Pippenger</dc:creator>
  <cp:keywords/>
  <dc:description>Generated by ArticleDigger from future_for_america\05_future_for_america.json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