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მომავალი ამერიკისთვის და 2020 წლის 18 ივლისი — ნომერი ექვსი</w:t>
      </w:r>
    </w:p>
    <w:p>
      <w:pPr>
        <w:pStyle w:val="ArticleSubtitle"/>
        <w:jc w:val="left"/>
      </w:pPr>
      <w:r>
        <w:rPr>
          <w:rFonts w:ascii="Sylfaen" w:hAnsi="Sylfaen" w:eastAsia="Sylfaen" w:cs="Sylfaen"/>
        </w:rPr>
        <w:t>დროშა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2023-09-23</w:t>
      </w:r>
    </w:p>
    <w:p>
      <w:pPr>
        <w:pStyle w:val="ArticleScripture"/>
        <w:jc w:val="left"/>
      </w:pPr>
      <w:r>
        <w:rPr>
          <w:rFonts w:ascii="Sylfaen" w:hAnsi="Sylfaen" w:eastAsia="Sylfaen" w:cs="Sylfaen"/>
        </w:rPr>
        <w:t>და სამდღენახევრის შემდეგ ღვთისაგან სიცოცხლის სული შევიდა მათში, და დადგნენ თავიანთ ფეხზე; და დიდი შიში დაეცა მათ მხილველთ. და მოესმათ მათ ზეციდან დიდი ხმა, რომელიც ეუბნებოდა: ამოდით აქ. და ავიდნენ ზეცად ღრუბლით; და მათმა მტრებმა იხილეს ისინი. გამოცხადება 11:11, 12.</w:t>
      </w:r>
    </w:p>
    <w:p>
      <w:pPr>
        <w:pStyle w:val="ArticleBody"/>
        <w:jc w:val="left"/>
      </w:pPr>
      <w:r>
        <w:rPr>
          <w:rFonts w:ascii="Sylfaen" w:hAnsi="Sylfaen" w:eastAsia="Sylfaen" w:cs="Sylfaen"/>
        </w:rPr>
        <w:t>ქუჩაში გათელვის შემდეგ, ელია და მოსე იღებენ ნუგეშისმცემელს, და შემდეგ დგებიან თავიანთ ფეხებზე. ეზეკიელის ძვლების ველი ჯერ ხმაურს ისმენს და შემდეგ განიცდის რყევას, მაგრამ ისინი კვლავაც სულის გარეშე იყვნენ.</w:t>
      </w:r>
    </w:p>
    <w:p>
      <w:pPr>
        <w:pStyle w:val="ArticleScripture"/>
        <w:jc w:val="left"/>
      </w:pPr>
      <w:r>
        <w:rPr>
          <w:rFonts w:ascii="Sylfaen" w:hAnsi="Sylfaen" w:eastAsia="Sylfaen" w:cs="Sylfaen"/>
        </w:rPr>
        <w:t>ამიტომ ვიწინასწარმეტყველე, როგორც ნაბრძანები მქონდა; და როცა ვიწინასწარმეტყველებდი, გაისმა ხმა, და ահა, შეირყა ყველაფერი, და ძვლები შეერთდნენ, თითოეული ძვალი თავის ძვალს. და როცა ვიხილე, აჰა, მათზე აღიზარდა მყესები და ხორცი, და ზემოდან კანი გადაეფარა მათ; მაგრამ სული არ იყო მათში. ეზეკიელი 37:7, 8.</w:t>
      </w:r>
    </w:p>
    <w:p>
      <w:pPr>
        <w:pStyle w:val="ArticleBody"/>
        <w:jc w:val="left"/>
      </w:pPr>
      <w:r>
        <w:rPr>
          <w:rFonts w:ascii="Sylfaen" w:hAnsi="Sylfaen" w:eastAsia="Sylfaen" w:cs="Sylfaen"/>
        </w:rPr>
        <w:t>როდესაც სხეულები კვლავ აღდგება, ისინი მოისმენენ ოთხი ქარის უწყებას.</w:t>
      </w:r>
    </w:p>
    <w:p>
      <w:pPr>
        <w:pStyle w:val="ArticleScripture"/>
        <w:jc w:val="left"/>
      </w:pPr>
      <w:r>
        <w:rPr>
          <w:rFonts w:ascii="Sylfaen" w:hAnsi="Sylfaen" w:eastAsia="Sylfaen" w:cs="Sylfaen"/>
        </w:rPr>
        <w:t>მაშინ მითხრა მან: უწინასწარმეტყველე ქარს, იწინასწარმეტყველე, ძეო კაცისა, და უთხარი ქარს: ასე ამბობს უფალი ღმერთი: მოდი ოთხი ქარიდან, სულო, და შთაბერე ამ დახოცილებს, რათა იცოცხლონ. მეც ვიწინასწარმეტყველე, როგორც მიბრძანა მან, და სული შევიდა მათში; და ისინი გაცოცხლდნენ და დადგნენ თავიანთ ფეხებზე — დიდძალი, უზარმაზარი ლაშქარი. ეზეკიელი 37:9, 10.</w:t>
      </w:r>
    </w:p>
    <w:p>
      <w:pPr>
        <w:pStyle w:val="ArticleBody"/>
        <w:jc w:val="left"/>
      </w:pPr>
      <w:r>
        <w:rPr>
          <w:rFonts w:ascii="Sylfaen" w:hAnsi="Sylfaen" w:eastAsia="Sylfaen" w:cs="Sylfaen"/>
        </w:rPr>
        <w:t>ყველა წინასწარმეტყველი მიუთითებს ქვეყნის დასასრულზე; ამიტომ ეზეკიელის ეს მონაკვეთი დილემას წარმოშობს მათთვის, ვისაც გამოცხადების მეთერთმეტე თავის ორი წინასწარმეტყველის უწყების თავიდან აცილება სურს. ცხადია, მათთვის, ვისაც ამ უწყების უარყოფა უნდა, ყველაზე იოლი სიცრუე, რომლის თქმაც საკუთარ თავთან შეუძლიათ, ის არის, რომ გამოცხადების მეთერთმეტე თავი მხოლოდ ისტორიაა, რომელიც საფრანგეთის რევოლუციას წარმოადგენს, და მას ქვეყნის დასასრულთან არავითარი მიმართება არ აქვს. მაგრამ თუ იღებთ წინაპირობას, რომ თვით გამოცხადების მეთერთმეტე თავიც ქვეყნის დასასრულს აღნიშნავს, მაშინ უნდა შეარიგოთ ის ფაქტი, რომ ქვეყნის დასასრულის ჟამს არსებული ძლევამოსილი მხედრობა, რომელიც მესამე ანგელოზის უწყებას დიდი შეძახილით აცხადებს, იდენტიფიცირებულია როგორც მკვდარი და აღდგენილი, წინ უსწრებს რა მათ აღდგომას, როგორც ღვთის მხედრობისა.</w:t>
      </w:r>
    </w:p>
    <w:p>
      <w:pPr>
        <w:pStyle w:val="ArticleScripture"/>
        <w:jc w:val="left"/>
      </w:pPr>
      <w:r>
        <w:rPr>
          <w:rFonts w:ascii="Sylfaen" w:hAnsi="Sylfaen" w:eastAsia="Sylfaen" w:cs="Sylfaen"/>
        </w:rPr>
        <w:t>მაშინ მითხრა მან: ძეო კაცისა, ეს ძვლები ისრაელის მთელი სახლია; აჰა, ისინი ამბობენ: გამხმარია ჩვენი ძვლები და ჩვენი სასოება დაკარგულია; ჩვენ მოწყვეტილნი ვართ ჩვენი წილიდან. ამიტომ იწინასწარმეტყველე და უთხარი მათ: ასე ამბობს უფალი ღმერთი: აჰა, ჩემო ერო, გავხსნი თქვენს სამარხებს, ამოგიყვანთ თქვენი სამარხებიდან და მოგიყვანთ ისრაელის მიწაზე. და შეიცნობთ, რომ მე ვარ უფალი, როცა გავხსნი თქვენს სამარხებს, ჩემო ერო, და ამოგიყვანთ თქვენი სამარხებიდან; და ჩავდებ ჩემს სულს თქვენში, და იცოცხლებთ, და დაგამკვიდრებთ თქვენს მიწაზე; მაშინ შეიცნობთ, რომ მე, უფალმა, ვთქვი ეს და აღვასრულე, ამბობს უფალი. ეზეკიელი 37:11–14.</w:t>
      </w:r>
    </w:p>
    <w:p>
      <w:pPr>
        <w:pStyle w:val="ArticleBody"/>
        <w:jc w:val="left"/>
      </w:pPr>
      <w:r>
        <w:rPr>
          <w:rFonts w:ascii="Sylfaen" w:hAnsi="Sylfaen" w:eastAsia="Sylfaen" w:cs="Sylfaen"/>
        </w:rPr>
        <w:t>ქრისტე ამაღლდა ზეცად ღრუბლით და იგი ბრუნდება ღრუბლებით, ხოლო ღრუბლები ანგელოზებს განასახიერებს. მოსე და ელია ამაღლდებიან ზეცად ღრუბელში, რომელიც წარმოადგენს მესამე ანგელოზის უწყებას, რომელიც ცის შუაგულში დაფრინავს შეერთებულ შტატებში კვირა-კანონის დროს. მოსე და ელია ამაღლდებიან ზეცად კვირა-კანონის დროს ისლამის შესახებ უწყებასთან კავშირში.</w:t>
      </w:r>
    </w:p>
    <w:p>
      <w:pPr>
        <w:pStyle w:val="ArticleBody"/>
        <w:jc w:val="left"/>
      </w:pPr>
      <w:r>
        <w:rPr>
          <w:rFonts w:ascii="Sylfaen" w:hAnsi="Sylfaen" w:eastAsia="Sylfaen" w:cs="Sylfaen"/>
        </w:rPr>
        <w:t>ესაია აღნიშნავს მრავალ ჭეშმარიტებას, რომლებიც ამ ისტორიას უკავშირდება, და სწორედ იმავე მონაკვეთში, რომელსაც იესო მიმართავდა თავისი საქმის ამოსაცნობად. მან წინასწარმეტყველნი ელია და ელისე მაგალითად მოიხმო, რათა ეჩვენებინა, რომ წინასწარმეტყველური უწყება საკუთარი თანამემამულეების მიერ არ იყო მიღებული; და ამან ნაზარეთის ეკლესიის წევრნი დაუყოვნებლივ რისხვაში მოიყვანა, და მის მოკვლას შეეცადნენ.</w:t>
      </w:r>
    </w:p>
    <w:p>
      <w:pPr>
        <w:pStyle w:val="ArticleScripture"/>
        <w:jc w:val="left"/>
      </w:pPr>
      <w:r>
        <w:rPr>
          <w:rFonts w:ascii="Sylfaen" w:hAnsi="Sylfaen" w:eastAsia="Sylfaen" w:cs="Sylfaen"/>
        </w:rPr>
        <w:t>უფალი ღმერთის სული ჩემზეა, რადგან უფალმა მცხო მე, რათა თვინიერთა მიმართ სახარება მექადაგა; მომავლინა, რათა გულგატეხილნი განვეკურნა, ტყვეთათვის თავისუფლება გამომეცხადებინა და საპყრობილეში შეკრულთათვის — განთავისუფლება; რათა გამომეცხადებინა უფლის სათნო წელი და ჩვენი ღმერთის შურისგების დღე; რათა ვანუგეშე ყოველნი მგლოვიარენი; რათა სიონში მგლოვიარეთათვის დამედგინა, მიმეცა მათთვის მშვენიერება ნაცრის წილ, სიხარულის ზეთი გლოვის წილ, ქების სამოსელი სულმოკლეობის სულის წილ; რათა ეწოდოთ მათ სიმართლის მუხანი, უფლის დანერგილნი, რათა იგი განდიდდეს. და ააშენებენ ძველ ნანგრევებს, აღადგენენ უწინდელ აოხრებებს და განაახლებენ გაპარტახებულ ქალაქებს, მრავალი თაობის აოხრებებს. და უცხონი დადგებიან და დამწყსავენ თქვენს ფარებს, და უცხოტომელთა ძენი იქნებიან თქვენი მხვნელნი და თქვენი ვენახის მუშაკნი. ხოლო თქვენ ეწოდებით უფლის მღვდლები; თქვენზე იტყვიან: ჩვენი ღმერთის მსახურნი ხართო; შეჭამთ წარმართთა სიმდიდრეს და მათი დიდებით იქადით. თქვენი სირცხვილის წილ ორმაგი გექნებათ; და დამცირების წილ გაიხარებენ თავიანთ წილში; ამიტომ თავიანთ ქვეყანაში ორმაგს დაიმკვიდრებენ; საუკუნო სიხარული ექნებათ მათ. რადგან მე, უფალს, სამართალი მიყვარს, მძარცველობა მძულს მსხვერპლშეწირვისთვისაც კი; და წარვმართავ მათ საქმეს ჭეშმარიტებით, და დავუდებ მათ საუკუნო აღთქმას. და მათი თესლი ცნობილი იქნება წარმართთა შორის, და მათი მოდგმა — ხალხებს შორის; ყოველი, ვინც მათ იხილავს, აღიარებს მათ, რომ ისინი არიან უფლის მიერ კურთხეული თესლი. დიდად ვიხარებ უფალში, ჩემი სული იმხიარულებს ჩემს ღმერთში; რადგან შემმოსა მან ხსნის სამოსლით, დამაფარა სიმართლის შესამოსელი, როგორც სიძე იმკობს თავს სამკაულით და როგორც სასძლო ირთვება თავისი სამკაულებით. რადგან როგორც მიწა აღმოაცენებს თავის ყლორტს, და როგორც ბაღი აღმოაცენებინებს მასში დათესილს, ასევე უფალი ღმერთი აღმოაცენებს სიმართლეს და ქებას ყველა ერის წინაშე.</w:t>
      </w:r>
    </w:p>
    <w:p>
      <w:pPr>
        <w:pStyle w:val="ArticleScripture"/>
        <w:jc w:val="left"/>
      </w:pPr>
      <w:r>
        <w:rPr>
          <w:rFonts w:ascii="Sylfaen" w:hAnsi="Sylfaen" w:eastAsia="Sylfaen" w:cs="Sylfaen"/>
        </w:rPr>
        <w:t>სიონის გულისათვის არ დავდუმდები და იერუსალიმის გულისათვის არ მოვისვენებ, ვიდრე მისი სიმართლე ნათელივით არ გამოვა და მისი ხსნა ანთებული ლამპარივით არ აენთება. და წარმართები იხილავენ შენს სიმართლეს და ყველა მეფე — შენს დიდებას; და დაგერქმევა ახალი სახელი, რომელსაც უფლის პირი დაარქმევს. შენც იქნები დიდების გვირგვინი უფლის ხელში და სამეფო დიადემა შენი ღმერთის ხელში. აღარასოდეს დაგიძახებენ მიტოვებულს და აღარც შენს ქვეყანას უწოდებენ უკაცრიელს; არამედ შენ დაგერქმევა ხეფციბა და შენს ქვეყანას — ბეულა; რადგან უფალს სიამოვნებიხარ და შენი ქვეყანა დაქორწინებული იქნება. რადგან როგორც ჭაბუკი მოიყვანს ცოლად ქალწულს, ისე შენი ძენი შეგირთავენ ცოლად; და როგორც სიძე ხარობს საცოლეზე, ისე გაიხარებს შენზე შენი ღმერთი. შენს გალავნებზე დამიყენებია დარაჯები, იერუსალიმო, რომლებიც დღე და ღამე არასოდეს დადუმდებიან; თქვენ, ვინც ახსენებთ უფალს, ნუ დადუმდებით. და ნურასოდეს მისცემთ მას მოსვენებას, ვიდრე არ დაამყარებს და ვიდრე იერუსალიმს ქებად არ აქცევს ქვეყანაზე. უფალმა დაიფიცა თავისი მარჯვენით და თავისი ძლიერების მკლავით: აღარასოდეს მივცემ შენს პურს საჭმელად შენს მტრებს, და უცხოს ძენი აღარ დალევენ შენს ღვინოს, რომლისთვისაც იშრომე; არამედ ისინი, ვინც მოიმკიან, თავად შეჭამენ მას და ადიდებენ უფალს; და ისინი, ვინც მოაგროვებენ, დალევენ მას ჩემი სიწმინდის ეზოებში. გაიარეთ, გაიარეთ კარიბჭენი; გაუმზადეთ ხალხს გზა; აამაღლეთ, აამაღლეთ დიდი გზა; მოაშორეთ ქვები; აღმართეთ დროშა ხალხებისთვის. აჰა, უფალმა გამოაცხადა ქვეყნის კიდემდე: უთხარით სიონის ასულს: აჰა, მოდის შენი ხსნა; აჰა, მისი საზღაური მასთან არის და მისი საზღაური მის წინაშეა. და უწოდებენ მათ: წმიდა ხალხი, უფლის მიერ გამოსყიდულნი; და შენ დაგერქმევა: მოძებნილი, ქალაქი არა მიტოვებული. ესაია 61:1–62:12.</w:t>
      </w:r>
    </w:p>
    <w:p>
      <w:pPr>
        <w:pStyle w:val="ArticleBody"/>
        <w:jc w:val="left"/>
      </w:pPr>
      <w:r>
        <w:rPr>
          <w:rFonts w:ascii="Sylfaen" w:hAnsi="Sylfaen" w:eastAsia="Sylfaen" w:cs="Sylfaen"/>
        </w:rPr>
        <w:t>უფალი დებს „მარადიულ აღთქმას“ ას ორმოცდაოთხ ათასთან, რომლებიც უწინ „მიტოვებულნი“ იყვნენ, მაგრამ შემდეგ იქცევიან „ქალაქად“, რომელიც „აღარ არის მიტოვებული“. ისინი იყვნენ „გატიალებულნი“ და მკვდარნი ქუჩაში. ესაია მათ განსაზღვრავს როგორც „უფლის მღვდლებს“, უფლის „მსახურთ“, „წმიდა ერს“ და სიონის კედლებზე მდგარ „მუშაგებს“.</w:t>
      </w:r>
    </w:p>
    <w:p>
      <w:pPr>
        <w:pStyle w:val="ArticleBody"/>
        <w:jc w:val="left"/>
      </w:pPr>
      <w:r>
        <w:rPr>
          <w:rFonts w:ascii="Sylfaen" w:hAnsi="Sylfaen" w:eastAsia="Sylfaen" w:cs="Sylfaen"/>
        </w:rPr>
        <w:t>მათ მკვდარ სხეულებზე გახარებულთა საპირისპიროდ, ღმერთი შემდეგ მათზე ხარობს „როგორც სიძე ხარობს საცოლეზე“. ამგვარად, საცოლე უკვე გამზადებულია. როგორც ფილადელფიისადმი მიცემულ აღთქმაში უფალი აძლევს მათ „ახალ სახელს“, და მათ სახელად განსაზღვრავს „ჰეფციბას“ და „ბეულას“. ჰეფციბა ნიშნავს: ჩემი სათნოება მასშია, ხოლო ბეულა ნიშნავს: დაქორწინებას. უფალი ირთავს მათ, რომელთაც ელია და მოსე განასახიერებენ.</w:t>
      </w:r>
    </w:p>
    <w:p>
      <w:pPr>
        <w:pStyle w:val="ArticleBody"/>
        <w:jc w:val="left"/>
      </w:pPr>
      <w:r>
        <w:rPr>
          <w:rFonts w:ascii="Sylfaen" w:hAnsi="Sylfaen" w:eastAsia="Sylfaen" w:cs="Sylfaen"/>
        </w:rPr>
        <w:t>მათი დაკისრებული საქმეა ქრისტეს მეორედ მოსვლისათვის გზის გამზადება ქრისტესა და მისი სიმართლის „სახარების“ ქადაგებით „ქვეყნიერების კიდემდე“. ისინი ნუგეშისმცემლის მიერ არიან ცხებულნი სულის გადმოღვრისას და შემდეგ „ნიშნად“ აღიმართებიან, როდესაც „დიდი ხმა ზეციდან“ ეუბნება „მათ: ამოდით აქეთ“. მაშინ ისინი იქნებიან, როგორც „დიდების გვირგვინი“ და „სამეფო დიადემა“ უფლის ხელში. ზაქარია ამავე გვირგვინს დროშადაც განსაზღვრავს და ამასთანავე ამ მოვლენას უკანასკნელი წვიმის ჟამშიც ათავსებს.</w:t>
      </w:r>
    </w:p>
    <w:p>
      <w:pPr>
        <w:pStyle w:val="ArticleScripture"/>
        <w:jc w:val="left"/>
      </w:pPr>
      <w:r>
        <w:rPr>
          <w:rFonts w:ascii="Sylfaen" w:hAnsi="Sylfaen" w:eastAsia="Sylfaen" w:cs="Sylfaen"/>
        </w:rPr>
        <w:t>და უფალი, მათი ღმერთი, იხსნის მათ იმ დღეს, როგორც თავისი ერის სამწყსოს; რადგან ისინი იქნებიან, ვითარცა გვირგვინის ქვები, აღმართულნი ნიშად მის მიწაზე. რადგან რაოდენ დიდია მისი სიკეთე და რაოდენ დიდია მისი მშვენიერება! პური გაამხიარულებს ჭაბუკებს და ახალი ღვინო — ქალწულებს. სთხოვეთ უფალს წვიმა გვიანი წვიმის ჟამს; და უფალი შექმნის ნათელ ღრუბლებს და მისცემს მათ წვიმის თქეშს, თითოეულს — მინდვრის ბალახს. ზაქარია 9:16–10:1.</w:t>
      </w:r>
    </w:p>
    <w:p>
      <w:pPr>
        <w:pStyle w:val="ArticleBody"/>
        <w:jc w:val="left"/>
      </w:pPr>
      <w:r>
        <w:rPr>
          <w:rFonts w:ascii="Sylfaen" w:hAnsi="Sylfaen" w:eastAsia="Sylfaen" w:cs="Sylfaen"/>
        </w:rPr>
        <w:t>ისინი იქნებიან „მისი ხალხის ფარა“, მაგრამ უფალს ჰყავს მეორე ფარაც, რომელიც მაშინ ჯერ კიდევ ბაბილონში იქნება და რომელსაც ისიც მოუხმობს. მათი საქმე იქნება „ძველი“ ნანგრევების ადგილებისა და მრავალი თაობის „გაპარტახებების“ აღდგენა. ისინი იქნებიან ისინი, ვინც დაბრუნდებიან და კვლავ დაამკვიდრებენ ძველ ბილიკებს, რომლებიც ადვენტიზმში და ადვენტიზმის გარეთ უარყოფილ და დაფარულ იქნა. ისინი დაუბრუნდებიან მილერიტულ საფუძვლიან ჭეშმარიტებებს და მათ სიწმინდით წარუდგენენ ლაოდიკიურ ადვენტიზმს; აგრეთვე, ადვენტიზმის გარეთ მყოფთაც აუწყებენ უწყებას ღვთის რჯულთან დაკავშირებული „ძველი“ ჭეშმარიტებების შესახებ, განსაკუთრებით კი შაბათის შესახებ. ამის აღსასრულებლად ისინი მრავალი თაობის ისტორიებს გამოიყენებენ, რათა ახალი ისტორია თვალსაჩინოდ წარმოაჩინონ. მათი საქმე აღსრულდება გვიანი წვიმის დროს, როცა ღვთის სამსჯავროები ქვეყნად იქნება. როცა უფალი თავისი მარჯვენით მათ ნიშად აღმართავს, მთელი მსოფლიო, რომელიც მანამდე ხარობდა ქუჩაში მდებარე მათი მკვდარი სხეულების გამო, იხილავს იმ ნიშანს და გაიგონებს დარაჯთა გამაფრთხილებელ საყვირს.</w:t>
      </w:r>
    </w:p>
    <w:p>
      <w:pPr>
        <w:pStyle w:val="ArticleScripture"/>
        <w:jc w:val="left"/>
      </w:pPr>
      <w:r>
        <w:rPr>
          <w:rFonts w:ascii="Sylfaen" w:hAnsi="Sylfaen" w:eastAsia="Sylfaen" w:cs="Sylfaen"/>
        </w:rPr>
        <w:t>მსოფლიოს ყველა მკვიდრნო და დედამიწაზე დამკვიდრებულნო, იხილეთ, როდესაც მთებზე დროშას აღმართავს; და როდესაც საყვირს ჩაჰბერავს, ისმინეთ. ესაია 18:3.</w:t>
      </w:r>
    </w:p>
    <w:p>
      <w:pPr>
        <w:pStyle w:val="ArticleBody"/>
        <w:jc w:val="left"/>
      </w:pPr>
      <w:r>
        <w:rPr>
          <w:rFonts w:ascii="Sylfaen" w:hAnsi="Sylfaen" w:eastAsia="Sylfaen" w:cs="Sylfaen"/>
        </w:rPr>
        <w:t>გამოცხადების წიგნის მეთერთმეტე თავში, როდესაც მათ მკვდარ სხეულებზე მოზეიმეებმა დაინახეს, რომ ისინი ფეხზე წამოდგნენ, „დიდი შიში დაეცა მათზე, რომელნიც ხედავდნენ მათ.“</w:t>
      </w:r>
    </w:p>
    <w:p>
      <w:pPr>
        <w:pStyle w:val="ArticleScripture"/>
        <w:jc w:val="left"/>
      </w:pPr>
      <w:r>
        <w:rPr>
          <w:rFonts w:ascii="Sylfaen" w:hAnsi="Sylfaen" w:eastAsia="Sylfaen" w:cs="Sylfaen"/>
        </w:rPr>
        <w:t>მაშინ ასურელი დაეცემა მახვილით, არა ძლიერისა კაცისაგან; და მახვილი, არა მდაბლისა კაცისა, შთანთქავს მას; და იგი გაექცევა მახვილს, ხოლო მისი ჭაბუკნი იძულებულნი შეიქნებიან მძიმე სამუშაოსათვის. და შიშის გამო გადავა თავის სიმაგრეში, და მისი მთავარნი შეძრწუნდებიან დროშის წინაშე, ამბობს უფალი, რომლის ცეცხლი სიონშია და რომლის ქურა — იერუსალიმში. ესაია 31:8, 9.</w:t>
      </w:r>
    </w:p>
    <w:p>
      <w:pPr>
        <w:pStyle w:val="ArticleBody"/>
        <w:jc w:val="left"/>
      </w:pPr>
      <w:r>
        <w:rPr>
          <w:rFonts w:ascii="Sylfaen" w:hAnsi="Sylfaen" w:eastAsia="Sylfaen" w:cs="Sylfaen"/>
        </w:rPr>
        <w:t>ყველა წინასწარმეტყველის მოწმობა ერთიანდება გამოცხადების წიგნში. ასურელი წარმოადგენს ჩრდილოეთის მეფეს დანიელის წიგნის მეთერთმეტე თავის ორმოციდან ორმოცდახუთე მუხლებამდე, რომელიც თავის აღსასრულს მიაღწევს და არავინ ეყოლება შემწედ. როდესაც ას ორმოცდაოთხი ათასი, რომლებიც ღვთის გუშაგნი არიან, საყვირს ჩაბერავენ, მთელი მსოფლიო მოისმენს და შეშინდება. ისინი, რომელთაც ორი წინასწარმეტყველი განასახიერებს, ნუგეშისმცემლის მიერ იქნებიან „ცხებულნი“, რათა „ახარონ სასიხარულო ამბავი“ — ეს არის „ცნობა აღმოსავლეთიდან და ჩრდილოეთიდან“, რომელიც „შეაშფოთებს“ ჩრდილოეთის მეფეს დანიელის წიგნის მეთერთმეტე თავის ორმოცდამეოთხე მუხლში, და ეს აღნიშნავს საკვირაო კანონის კრიზისის დევნის დასაწყისს. იმ დროს წარმართები გამოეხმაურებიან ბაბილონიდან გამოსვლის მოწოდებას, მოვლენ და შეუერთდებიან უფლის მღვდლებს, რომლებიც აგრეთვე წარმოდგენილნი არიან როგორც „იესეს ფესვი“, რითაც განისაზღვრება ბიბლიური მეთოდოლოგია, რომელსაც ისინი გამოიყენებენ გაფრთხილების უწყების წარმართებისთვის წარსადგენად.</w:t>
      </w:r>
    </w:p>
    <w:p>
      <w:pPr>
        <w:pStyle w:val="ArticleScripture"/>
        <w:jc w:val="left"/>
      </w:pPr>
      <w:r>
        <w:rPr>
          <w:rFonts w:ascii="Sylfaen" w:hAnsi="Sylfaen" w:eastAsia="Sylfaen" w:cs="Sylfaen"/>
        </w:rPr>
        <w:t>და იმ დღეს იქნება იესეს ფესვი, რომელიც ხალხებისთვის ნიშნად აღიმართება; მას წარმართები მიაშურებენ, და მისი განსასვენებელი დიდებული იქნება. და მოხდება იმ დღეს, რომ უფალი მეორედ გაიწვდის თავის ხელს, რათა დაიბრუნოს თავისი ხალხის ნატამალი, რომელიც დარჩენილი იქნება ასურეთიდან, და ეგვიპტიდან, და ფათროსიდან, და ქუშიდან, და ელამიდან, და შინარიდან, და ჰამათიდან, და ზღვის კუნძულებიდან. და აღმართავს იგი დროშას ხალხებისთვის, და შეკრებს ისრაელის განდევნილებს, და თავს მოუყრის იუდას გაფანტულებს ქვეყნის ოთხივე კიდიდან. ესაია 11:10–12.</w:t>
      </w:r>
    </w:p>
    <w:p>
      <w:pPr>
        <w:pStyle w:val="ArticleBody"/>
        <w:jc w:val="left"/>
      </w:pPr>
      <w:r>
        <w:rPr>
          <w:rFonts w:ascii="Sylfaen" w:hAnsi="Sylfaen" w:eastAsia="Sylfaen" w:cs="Sylfaen"/>
        </w:rPr>
        <w:t>უფალმა თავისი ხალხი შეკრიბა 2001 წლის 11 სექტემბერს იმ უწყებით, რომელმაც ისლამის თავდასხმა მესამე ვაიმის დადგომად განსაზღვრა. უფალი კვლავ, მეორედ, შეკრებს თავის ხალხს მას შემდეგ, რაც ისინი მკვდარნი იწვნენ ქუჩაში. როდესაც ის ამას გააკეთებს, შეკრებილნი იდენტიფიცირებულნი არიან როგორც „ისრაელის განდევნილნი“ და „იუდას გაფანტულნი“. ისინი ქუჩებში იქნენ განდევნილნი 2020 წლის 18 ივლისს, მაგრამ ისინი მეორედ იკრიბებიან, რათა გახდნენ ის დროშა, რომელიც ღმერთის სხვა ფარას შეკრებს, რომელნიც ჯერ კიდევ ბაბილონში არიან. მათ შეკრება, ვინც ჯერ კიდევ ბაბილონში არიან, იწყება ამერიკის შეერთებულ შტატებში საკვირაო კანონით, რაც გამოცხადების მეთვრამეტე თავში არსებულ ორ ხმათაგან მეორეა.</w:t>
      </w:r>
    </w:p>
    <w:p>
      <w:pPr>
        <w:pStyle w:val="ArticleBody"/>
        <w:jc w:val="left"/>
      </w:pPr>
      <w:r>
        <w:rPr>
          <w:rFonts w:ascii="Sylfaen" w:hAnsi="Sylfaen" w:eastAsia="Sylfaen" w:cs="Sylfaen"/>
        </w:rPr>
        <w:t>პირველი შეკრება მოხდა 2001 წლის 11 სექტემბერს, როდესაც ისლამმა შეერთებულ შტატებს დაარტყა. ხოლო როგორც დროშა, რომელიც მეორედ უნდა შეიკრიბოს, ისინი წარმოდგენილნი არიან იესეს ფესვად, რაც არის სიმბოლო, რომელიც ასახავს ალფასა და ომეგას საქმეს და გვიჩვენებს საგნის დასასრულს მისი დასაწყისით. პირველი შეკრება აღინიშნა ისლამური დარტყმით შეერთებულ შტატებზე და წარმოაჩენს და განსაზღვრავს ისლამურ დარტყმას შეერთებულ შტატებზე როგორც მეორე შეკრებას. როდესაც იესეს ფესვი წარმართთათვის დროშად დადგება, მისი „განსვენება“ დიდებული იქნება, რადგან დროშა მათ, ვინც ჯერ კიდევ ბაბილონში არიან, კვლავ დააბრუნებს მეშვიდე დღის შაბათის ბიბლიურ ძველ გზაზე; ამგვარად აღინიშნება წარმართთათვის დროშის აღმართვა კვირის კანონის კრიზისის დროს.</w:t>
      </w:r>
    </w:p>
    <w:p>
      <w:pPr>
        <w:pStyle w:val="ArticleBody"/>
        <w:jc w:val="left"/>
      </w:pPr>
      <w:r>
        <w:rPr>
          <w:rFonts w:ascii="Sylfaen" w:hAnsi="Sylfaen" w:eastAsia="Sylfaen" w:cs="Sylfaen"/>
        </w:rPr>
        <w:t>„ნიშანი“ პირველად განიცდის განწმედის პროცესს, რომელიც ილუსტრირებულია მალაქიას მესამე თავში, ქრისტეს მიერ ტაძრის ორგზის განწმედით და, რაღა თქმა უნდა, მილერიტული მოძრაობის დასასრულს ათი ქალწულის იგავით. დასაწყისში მიმდინარე განწმედის პროცესი ბოლოშიც იმეორებს თავს უკლებლივ, ზუსტად იმავე სახით, და ესაია მას წარმოაჩენს ერთეულ მაგიდასთან კავშირში, რომელიც ერთ წიგნშია აღნიშნული. ადვენტიზმის ამბოხება არის ის ყალბი მაგიდა, რომელიც 1863 წელს შეიქმნა, რათა უარეყო და ჩაენაცვლებინა ორი მაგიდა, რომლებიც აღნიშნულია აბაკუმის წიგნის მეორე თავში.</w:t>
      </w:r>
    </w:p>
    <w:p>
      <w:pPr>
        <w:pStyle w:val="ArticleScripture"/>
        <w:jc w:val="left"/>
      </w:pPr>
      <w:r>
        <w:rPr>
          <w:rFonts w:ascii="Sylfaen" w:hAnsi="Sylfaen" w:eastAsia="Sylfaen" w:cs="Sylfaen"/>
        </w:rPr>
        <w:t>აწი წადი, დაწერე ეს მათ წინაშე დაფაზე და ჩაწერე იგი წიგნში, რათა იყოს სამომავლოდ უკუნითი უკუნისამდე: რადგან ეს არის ურჩი ხალხი, ცრუ შვილები, შვილები, რომელთაც არ სურთ ისმინონ უფლის სჯული; რომლებიც ეუბნებიან მხილველთ: ნუ ხედავთ; და წინასწარმეტყველთ: ნუ გვიწინასწარმეტყველებთ მართალს, გველაპარაკეთ სასიამოვნოს, გვიწინასწარმეტყველეთ საცთური; გზიდან გადადექით, ბილიკს ასცდით, მოაშორეთ ჩვენგან ისრაელის წმიდა. ამიტომ ასე ამბობს ისრაელის წმიდა: რაკი თქვენ შეიძულეთ ეს სიტყვა და ესავთ ძალადობასა და უკუღმართობას და მათზე დაიყრდენით, ამიტომ ეს ურჯულოება თქვენთვის იქნება როგორც ჩამოსაქცევად გამზადებული ნაპრალი, გამობერილი მაღალ კედელში, რომლის ნგრევაც უეცრად, ერთ წამში მოაწევს. და დალეწავს მას, როგორც მექოთნის ჭურჭელს ლეწავენ ნამსხვრევებად; არ დაინდობს, ისე რომ მისი დამსხვრევისას ვერ მოიძებნება ნატეხიც კი, რომ კერიდან ცეცხლი აიღონ, ან ორმოდან წყალი ამოიღონ. რადგან ასე ამბობს უფალი ღმერთი, ისრაელის წმიდა: მოქცევასა და მოსვენებაში იქნება თქვენი ხსნა; სიმშვიდესა და სასოებაში იქნება თქვენი ძალა; მაგრამ თქვენ არ ისურვეთ. არამედ თქვით: არა, რადგან ცხენებზე გავიქცევით; ამიტომაც გაიქცევით; და: სწრაფებზე შევჯდებითო; ამიტომაც სწრაფნი იქნებიან თქვენი მდევარნი. ათასი ერთის შერისხვისგან გაიქცევა; ხუთის შერისხვისგან გაიქცევით, ვიდრე არ დარჩებით როგორც ანძა მთის წვერზე და როგორც დროშა გორაკზე. ამიტომ უფალი დაიცდის, რათა შეგიწყალოთ თქვენ, და ამიტომ ამაღლდება, რათა შეგიბრალოთ თქვენ; რადგან უფალი სამართლის ღმერთია; ნეტარნი არიან ყველანი, ვინც მას ელის. რადგან ხალხი სიონში, იერუსალიმში, დამკვიდრდება; მეტად აღარ იტირებ; იგი დიდად შეგიწყალებს შენი ღაღადის ხმაზე; როგორც კი მოისმენს, გიპასუხებს. ესაია 30:8–19.</w:t>
      </w:r>
    </w:p>
    <w:p>
      <w:pPr>
        <w:pStyle w:val="ArticleBody"/>
        <w:jc w:val="left"/>
      </w:pPr>
      <w:r>
        <w:rPr>
          <w:rFonts w:ascii="Sylfaen" w:hAnsi="Sylfaen" w:eastAsia="Sylfaen" w:cs="Sylfaen"/>
        </w:rPr>
        <w:t>1863 წელს ადვენტიზმმა დაიწყო უილიამ მილერის წინასწარმეტყველური უწყების უარყოფის პროცესი, როგორც ეს წარმოდგენილია ამბაკუმის ორ წმინდა დაფაზე. იესო დასასრულს დასაწყისის მეშვეობით წარმოაჩენს. ამ მონაკვეთში ადვენტიზმის დასაწყისში არსებული მეამბოხენი აგრეთვე წარმოადგენენ ადვენტიზმის დასასრულში არსებულ მეამბოხეთ. ორივე შემთხვევაში ეს ამბოხი აღნიშნავს თითოეული ისტორიის წინასწარმეტყველური უწყებისა და მეთოდოლოგიის უარყოფას, როდესაც ისინი „მხილველებს“ ეუბნებიან: „ნუ ხედავთ; და წინასწარმეტყველებს: ნუ გვიწინასწარმეტყველებთ ჭეშმარიტს, გველაპარაკეთ საამო სიტყვებით, გვიწინასწარმეტყველეთ საცთური.“</w:t>
      </w:r>
    </w:p>
    <w:p>
      <w:pPr>
        <w:pStyle w:val="ArticleBody"/>
        <w:jc w:val="left"/>
      </w:pPr>
      <w:r>
        <w:rPr>
          <w:rFonts w:ascii="Sylfaen" w:hAnsi="Sylfaen" w:eastAsia="Sylfaen" w:cs="Sylfaen"/>
        </w:rPr>
        <w:t>ისინიც გადაწყვეტენ გზის დატოვებას, როდესაც აცხადებენ: „გზიდან განეშორეთ, ბილიკიდან გადაუხვიეთ, ისრაელის წმიდა ჩვენგან მოაშორეთ.“ მართალთა გზა არის იერემიას მეექვსე თავის მეთექვსმეტე და მეჩვიდმეტე მუხლებში მოხსენიებული „ძველი ბილიკები“. ამბოხებულნი გადაწყვეტენ, რომ არ იარონ საფუძვლიან ჭეშმარიტებებში და არ ისმინონ იმ საყვირის ხმისა, რომელსაც უბერავენ აღზევებული გუშაგები, რომლებიც მილერიტულ მოძრაობასა და Future for America-ის მოძრაობას წარმოადგენენ.</w:t>
      </w:r>
    </w:p>
    <w:p>
      <w:pPr>
        <w:pStyle w:val="ArticleScripture"/>
        <w:jc w:val="left"/>
      </w:pPr>
      <w:r>
        <w:rPr>
          <w:rFonts w:ascii="Sylfaen" w:hAnsi="Sylfaen" w:eastAsia="Sylfaen" w:cs="Sylfaen"/>
        </w:rPr>
        <w:t>ასე ამბობს უფალი: დადექით გზებზე, იხილეთ და იკითხეთ ძველი ბილიკების შესახებ, სად არის კეთილი გზა, და იარეთ მასზე, და ჰპოვებთ განსვენებას თქვენი სულებისათვის. მაგრამ მათ თქვეს: არ ვივლით მასზე. მეც დავუყენე თქვენზე მნეთუხუცესნი და ვთქვი: ისმინეთ საყვირის ხმას. მაგრამ მათ თქვეს: არ მოვისმენთ. ამიტომ ისმინეთ, ერნო, და იცოდე, კრებულო, რაც არის მათ შორის. ისმინე, მიწავ: აჰა, მოვავლენ ბოროტებას ამ ხალხზე, მათი ზრახვების ნაყოფს, რადგან არ ისმინეს ჩემი სიტყვები და ჩემი რჯულიც შეიძულეს. იერემია 6:16–19.</w:t>
      </w:r>
    </w:p>
    <w:p>
      <w:pPr>
        <w:pStyle w:val="ArticleBody"/>
        <w:jc w:val="left"/>
      </w:pPr>
      <w:r>
        <w:rPr>
          <w:rFonts w:ascii="Sylfaen" w:hAnsi="Sylfaen" w:eastAsia="Sylfaen" w:cs="Sylfaen"/>
        </w:rPr>
        <w:t>მოჯანყეთა უარი იარონ ძველ ბილიკებზე აგრეთვე წარმოდგენილია, როგორც მათი სურვილი, „წინაშე მოიშორონ ისრაელის წმიდა“, და აღნიშნავს შუაღამის ძახილის უწყების უარყოფას, რომელიც ეფუძნება ალფასა და ომეგას, როგორც ადვენტიზმის დასასრულის დასაწყისით ილუსტრირებას.</w:t>
      </w:r>
    </w:p>
    <w:p>
      <w:pPr>
        <w:pStyle w:val="ArticleScripture"/>
        <w:jc w:val="left"/>
      </w:pPr>
      <w:r>
        <w:rPr>
          <w:rFonts w:ascii="Sylfaen" w:hAnsi="Sylfaen" w:eastAsia="Sylfaen" w:cs="Sylfaen"/>
        </w:rPr>
        <w:t>„გზის დასაწყისში მათ უკან მკვეთრი ნათელი იყო აღმართული, რომლის შესახებაც ანგელოზმა მითხრა, რომ ეს იყო „შუაღამის ღაღადი“. ეს ნათელი მთელ გზაზე ანათებდა და მათ ფეხებს ნათელს აძლევდა, რათა არ წაბორძიკებულიყვნენ.</w:t>
      </w:r>
    </w:p>
    <w:p>
      <w:pPr>
        <w:pStyle w:val="ArticleScripture"/>
        <w:jc w:val="left"/>
      </w:pPr>
      <w:r>
        <w:rPr>
          <w:rFonts w:ascii="Sylfaen" w:hAnsi="Sylfaen" w:eastAsia="Sylfaen" w:cs="Sylfaen"/>
        </w:rPr>
        <w:t>„თუ ისინი მზერას იესოზე, რომელიც უშუალოდ მათ წინ იყო და ქალაქისკენ მიუძღოდათ, მტკიცედ აჩერებდნენ, უსაფრთხოდ იყვნენ. მაგრამ მალე ზოგნი დაიღალნენ და ამბობდნენ, რომ ქალაქი ძალზე შორს იყო და მოელოდნენ, რომ იქამდე უკვე შესულნი იქნებოდნენ. მაშინ იესო მათ ამხნევებდა თავისი დიდებული მარჯვენა მკლავის აღმართვით, და მისი მკლავიდან გამოდიოდა ნათელი, რომელიც ადვენტისტთა ჯგუფს ზემოდან გადაეფინებოდა, და ისინი შესძახებდნენ: „ალილუია!“ სხვებმა კი დაუფიქრებლად უარყვეს მათ უკან მდებარე ნათელი და თქვეს, რომ აქამდე ღმერთს არ მოუყვანია ისინი. მათ უკან არსებული ნათელი ჩაქრა, მათი ფეხები სრულ სიბნელეში დატოვა; ისინი დაბრკოლდნენ, ნიშანსა და იესოს თვალი დაკარგეს და ბილიკიდან ქვემოთ, დაბნელებულ და ბოროტ სამყაროში გადაიჩეხნენ.“ Christian Experience and Teachings of Ellen G. White, 57.</w:t>
      </w:r>
    </w:p>
    <w:p>
      <w:pPr>
        <w:pStyle w:val="ArticleBody"/>
        <w:jc w:val="left"/>
      </w:pPr>
      <w:r>
        <w:rPr>
          <w:rFonts w:ascii="Sylfaen" w:hAnsi="Sylfaen" w:eastAsia="Sylfaen" w:cs="Sylfaen"/>
        </w:rPr>
        <w:t>შუაღამის ძახილით წარმოდგენილი განწმედის პროცესი წარმოშობს თაყვანისმცემელთა ორ კლასს, ხოლო ესაიას ოცდამეათე თავი უგუნურ ქალწულთა ზეთის უქონლობას წარმოაჩენს როგორც წყლისა და ცეცხლის მოხვეჭის უუნარობას, რომლებიც ორივე ნუგეშისმცემლის სიმბოლოებია, როდესაც ესაია წერს: „whose breaking cometh suddenly at an instant. And he shall break it as the breaking of the potters’ vessel that is broken in pieces; he shall not spare: so that there shall not be found in the bursting of it a sherd to take fire from the hearth, or to take water withal out of the pit.” მათი სამართალი „უეცრად“ მოაწევს, როგორც ეს შუაღამის ძახილით არის წარმოდგენილი, როდესაც ისინი მაშინ აღმოაჩენენ, რომ უკვე მეტისმეტად გვიანია ზეთის მოპოვება. ესაიას მოწმობაში ცეცხლი და წყალი უბრალოდ ათი ქალწულის იგავში ნახსენები ზეთის სხვა სახის წარმოდგენაა. ზეთი, წყალი და ცეცხლი ხასიათს გამოხატავს; ისინი გამოხატავენ უწყებას და აგრეთვე ნუგეშისმცემლის თანდასწრებას. ამ სიმბოლოთაგან ვერცერთი ვერ მიიღება, როდესაც ათი ქალწულის სამსჯავრო „უეცრად, ერთ წამში“ მოაწევს. მაშინ უკვე გვიან არის.</w:t>
      </w:r>
    </w:p>
    <w:p>
      <w:pPr>
        <w:pStyle w:val="ArticleBody"/>
        <w:jc w:val="left"/>
      </w:pPr>
      <w:r>
        <w:rPr>
          <w:rFonts w:ascii="Sylfaen" w:hAnsi="Sylfaen" w:eastAsia="Sylfaen" w:cs="Sylfaen"/>
        </w:rPr>
        <w:t>ერთადერთი უსაფრთხოება არის „დაბრუნებაში“, რაც არის ის დაპირება, რომელიც იერემიას მიეცა, როდესაც იგი წარმოადგენდა მათ, ვინც პირველ იმედგაცრუებაში იმედგაცრუებულნი აღმოჩნდნენ. თუ ღვთის ხალხი დაუბრუნდებოდა მას, იგი დაუბრუნდებოდა მათ, მაგრამ ურჩნი უარს ამბობენ, და ნათელი, რომელიც გზას ანათებდა, ჩაქრა. თავდაპირველი ნათელი იყო შუაღამის ძახილი, და გზა წინ იყო განათებული ქრისტეს დიდებული მარჯვენა მკლავით, მთელი გზით მარადისობამდე. ქრისტე იყო გზაზე მყოფთა წინ, და უკან დარჩენილი ნათელი უთუოდ იგივე ნათელი უნდა იყოს, რადგან ქრისტე გზის დასასრულს გზის დასაწყისით წარმოაჩენს. შუაღამის ძახილი იყო და არის აწმყო ჭეშმარიტება.</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მისი ყოველი სიტყვისამებრ, რადგან მას განსაკუთრებული გამოყენება აქვს ამ დროისთვის და, მესამე ანგელოზის უწყების მსგავსად, აღსრულდა და კვლავაც იქნება დღევანდელი ჭეშმარიტება ჟამთა აღსასრულამდე.“ Review and Herald, August 19, 1890.</w:t>
      </w:r>
    </w:p>
    <w:p>
      <w:pPr>
        <w:pStyle w:val="ArticleBody"/>
        <w:jc w:val="left"/>
      </w:pPr>
      <w:r>
        <w:rPr>
          <w:rFonts w:ascii="Sylfaen" w:hAnsi="Sylfaen" w:eastAsia="Sylfaen" w:cs="Sylfaen"/>
        </w:rPr>
        <w:t>მათ წინაშე წმიდის შეწყვეტის გამოწვევის სურვილი არის უარყოფა არა მხოლოდ ქრისტესი, არამედ ქრისტესი, როგორც ალფასი და ომეგასი. ეს არის შუაღამის ძახილის უწყების უარყოფა. შუაღამის ძახილის უწყება ადვენტიზმის დასაწყისში იყო წარუმატებელი წინასწარმეტყველების შესწორება.</w:t>
      </w:r>
    </w:p>
    <w:p>
      <w:pPr>
        <w:pStyle w:val="ArticleBody"/>
        <w:jc w:val="left"/>
      </w:pPr>
      <w:r>
        <w:rPr>
          <w:rFonts w:ascii="Sylfaen" w:hAnsi="Sylfaen" w:eastAsia="Sylfaen" w:cs="Sylfaen"/>
        </w:rPr>
        <w:t>მეამბოხენი, რომელთაც უარყვეს „ძველი ბილიკები“ და შექმნეს ყალბი „სუფრა“, მართალთაგან განცალკევებით, როგორც ეს წარმოდგენილია მილერიტული მოძრაობის მიერ შუაღამის ღაღადის აღსრულებაში. შემდეგ „ათასნი“ გაიქცნენ „ერთის შერისხვისაგან“ და მოძრაობა მოულოდნელად ორმოცდაათი ათასიდან ორმოცდაათამდე შემცირდა. ისინი გაიქცნენ „შერისხვის“ გამო, რომელიც მოვიდა „ხუთი“ ბრძენი ქალწულისაგან, რომლებმაც უთხრეს მათ, რომ გასაზიარებელი ზეთი არ ჰქონდათ და რომ უნდა წასულიყვნენ და საკუთარი ზეთი ეყიდათ. უგუნურთა ბრძენთაგან განცალკევებამ ბრძენი ქალწულები დატოვა „როგორც ნიშანს მთის მწვერვალზე და როგორც დროშას ბორცვზე“. უგუნური ქალწულების ამბოხებამ 1844 წლის 22 ოქტომბერს თვალსაჩინოდ წარმოაჩინა 1863 წლის ამბოხება, ვინაიდან 1844 წლის 22 ოქტომბერი იყო იმ ცხრამეტი წლის დასაწყისი, რომელიც წარმოადგენს ლევიანთა ოცდამეექვსის „შვიდი დროის“ დასასრულს. ამ საგანზე კიდევ მეტი გვაქვს სათქმელი, მაგრამ 1844 წლის ამბოხება წინასახედ წარმოადგენდა 1863 წლის ამბოხებას და აღნიშნავს იმ წერტილს, როდესაც ყალბი სუფრა შეიქმნა.</w:t>
      </w:r>
    </w:p>
    <w:p>
      <w:pPr>
        <w:pStyle w:val="ArticleBody"/>
        <w:jc w:val="left"/>
      </w:pPr>
      <w:r>
        <w:rPr>
          <w:rFonts w:ascii="Sylfaen" w:hAnsi="Sylfaen" w:eastAsia="Sylfaen" w:cs="Sylfaen"/>
        </w:rPr>
        <w:t>შიში, რომელსაც უგუნური ქალწულები განიცდიან, არის ის შიში, რომელიც წარმოდგენილია მაშინ, როდესაც ბრძენი ქალწულები კვლავ სიცოცხლეს უბრუნდებიან და თავიანთ ფეხზე დგებიან. მაშინ უკვე მეტად გვიანია 2020 წლის 18 ივლისის იმედგაცრუებიდან დასაბრუნებლად, და შემდეგი მოვლენა არის ზეცად ამაღლება, რომელიც კვირის კანონის დროს ხდება. სწორედ მაშინ ხდება დიდი მიწისძვრა.</w:t>
      </w:r>
    </w:p>
    <w:p>
      <w:pPr>
        <w:pStyle w:val="ArticleScripture"/>
        <w:jc w:val="left"/>
      </w:pPr>
      <w:r>
        <w:rPr>
          <w:rFonts w:ascii="Sylfaen" w:hAnsi="Sylfaen" w:eastAsia="Sylfaen" w:cs="Sylfaen"/>
        </w:rPr>
        <w:t>და იმავე ჟამს მოხდა დიდი მიწისძვრა, და ქალაქის მეათედი დაეცა, და მიწისძვრაში კაცთაგან შვიდი ათასი დაიხოცა; ხოლო დანარჩენნი შეძრწუნდნენ და დიდება მიაგეს ზეცის ღმერთს. მეორე ვაება გადაიარა; და აჰა, მესამე ვაება მალე მოვა. გამოცხადება 11:13, 14.</w:t>
      </w:r>
    </w:p>
    <w:p>
      <w:pPr>
        <w:pStyle w:val="ArticleBody"/>
        <w:jc w:val="left"/>
      </w:pPr>
      <w:r>
        <w:rPr>
          <w:rFonts w:ascii="Sylfaen" w:hAnsi="Sylfaen" w:eastAsia="Sylfaen" w:cs="Sylfaen"/>
        </w:rPr>
        <w:t>გამოცხადების მეთერთმეტე თავი აჩვენებს, რომ საფრანგეთის რევოლუციის დროს ქალაქის მეათედი ნაწილი დაეცა, და იმ ისტორიულ პერიოდში საფრანგეთის ერი — ერი, რომელიც შედგებოდა ორი წინასწარმეტყველური რქისაგან და წარმოდგენილი იყო როგორც სოდომი და ეგვიპტე — დაემხო. საფრანგეთის ორი რქა სახეობრივად აღნიშნავს შეერთებული შტატების ორ რქას.</w:t>
      </w:r>
    </w:p>
    <w:p>
      <w:pPr>
        <w:pStyle w:val="ArticleBody"/>
        <w:jc w:val="left"/>
      </w:pPr>
      <w:r>
        <w:rPr>
          <w:rFonts w:ascii="Sylfaen" w:hAnsi="Sylfaen" w:eastAsia="Sylfaen" w:cs="Sylfaen"/>
        </w:rPr>
        <w:t>საფრანგეთი წინასწარმეტყველურად იყო ერთ-ერთი იმ ათი სამეფოდან, რომლებიც დანიელის მეშვიდე თავში წარმართულ რომს განასახიერებენ, და ამიტომ დაეცა სამეფოს (ქალაქის) მეათედი ნაწილი. სინამდვილეში, დანიელის მეშვიდე თავის იმ ათ რქათაგან, რომლებმაც საბოლოოდ 538 წელს პაპობა დედამიწის ტახტზე აღაზევეს, საფრანგეთი იყო უმთავრესი სამეფო, რომელმაც პაპობა დააფუძნა. როგორც დანიელის მეშვიდე თავის ათ ძალათაგან ერთი, საფრანგეთი ტიპოლოგიურად წარმოადგენს გამოცხადების მეცამეტე თავის ორრქიან მიწის მხეცის როლს. შეერთებული შტატები დასასრულს იმავე საქმეს აღასრულებს პაპობისათვის, რაც საფრანგეთმა დასაწყისში გააკეთა. შეერთებული შტატები არის იმ ათ მეფეთაგან უმთავრესი ძალა, რომლებიც გაერთიანებულ ერებს წარმოადგენენ, და იგი ეცემა საკვირაო კანონის მიწისძვრის დროს. ამ მუხლებს უფრო სრულად მომდევნო სტატიაში განვიხილავთ.</w:t>
      </w:r>
    </w:p>
    <w:p>
      <w:pPr>
        <w:pStyle w:val="ArticleBody"/>
        <w:jc w:val="left"/>
      </w:pPr>
      <w:r>
        <w:rPr>
          <w:rFonts w:ascii="Sylfaen" w:hAnsi="Sylfaen" w:eastAsia="Sylfaen" w:cs="Sylfaen"/>
        </w:rPr>
        <w:t>ამ სტატიის ერთ-ერთი მთავარი საკითხია ის, რომ იგი არის უწყება, რომელიც ღვთის ხალხს ფეხზე აყენებს, რადგან ნუგეშისმცემელი, რომელიც მათ ფეხზე აყენებს, წარმოადგენს ზეთს, ხოლო ზეთი წარმოადგენს არა მხოლოდ სულიწმიდას, არამედ იმ უწყებებსაც, რომელთაც ღმერთი თავის ხალხს უგზავნის. გამოცხადების მეთერთმეტე თავის ის უწყებაც, რომელიც მოსესა და ელიას ფეხზე აყენებს, ასევე წარმოდგენილია იერემიასთვის მიცემული აღთქმით.</w:t>
      </w:r>
    </w:p>
    <w:p>
      <w:pPr>
        <w:pStyle w:val="ArticleScripture"/>
        <w:jc w:val="left"/>
      </w:pPr>
      <w:r>
        <w:rPr>
          <w:rFonts w:ascii="Sylfaen" w:hAnsi="Sylfaen" w:eastAsia="Sylfaen" w:cs="Sylfaen"/>
        </w:rPr>
        <w:t>ამიტომ ასე ამბობს უფალი: თუ დაბრუნდები, კვლავ მოგიყვან და ჩემს წინაშე დადგები; და თუ ძვირფასს გამოჰყოფ უღირსისაგან, ჩემი პირი იქნები; ისინი შენკენ დაბრუნდნენ, შენ კი ნუ დაბრუნდები მათკენ. და გაქცევ ამ ხალხს შემოზღუდულ სპილენძის კედლად; და შეგებრძოლებიან, მაგრამ ვერ დაგძლევენ, რადგან მე შენთანა ვარ, რათა გიხსნა და გადაგარჩინო, ამბობს უფალი. და გიხსნი ბოროტთა ხელიდან და გამოგისყიდი სასტიკთა ხელიდან. იერემია 15:19–21.</w:t>
      </w:r>
    </w:p>
    <w:p>
      <w:pPr>
        <w:pStyle w:val="ArticleBody"/>
        <w:jc w:val="left"/>
      </w:pPr>
      <w:r>
        <w:rPr>
          <w:rFonts w:ascii="Sylfaen" w:hAnsi="Sylfaen" w:eastAsia="Sylfaen" w:cs="Sylfaen"/>
        </w:rPr>
        <w:t>ესაიამ იგივე მოწოდება წარმოთქვა, როცა თქვა: „რადგან ასე ამბობს უფალი ღმერთი, ისრაელის წმიდა: მოქცევითა და მოსვენებით გადარჩებით.“ ესაიამ დაამატა, რომ ეს „მოქცევა“ იგავის დაყოვნების ჟამთან იყო დაკავშირებული, რადგან დაწერა: „და ამიტომ დაელოდება უფალი, რათა შეგიწყალოთ; და ამიტომ ამაღლდება, რათა მოწყალება გიყოთ თქვენ; რადგან უფალი სამართლის ღმერთია: ნეტარ არიან ყველანი, ვინც მას ელის.“</w:t>
      </w:r>
    </w:p>
    <w:p>
      <w:pPr>
        <w:pStyle w:val="ArticleBody"/>
        <w:jc w:val="left"/>
      </w:pPr>
      <w:r>
        <w:rPr>
          <w:rFonts w:ascii="Sylfaen" w:hAnsi="Sylfaen" w:eastAsia="Sylfaen" w:cs="Sylfaen"/>
        </w:rPr>
        <w:t>ღმერთის „პირად“ ყოფნის უპირატესობა, როგორც იერემია განსაზღვრავს, არის ის უპირატესობა, რომ ვილაპარაკოთ ღმერთის სახელით იმ დროს, როცა შეერთებული შტატები „ლაპარაკობს როგორც გველეშაპი“. სიტყვები, რომლებსაც მაშინ ღვთის ხალხი წარმოთქვამს, იქნება გაფრთხილება პაპის მხეცის ნიშნის წინააღმდეგ. იმ დიდებულ მოძრაობაში მონაწილეობის მისაღებად აუცილებელია, რომ დავბრუნდეთ.</w:t>
      </w:r>
    </w:p>
    <w:p>
      <w:pPr>
        <w:pStyle w:val="ArticleScripture"/>
        <w:jc w:val="left"/>
      </w:pPr>
      <w:r>
        <w:rPr>
          <w:rFonts w:ascii="Sylfaen" w:hAnsi="Sylfaen" w:eastAsia="Sylfaen" w:cs="Sylfaen"/>
        </w:rPr>
        <w:t>თუ დაბრუნდები, ისრაელო, ამბობს უფალი, ჩემთან დაბრუნდი; და თუ მოიშორებ შენს სისაძაგლეებს ჩემი თვალთახედვიდან, აღარ გადაიხვეწები. და დაიფიცებ: ცოცხალია უფალი, ჭეშმარიტებით, სამართალში და სიმართლეში; და ხალხები მასში იკურთხებენ თავს და მასში იდიდებენ. რადგან ასე ეუბნება უფალი იუდას კაცებსა და იერუსალიმის მცხოვრებლებს: მოხანით თქვენი დაუმუშავებელი მიწა და ნუ დათესავთ ეკლებში. დაიცვით წინადაცვეთა უფლისთვის და მოიშორეთ თქვენი გულის ჩუჩა, იუდას კაცნო და იერუსალიმის მკვიდრნო, რათა ჩემი რისხვა ცეცხლივით არ ამოხეთქოს და არ დაიწვას ისე, რომ მისი ჩამქრობი არავინ იყოს, თქვენი საქმეების ბოროტების გამო. გამოაცხადეთ იუდაში და იქადაგეთ იერუსალიმში; თქვით: დაჰკარით ბუკს ქვეყანაში; ხმამაღლა იყვირეთ, შეკრიბეთ ხალხი და თქვით: შეიკრიბეთ და შევიდეთ გამაგრებულ ქალაქებში. აღმართეთ დროშა სიონისკენ; დაიხიეთ, ნუ შეჩერდებით, რადგან მე უბედურებას მოვიყვან ჩრდილოეთიდან და დიდ განადგურებას. ლომი ამოვიდა თავისი ბუჩქნარიდან, და წარმართთა დამღუპველი გზაშია; გამოვიდა თავისი ადგილიდან, რათა გააოხროს შენი ქვეყანა; და შენი ქალაქები გაპარტახდება, მკვიდრის გარეშე. იერემია 4:1–7.</w:t>
      </w:r>
    </w:p>
    <w:p>
      <w:pPr>
        <w:pStyle w:val="ArticleScripture"/>
        <w:jc w:val="left"/>
      </w:pPr>
      <w:r>
        <w:rPr>
          <w:rFonts w:ascii="Sylfaen" w:hAnsi="Sylfaen" w:eastAsia="Sylfaen" w:cs="Sylfaen"/>
        </w:rPr>
        <w:t>მაგრამ უფლის სული გადმოვიდა გედეონზე, და მან ბუკი დაჰბერა; და აბიეზერი შეიკრიბა მის კვალად. და მან მოციქულები გაგზავნა მთელ მანასეში; ისიც შეიკრიბა მის კვალად; და მან მოციქულები გაუგზავნა აშერს, ზებულუნს და ნაფთალს; და ისინი ამოვიდნენ მათ შესახვედრად. მსაჯულთა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მომავალი ამერიკისთვის და 2020 წლის 18 ივლისი — ნომერი ექვსი</dc:title>
  <dc:subject>დროშა</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