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ორმოცდაცხრის მეცხრე მუხლის დაფარული ისტორია</w:t>
      </w:r>
    </w:p>
    <w:p>
      <w:pPr>
        <w:pStyle w:val="ArticleSubtitle"/>
        <w:jc w:val="left"/>
      </w:pPr>
      <w:r>
        <w:rPr>
          <w:rFonts w:ascii="Sylfaen" w:hAnsi="Sylfaen" w:eastAsia="Sylfaen" w:cs="Sylfaen"/>
        </w:rPr>
        <w:t>ძალა, დიდება და ტანჯვა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2026-05-06</w:t>
      </w:r>
    </w:p>
    <w:p>
      <w:pPr>
        <w:pStyle w:val="ArticleBody"/>
        <w:jc w:val="left"/>
      </w:pPr>
      <w:r>
        <w:rPr>
          <w:rFonts w:ascii="Sylfaen" w:hAnsi="Sylfaen" w:eastAsia="Sylfaen" w:cs="Sylfaen"/>
        </w:rPr>
        <w:t>პეტრე იმყოფება პანიუმში (კესარია ფილიპეში), რაც სწორედ ექვსი თუ რვა დღით უსწრებს იმ სამჯერად პერიოდს შორის შუა მონაკვეთს, როდესაც პეტრე, იოანე და იაკობი იესოსთან ერთად განმარტოებით წავიდნენ. პირველი იყო მისი ძალის გამოვლინება იაიროსის თორმეტი წლის ასულის აღდგინებისას; მეორე იყო მისი დიდების გამოვლინება ფერისცვალების მთაზე; ხოლო მესამე იყო გეთსემანია — მისი ტანჯვის გამოვლინება. მეთერთმეტე თავში პანიუმთან პეტრე განლაგებულია სწორედ მეთექვსმეტე მუხლის ჯვრის წინ. მთა იყო სამი მოწაფის სამი განსაკუთრებული გასვლის შუა წერტილი. მთაზე ზეციერმა მამამაც მეორედ ილაპარაკა ამ სამ შემთხვევას შორის; მამამ ილაპარაკა ნათლობისას, მთაზე და შემდეგ — ჯვრის წინ. პეტრე ორჯერ გვევლინება სამი განსაზღვრული მოვლენის შუა წერტილში. იგი ასევე არის მათეს მეთერთმეტედან ოცდამეორე თავების შუა წერტილი.</w:t>
      </w:r>
    </w:p>
    <w:p>
      <w:pPr>
        <w:pStyle w:val="ArticleHeading"/>
        <w:jc w:val="left"/>
      </w:pPr>
      <w:r>
        <w:rPr>
          <w:rFonts w:ascii="Sylfaen" w:hAnsi="Sylfaen" w:eastAsia="Sylfaen" w:cs="Sylfaen"/>
        </w:rPr>
        <w:t>ასურელი</w:t>
      </w:r>
    </w:p>
    <w:p>
      <w:pPr>
        <w:pStyle w:val="ArticleBody"/>
        <w:jc w:val="left"/>
      </w:pPr>
      <w:r>
        <w:rPr>
          <w:rFonts w:ascii="Sylfaen" w:hAnsi="Sylfaen" w:eastAsia="Sylfaen" w:cs="Sylfaen"/>
        </w:rPr>
        <w:t>მთა წინ უძღოდა ტრიუმფალურ შესვლას, რომელიც დაიწყო სახედრის ახსნით, რათა ძღვენი იერუსალიმში ეტარებინა, როგორც აბრაამის სახედარმა ატარა ძღვენისთვის განკუთვნილი შეშა მორიაზე, იერუსალიმის ტაძრის ძველ ადგილას. ლევიანთა ოცდამესამის მიმდევრობაში საყვირთა დღესასწაული აღნიშნავს სახედრის ახსნას; ამიტომ ფერისცვალების მთის გამოცდილება წინ უსწრებდა ტრიუმფალურ შესვლას და ამგვარად პეტრეს ათავსებს ლევიანთა ოცდამესამის ოცდაათი დღის ისტორიაში, რომელიც ორმოცდამეათობის პერიოდს შეესაბამება. იმ ოცდაათ დღეში ტაძარი (შუა გამოცდა) მოევლინება კანდიდატებს, რათა იყვნენ ოთხმოცი მამაცი მღვდლის შორის. მეფე უზიას აჯანყების მოწმობაში, წმიდა ადგილზე, ოთხმოცი მღვდელი მოხსენიებულია როგორც მამაცი, და ამით მინიშნებულია, რომ იყვნენ მღვდლებიც, რომელთაც მონაწილეობა არ მიუღიათ.</w:t>
      </w:r>
    </w:p>
    <w:p>
      <w:pPr>
        <w:pStyle w:val="ArticleScripture"/>
        <w:jc w:val="left"/>
      </w:pPr>
      <w:r>
        <w:rPr>
          <w:rFonts w:ascii="Sylfaen" w:hAnsi="Sylfaen" w:eastAsia="Sylfaen" w:cs="Sylfaen"/>
        </w:rPr>
        <w:t>და მას შემდეგ შევიდა მღვდელი აზარია, და მასთან ერთად უფლის ოთხმოცი მღვდელი, მხნე კაცნი; და შეეწინააღმდეგნენ უზია მეფეს და უთხრეს მას: შენ არ გეკუთვნის, უზია, უფლისათვის საკმევლის კმევა, არამედ მღვდლებს, აარონის ძეთ, რომელნიც დაკურთხებულნი არიან საკმევლის საკმევად; გამოდი საწმიდრიდან, რადგან შესცოდე; და ეს არ იქნება შენთვის პატივად უფალი ღმერთისაგან. 2 ნეშტთა 26:17, 18.</w:t>
      </w:r>
    </w:p>
    <w:p>
      <w:pPr>
        <w:pStyle w:val="ArticleBody"/>
        <w:jc w:val="left"/>
      </w:pPr>
      <w:r>
        <w:rPr>
          <w:rFonts w:ascii="Sylfaen" w:hAnsi="Sylfaen" w:eastAsia="Sylfaen" w:cs="Sylfaen"/>
        </w:rPr>
        <w:t>მამაცი მღვდლები არიან ისინი, ვინც კრავს მიჰყვებიან, სადაც კი იგი მიდის.</w:t>
      </w:r>
    </w:p>
    <w:p>
      <w:pPr>
        <w:pStyle w:val="ArticleScripture"/>
        <w:jc w:val="left"/>
      </w:pPr>
      <w:r>
        <w:rPr>
          <w:rFonts w:ascii="Sylfaen" w:hAnsi="Sylfaen" w:eastAsia="Sylfaen" w:cs="Sylfaen"/>
        </w:rPr>
        <w:t>ესენი არიან, რომელნიც ქალებით არ შეუბილწავთ; რადგან ქალწულნი არიან. ესენი არიან, რომელნიც მიჰყვებიან კრავს, სადაც უნდა წავიდეს იგი. ესენი გამოისყიდნენ ადამიანთაგან, როგორც პირველნაყოფნი ღმრთისა და კრავისათვის. გამოცხადება 14:4.</w:t>
      </w:r>
    </w:p>
    <w:p>
      <w:pPr>
        <w:pStyle w:val="ArticleBody"/>
        <w:jc w:val="left"/>
      </w:pPr>
      <w:r>
        <w:rPr>
          <w:rFonts w:ascii="Sylfaen" w:hAnsi="Sylfaen" w:eastAsia="Sylfaen" w:cs="Sylfaen"/>
        </w:rPr>
        <w:t>იუდას ტომის ლომი თავის ხალხს წმიდათაწმიდაში წინამძღოლობს და მათ აიძულებს შეხედონ აღთქმის კიდობანს და დაფიქრდნენ იქ მყოფ მღვდელმთავარზე, რომელიც იქ თავის საბოლოო მსახურებას აღასრულებს ცოდვის წარხოცის საქმეში. პეტრე აღდგა 2023 წლის 31 დეკემბერს და შემდეგ დაუპირისპირდა საფუძვლის გამოცდას რომის როლის შესახებ წინასწარმეტყველების გარეგანი ხილვის დამყარებაში. შემდეგ პეტრესთვის ტაძრის მეორე გამოცდა მოვიდა, და სწორედ იქ არის შიდა ხაზის ხილვა წარმოდგენილი დანიელის მეათე თავის სარკისებურ ხილვაში.</w:t>
      </w:r>
    </w:p>
    <w:p>
      <w:pPr>
        <w:pStyle w:val="ArticleBody"/>
        <w:jc w:val="left"/>
      </w:pPr>
      <w:r>
        <w:rPr>
          <w:rFonts w:ascii="Sylfaen" w:hAnsi="Sylfaen" w:eastAsia="Sylfaen" w:cs="Sylfaen"/>
        </w:rPr>
        <w:t>პეტრემ უარყო თავისი უფალი 2020 წლის 18 ივლისს, და ეს სამჯერ გააკეთა.</w:t>
      </w:r>
    </w:p>
    <w:p>
      <w:pPr>
        <w:pStyle w:val="ArticleScripture"/>
        <w:jc w:val="left"/>
      </w:pPr>
      <w:r>
        <w:rPr>
          <w:rFonts w:ascii="Sylfaen" w:hAnsi="Sylfaen" w:eastAsia="Sylfaen" w:cs="Sylfaen"/>
        </w:rPr>
        <w:t>„სამჯერ უარყო პეტრემ აშკარად თავისი უფალი, და სამჯერ გამოითხოვა მისგან იესომ მისი სიყვარულისა და ერთგულების დადასტურება, მის დაჭრილ გულში ეკალბასრი ისარივით ღრმად ჩამწვდომი იმ გამოკვეთილი შეკითხვით. შეკრებილ მოწაფეთა წინაშე იესომ გამოავლინა პეტრეს მონანიების სიღრმე და აჩვენა, რაოდენ სრულად იყო დამდაბლებული ოდესღაც თავმომწონე მოწაფე.“ The Desire of Ages, 812.</w:t>
      </w:r>
    </w:p>
    <w:p>
      <w:pPr>
        <w:pStyle w:val="ArticleBody"/>
        <w:jc w:val="left"/>
      </w:pPr>
      <w:r>
        <w:rPr>
          <w:rFonts w:ascii="Sylfaen" w:hAnsi="Sylfaen" w:eastAsia="Sylfaen" w:cs="Sylfaen"/>
        </w:rPr>
        <w:t>პეტრე წარმოადგენდა თაყვანისმცემელთა ორ ჯგუფს.</w:t>
      </w:r>
    </w:p>
    <w:p>
      <w:pPr>
        <w:pStyle w:val="ArticleScripture"/>
        <w:jc w:val="left"/>
      </w:pPr>
      <w:r>
        <w:rPr>
          <w:rFonts w:ascii="Sylfaen" w:hAnsi="Sylfaen" w:eastAsia="Sylfaen" w:cs="Sylfaen"/>
        </w:rPr>
        <w:t>„ფარისევლითა და მეზვერით წარმოდგენილ ყოველგვარ ჯგუფს გაკვეთილი აქვს მოციქულ პეტრეს ისტორიაში. თავისი მოწაფეობის ადრეულ პერიოდში პეტრე თავს ძლიერად მიიჩნევდა. ფარისევლის მსგავსად, საკუთარი შეფასებით იგი იყო „არა ვითარცა სხუანი კაცნი არიან“. როდესაც ქრისტემ, თავისი გაცემის წინაღამეს, მოწაფენი წინასწარ გააფრთხილა: „თქუენ ყოველნი შესცდეთ ჩემდა მომართ ამას ღამეს,“ პეტრემ თავდაჯერებით განაცხადა: „და თუმცა ყოველნი შესცდენ, არამედ არა მე.“ მარკოზი 14:27, 29. პეტრემ არ იცოდა თავისი საკუთარი საფრთხე. თვითდაჯერებამ შეაცდინა იგი. ეგონა, რომ შეძლებდა საცდურისათვის წინააღმდეგობის გაწევას; მაგრამ რამდენიმე მოკლე საათში განსაცდელი მოვიდა და მან წყევლითა და ფიცით უარყო თავისი უფალი.“ ქრისტეს იგავთა გაკვეთილები, 152.</w:t>
      </w:r>
    </w:p>
    <w:p>
      <w:pPr>
        <w:pStyle w:val="ArticleBody"/>
        <w:jc w:val="left"/>
      </w:pPr>
      <w:r>
        <w:rPr>
          <w:rFonts w:ascii="Sylfaen" w:hAnsi="Sylfaen" w:eastAsia="Sylfaen" w:cs="Sylfaen"/>
        </w:rPr>
        <w:t>მებაჟე წავიდა თავის სახლში გამართლებულად.</w:t>
      </w:r>
    </w:p>
    <w:p>
      <w:pPr>
        <w:pStyle w:val="ArticleScripture"/>
        <w:jc w:val="left"/>
      </w:pPr>
      <w:r>
        <w:rPr>
          <w:rFonts w:ascii="Sylfaen" w:hAnsi="Sylfaen" w:eastAsia="Sylfaen" w:cs="Sylfaen"/>
        </w:rPr>
        <w:t>„ფარისეველი და მებაჟე წარმოადგენენ ორ დიდ კლასს, რომლებადაც იყოფიან ისინი, ვინც ღვთის თაყვანსაცემად მოდიან. მათი პირველი ორი წარმომადგენელი გვხვდება პირველ ორ შვილში, რომლებიც ქვეყნიერებაში იშვნენ.“ Christ’s Object Lessons, 152.</w:t>
      </w:r>
    </w:p>
    <w:p>
      <w:pPr>
        <w:pStyle w:val="ArticleBody"/>
        <w:jc w:val="left"/>
      </w:pPr>
      <w:r>
        <w:rPr>
          <w:rFonts w:ascii="Sylfaen" w:hAnsi="Sylfaen" w:eastAsia="Sylfaen" w:cs="Sylfaen"/>
        </w:rPr>
        <w:t>აბელი და მეზვერე რწმენით გამართლების სიმბოლო არიან.</w:t>
      </w:r>
    </w:p>
    <w:p>
      <w:pPr>
        <w:pStyle w:val="ArticleScripture"/>
        <w:jc w:val="left"/>
      </w:pPr>
      <w:r>
        <w:rPr>
          <w:rFonts w:ascii="Sylfaen" w:hAnsi="Sylfaen" w:eastAsia="Sylfaen" w:cs="Sylfaen"/>
        </w:rPr>
        <w:t>ხოლო მებაჟე, შორს მდგარი, ვერც კი ბედავდა, რომ თვალები ზეცისკენ აეპყრო, არამედ მკერდში იცემდა და ამბობდა: ღმერთო, милოს მყოფე მე, ცოდვილს. გეუბნებით თქვენ: ეს კაცი თავის სახლში გამართლებული ჩავიდა, და არა ის მეორე; რადგან ყოველი, ვინც თავს აიმაღლებს, დამდაბლდება, ხოლო ვინც თავს დაიმდაბლებს, ამაღლდება. ლუკა 18:13, 14.</w:t>
      </w:r>
    </w:p>
    <w:p>
      <w:pPr>
        <w:pStyle w:val="ArticleBody"/>
        <w:jc w:val="left"/>
      </w:pPr>
      <w:r>
        <w:rPr>
          <w:rFonts w:ascii="Sylfaen" w:hAnsi="Sylfaen" w:eastAsia="Sylfaen" w:cs="Sylfaen"/>
        </w:rPr>
        <w:t>1888 წლის უწყებას თან ახლდა გამოცხადების მეთვრამეტე თავის ანგელოზის ჩამოსვლა.</w:t>
      </w:r>
    </w:p>
    <w:p>
      <w:pPr>
        <w:pStyle w:val="ArticleScripture"/>
        <w:jc w:val="left"/>
      </w:pPr>
      <w:r>
        <w:rPr>
          <w:rFonts w:ascii="Sylfaen" w:hAnsi="Sylfaen" w:eastAsia="Sylfaen" w:cs="Sylfaen"/>
        </w:rPr>
        <w:t>„უფალმა თავისი დიდი წყალობით უძვირფასესი უწყება გაუგზავნა თავის ხალხს უხუცესთა ვაგონერისა და ჯოუნსის მეშვეობით. ეს უწყება იმისთვის იყო, რომ სამყაროს წინაშე უფრო თვალსაჩინოდ წარედგინა აღმართული მაცხოვარი, მსხვერპლი მთელი მსოფლიოს ცოდვებისთვის. იგი წარმოაჩენდა გამართლებას რწმენით თავდების მეშვეობით; იგი მოუწოდებდა ხალხს მიეღოთ ქრისტეს სიმართლე, რომელიც ცხადდება ღვთის ყველა მცნებისადმი მორჩილებაში. ბევრს იესო მხედველობიდან დაჰკარგოდა. მათ სჭირდებოდათ, რომ თავიანთი მზერა მიემართათ მისი ღვთაებრივი პიროვნებისკენ, მისი ღირსებებისკენ და ადამიანური მოდგმისადმი მისი უცვლელი სიყვარულისკენ. ყოველი ძალაუფლება მის ხელთ არის მიცემული, რათა ადამიანებს უხვი ნიჭები უბოძოს და უმწეო ადამიანურ იარაღს თავისი საკუთარი სიმართლის ფასდაუდებელი ძღვენი მიანიჭოს. ეს არის უწყება, რომლის მიცემაც ღმერთმა ბრძანა მსოფლიოსთვის. ეს არის მესამე ანგელოზის უწყება, რომელიც უნდა იქნეს ქადაგებული ძლიერი ხმით და თან ახლდეს მისი სულის უხვი გადმოღვრა.“ Testimonies to Ministers, 91.</w:t>
      </w:r>
    </w:p>
    <w:p>
      <w:pPr>
        <w:pStyle w:val="ArticleHeading"/>
        <w:jc w:val="left"/>
      </w:pPr>
      <w:r>
        <w:rPr>
          <w:rFonts w:ascii="Sylfaen" w:hAnsi="Sylfaen" w:eastAsia="Sylfaen" w:cs="Sylfaen"/>
        </w:rPr>
        <w:t>ლაოდიკეისადმი მიმართული უწყება</w:t>
      </w:r>
    </w:p>
    <w:p>
      <w:pPr>
        <w:pStyle w:val="ArticleScripture"/>
        <w:jc w:val="left"/>
      </w:pPr>
      <w:r>
        <w:rPr>
          <w:rFonts w:ascii="Sylfaen" w:hAnsi="Sylfaen" w:eastAsia="Sylfaen" w:cs="Sylfaen"/>
        </w:rPr>
        <w:t>„ცნობა, რომელიც მოგვეცა ა. ტ. ჯოუნსისა და ე. ჯ. ვაგონერის მიერ, არის ღვთის ცნობა ლაოდიკიის ეკლესიისადმი, და ვაი ყველას, ვინც ამტკიცებს, რომ სწამს ჭეშმარიტება, და მაინც სხვებს არ ურეკლავს ღვთისგან ბოძებულ სხივებს.“ The 1888 Materials, 1053.</w:t>
      </w:r>
    </w:p>
    <w:p>
      <w:pPr>
        <w:pStyle w:val="ArticleHeading"/>
        <w:jc w:val="left"/>
      </w:pPr>
      <w:r>
        <w:rPr>
          <w:rFonts w:ascii="Sylfaen" w:hAnsi="Sylfaen" w:eastAsia="Sylfaen" w:cs="Sylfaen"/>
        </w:rPr>
        <w:t>გვიანი წვიმის გზავნილი</w:t>
      </w:r>
    </w:p>
    <w:p>
      <w:pPr>
        <w:pStyle w:val="ArticleScripture"/>
        <w:jc w:val="left"/>
      </w:pPr>
      <w:r>
        <w:rPr>
          <w:rFonts w:ascii="Sylfaen" w:hAnsi="Sylfaen" w:eastAsia="Sylfaen" w:cs="Sylfaen"/>
        </w:rPr>
        <w:t>„გვიანი წვიმა უნდა გადმოვიდეს ღვთის ხალხზე. ძლევამოსილი ანგელოზი უნდა ჩამოვიდეს ზეციდან, და მთელი დედამიწა უნდა განათდეს მისი დიდებით.“ Review and Herald, April 21, 1891.</w:t>
      </w:r>
    </w:p>
    <w:p>
      <w:pPr>
        <w:pStyle w:val="ArticleHeading"/>
        <w:jc w:val="left"/>
      </w:pPr>
      <w:r>
        <w:rPr>
          <w:rFonts w:ascii="Sylfaen" w:hAnsi="Sylfaen" w:eastAsia="Sylfaen" w:cs="Sylfaen"/>
        </w:rPr>
        <w:t>ნიუ-იორკის ქალაქი და 11 სექტემბერი</w:t>
      </w:r>
    </w:p>
    <w:p>
      <w:pPr>
        <w:pStyle w:val="ArticleScripture"/>
        <w:jc w:val="left"/>
      </w:pPr>
      <w:r>
        <w:rPr>
          <w:rFonts w:ascii="Sylfaen" w:hAnsi="Sylfaen" w:eastAsia="Sylfaen" w:cs="Sylfaen"/>
        </w:rPr>
        <w:t>„ახლა ვრცელდება სიტყვა, თითქოს მე განვაცხადე, რომ ნიუ-იორკი მოქცევითი ტალღით უნდა გადაიხვეტოს? ეს მე არასოდეს მითქვამს. მე ვთქვი, როდესაც იქ აღმართულ დიდ შენობებს ვუყურებდი, სართული სართულზე რომ ემატებოდა: „რა საშინელი სცენები მოხდება, როცა უფალი აღდგება, რათა საშინლად შეარყიოს დედამიწა! მაშინ აღსრულდება გამოცხადების 18:1–3-ის სიტყვები.“ გამოცხადების მეთვრამეტე თავის მთელი შინაარსი გაფრთხილებაა იმისა, რაც დედამიწას მოევლინება. მაგრამ მე არ მაქვს რაიმე განსაკუთრებული ნათელი იმის შესახებ, თუ რა მოელის ნიუ-იორკს, გარდა იმისა, რომ ვიცი: ერთ დღეს იქაური დიდი შენობები დაემხობა ღვთის ძალის შემობრუნებითა და გადმობრუნებით. ჩემთვის მოცემული ნათლიდან ვიცი, რომ წუთისოფელში განადგურებაა. ერთი სიტყვა უფლისაგან, მისი ძლევამოსილი ძალის ერთი შეხება — და ეს უზარმაზარი ნაგებობები დაეცემა. მოხდება ისეთი სცენები, რომელთა შემაძრწუნებლობაც ვერ წარმოგვიდგენია.“ Review and Herald, July 5, 1906.</w:t>
      </w:r>
    </w:p>
    <w:p>
      <w:pPr>
        <w:pStyle w:val="ArticleBody"/>
        <w:jc w:val="left"/>
      </w:pPr>
      <w:r>
        <w:rPr>
          <w:rFonts w:ascii="Sylfaen" w:hAnsi="Sylfaen" w:eastAsia="Sylfaen" w:cs="Sylfaen"/>
        </w:rPr>
        <w:t>მებაჟე პეტრე წარმოადგენს სულს, რომელიც რწმენით არის გამართლებული, ხოლო რწმენით გამართლება არის მესამე ანგელოზის უწყება; ეს არის ლაოდიკეის უწყება, რომელიც მოვიდა 9/11-ზე, როდესაც ნიუ-იორკის დიდი შენობები დაეცა და გამოცხადების 18:1–3 აღსრულდა. შემდეგ გვიანი წვიმა დაიწყო მცირედ ცვრად და ას ორმოცდაოთხი ათასის დაბეჭდვა დაიწყო. ას ორმოცდაოთხი ათასის დაბეჭდვის დროის დასასრულს გამოცხადების მეთვრამეტე თავის ანგელოზი ჩამოვიდა, როგორც მიქაელი, მთავარანგელოზი, და სამი გამოცდით აღადგინა პეტრე. პირველი გამოცდა დაიწყო 2023 წლის 31 დეკემბერს და წარმოადგენდა იმ საძირკვლიან ჭეშმარიტებას, რომ დანიელის მეთერთმეტე თავის მეთოთხმეტე მუხლში რომი არის ის ძალა, რომელიც ხილვას ამყარებს. ეს ხილვა არის chazon-ის ხილვა, რომელიც წინასწარმეტყველების გარე ხაზს წარმოადგენს, და რომლის შესახებაც სოლომონი ამბობს, რომ იგი არის სიცოცხლე ან სიკვდილი.</w:t>
      </w:r>
    </w:p>
    <w:p>
      <w:pPr>
        <w:pStyle w:val="ArticleScripture"/>
        <w:jc w:val="left"/>
      </w:pPr>
      <w:r>
        <w:rPr>
          <w:rFonts w:ascii="Sylfaen" w:hAnsi="Sylfaen" w:eastAsia="Sylfaen" w:cs="Sylfaen"/>
        </w:rPr>
        <w:t>სადაც არ არის [chazon] ხილვა, ერი იღუპება; ხოლო ვინც რჯულს იცავს, ნეტარია იგი. იგავნი 29:18.</w:t>
      </w:r>
    </w:p>
    <w:p>
      <w:pPr>
        <w:pStyle w:val="ArticleBody"/>
        <w:jc w:val="left"/>
      </w:pPr>
      <w:r>
        <w:rPr>
          <w:rFonts w:ascii="Sylfaen" w:hAnsi="Sylfaen" w:eastAsia="Sylfaen" w:cs="Sylfaen"/>
        </w:rPr>
        <w:t>პეტრეს მეორე გამოცდა არის ტაძრის გამოცდა, რომელიც მოითხოვს უწმიდეს ადგილას რწმენით შესვლას, როგორც დას უაითმა ეს თავის პირველ ხილვებში წარმოაჩინა. იქ მან იხილა მეშვიდე დღის შაბათის მცნება, რომელიც დანარჩენ ცხრა მცნებაზე მეტად ბრწყინავდა. ეს მოძღვრება, სამსჯავროს გახსნისას, წარმოადგენს განხორციელების იმ მოძღვრებას, რომელიც უკანასკნელ დღეებში, სამსჯავროს დახურვის ჟამს, სხვა წინასწარმეტყველურ მოძღვრებებზე მეტად ბრწყინავს. ქრისტეს, ღვთაებრივის, განხორციელება — როდესაც მან საკუთარ თავზე მიიღო დაცემული, ცოდვილი ხორცი, თუმცა თავად ცოდვა არ იცოდა — სხვადასხვა სახის ილუსტრაციებით არის წარმოდგენილი. მათ შორის უმნიშვნელოვანესია შვიდი დროის მოძღვრება. შვიდი დროის მოძღვრება იყო მილერის წინასწარმეტყველური აღმოჩენების ალფა, ხოლო 1856 წელს სწორედ ეს მოძღვრება წარმოადგენდა მილერიტული ისტორიის ომეგა-მოძღვრებას, როდესაც მილერიტულმა ფილადელფიურმა ადვენტიზმმა შვიდი წლის განმავლობაში იაჯანყა და 1863 წელს ლაოდიკიურ მეშვიდე დღის ადვენტისტურ ეკლესიად იქცა.</w:t>
      </w:r>
    </w:p>
    <w:p>
      <w:pPr>
        <w:pStyle w:val="ArticleBody"/>
        <w:jc w:val="left"/>
      </w:pPr>
      <w:r>
        <w:rPr>
          <w:rFonts w:ascii="Sylfaen" w:hAnsi="Sylfaen" w:eastAsia="Sylfaen" w:cs="Sylfaen"/>
        </w:rPr>
        <w:t>ეზეკიელის ოცდამეშვიდე თავის ორი კვერთხი წარმოადგენს ჩრდილოეთისა და სამხრეთის სამეფოთა წინააღმდეგ წარმოთქმულ ორ 2,520-წლიან სასჯელს. ჩრდილოეთის სამეფო წარმოადგენს ადამიანურ ხორცს, ხოლო სამხრეთის სამეფო წარმოადგენს იმ გონებას, რომელიც განიზრახა, რომ ქრისტეს გონებასთან შეერთებულიყო; ამგვარად, ღვთაებრიობა გაერთიანდებოდა კაცობრიობასთან. ეს არის განსხეულების მოძღვრება გამარტივებული სახით წარმოდგენილი. შვიდი ჟამი იყო მილერიტული ისტორიის ალფა და ომეგა, და რადგან იგი განსხეულებას წარმოადგენს, იგი ასევე არის მეშვიდე დღის ადვენტისტთა ისტორიის ომეგა 1844 წლის ალფა შაბათის მოძღვრებასთან მიმართებით. ერთი არის მეშვიდე დღის შაბათის ნიშანი, ხოლო მეორე — მეშვიდე წლის შაბათის ნიშანი.</w:t>
      </w:r>
    </w:p>
    <w:p>
      <w:pPr>
        <w:pStyle w:val="ArticleBody"/>
        <w:jc w:val="left"/>
      </w:pPr>
      <w:r>
        <w:rPr>
          <w:rFonts w:ascii="Sylfaen" w:hAnsi="Sylfaen" w:eastAsia="Sylfaen" w:cs="Sylfaen"/>
        </w:rPr>
        <w:t>პეტრეს სახელი იცვლება პანიუმში, რაც აბრაამის მიერ რჩეულ ხალხთან პირველი აღთქმის წარმოდგენის მეორე საფეხური იყო; და პეტრე თავისი მეორე საფეხურის დროს ხდება რჩეულ ხალხთან უკანასკნელი აღთქმის წარმომადგენელი. ეს არის მეორე საფეხური მეთერთმეტედან ოცდამეორე თავამდე მიმავალ თავთა ხაზში, და ეს არის მეორე იმ სამ შემთხვევათაგან, როდესაც პეტრე, იაკობი და იოანე იესოსთან ერთად სხვა მოწაფეთაგან განზე წავიდნენ, და მეორე იმ სამ შემთხვევათაგან, როდესაც ზეციერმა მამამ ილაპარაკა. ნერონის ხაზი მთავრდება რაფიასა და პანიუმის ბრძოლებს შორის შუა წერტილში, რადგან იგი ეთანხმება 250-წლიანი სხვა ორი პერიოდის საზომს, რომლებიც დაიწყო ძვ. წ. 457 წელს და 1776 წელს. ძვ. წ. 457 წელი დასრულდა ძვ. წ. 207 წელს, ხოლო 1776 წელი სრულდება 2026 წელს. პეტრე არის ძვ. წ. 207 წელს, 2026 წელს, 313 წელს და ტაძრის გამოცდაში, რომელიც წინ უსწრებს ვირის ახსნის მესამე და საცდელ ქვას, რაც წარმოდგენილია როგორც საყვირთა დღესასწაული.</w:t>
      </w:r>
    </w:p>
    <w:p>
      <w:pPr>
        <w:pStyle w:val="ArticleBody"/>
        <w:jc w:val="left"/>
      </w:pPr>
      <w:r>
        <w:rPr>
          <w:rFonts w:ascii="Sylfaen" w:hAnsi="Sylfaen" w:eastAsia="Sylfaen" w:cs="Sylfaen"/>
        </w:rPr>
        <w:t>პეტრეს გამოცდაა, მიჰყვეს ქრისტეს უწმიდეს ადგილას, ხოლო მისი საქმეა, შეასწოროს და შემდეგ გამოაცხადოს ნეშვილის ცეცხლოვანი ბურთების შესწორებული უწყება. პეტრეს უწყება ნეშვილის ცეცხლოვანი ბურთების შესახებ არის სულთმოფენობის უწყება, რომელიც პირველად ზედა ოთახში იქნა წარდგენილი და შემდგომ ტაძარში. იგი თავის უწყებას წარადგენს ნეშვილის ცეცხლოვანი ბურთების და რაფიის ბრძოლის აღსრულების იდენტიფიცირებით, პანიუმის ბრძოლასთან კავშირში, რომელიც მეთექვსმეტე მუხლის საკვირაო კანონთან იქცევა აქტიუმის ბრძოლად. მეთექვსმეტე მუხლის საკვირაო კანონი ასევე არის ორმოცდამეერთე და ოცდამეორე მუხლების საკვირაო კანონი. ეს სამი მუხლი ასევე შეესაბამება ოცდამეთერთმეტე მუხლს, სადაც პაპობამ 538 წელს ხელში ჩაიგდო ძალაუფლება და ორლეანის მესამე კრებაზე მიიღო საკვირაო კანონი. მუხლები, რომლებიც ოცდამეთერთმეტე მუხლამდე მიჰყავს, განსაზღვრავს ნიშნულებს, რომლებმაც 538 წლის საკვირაო კანონამდე მიიყვანა და წინასახედ წარმოაჩენს იმ ისტორიას, რომელიც მალე მოსული საკვირაო კანონის წინ უძღვის.</w:t>
      </w:r>
    </w:p>
    <w:p>
      <w:pPr>
        <w:pStyle w:val="ArticleScripture"/>
        <w:jc w:val="left"/>
      </w:pPr>
      <w:r>
        <w:rPr>
          <w:rFonts w:ascii="Sylfaen" w:hAnsi="Sylfaen" w:eastAsia="Sylfaen" w:cs="Sylfaen"/>
        </w:rPr>
        <w:t>რადგან ქითიმის ხომალდები გამოვლენ მის წინააღმდეგ; ამიტომ შეწუხდება, დაბრუნდება და აღიძვრის წმიდა აღთქმის წინააღმდეგ; ასე მოიქცევა იგი: კვლავ დაბრუნდება და შეთანხმდება მათთან, რომელნიც წმიდა აღთქმას ტოვებენ. და ძალები დადგებიან მის მხარეს, შებილწავენ სიმაგრის საწმიდარს, გააუქმებენ ყოველდღიურ მსხვერპლს და დაადგენენ გაპარტახების შემმუსვრელ სისაძაგლეს. დანიელი 11:30, 31.</w:t>
      </w:r>
    </w:p>
    <w:p>
      <w:pPr>
        <w:pStyle w:val="ArticleBody"/>
        <w:jc w:val="left"/>
      </w:pPr>
      <w:r>
        <w:rPr>
          <w:rFonts w:ascii="Sylfaen" w:hAnsi="Sylfaen" w:eastAsia="Sylfaen" w:cs="Sylfaen"/>
        </w:rPr>
        <w:t>„ქითიმის ხომალდები“ წარმოადგენდნენ ვანდალებს, რომლებიც ასევე წარმოდგენილნი არიან, როგორც მეორე საყვირი გამოცხადების მერვე თავში. რომის თანდათანობითი დაცემა დაიწყო 330 წელს, როდესაც კონსტანტინემ სამეფო აღმოსავლეთად და დასავლეთად გაჰყო. ამის შემდეგ მან იგი თავის სამ ვაჟს შორის გაანაწილა. რომის იმპერია, რომელიც აქტიუმის ბრძოლიდან მოყოლებული უძლეველი იყო, მაშინ ორ ნაწილად გაიყო, შემდეგ სამ ნაწილად; შემდეგ გამოცხადების მერვე თავის პირველი ოთხი საყვირი წარმოადგენდა იმ მტრების შემოტევას, რომლებმაც დასავლეთ რომი 476 წელს დასასრულამდე მიიყვანეს. აღმოსავლეთ რომი კონსტანტინოპოლში განაგრძობდა არსებობას მეხუთე საყვირის დასასრულამდე და მეექვსე საყვირის დასაწყისამდე, რომლებიც ასევე პირველი და მეორე ვაიებია. პირველი ვაის ას ორმოცდაათწლიანი დროის წინასწარმეტყველება დასრულდა იმ თარიღზე, როდესაც მეორე ვაის დროის წინასწარმეტყველება დაიწყო. ეს თარიღი იყო კონსტანტინოპოლის დაცემა ოსმალო თურქთა ხელში 1453 წელს.</w:t>
      </w:r>
    </w:p>
    <w:p>
      <w:pPr>
        <w:pStyle w:val="ArticleBody"/>
        <w:jc w:val="left"/>
      </w:pPr>
      <w:r>
        <w:rPr>
          <w:rFonts w:ascii="Sylfaen" w:hAnsi="Sylfaen" w:eastAsia="Sylfaen" w:cs="Sylfaen"/>
        </w:rPr>
        <w:t>ბაბილონი ერთ ღამეში დაეცა; შესაძლოა, იტყვით, რომ კიროსს ჯერ მდინარის გადაგდება უნდა მოეხდინა და ამას გარკვეული დრო დასჭირდა, მაგრამ ბაბილონის დაცემა ერთ ღამეში მოხდა; მაშინ როცა რომის დაცემა 1123 წელს მოიცავდა. ეს წლები შეიცავდა განსაზღვრულ წინასწარმეტყველურ ნიშნულებს, რომლებიც აღწერს იმპერიული რომის თანდათანობით დაღუპვას, და იმპერიული წარმართული რომი წარმოადგენს შეერთებული შტატების ტიპს მის საქმეში — პაპობის ტახტზე დასმისა, როგორც ბიბლიური წინასწარმეტყველების მეხუთე სამეფოსი, 538 წელს. პაპობა ტახტზე დაისმის დანიელის მეთერთმეტე თავის მეთექვსმეტე მუხლის საკვირაო კანონთან დაკავშირებით. ნიშნულები, რომლებიც შეერთებული შტატების საქმიანობის ტიპს წარმოადგენს, წარმოდგენილია წარმართული რომის თანდათანობითი დაღუპვის ნიშნულებში.</w:t>
      </w:r>
    </w:p>
    <w:p>
      <w:pPr>
        <w:pStyle w:val="ArticleBody"/>
        <w:jc w:val="left"/>
      </w:pPr>
      <w:r>
        <w:rPr>
          <w:rFonts w:ascii="Sylfaen" w:hAnsi="Sylfaen" w:eastAsia="Sylfaen" w:cs="Sylfaen"/>
        </w:rPr>
        <w:t>ქითიმის ხომალდები რომისთვის ფინანსურ უბედურებას წარმოადგენდნენ, რადგან ვანდალთა ფლოტმა ხმელთაშუა ზღვის საზღვაო სავაჭრო გზები გაანადგურა. უკანასკნელ დღეებში ისლამი წარმოჩენილია, როგორც ფინანსური უბედურება დედამიწის მეფეთათვის. ვანდალები და მათი ხომალდები იყვნენ მეორე საყვირის ძალა, ხოლო სამი „ვაი“ ისლამური საყვირის ძალებია. პირველი იყო არაბეთი, მეორე — თურქეთი, ხოლო მესამე — მსოფლიო მასშტაბისაა.</w:t>
      </w:r>
    </w:p>
    <w:p>
      <w:pPr>
        <w:pStyle w:val="ArticleBody"/>
        <w:jc w:val="left"/>
      </w:pPr>
      <w:r>
        <w:rPr>
          <w:rFonts w:ascii="Sylfaen" w:hAnsi="Sylfaen" w:eastAsia="Sylfaen" w:cs="Sylfaen"/>
        </w:rPr>
        <w:t>გემები ეკონომიკური ძალაუფლების სიმბოლოა, ხოლო წმინდა წერილებში ქითიმის გემები ეკონომიკური ძალაუფლების უმთავრესი სიმბოლოებია. ეს გემები ზღვების შუაგულში მძვინვარე აღმოსავლეთის ქარის მიერ იძირება, და წმინდა წერილებში ისლამი აღმოსავლეთის ძეებია. როდესაც ისლამი წინასწარმეტყველურ მოვლენათა თანამიმდევრობაში აღინიშნება, იგი ეკონომიკურ კრიზისს წარმოშობს. ისლამი ბალაამისთან ერთად ვირით არის წარმოდგენილი, რაც იგივე ებრაული სიტყვაა, რომელიც წმინდა წერილებში ისმაელის პირველად მოხსენიებისას „ველურ კაცად“ ითარგმნება. ისმაელი წინასწარმეტყველურ დონეზე ისლამის მამაა, ისე რომ არ უარყოფს აბრაამს, როგორც ისმაელის მამას, არამედ წმინდა წერილებში ისმაელის თორმეტი ტომი აღმოსავლეთის ძეებად არის ცნობილი.</w:t>
      </w:r>
    </w:p>
    <w:p>
      <w:pPr>
        <w:pStyle w:val="ArticleBody"/>
        <w:jc w:val="left"/>
      </w:pPr>
      <w:r>
        <w:rPr>
          <w:rFonts w:ascii="Sylfaen" w:hAnsi="Sylfaen" w:eastAsia="Sylfaen" w:cs="Sylfaen"/>
        </w:rPr>
        <w:t>უკანასკნელ დღეებში ბალაამი, როგორც ცრუ წინასწარმეტყველის სახით წარმოდგენილი ამერიკის შეერთებული შტატების სიმბოლო, თავის სახედარს სამჯერ სცემს, რაც ისლამის სამ დარტყმას აღნიშნავს. 9/11 იყო ამ დარტყმათაგან პირველი და მან აღნიშნა დამბეჭდავი ანგელოზის მოსვლა, რომელიც აღმოსავლეთიდან ადის შფოთის მძაფრი აღმოსავლეთის ქარების დროს. ისლამის მეორე დარტყმა ორგვარია, რადგან მეორე საფეხური გაორმაგებას აღნიშნავს. 2023 წლის 7 ოქტომბერს ისლამმა მოულოდნელად დაარტყა პირდაპირი მნიშვნელობით ისრაელს, და როდესაც ნეშვილი, ტენესის შტატი, მოულოდნელად ისლამის მიერ იქნება დარტყმული, სულიერი ისრაელი იქნება დარტყმული. ბალაამის ისტორიაში მეორე სასაზღვრო ნიშანი ორ ვენახს შორის მოვიდა, ხოლო ცაბაოთ უფლის ორი ვენახი იყო ძველი პირდაპირი მნიშვნელობით ისრაელი და ამერიკის შეერთებული შტატები, თანამედროვე სულიერი ისრაელი. ბალაამის მესამე სასაზღვრო ნიშანი იყო მაშინ, როდესაც სახედარი ალაპარაკდა; ხოლო მეტყველების სიმბოლო, რომელიც აღნიშნავს ას ორმოცდაოთხი ათასის დაბეჭდვის დროის დასასრულს, რომელიც 9/11-ზე დაიწყო, არის საკვირაო კანონი, როდესაც ამერიკის შეერთებული შტატები გველეშაპივით ლაპარაკობს. გამოცხადების მეთერთმეტე თავის დიდი მიწისძვრა არის ის საკვირაო კანონი, სადაც მესამე ვაი სწრაფად მოდის, სადაც ამერიკის შეერთებული შტატები, სახედარი და ზაქარია ლაპარაკობენ.</w:t>
      </w:r>
    </w:p>
    <w:p>
      <w:pPr>
        <w:pStyle w:val="ArticleBody"/>
        <w:jc w:val="left"/>
      </w:pPr>
      <w:r>
        <w:rPr>
          <w:rFonts w:ascii="Sylfaen" w:hAnsi="Sylfaen" w:eastAsia="Sylfaen" w:cs="Sylfaen"/>
        </w:rPr>
        <w:t>იოანე ნათლისმცემლის მამა იყო იმ ოცდაოთხ სამღვდელო დასთაგან მერვისა, რომლებიც დავითმა დააწესა ტაძარში მსახურებისათვის. მღვდელი ზაქარია ურწმუნოების გამო დამუნჯებულ იქნა თავისი ძის, იოანეს, დაბადებამდე და იგი წარმოადგენს რვის რიცხვის სიმბოლოს (სამღვდელოების სიმბოლოს). საკვირაო კანონის დროს მღვდელთა საბოლოო თაობა, წარმოდგენილი იოანე ნათლისმცემლით, ილაპარაკებს, როგორც ეს მისი მამის, ზაქარიას, მიერაა წარმოდგენილი. ქრისტემ იოანე ელიად დაასახელა, და ელიას უკანასკნელ დღეთა უწყება წარმოდგენილია მამისა და შვილის ურთიერთობით, როგორც ეს იყო ზაქარიასა და იოანეს შორის. იოანე წინასწარ იყო განსახიერებული იერემიათი, რომელსაც ეთქვა, რომ თუ დაბრუნდებოდა, იგი ღვთის პირი გახდებოდა.</w:t>
      </w:r>
    </w:p>
    <w:p>
      <w:pPr>
        <w:pStyle w:val="ArticleBody"/>
        <w:jc w:val="left"/>
      </w:pPr>
      <w:r>
        <w:rPr>
          <w:rFonts w:ascii="Sylfaen" w:hAnsi="Sylfaen" w:eastAsia="Sylfaen" w:cs="Sylfaen"/>
        </w:rPr>
        <w:t>იერემია გლოვობდა 2020 წლის 18 ივლისის პირველ იმედგაცრუებას, და თუ იგი დაბრუნდებოდა, იგი გახდებოდა ღმერთის ბაგე კვირის კანონის დროს, როდესაც წარადგენდა აბაკუმის წინასწარმეტყველურ უწყებას, რომელმაც დააყოვნა, მაგრამ ბოლოს უნდა „ელაპარაკა“. იერემია, და ამიტომ იოანე, და ამიტომ პეტრე, უნდა ელაპარაკა აბაკუმის უწყება იმ წერტილში, როდესაც ისლამის ვირი ლაპარაკობს, და როდესაც შეერთებული შტატები ლაპარაკობს როგორც გველეშაპი.</w:t>
      </w:r>
    </w:p>
    <w:p>
      <w:pPr>
        <w:pStyle w:val="ArticleBody"/>
        <w:jc w:val="left"/>
      </w:pPr>
      <w:r>
        <w:rPr>
          <w:rFonts w:ascii="Sylfaen" w:hAnsi="Sylfaen" w:eastAsia="Sylfaen" w:cs="Sylfaen"/>
        </w:rPr>
        <w:t>პეტრე კესარეა ფილიპეში, რომელიც არის პანიუმი, იმ დროის პერიოდში იმყოფება, რომელიც წინ უსწრებდა „მთის“ გზამანიშნეს, რომელსაც უნდა მოჰყოლოდა ზეიმალური შესვლა, რომელმაც ჯვართან, ანუ საკვირაო კანონისკენ მიიყვანა. ეს დროითი პერიოდი წარმოდგენილია პანიუმის ბრძოლით, რომელიც მთავრდება პაპისა და მისი წარმომადგენელი ძალის — შეერთებული შტატების — გამარჯვებით. პანიუმი სამ წარმომადგენლობით ომს შორის მესამეა; მათგან პირველი 1989 წელს ბერლინის კედელთან დასრულდა, ხოლო ბოლო, ანუ მესამე წარმომადგენლობითი ომი, სრულდება ეკლესიისა და სახელმწიფოს გამყოფი „კედლის“ დანგრევით. 1989 წელი აღნიშნავდა წარმომადგენლობითი ომის კულმინაციას, რომელსაც „ცივი ომი“ ეწოდებოდა და რომელიც მეორე მსოფლიო ომის დასასრულს დაიწყო; ხოლო პანიუმი წარმოადგენს ცივ ომს, რომელიც მესამე მსოფლიო ომით სრულდება, რაც აქტიუმის ბრძოლით არის წარმოდგენილი. სამი წარმომადგენლობითი ომის პირველი და მესამე გზამანიშნის შუაში დგას უკრაინაში მიმდინარე პირდაპირი ომი, რომელიც მე-11 და მე-12 მუხლებში რაფიის ბრძოლით არის წარმოდგენილი.</w:t>
      </w:r>
    </w:p>
    <w:p>
      <w:pPr>
        <w:pStyle w:val="ArticleBody"/>
        <w:jc w:val="left"/>
      </w:pPr>
      <w:r>
        <w:rPr>
          <w:rFonts w:ascii="Sylfaen" w:hAnsi="Sylfaen" w:eastAsia="Sylfaen" w:cs="Sylfaen"/>
        </w:rPr>
        <w:t>პანიუმი არის ცივი ომი, რომელსაც მესამე მსოფლიო ომამდე მიჰყავს, როგორც ეს წარმოდგენილია იმ ცივი ომით, რომელიც დასასრულის ჟამს, 1989 წელს დასრულდა და რომელიც მეორე მსოფლიო ომის დასასრულს დაიწყო. იმ ნიშნულებში, რომლებიც წარმოდგენილია მეათე მუხლითა და 1989 წლით, მეთერთმეტე და მეთორმეტე მუხლებითა და უკრაინის ომით, რომელიც 2014 წელს დაიწყო, და მეცამეტედან მეთხუთმეტე მუხლების ჩათვლით, აგრეთვე MAGA-იზმსა და გლობალიზმს შორის მიმდინარე დღევანდელი ცივი ომით, იყო სამი პრეზიდენტი, რომლებმაც პაპობასა და შეერთებულ შტატებს შორის ალიანსები აღნიშნეს.</w:t>
      </w:r>
    </w:p>
    <w:p>
      <w:pPr>
        <w:pStyle w:val="ArticleBody"/>
        <w:jc w:val="left"/>
      </w:pPr>
      <w:r>
        <w:rPr>
          <w:rFonts w:ascii="Sylfaen" w:hAnsi="Sylfaen" w:eastAsia="Sylfaen" w:cs="Sylfaen"/>
        </w:rPr>
        <w:t>რონალდ რეიგანს ჰქონდა ფარული კავშირი რომის პაპ იოანე პავლე II-თან, კონსერვატორ პაპთან სატანური ფატიმას წინასწარმეტყველებების თვალსაზრისით, და იგი დაკავშირებულია მეათე მუხლის წინასწარმეტყველურ ისტორიასთან. ობამას პრეზიდენტობა შეესაბამება მეთერთმეტე და მეთორმეტე მუხლებში აღწერილ რაფიის ბრძოლის ისტორიას. მისი პრეზიდენტობის პერიოდში იყო ორი სიმბოლური პაპი, რადგან მეორე საგზაო ნიშნული გაორებას მიუთითებს. მეცამეტედან მეთხუთმეტე მუხლებამდე მესამე საგზაო ნიშნულში პაპი არის პირველი პაპი შეერთებული შტატებიდან. თავდაპირველად ვვარაუდობდით, რომ პაპი ლეო იყო კონსერვატორი პაპი, როგორც იოანე პავლე II-ის ტიპშია ნაჩვენები, მაგრამ როდესაც ეს სამმაგი გამოყენების წინასწარმეტყველური გამოყენების ფარგლებში განიმარტება, მესამე საგზაო ნიშნული ფლობს პირველი ორი აღსრულების მახასიათებლებს, ამიტომ ლეო არის კონსერვატორი იოანე პავლე II და იგი არის ინკვიზიციის უწყების ყოფილი ხელმძღვანელი, ბენედიქტე XVI, რომელმაც ობამას ვადის განმავლობაში უოუქ პაპ ფრანცისკესთვის გადადგა.</w:t>
      </w:r>
    </w:p>
    <w:p>
      <w:pPr>
        <w:pStyle w:val="ArticleBody"/>
        <w:jc w:val="left"/>
      </w:pPr>
      <w:r>
        <w:rPr>
          <w:rFonts w:ascii="Sylfaen" w:hAnsi="Sylfaen" w:eastAsia="Sylfaen" w:cs="Sylfaen"/>
        </w:rPr>
        <w:t>პირველი პროქსი-ომი ერთ მუხლშია წარმოდგენილი, მეორე — ორში, ხოლო მესამე — სამ მუხლში. ცივი ომი, რომელიც 1989 წელს დასრულდა, მეორე მსოფლიო ომის დასასრულს დაიწყო; ხოლო მესამე მსოფლიო ომი, რომელიც აქტიუმის ბრძოლით არის წარმოდგენილი, იწყება ცივი ომის დასასრულს, რომელიც პანიუმის ბრძოლით არის წარმოდგენილი. სამი მსოფლიო ომი, ისევე როგორც სამი პროქსი-ომი, იმართება იმ პრინციპებით, რომლებიც წინასწარმეტყველების სამმაგ გამოყენებასთან არის დაკავშირებული. მეორე მსოფლიო ომის დასასრულმა დასაბამი მისცა ცივ ომს, რომელიც დასრულდა 1945 წლიდან რუზველტიდან დათვლილი მერვე პრეზიდენტით, რომელიც რეიგანი იყო. რეიგანმა აღსასრულის ჟამს, 1989 წელს, დაიწყო რვა პრეზიდენტის წყება, რომელსაც მიჰყავს ტრამპამდე (რომელიც შვიდთაგანია). ტრამპის ცივი ომი 2015 წელს დაიწყო, როდესაც მან პრეზიდენტობის კანდიდატად თავისი წარდგენა გამოაცხადა და გლობალისტები შეარხია, დანიელის 11:2-ის აღსრულებით. ეს ცივი ომი კვირა-კანონთან სრულდება, რომელიც არის აქტიუმის ბრძოლა — რომის მესამე დაბრკოლება, ვიდრე იგი უზენაესად იმეფებდეს.</w:t>
      </w:r>
    </w:p>
    <w:p>
      <w:pPr>
        <w:pStyle w:val="ArticleBody"/>
        <w:jc w:val="left"/>
      </w:pPr>
      <w:r>
        <w:rPr>
          <w:rFonts w:ascii="Sylfaen" w:hAnsi="Sylfaen" w:eastAsia="Sylfaen" w:cs="Sylfaen"/>
        </w:rPr>
        <w:t>რუზველტმა დასაბამი მისცა რვა პრეზიდენტს რეიგანამდე, რომელმაც დასაბამი მისცა რვა პრეზიდენტს ტრამპამდე. რუზველტი აღნიშნავს მეორე მსოფლიო ომს; იგი გარდაიცვალა 1945 წლის 12 აპრილს, ხოლო შემდეგ ტრუმენი იყო პრეზიდენტი, როდესაც ევროპაში ომი დასრულდა 8 მაისს, და წყნარ ოკეანეში ომი დასრულდა 2 სექტემბერს. ევროპაში ომი უმეტესად სახმელეთო ბრძოლა იყო, ხოლო წყნარ ოკეანეში ომი საზღვაო ბრძოლა იყო, ისევე როგორც პანიუმი წარმოადგენს სახმელეთო ბრძოლას და აქციუმი წარმოადგენს საზღვაო ბრძოლას. პირველი უკანასკნელს ასახავს, და რვა პრეზიდენტის თანმიმდევრობა დაფუძნებულია დანიელის მეთერთმეტე თავის მეორე და მესამე მუხლების მოწმობაზე, აგრეთვე იმ ენიგმაზე, რომ მერვე შვიდთაგანია. გამოცხადების მეცამეტე თავის მიწის მხეცის ისტორიის დასაწყისში გამართულ პირველ ორ კონტინენტურ კონგრესში პრეზიდენტების შვიდი ვადა იყო. იმ ისტორიაში ჯორჯ ვაშინგტონი დაინიშნა მთავარსარდლად. როგორც პირველი ოფიციალური პრეზიდენტი, ვაშინგტონის დანიშვნა მეორე კონტინენტურ კონგრესში სიმბოლურად წარმოადგენს ვაშინგტონს თვით დასაწყისშივე, როგორც შვიდი პრეზიდენტიდან მერვეს.</w:t>
      </w:r>
    </w:p>
    <w:p>
      <w:pPr>
        <w:pStyle w:val="ArticleBody"/>
        <w:jc w:val="left"/>
      </w:pPr>
      <w:r>
        <w:rPr>
          <w:rFonts w:ascii="Sylfaen" w:hAnsi="Sylfaen" w:eastAsia="Sylfaen" w:cs="Sylfaen"/>
        </w:rPr>
        <w:t>პირველი პრეზიდენტი იყო პირველი შვიდი პრეზიდენტიდან მერვე, და უკანასკნელი პრეზიდენტი არის მერვე, რომელიც შვიდთაგანია. მღვდელი ზაქარია საუბრობს იოანეს შობისას, როდესაც სახედარი ლაპარაკობს და როდესაც მიწის მხეცი ლაპარაკობს. აქვე ლაპარაკობს აბაკუმის ხილვაც. იოანეს შობა, რომელიც კვირის კანონის დროს ასორმოცდაოთხი ათასის ნიშანს განასახიერებს, არის მღვდელ ზაქარიას უკანასკნელი თაობა. ზაქარია მღვდელთა ოცდაოთხი რიგიდან მერვეში იყო. კვირის კანონის დროს ზაქარია (მღვდლები) ლაპარაკობს, როდესაც ისლამი (სახედარი) ლაპარაკობს და შეერთებული შტატები გველეშაპივით ლაპარაკობს. იმ გზის ნიშნულზე პაპობის სასიკვდილო წყლული განიკურნება და იგი ხდება მერვე, რომელიც შვიდთაგანია. ტრამპიც ასევე არის მერვე, რომელიც შვიდთაგანია, და სწორედ იგი ქმნის მხეცის ხატს, რომელიც საბოლოოდ ფორმას კვირის კანონის დროს იღებს. ამის შემდეგ ასორმოცდაოთხი ათასის სამღვდელოება ხდება ღვთის ბაგე და გზავნილს აუწყებს მესამე ანგელოზის ძლიერ ღაღადში. ეს სამღვდელოება არის მერვე ეკლესია, რომელიც შვიდთაგანია.</w:t>
      </w:r>
    </w:p>
    <w:p>
      <w:pPr>
        <w:pStyle w:val="ArticleBody"/>
        <w:jc w:val="left"/>
      </w:pPr>
      <w:r>
        <w:rPr>
          <w:rFonts w:ascii="Sylfaen" w:hAnsi="Sylfaen" w:eastAsia="Sylfaen" w:cs="Sylfaen"/>
        </w:rPr>
        <w:t>რუზველტით იწყება რვა პრეზიდენტი, რომელთაც მივყავართ აღსასრულის ჟამამდე 1989 წელს, და იგი აღნიშნავს მეორე მსოფლიო ომიდან ცივ ომზე გადასვლას, რომელიც 1989 წელს სრულდება. პრეზიდენტი ტრუმენი მოჰყვა რუზველტს და მმართველობდა იმ დროს, როდესაც დასრულდა მიწისა და ზღვის ბრძოლები, რომლებიც მეორე მსოფლიო ომს შეადგენდა. როგორც პრეზიდენტი, ტრუმენი მმართველობდა მაშინ, როდესაც გაერთიანებული ერების ორგანიზაცია დაიწყო 1945 წლის 24 ოქტომბერს. რუზველტისა და ტრუმენის ურთიერთკავშირი დადგენილია 1945 წლით. ორივე იმ წელს იყო პრეზიდენტი, და იმავე წელს დასრულდა ორმაგი ომი, რომელიც მეორე მსოფლიო ომი იყო, და შეიქმნა გაერთიანებული ერების ორგანიზაცია, და დაიწყო ცივი ომი.</w:t>
      </w:r>
    </w:p>
    <w:p>
      <w:pPr>
        <w:pStyle w:val="ArticleBody"/>
        <w:jc w:val="left"/>
      </w:pPr>
      <w:r>
        <w:rPr>
          <w:rFonts w:ascii="Sylfaen" w:hAnsi="Sylfaen" w:eastAsia="Sylfaen" w:cs="Sylfaen"/>
        </w:rPr>
        <w:t>1989 წელსაც, ისევე როგორც 1945 წელს, ორი პრეზიდენტი იყო: რონალდ რეიგანი და ჯორჯ ბუში უფროსი. რეიგანმა ცივი ომი დაასრულა, ხოლო ჯორჯ ბუშმა უფროსმა 1990 წლის 1 ოქტომბერს, როდესაც სიტყვით გამოვიდა გაეროს „ორმოცდამეხუთე“ გენერალურ ასამბლეაზე, განაცხადა, რომ იგი უწინარეს ყოვლისა გლობალისტი იყო, სადაც მან ილაპარაკა „ახალი მსოფლიო წესრიგის“ შექმნაზე. ამ გამოსვლაში მან განაცხადა: „ჩვენს ხელშია, უკან მოვიტოვოთ ეს ბნელი მანქანები, იქ, სადაც მათი ადგილია — ბნელ საუკუნეებში, და წინ წავიწიოთ, რათა დაგვირგვინდეს ისტორიული მოძრაობა ახალი მსოფლიო წესრიგისკენ და მშვიდობის ხანგრძლივი ეპოქისკენ.“</w:t>
      </w:r>
    </w:p>
    <w:p>
      <w:pPr>
        <w:pStyle w:val="ArticleBody"/>
        <w:jc w:val="left"/>
      </w:pPr>
      <w:r>
        <w:rPr>
          <w:rFonts w:ascii="Sylfaen" w:hAnsi="Sylfaen" w:eastAsia="Sylfaen" w:cs="Sylfaen"/>
        </w:rPr>
        <w:t>ამ სიტყვაში ბუშმა ეს კონცეფცია დაუკავშირა ცივი ომის შემდგომ თანამშრომლობას, სპარსეთის ყურის კრიზისს (ერაყის მიერ ქუვეითში შეჭრას), გაეროს გაძლიერებას და სამართლის უზენაესობაზე დაფუძნებულ ერთა ახალ პარტნიორობას. ბუშმა პირველად გაავრცელა გამოთქმა „ახალი მსოფლიო წესრიგი“ რამდენიმე კვირით ადრე, 1990 წლის 11 სექტემბერს, კონგრესის ორივე პალატის ერთობლივი სხდომის წინაშე წარმოთქმულ მიმართვაში.</w:t>
      </w:r>
    </w:p>
    <w:p>
      <w:pPr>
        <w:pStyle w:val="ArticleBody"/>
        <w:jc w:val="left"/>
      </w:pPr>
      <w:r>
        <w:rPr>
          <w:rFonts w:ascii="Sylfaen" w:hAnsi="Sylfaen" w:eastAsia="Sylfaen" w:cs="Sylfaen"/>
        </w:rPr>
        <w:t>მიაქციეთ ყურადღება იმ ფაქტს, რომ ბუშმა თავისი გაეროს სიტყვა განათავსა იმ კონტექსტში, სადაც მან ახლახან დასრულებული ცივი ომი „ბნელი საუკუნეების“ ტერმინებით განსაზღვრა. ბნელი საუკუნეები დასრულდა აღსასრულის ჟამს, 1798 წელს, ხოლო ბუში იმყოფებოდა 1989 წლის აღსასრულის ჟამში. ყურადღება მიაქციეთ, რომ მაშინ, როდესაც პირველად შემოიტანა გამოთქმა „ახალი მსოფლიო წესრიგი“, ისლამი აღაშფოთებდა ერებს, და ეს სიტყვა წარმოთქმული იყო 9/11-ზე. რუზველტიდან კარტერამდე რვა პრეზიდენტი იყო, ხოლო რეიგანიდან ტრამპამდე — რვა პრეზიდენტი. ტრამპი უკანასკნელი პრეზიდენტია და იგი პირველსავე პრეზიდენტით იყო წინასახირებული, რომელიც პირველი შვიდი პრეზიდენტიდან მერვე იყო.</w:t>
      </w:r>
    </w:p>
    <w:p>
      <w:pPr>
        <w:pStyle w:val="ArticleBody"/>
        <w:jc w:val="left"/>
      </w:pPr>
      <w:r>
        <w:rPr>
          <w:rFonts w:ascii="Sylfaen" w:hAnsi="Sylfaen" w:eastAsia="Sylfaen" w:cs="Sylfaen"/>
        </w:rPr>
        <w:t>აღსასრულის დრო 1798 წელს მიუთითებს პაპობის სასიკვდილო ჭრილობაზე, და პაპობა იყო ის ძალაუფლება, რომელიც ბნელი საუკუნეების განმავლობაში ევროპის მეფეებზე მეფობდა. გამოცხადების მეჩვიდმეტე თავში ეს ურთიერთობა წარმოდგენილია, როგორც მეძავი, რომელიც ზის მხეცზე და მეფობს მასზე. 1798 წელს ევროპის მეფეთა მხარდაჭერა მოიხსნა და მხეცი მკვდარი იყო. 1799 წელს პაპი დევნილობაში გარდაიცვალა. 1798 და 1799 წლები წარმოადგენენ აღსასრულის დროს მისი ყველაზე სრული მნიშვნელობით, ისევე როგორც ქრისტეს ჟამს აღსასრულის დრო აღინიშნება იოანე ნათლისმცემლის შობით და შემდეგ, ექვსი თვის შემდეგ, ქრისტეს შობით. ბუშის 1990 წლის განცხადებები წარმოადგენენ ბუშს, როგორც ორი პრეზიდენტიდან მეორეს, რომლებიც აღნიშნავენ აღსასრულის დროს, და აღნიშნავენ მოძრაობას გლობალიზმისკენ, რაც არის გველეშაპის ძალაუფლება. ბუშის სიმბოლიზმი აღნიშნავს ნაბიჯს კვირა-დღის კანონამდე, როდესაც შეერთებული შტატები სრულდება, როგორც ბიბლიური წინასწარმეტყველების მეექვსე სამეფო, გველეშაპივით მეტყველებით. კვირა-დღის კანონზე შეერთებული შტატები ხდება გაერთიანებული ერების ორგანიზაციის ხმა. სწორედ ამავე კონტექსტში ისლამი აღიზიანებს ერებს, და 9/11 აღინიშნება. 1990 წლის 11 სექტემბერს, როდესაც პირველმა ბუშმა კონგრესის წინაშე თავის გლობალისტურ დღის წესრიგზე ილაპარაკა, იგი წინასახეობრივად წარმოადგენდა იმას, თუ როდის აღიზიანებდა ისლამი კვლავ ერებს 2001 წლის 9/11-ზე, მაგრამ მაშინ პრეზიდენტი იქნებოდა უკანასკნელი ბუში.</w:t>
      </w:r>
    </w:p>
    <w:p>
      <w:pPr>
        <w:pStyle w:val="ArticleBody"/>
        <w:jc w:val="left"/>
      </w:pPr>
      <w:r>
        <w:rPr>
          <w:rFonts w:ascii="Sylfaen" w:hAnsi="Sylfaen" w:eastAsia="Sylfaen" w:cs="Sylfaen"/>
        </w:rPr>
        <w:t>რუზველტმა, რვა პრეზიდენტიდან პირველმა, 1945 წელს მეორე მსოფლიო ომის დასასრული აღნიშნა, და მას მოჰყვა მომდევნო პრეზიდენტი, რომელმაც გაეროს შემოღებას შეუწყო ხელი. რეიგანმა, რვა პრეზიდენტიდან პირველმა, 1989 წელს ცივი ომის დასასრული აღნიშნა, და მას მოჰყვა მომდევნო პრეზიდენტი, რომელმაც გაეროს მხარდაჭერა გააძლიერა. რვა პრეზიდენტიდან უკანასკნელი პრეზიდენტი დაასრულებს ცივ ომს, რომელიც მაშინ დაიწყო, როცა მან 2015 წელს თავისი კანდიდატურის წამოყენების განზრახვა გამოაცხადა, და დაიწყებს მესამე მსოფლიო ომს. იგი ბიბლიური წინასწარმეტყველების მეექვსე სამეფოს გადაიყვანს ბიბლიური წინასწარმეტყველების მეშვიდე სამეფოს თავისკენ (გაერო), და შემდეგ დათანხმდება, რომ ეს სამეფო მხეცს გადასცეს საკვირაო კანონის დროს.</w:t>
      </w:r>
    </w:p>
    <w:p>
      <w:pPr>
        <w:pStyle w:val="ArticleBody"/>
        <w:jc w:val="left"/>
      </w:pPr>
      <w:r>
        <w:rPr>
          <w:rFonts w:ascii="Sylfaen" w:hAnsi="Sylfaen" w:eastAsia="Sylfaen" w:cs="Sylfaen"/>
        </w:rPr>
        <w:t>როგორც მეორე მსოფლიო ომი შედგებოდა სახმელეთო და საზღვაო ომისგან, ასევე უკანასკნელ პრეზიდენტსაც ექნება ცივი ომი, რომელიც წარმოდგენილია პანიუმის სახმელეთო ბრძოლით, და რომელიც მიჰყავს აქტიუმის საზღვაო ბრძოლამდე. კვირა კანონის დროს ცივი ომი, რომელიც დაიწყო მაშინ, როცა ტრამპმა 2015 წელს გლობალისტები აამოძრავა, იცვლება მესამე მსოფლიო ომად, როგორც ეს წარმოდგენილია მეორე მსოფლიო ომის სახმელეთო და საზღვაო ბრძოლებით. მეორე მსოფლიო ომის დასასრულს მომდევნო ნაბიჯი იყო გაერთიანებული ერების გლობალიზმი, ისევე როგორც ეს მოხდა ცივი ომის დასასრულს რეიგანისა და ბუშის დროს. პირველად, შეერთებული შტატები სრულდება კვირა კანონის დროს, შემდეგ კი ბუშის „ახალი მსოფლიო წესრიგი“ შემოაქვს მეშვიდე სამეფოს, რომელიც დაუყოვნებლივ თანხმდება თავისი ძალაუფლება გადასცეს მერვე სამეფოს.</w:t>
      </w:r>
    </w:p>
    <w:p>
      <w:pPr>
        <w:pStyle w:val="ArticleBody"/>
        <w:jc w:val="left"/>
      </w:pPr>
      <w:r>
        <w:rPr>
          <w:rFonts w:ascii="Sylfaen" w:hAnsi="Sylfaen" w:eastAsia="Sylfaen" w:cs="Sylfaen"/>
        </w:rPr>
        <w:t>ბუში პირველი და ბუში უკანასკნელი ერთმანეთთან არიან დაკავშირებულნი: პირველის მიერ კონგრესის წინაშე 9/11-ის დროს გამოცხადებული „ახალი მსოფლიო წესრიგით“ და უკანასკნელის 2001 წლის პატრიოტის აქტით. ორივე საგზაო ნიშანი განთავსებულია იმ კონტექსტში, სადაც ისლამი ერებს განარისხებს.</w:t>
      </w:r>
    </w:p>
    <w:p>
      <w:pPr>
        <w:pStyle w:val="ArticleBody"/>
        <w:jc w:val="left"/>
      </w:pPr>
      <w:r>
        <w:rPr>
          <w:rFonts w:ascii="Sylfaen" w:hAnsi="Sylfaen" w:eastAsia="Sylfaen" w:cs="Sylfaen"/>
        </w:rPr>
        <w:t>ამ საკითხების განხილვას შემდეგ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ორმოცდაცხრის მეცხრე მუხლის დაფარული ისტორია</dc:title>
  <dc:subject>ძალა, დიდება და ტანჯვა</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