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ორმოცე მუხლის დაფარული ისტორია — ნომერი ათი</w:t>
      </w:r>
    </w:p>
    <w:p>
      <w:pPr>
        <w:pStyle w:val="ArticleSubtitle"/>
        <w:jc w:val="left"/>
      </w:pPr>
      <w:r>
        <w:rPr>
          <w:rFonts w:ascii="Sylfaen" w:hAnsi="Sylfaen" w:eastAsia="Sylfaen" w:cs="Sylfaen"/>
        </w:rPr>
        <w:t>შუაწერტილი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2026-05-14</w:t>
      </w:r>
    </w:p>
    <w:p>
      <w:pPr>
        <w:pStyle w:val="ArticleBody"/>
        <w:jc w:val="left"/>
      </w:pPr>
      <w:r>
        <w:rPr>
          <w:rFonts w:ascii="Sylfaen" w:hAnsi="Sylfaen" w:eastAsia="Sylfaen" w:cs="Sylfaen"/>
        </w:rPr>
        <w:t>დანიელის მეთერთმეტე თავის მეორმოცე მუხლის დაფარული ისტორია შეესაბამება იმავე თავის მეათედან მეთექვსმეტე მუხლებით წარმოდგენილ ისტორიას. მეათედან მეთექვსმეტე მუხლებში გამოცხადების მეცამეტე თავში მოხსენიებული მიწის მხეცის, ამერიკის შეერთებული შტატების განდგომილი რესპუბლიკური რქის ხაზი წარმოდგენილია დონალდ ტრამპით; ამერიკის შეერთებული შტატების განდგომილი პროტესტანტული რქის ხაზი წარმოდგენილია მაკაბელებით; პაპობის ზღვის მხეცის ხაზი წარმოდგენილია როგორც „შენი ხალხის მძარცველნი“, ხოლო გველეშაპის ხაზი წარმოდგენილია სამხრეთის სხვადასხვა მეფეებითა და მაკედონიის ფილიპეთი. ას ორმოცდაოთხი ათასის ხაზი წარმოდგენილია პეტრეთი.</w:t>
      </w:r>
    </w:p>
    <w:p>
      <w:pPr>
        <w:pStyle w:val="ArticleHeading"/>
        <w:jc w:val="left"/>
      </w:pPr>
      <w:r>
        <w:rPr>
          <w:rFonts w:ascii="Sylfaen" w:hAnsi="Sylfaen" w:eastAsia="Sylfaen" w:cs="Sylfaen"/>
        </w:rPr>
        <w:t>შუაგული</w:t>
      </w:r>
    </w:p>
    <w:p>
      <w:pPr>
        <w:pStyle w:val="ArticleBody"/>
        <w:jc w:val="left"/>
      </w:pPr>
      <w:r>
        <w:rPr>
          <w:rFonts w:ascii="Sylfaen" w:hAnsi="Sylfaen" w:eastAsia="Sylfaen" w:cs="Sylfaen"/>
        </w:rPr>
        <w:t>იმ დაფარულ ისტორიაში შუა ნაწილი მრავალგზის არის გამოკვეთილი. 250 წელი, რომელიც დაიწყო ძვ. წ. 457 წელს, დასრულდა ძვ. წ. 207 წელს, რაფიასა და პანიუმის ბრძოლებს შორის შუაში — ეს იყო მეთერთმეტედან მეთხუთმეტე მუხლებამდე მოცემული უკანასკნელი ორი მარიონეტული ომი. დედამიწის მხეცის 250 წელი, რომელიც დაიწყო 1776 წელს, სრულდება 2026 წელს, „შუალედური არჩევნების“ წელს დედამიწის მხეცის პოლიტიკურ ასპარეზზე. პეტრე იმყოფება კესარია ფილიპეში (პანიუმში) — შუაში იმ სამი შემთხვევისა, როდესაც ქრისტემ განსაკუთრებულად მხოლოდ სამი მოწაფე წაიყვანა.</w:t>
      </w:r>
    </w:p>
    <w:p>
      <w:pPr>
        <w:pStyle w:val="ArticleBody"/>
        <w:jc w:val="left"/>
      </w:pPr>
      <w:r>
        <w:rPr>
          <w:rFonts w:ascii="Sylfaen" w:hAnsi="Sylfaen" w:eastAsia="Sylfaen" w:cs="Sylfaen"/>
        </w:rPr>
        <w:t>იმ პარალელური ხაზების ისტორიაში პეტრე წარმოადგენს მათ, ვინც ნეშვილზე ცეცხლოვანი ბურთების შესახებ გაფრთხილებას ასწორებს და იმეორებს. პეტრეს სახელი შეიცვალა მათეს წიგნის მეთერთმეტედან ოცდამეორე თავების ზუსტ შუაგულში, ისევე როგორც აბრამის შუა თავი მეთერთმეტედან ოცდამეორე თავებში წინადაცვეთას აღთქმის ნიშნად განსაზღვრავს, თანხმობაში იმასთან, რომ გამოცხადების წიგნის მეთერთმეტედან ოცდამეორე თავების შუაგული აღნიშნავს სიკვდილის აღთქმის ნიშანს გამოცხადების მეჩვიდმეტე თავში. შუაწერტილი ის ადგილია, სადაც ას ორმოცდაოთხი ათასი ლაოდიკიელ მდგომარეობიდან ფილადელფიელ მდგომარეობაში იცვლებიან, და სამი ანგელოზიდან შუა არის მეორე ანგელოზი.</w:t>
      </w:r>
    </w:p>
    <w:p>
      <w:pPr>
        <w:pStyle w:val="ArticleBody"/>
        <w:jc w:val="left"/>
      </w:pPr>
      <w:r>
        <w:rPr>
          <w:rFonts w:ascii="Sylfaen" w:hAnsi="Sylfaen" w:eastAsia="Sylfaen" w:cs="Sylfaen"/>
        </w:rPr>
        <w:t>მეორე საფეხური, ანუ შუალედური წერტილი, არის მეორე ტაძრის გამოცდის დრო, რომელიც მოსდევს პირველ და საფუძველმდებელ გამოცდას. 2024 წლის პირველი გამოცდა იყო გარეგანი ხილვის დადგენა რომის სიმბოლოთი, ხოლო მეორე გამოცდა არის მარას (სარკის) შინაგანი ხილვა ქრისტესი წმიდათა წმიდაში. მეორე ანგელოზის ისტორიაში შუაღამის ძახილის უწყება მოდის იმისათვის, რომ ძალა შემატოს მეორე ანგელოზის უწყებას.</w:t>
      </w:r>
    </w:p>
    <w:p>
      <w:pPr>
        <w:pStyle w:val="ArticleBody"/>
        <w:jc w:val="left"/>
      </w:pPr>
      <w:r>
        <w:rPr>
          <w:rFonts w:ascii="Sylfaen" w:hAnsi="Sylfaen" w:eastAsia="Sylfaen" w:cs="Sylfaen"/>
        </w:rPr>
        <w:t>მილერიტთა ისტორიაში 1840 წელს იოშია (რაც ნიშნავს „ღმერთის საფუძველს“) ლიჩმა შეასწორა ისლამის წინასწარმეტყველების თავისი იდენტიფიკაცია პირველი და მეორე ვაის შესახებ, ხოლო 1844 წელს სამუელ სნოუმ შეასწორა 1843 წლის წინასწარმეტყველება ათი ქალწულის იგავის აღსრულებაში. 2026 წელს პეტრემ უნდა შეასწოროს ნეშვილის ცეცხლოვანი ბურთების არშესრულებული წინასწარმეტყველება, როგორც ეს ტიპოლოგიურად არის წარმოდგენილი 1843 წლის მილერიტული იმედგაცრუებით, და გაასწოროს ისლამის შესახებ უწყება, როგორც ეს ტიპოლოგიურად არის წარმოდგენილი იოშია ლიჩის საქმიანობით 1840 წელს. ეს ორი მილერიტული მოვლენა — 1840 და 1844 წლებისა — წარმოადგენენ პირველი ანგელოზის უწყების ძალმოსილებას 1840 წლის 11 აგვისტოს და მეორე ანგელოზის უწყების ძალმოსილებას 1844 წლის 17 აგვისტოს. ერთად ისინი განსაზღვრავენ შუაღამის ღაღადის ძალმოსილებას, როდესაც ნეშვილის ცეცხლოვანი ბურთები ჩამოვარდებიან.</w:t>
      </w:r>
    </w:p>
    <w:p>
      <w:pPr>
        <w:pStyle w:val="ArticleScripture"/>
        <w:jc w:val="left"/>
      </w:pPr>
      <w:r>
        <w:rPr>
          <w:rFonts w:ascii="Sylfaen" w:hAnsi="Sylfaen" w:eastAsia="Sylfaen" w:cs="Sylfaen"/>
        </w:rPr>
        <w:t>„ანგელოზი, რომელიც ერთიანდება მესამე ანგელოზის უწყების გამოცხადებაში, თავისი დიდებით უნდა გაანათოს მთელი დედამიწა. აქ წინასწარმეტყველურადაა ნაუწყები მსოფლიო მასშტაბისა და უჩვეულო ძალის საქმე. 1840–44 წლების ადვენტური მოძრაობა ღვთის ძალის დიდებული გამოვლინება იყო; პირველი ანგელოზის უწყება მსოფლიოს ყოველ მისიონერულ სადგურზე იქნა მიტანილი, და ზოგიერთ ქვეყანაში ისეთი უდიდესი რელიგიური ინტერესი გამოიხატა, როგორიც მეთექვსმეტე საუკუნის რეფორმაციის შემდეგ არც ერთ ქვეყანაში არ ყოფილა დანახული; მაგრამ ყოველივე ეს გადაჭარბებული იქნება ძლევამოსილი მოძრაობით მესამე ანგელოზის უკანასკნელი გაფრთხილების ქვეშ.“ The Great Controversy, 611.</w:t>
      </w:r>
    </w:p>
    <w:p>
      <w:pPr>
        <w:pStyle w:val="ArticleBody"/>
        <w:jc w:val="left"/>
      </w:pPr>
      <w:r>
        <w:rPr>
          <w:rFonts w:ascii="Sylfaen" w:hAnsi="Sylfaen" w:eastAsia="Sylfaen" w:cs="Sylfaen"/>
        </w:rPr>
        <w:t>კითხვა ის არის, თუ რატომ, ამერიკის შეერთებულ შტატებში არსებულ ყველა ქალაქს შორის, ღვთის განგებულებამ აირჩია ნეშვილი. მესამე ვაის 9/11-ზე დადგომისას, სამიზნეები იყვნენ ნიუ-იორკის ტყუპი კოშკები და ვაშინგტონის, კოლუმბიის ოლქის, პენტაგონი. მეოთხე თვითმფრინავი მიწას შეეჯახა. მიწის მხეცის სიმბოლო არის მიწა; მისი ეკონომიკური ძლიერების სიმბოლოა ნიუ-იორკი, ხოლო მისი სამხედრო ძალის სიმბოლო — პენტაგონი. როდესაც ამერიკის შეერთებული შტატები აიძულებს სამყაროს, მიიღოს პაპის ხელისუფლების ნიშანი და ეკლესიისა და სახელმწიფოს ის პოლიტიკური სისტემა, რომელიც მხეცის ხატია, ამას იგი თავისი სამხედრო და ეკონომიკური ძალით აკეთებს, რადგან გამოცხადების მეცამეტე თავი განსაზღვრავს მიწის მხეცის ძალაუფლების გამოყენებას, რათა ერთგულთ აუკრძალოს ყიდვა ან გაყიდვა, და ასევე სასიკვდილოდ გასწიროს ისინი, ვინც ღვთის მეშვიდე დღის შაბათს იცავს. წინასწარმეტყველური სიმბოლიზმი წარმოდგენილია როგორც „ეტლები, მხედრები (სამხედრო ძლიერება) და ხომალდები“ (ეკონომიკური ძლიერება) დანიელის მეთერთმეტე თავის ორმოცე მუხლში.</w:t>
      </w:r>
    </w:p>
    <w:p>
      <w:pPr>
        <w:pStyle w:val="ArticleBody"/>
        <w:jc w:val="left"/>
      </w:pPr>
      <w:r>
        <w:rPr>
          <w:rFonts w:ascii="Sylfaen" w:hAnsi="Sylfaen" w:eastAsia="Sylfaen" w:cs="Sylfaen"/>
        </w:rPr>
        <w:t>ას ორმოცდაოთხი ათასის დაბეჭდვის ჟამს ისლამი მოულოდნელად ოთხჯერ დაეცემა დიდებულ ქვეყანას. პირველი იყო 9/11, მეორე და მესამე — ძველი პირდაპირი დიდებული ქვეყანა და შემდეგ ნეშვილი. მეოთხე არის გამოცხადების წიგნის მეთერთმეტე თავის მიწისძვრა, ანუ კვირადღის კანონი. ბალაამისა და სამი ანგელოზის კონტექსტში, 2023 წლის 7 ოქტომბრის ორი დარტყმა და ნეშვილი წარმოადგენენ ღვთის აღთქმის ხალხის ორ ბიბლიურ ვენახს.</w:t>
      </w:r>
    </w:p>
    <w:p>
      <w:pPr>
        <w:pStyle w:val="ArticleBody"/>
        <w:jc w:val="left"/>
      </w:pPr>
      <w:r>
        <w:rPr>
          <w:rFonts w:ascii="Sylfaen" w:hAnsi="Sylfaen" w:eastAsia="Sylfaen" w:cs="Sylfaen"/>
        </w:rPr>
        <w:t>როდესაც კვირა დღის კანონის დროს პაპობის სასიკვდილო ჭრილობა განიკურნება, იწყება ბნელი საუკუნეების მეორე გამოვლინება. პირველი და მესამე ვაება ერთი და იგივეა, რადგან ქრისტე ყოველთვის დასასრულს დასაწყისით ასახავს; ამიტომ, პირველ ვაებაში მუჰამედის ჩამოვარდნილმა ვარსკვლავმა, რომელმაც გასაღები მოაბრუნა და უძირო უფსკრული გახსნა, ხოლო მალევე 9/11-ის შემდეგ უძირო უფსკრულის ათეიზმმა მოკლა გამოცხადების მეთერთმეტე თავის ორი მოწმე. კვირა დღის კანონის დროს პაპობის სასიკვდილო ჭრილობა იკურნება, და კათოლიციზმის მხეცი აღასრულებს მერვის შესახებ წინასწარმეტყველურ გამოცანას (რაც აღდგომას წარმოადგენს). შემდეგ იწყება ბნელი საუკუნეების მეორე პერიოდი, როგორც ბალაამის მესამე სასაზღვრო ნიშანი, როდესაც სახედარი ლაპარაკობს, მოაბრუნებს გასაღებს, რათა კვლავ გახსნას უძირო უფსკრული. 9/11-ის შემდეგ ათეიზმი, გველი, გამოვიდა უფსკრულიდან, რათა ებრძოლა უმდიდრეს პრეზიდენტს, რომელმაც აღძრა საბერძნეთის მთელი სამეფო. კვირა დღის კანონის დროს გამოცხადების მეჩვიდმეტე თავის მხეცი ამოდის უძირო უფსკრულიდან და სიბნელე კვლავ აბნელებს მზეს.</w:t>
      </w:r>
    </w:p>
    <w:p>
      <w:pPr>
        <w:pStyle w:val="ArticleBody"/>
        <w:jc w:val="left"/>
      </w:pPr>
      <w:r>
        <w:rPr>
          <w:rFonts w:ascii="Sylfaen" w:hAnsi="Sylfaen" w:eastAsia="Sylfaen" w:cs="Sylfaen"/>
        </w:rPr>
        <w:t>რატომ ნეშვილი? კითხვა, რომელიც ჯერ კიდევ გადაუჭრელია? ნეშვილი აღნიშნავს შუაღამის ძახილის უწყების გამოცხადების მოკლე პერიოდის დასაწყისს, და იგი იწყება ისლამის მიერ მოულოდნელი გამანადგურებელი თავდასხმით და იმავეგვარადაც სრულდება. ამ პერიოდის ბოლოს საკვირაო კანონი წარმოადგენს მხეცის ნიშნის იძულებით აღსრულებას შეერთებულ შტატებში და ქალაქების განადგურების დასაწყისს. „განადგურება“ ისლამის წინასწარმეტყველური მახასიათებელია.</w:t>
      </w:r>
    </w:p>
    <w:p>
      <w:pPr>
        <w:pStyle w:val="ArticleHeading"/>
        <w:jc w:val="left"/>
      </w:pPr>
      <w:r>
        <w:rPr>
          <w:rFonts w:ascii="Sylfaen" w:hAnsi="Sylfaen" w:eastAsia="Sylfaen" w:cs="Sylfaen"/>
        </w:rPr>
        <w:t>განადგურება</w:t>
      </w:r>
    </w:p>
    <w:p>
      <w:pPr>
        <w:pStyle w:val="ArticleScripture"/>
        <w:jc w:val="left"/>
      </w:pPr>
      <w:r>
        <w:rPr>
          <w:rFonts w:ascii="Sylfaen" w:hAnsi="Sylfaen" w:eastAsia="Sylfaen" w:cs="Sylfaen"/>
        </w:rPr>
        <w:t>„გუშინწინ ღამით ჩემს წინაშე მეტად შთამბეჭდავი სურათი გადაიშალა. ვიხილე უზარმაზარი ცეცხლოვანი ბურთი, რომელიც რამდენიმე მშვენიერი სასახლის შუაგულში ჩამოვარდა და მათი მყისიერი განადგურება გამოიწვია. ზოგი ამბობდა: „ვიცოდით, რომ ღვთის სამსჯავროები დედამიწას მოევლინებოდა, მაგრამ არ ვიცოდით, რომ ისინი ასე მალე მოვიდოდა.“ სხვები ამბობდნენ: „თქვენ იცოდით! მაშ, რატომ არ გვითხარით? ჩვენ არ ვიცოდით.“ ყოველი მხრიდან მესმოდა ასეთი სიტყვები.“ წერილი 217, 1904.</w:t>
      </w:r>
    </w:p>
    <w:p>
      <w:pPr>
        <w:pStyle w:val="ArticleHeading"/>
        <w:jc w:val="left"/>
      </w:pPr>
      <w:r>
        <w:rPr>
          <w:rFonts w:ascii="Sylfaen" w:hAnsi="Sylfaen" w:eastAsia="Sylfaen" w:cs="Sylfaen"/>
        </w:rPr>
        <w:t>ცხრა თერთმეტი</w:t>
      </w:r>
    </w:p>
    <w:p>
      <w:pPr>
        <w:pStyle w:val="ArticleBody"/>
        <w:jc w:val="left"/>
      </w:pPr>
      <w:r>
        <w:rPr>
          <w:rFonts w:ascii="Sylfaen" w:hAnsi="Sylfaen" w:eastAsia="Sylfaen" w:cs="Sylfaen"/>
        </w:rPr>
        <w:t>გამოცხადება „ცხრა თერთმეტი“ ისლამის სამეფოს ხასიათს სიკვდილად და განადგურებად განსაზღვრავს, რადგან წინასწარმეტყველებაში სახელი ხასიათს გამოხატავს.</w:t>
      </w:r>
    </w:p>
    <w:p>
      <w:pPr>
        <w:pStyle w:val="ArticleBody"/>
        <w:jc w:val="left"/>
      </w:pPr>
      <w:r>
        <w:rPr>
          <w:rFonts w:ascii="Sylfaen" w:hAnsi="Sylfaen" w:eastAsia="Sylfaen" w:cs="Sylfaen"/>
        </w:rPr>
        <w:t>და ჰყავდათ მათზე მეფედ უფსკრულის ანგელოზი, რომლის სახელია ებრაულ ენაზე აბადონი, ხოლო ბერძნულ ენაზე მისი სახელია აპოლიონი. გამოცხადება 9/11.</w:t>
      </w:r>
    </w:p>
    <w:p>
      <w:pPr>
        <w:pStyle w:val="ArticleBody"/>
        <w:jc w:val="left"/>
      </w:pPr>
      <w:r>
        <w:rPr>
          <w:rFonts w:ascii="Sylfaen" w:hAnsi="Sylfaen" w:eastAsia="Sylfaen" w:cs="Sylfaen"/>
        </w:rPr>
        <w:t>„აბადონი“ ნიშნავს „დაღუპვას“ ან „დაღუპვის ადგილს“, ხოლო „აპოლიონი“ ნიშნავს „დამღუპველს“.</w:t>
      </w:r>
    </w:p>
    <w:p>
      <w:pPr>
        <w:pStyle w:val="ArticleScripture"/>
        <w:jc w:val="left"/>
      </w:pPr>
      <w:r>
        <w:rPr>
          <w:rFonts w:ascii="Sylfaen" w:hAnsi="Sylfaen" w:eastAsia="Sylfaen" w:cs="Sylfaen"/>
        </w:rPr>
        <w:t>ანგელოზები აკავებენ ოთხ ქარს, რომლებიც წარმოდგენილია როგორც განრისხებული ცხენი, რომელიც ცდილობს თავი დაიხსნას და მთელი დედამიწის ზედაპირზე გადაეშვას, თავის კვალზე მოიტანოს განადგურება და სიკვდილი.</w:t>
      </w:r>
    </w:p>
    <w:p>
      <w:pPr>
        <w:pStyle w:val="ArticleScripture"/>
        <w:jc w:val="left"/>
      </w:pPr>
      <w:r>
        <w:rPr>
          <w:rFonts w:ascii="Sylfaen" w:hAnsi="Sylfaen" w:eastAsia="Sylfaen" w:cs="Sylfaen"/>
        </w:rPr>
        <w:t>„ნუთუ დავიძინებთ თვით მარადიული სამყაროს უმნიშვნელოვანეს ზღურბლთან? ნუთუ ვიქნებით მოდუნებულნი, ცივნი და მკვდარნი? ოჰ, ნეტავ ჩვენს ეკლესიებში ყოფილიყოს ღვთის სული და სუნთქვა, შთაბერილი მის ხალხში, რათა ისინი თავიანთ ფეხებზე დამდგარიყვნენ და ეცოცხლათ. ჩვენ გვმართებს დავინახოთ, რომ გზა ვიწროა და კარიბჭე — ტევრად შესასვლელი. მაგრამ როდესაც ამ ვიწრო კარიბჭით გავდივართ, მისი სივრცე უსაზღვროა.“ Manuscript Releases, ტომი 20, 217.</w:t>
      </w:r>
    </w:p>
    <w:p>
      <w:pPr>
        <w:pStyle w:val="ArticleBody"/>
        <w:jc w:val="left"/>
      </w:pPr>
      <w:r>
        <w:rPr>
          <w:rFonts w:ascii="Sylfaen" w:hAnsi="Sylfaen" w:eastAsia="Sylfaen" w:cs="Sylfaen"/>
        </w:rPr>
        <w:t>მესამე ვაების ისლამის გზა არის ბალაამისა და ვირის გზა. ისლამის განრისხებული ცხენის გზა, ანუ იოანეს ბრძოლის ოთხი ქარი, ესაიას მძვინვარე ქარი და ეზეკიელის „ქარი“ ანუ „სუნთქვა“, რომელიც ოთხი ქარიდან მოდის, 9/11-დან მიუყვება გზას, რომელსაც „ვიწრო“ და „სწორი“ კარიბჭისკენ მიჰყავს. ეს ვიწრო კარიბჭე არის ბალაამისა და ვირის მესამე სასაზღვრო ნიშანი.</w:t>
      </w:r>
    </w:p>
    <w:p>
      <w:pPr>
        <w:pStyle w:val="ArticleScripture"/>
        <w:jc w:val="left"/>
      </w:pPr>
      <w:r>
        <w:rPr>
          <w:rFonts w:ascii="Sylfaen" w:hAnsi="Sylfaen" w:eastAsia="Sylfaen" w:cs="Sylfaen"/>
        </w:rPr>
        <w:t>და უფლის ანგელოზი კიდევ წინ წავიდა და დადგა ვიწრო ადგილას, სადაც არც მარჯვნივ გადახვევის გზა იყო და არც მარცხნივ. და როცა ვირმა იხილა უფლის ანგელოზი, ბალაამის ქვეშ დაეცა; და აღიგზნო ბალაამის რისხვა, და ჯოხით სცემა ვირს. და უფალმა გაუხსნა ვირს პირი, და უთხრა მან ბალაამს: რა დაგიშავე, რომ უკვე მესამედ მცემ? რიცხვნი 22:26–28.</w:t>
      </w:r>
    </w:p>
    <w:p>
      <w:pPr>
        <w:pStyle w:val="ArticleBody"/>
        <w:jc w:val="left"/>
      </w:pPr>
      <w:r>
        <w:rPr>
          <w:rFonts w:ascii="Sylfaen" w:hAnsi="Sylfaen" w:eastAsia="Sylfaen" w:cs="Sylfaen"/>
        </w:rPr>
        <w:t>ისლამის განადგურების მესამე ვაის გზა დაიწყო 9/11-ზე, როდესაც გამოცხადების 18:1–3 აღსრულდა.</w:t>
      </w:r>
    </w:p>
    <w:p>
      <w:pPr>
        <w:pStyle w:val="ArticleScripture"/>
        <w:jc w:val="left"/>
      </w:pPr>
      <w:r>
        <w:rPr>
          <w:rFonts w:ascii="Sylfaen" w:hAnsi="Sylfaen" w:eastAsia="Sylfaen" w:cs="Sylfaen"/>
        </w:rPr>
        <w:t>„ახლა ვრცელდება სიტყვა, თითქოს მე განვაცხადე, რომ ნიუ-იორკი მოქცევის ტალღამ უნდა წალეკოს? ეს მე არასოდეს მითქვამს. მე ვთქვი, როდესაც იქ აღმართულ დიდ შენობებს, სართული სართულზე, შევყურებდი: „რა შემაძრწუნებელი სცენები მოხდება, როდესაც უფალი აღდგება, რათა საშინლად შეარყიოს დედამიწა! მაშინ აღსრულდება გამოცხადების 18:1–3-ის სიტყვები.“ გამოცხადების მეთვრამეტე თავი მთლიანად არის გაფრთხილება იმისა, რაც დედამიწაზე მოვა. მაგრამ მე არ მაქვს რაიმე განსაკუთრებული ნათელი იმის შესახებ, თუ რა მოელის ნიუ-იორკს; მხოლოდ ის ვიცი, რომ ერთ დღეს იქ არსებული დიდი შენობები დაემხობა ღვთის ძალის შემობრუნებითა და გადმობრუნებით. ჩემთვის მოცემული ნათლისგან ვიცი, რომ ქვეყნიერებაში დაღუპვაა. ერთი სიტყვა უფლისგან, მისი ყოვლადძლიერი ძალის ერთი შეხება — და ეს მასიური ნაგებობები დაეცემა. მოხდება ისეთი სცენები, რომელთა შემაძრწუნებლობაც ჩვენ ვერც კი წარმოგვიდგენია.“ Review and Herald, July 5, 1906.</w:t>
      </w:r>
    </w:p>
    <w:p>
      <w:pPr>
        <w:pStyle w:val="ArticleBody"/>
        <w:jc w:val="left"/>
      </w:pPr>
      <w:r>
        <w:rPr>
          <w:rFonts w:ascii="Sylfaen" w:hAnsi="Sylfaen" w:eastAsia="Sylfaen" w:cs="Sylfaen"/>
        </w:rPr>
        <w:t>კითხვა კვლავ რჩება: რატომ ნეშვილი? ნეშვილის ცეცხლოვანი ბურთები წარმოადგენს წინასწარმეტყველურ სცენარს, სადაც ადვენტიზმის ერთი კლასი შერცხვენილია და იოელის მიხედვით „მოკვეთილია“. მეორე კლასი წარმოდგენილია როგორც არასოდეს შერცხვენილი და სიხარულით აღვსილი. ეს წინასწარმეტყველური სიხარული არ არის ნეშვილსა და შეერთებულ შტატებზე მოწეული სასჯელის გამო, არამედ გამართლების გამო, რომელიც იგავში წარმოდგენილია მათ შორის, ვისაც ზეთი აქვს, და მათ შორის, ვისაც ზეთი არ აქვს. ზეთს მრავალი სიმბოლური მნიშვნელობა უკავშირდება, მაგრამ ზეთის ერთ-ერთი ძირითადი მნიშვნელობა შუაღამის შეძახილის უწყებაა. ამ უწყების თანდათანობითი ბეჭდის ახსნა 2023 წლის ბოლოს დაიწყო და იგი წარმოადგენდა ცოდნის მომატებას, რომელსაც ან უარყოფენ, ან იღებენ. ოსია ნათლად აცხადებს, რომ ისინი, ვინც ცოდნას უარყოფენ, უარყოფილნი არიან, როგორც ღვთის მღვდლები. როდესაც პეტრე ნეშვილის ცეცხლოვან ბურთებს იგებს, იგი ლევიანთა ოცდამესამე თავის სტრუქტურის შუაგულშია განთავსებული, ხოლო რიცხვი ოცდაათი მღვდლების სიმბოლოა.</w:t>
      </w:r>
    </w:p>
    <w:p>
      <w:pPr>
        <w:pStyle w:val="ArticleScripture"/>
        <w:jc w:val="left"/>
      </w:pPr>
      <w:r>
        <w:rPr>
          <w:rFonts w:ascii="Sylfaen" w:hAnsi="Sylfaen" w:eastAsia="Sylfaen" w:cs="Sylfaen"/>
        </w:rPr>
        <w:t>ჩემი ერი იღუპება ცოდნის ნაკლებობის გამო; რადგან შენ უარყავი ცოდნა, მეც უარგყოფ შენ, რათა აღარ იყო ჩემთვის მღვდელი; ვინაიდან დაივიწყე შენი ღმერთის რჯული, მეც დავივიწყებ შენს შვილებს. ოსია 4:6.</w:t>
      </w:r>
    </w:p>
    <w:p>
      <w:pPr>
        <w:pStyle w:val="ArticleBody"/>
        <w:jc w:val="left"/>
      </w:pPr>
      <w:r>
        <w:rPr>
          <w:rFonts w:ascii="Sylfaen" w:hAnsi="Sylfaen" w:eastAsia="Sylfaen" w:cs="Sylfaen"/>
        </w:rPr>
        <w:t>„ცოდნის“ საკითხი, ან მისი არქონა, ნეშვილის ცეცხლოვანი ბურთების მოსვლასთან დაკავშირებული ერთ-ერთი ჭეშმარიტებაა. წინასწარმეტყველური „ცოდნა“, ან მისი არქონა, აღნიშნავს შუაღამის ღაღადის გამოცხადების დასაწყისს, და ის პერიოდი სრულდება ღვთის სიტყვისადმი მორჩილების საკითხით, როგორც ეს შაბათისა და კვირა დღის საკითხით არის წარმოდგენილი. ქრისტე ყოველთვის დასასრულს დასაწყისით წარმოაჩენს, და დასაწყისში ღვთის სიტყვისადმი მორჩილება იყო ის გამაფრთხილებელი უწყება, რომელიც ადამსა და ევას ბაღში მიეცათ.</w:t>
      </w:r>
    </w:p>
    <w:p>
      <w:pPr>
        <w:pStyle w:val="ArticleBody"/>
        <w:jc w:val="left"/>
      </w:pPr>
      <w:r>
        <w:rPr>
          <w:rFonts w:ascii="Sylfaen" w:hAnsi="Sylfaen" w:eastAsia="Sylfaen" w:cs="Sylfaen"/>
        </w:rPr>
        <w:t>ბოლოს მორჩილების საკითხი ვერ შეიზღუდება მხოლოდ ერთი ბაღით, თუ, როგორც და უაითი ამბობს, „ყოველი ერი იქნება ჩართული“. შაბათისა და კვირა დღის საკითხი არის ბაღში ადამისა და ევასთვის დასაწყისში მოცემული გამოცდის გამეორება, რომელიც ბოლოს მთელ მსოფლიოში მეორდება. ეს გამოცდა იწყება შეერთებულ შტატებში კვირა დღის კანონის ამოქმედებით, რაც ასევე შუაღამის ძახილის გამოცხადების პერიოდის დასასრულია.</w:t>
      </w:r>
    </w:p>
    <w:p>
      <w:pPr>
        <w:pStyle w:val="ArticleBody"/>
        <w:jc w:val="left"/>
      </w:pPr>
      <w:r>
        <w:rPr>
          <w:rFonts w:ascii="Sylfaen" w:hAnsi="Sylfaen" w:eastAsia="Sylfaen" w:cs="Sylfaen"/>
        </w:rPr>
        <w:t>გაფრთხილების უწყების გამოცხადება, რომ ქრისტე მოდის, ეძლევათ მხოლოდ მათ, რომელთაც მიიღეს ცოდნის მომატება იესო ქრისტეს გამოცხადების უწყების ბეჭედახსნისაგან, რომელიც 2023 წლის ბოლოს დაიწყო. ცოდნის, ან მისი უქონლობის, გამოცდა საბოლოოდ სრულდება ნეშვილის თავდასხმისას. ლაკმუსის გამოცდა — იმ სამი გამოცდიდან, რომლებიც 2023 წლის ბეჭედახსნისას დაიწყო — დაფუძნებულია ზეთზე, რომელიც არის „ცოდნა“, და რომელიც შეიცავს იმ წინასწარმეტყველურ უწყებაში, რომელიც მაშინ იქნა ბეჭედახსნილი.</w:t>
      </w:r>
    </w:p>
    <w:p>
      <w:pPr>
        <w:pStyle w:val="ArticleBody"/>
        <w:jc w:val="left"/>
      </w:pPr>
      <w:r>
        <w:rPr>
          <w:rFonts w:ascii="Sylfaen" w:hAnsi="Sylfaen" w:eastAsia="Sylfaen" w:cs="Sylfaen"/>
        </w:rPr>
        <w:t>გამოუბეჭდავი „ცოდნა“ გამოცდას ახდენს და საბოლოოდ განცხადდება, როგორც ზეთი, რომელიც არის მესამე და ლაკმუსის გამოცდა. ეს გამოცდა იწყებს შუაღამის ღაღადის უწყების გამოცხადების პერიოდს, რომელიც მორჩილების გამოცდით სრულდება. მორჩილების ეს გამოცდა აღსრულდება ევაზე, რომელიც წარმოადგენს ეკლესიას, და ადამზე, რომელიც წარმოადგენს სახელმწიფოს. ამ ორი ერთეულის შეერთება საბოლოოდ სრულყოფილ სახეს იღებს მაშინ, როდესაც მხეცის ნიშანი იძულებით დაწესდება. ბაღში არსებული გამოცდა არის აღსასრულის ჟამის გამოცდა. ეს არის გამოცდა კაცებისა და ქალებისათვის, რომელიც მოიცავს ეკლესიისა და სახელმწიფოს შეერთებას, რაც არის კაცი და ქალი. გამაფრთხილებელი უწყება, რომელიც იხსნება და მიჰყავს მორჩილების საბოლოო გამოცდამდე, წარმოდგენილია კეთილისა და ბოროტის „ცოდნის“ ხით.</w:t>
      </w:r>
    </w:p>
    <w:p>
      <w:pPr>
        <w:pStyle w:val="ArticleBody"/>
        <w:jc w:val="left"/>
      </w:pPr>
      <w:r>
        <w:rPr>
          <w:rFonts w:ascii="Sylfaen" w:hAnsi="Sylfaen" w:eastAsia="Sylfaen" w:cs="Sylfaen"/>
        </w:rPr>
        <w:t>ნეშვილი არის ბერძნული განათლების სიმბოლო დედამიწის მხეცის ქვეყანაში. ბერძნული განათლება ცრუ განათლებაა; იგი ბოროტი ცოდნაა, ხოლო კეთილი ცოდნა ჭეშმარიტი განათლებაა. ერთადერთი კორპორატიული საბჭო, რომელშიც ელენ უაითი ოდესმე დათანხმდა მონაწილეობას, იყო ნეშვილში მდებარე მედისონის კოლეჯი, რომელსაც „სამხრეთის ათენი“ ეწოდება. ნეშვილი ბერძნული, ანუ ცრუ განათლების სიმბოლოა. ცრუ განათლება ცრუ ცოდნაა. ნეშვილის მნიშვნელობა პარალელურია ნიუ-იორკისა და პენტაგონის სიმბოლიზმთან.</w:t>
      </w:r>
    </w:p>
    <w:p>
      <w:pPr>
        <w:pStyle w:val="ArticleBody"/>
        <w:jc w:val="left"/>
      </w:pPr>
      <w:r>
        <w:rPr>
          <w:rFonts w:ascii="Sylfaen" w:hAnsi="Sylfaen" w:eastAsia="Sylfaen" w:cs="Sylfaen"/>
        </w:rPr>
        <w:t>ჩვენ ამ საკითხების განხილვას შემდეგ სტატიაში გავაგრძელებთ.</w:t>
      </w:r>
    </w:p>
    <w:p>
      <w:pPr>
        <w:pStyle w:val="ArticleHeading"/>
        <w:jc w:val="left"/>
      </w:pPr>
      <w:r>
        <w:rPr>
          <w:rFonts w:ascii="Sylfaen" w:hAnsi="Sylfaen" w:eastAsia="Sylfaen" w:cs="Sylfaen"/>
        </w:rPr>
        <w:t>ხელნაწერი 188, 1905</w:t>
      </w:r>
    </w:p>
    <w:p>
      <w:pPr>
        <w:pStyle w:val="ArticleScripture"/>
        <w:jc w:val="left"/>
      </w:pPr>
      <w:r>
        <w:rPr>
          <w:rFonts w:ascii="Sylfaen" w:hAnsi="Sylfaen" w:eastAsia="Sylfaen" w:cs="Sylfaen"/>
        </w:rPr>
        <w:t>„როდესაც ნეშვილში ვიყავი, ხალხს ველაპარაკებოდი, და ღამის ჟამს უზარმაზარი ცეცხლის ბურთი ჩამოვიდა პირდაპირ ზეციდან და ნეშვილზე დაეშვა. იმ ბურთიდან ალები ისრებივით გამოიტყორცნებოდა; სახლები იწვოდა; სახლები ირყეოდა და ინგრეოდა. ზოგიერთი ჩვენი ხალხიდან იქ იდგა. „ზუსტად ისეა, როგორც ველოდით,“ ამბობდნენ ისინი, „ამას ველოდით.“ სხვები ხელებს იმტვრევდნენ ტკივილით და ღმერთს შეწყალებას შეჰღაღადებდნენ. „თქვენ იცოდით ეს,“ ამბობდნენ ისინი, „თქვენ იცოდით, რომ ეს მოდიოდა, და არც ერთი სიტყვა არ გითქვამთ ჩვენს გასაფრთხილებლად!“ ისეთი შთაბეჭდილება იქმნებოდა, თითქოს მზად იყვნენ თითქმის ნაკუწებად დაეგლიჯათ ისინი, იმაზე ფიქრით, რომ მათ არასოდეს უთქვამთ მათთვის და სრულიად არავითარი გაფრთხილება არ მიუციათ.“ ხელნაწერი 188,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ორმოცე მუხლის დაფარული ისტორია — ნომერი ათი</dc:title>
  <dc:subject>შუაწერტილი</dc:subject>
  <dc:creator>Jeff Pippenger</dc:creator>
  <cp:keywords/>
  <dc:description>Generated by ArticleDigger from hidden_history\10_hidden_history.json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