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ოცდარვა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ნომერი ოცდარვა</w:t>
      </w:r>
    </w:p>
    <w:p>
      <w:pPr>
        <w:pStyle w:val="ArticleBody"/>
        <w:jc w:val="left"/>
      </w:pPr>
      <w:r>
        <w:rPr>
          <w:rFonts w:ascii="Sylfaen" w:hAnsi="Sylfaen" w:eastAsia="Sylfaen" w:cs="Sylfaen"/>
        </w:rPr>
        <w:t>ჩვენ ვადგენთ მათეს წიგნში არსებულ თორმეტ მესიანურ აღსრულებას და ვათანხმებთ მათ ას ორმოცდაოთხი ათასის საგზაო ნიშნებს. ჩვენ უკვე განვსაზღვრეთ ქრისტეს შობა, როგორც აღსასრულის ჟამის საგზაო ნიშანი, რომელიც ყოველ რეფორმაციულ მოძრაობას იწყებს. ქრისტეს შობა შეესაბამება 1989 წელს, რომელიც ას ორმოცდაოთხი ათასისთვის აღსასრულის ჟამია. ამ საგზაო ნიშანს მუდამ მოსდევს ისეთი საგზაო ნიშანი, როდესაც უწყება საჯარო ასპარეზზე გამოიტანება, რათა ამის შემდეგ საზოგადოებას პასუხისმგებლობა დაეკისროს.</w:t>
      </w:r>
    </w:p>
    <w:p>
      <w:pPr>
        <w:pStyle w:val="ArticleBody"/>
        <w:jc w:val="left"/>
      </w:pPr>
      <w:r>
        <w:rPr>
          <w:rFonts w:ascii="Sylfaen" w:hAnsi="Sylfaen" w:eastAsia="Sylfaen" w:cs="Sylfaen"/>
        </w:rPr>
        <w:t>მეორე მესიანური აღსრულება იყო ქრისტეს სწავლება იგავებით, რომელიც განსაზღვრავს იმ მეთოდოლოგიას, რომლითაც წარდგენილია ის უწყება, რომელიც საბოლოო დროის შემდეგ იღებს ჩამოყალიბებულ სახეს, როდესაც ცოდნის გამრავლება წარმოშობს უწყებას იმ განსაკუთრებული თაობისთვის. მილერიტთათვის ეს იყო 1831 წელი, ხოლო ას ორმოცდაოთხი ათასის მოძრაობისთვის — 1996. მას შემდეგ, რაც უწყება საჯარო სივრცეში განთავსდება, იგი შემდეგ ძალმოსილდება წინასწარმეტყველების აღსრულებით, რომელიც გამოცდის პროცესის დასაწყისს აღნიშნავს. მილერიტთათვის ეს ძალმოსილება იყო 1840 წლის 11 აგვისტო, ხოლო ას ორმოცდაოთხი ათასისთვის — 9/11.</w:t>
      </w:r>
    </w:p>
    <w:p>
      <w:pPr>
        <w:pStyle w:val="ArticleHeading"/>
        <w:jc w:val="left"/>
      </w:pPr>
      <w:r>
        <w:rPr>
          <w:rFonts w:ascii="Sylfaen" w:hAnsi="Sylfaen" w:eastAsia="Sylfaen" w:cs="Sylfaen"/>
        </w:rPr>
        <w:t>მესამე მესიანური საგზაო ნიშანი არის 9/11-ის მაცნეები</w:t>
      </w:r>
    </w:p>
    <w:p>
      <w:pPr>
        <w:pStyle w:val="ArticleScripture"/>
        <w:jc w:val="left"/>
      </w:pPr>
      <w:r>
        <w:rPr>
          <w:rFonts w:ascii="Sylfaen" w:hAnsi="Sylfaen" w:eastAsia="Sylfaen" w:cs="Sylfaen"/>
        </w:rPr>
        <w:t>და მივიდა და დასახლდა ქალაქში, რომელსაც ნაზარეთი ეწოდება, რათა აღსრულებულიყო წინასწარმეტყველთა მიერ ნათქვამი: მას ნაზარეველად უწოდებენ. მათე 2:23.</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და გამოვა კვერთხი იესეს ღეროდან, და რტო აღმოცენდება მისი ფესვებიდან. ესაია 11:1, მსაჯულნი 13.</w:t>
      </w:r>
    </w:p>
    <w:p>
      <w:pPr>
        <w:pStyle w:val="ArticleBody"/>
        <w:jc w:val="left"/>
      </w:pPr>
      <w:r>
        <w:rPr>
          <w:rFonts w:ascii="Sylfaen" w:hAnsi="Sylfaen" w:eastAsia="Sylfaen" w:cs="Sylfaen"/>
        </w:rPr>
        <w:t>ებრაული სიტყვის, რომელიც ითარგმნება როგორც „ყლორტი“, ფუძეა Netzer, რომელიც ამავე დროს ნაზარეთის სახელის ფუძეც არის. ყლორტი ნაზარეთის ჯურღმულებიდან გამოდის.</w:t>
      </w:r>
    </w:p>
    <w:p>
      <w:pPr>
        <w:pStyle w:val="ArticleScripture"/>
        <w:jc w:val="left"/>
      </w:pPr>
      <w:r>
        <w:rPr>
          <w:rFonts w:ascii="Sylfaen" w:hAnsi="Sylfaen" w:eastAsia="Sylfaen" w:cs="Sylfaen"/>
        </w:rPr>
        <w:t>„უფალი ახალგაზრდებს მდაბალი ცხოვრების გზებიდან მოუწოდებს თავის სამსახურში, ისევე, როგორც მოუწოდებდა მაშინ, როცა პირადად ცხოვრობდა ამ დედამიწაზე. მან გვერდი აუარა სწავლულ რაბინებს, რათა თავის პირველ მოწაფეებად აერჩია მდაბალი, უსწავლელი მეთევზეები. მას ჰყავს მუშაკები, რომელთაც იგი სიღარიბიდან და შეუმჩნევლობიდან გამოიხმობს. ცხოვრების ჩვეულებრივ მოვალეობებში ჩაბმულნი და უხეში სამოსლით შემოსილნი, ადამიანთა თვალში ისინი მცირეფასოვნად მიიჩნევიან. მაგრამ ისინი ძვირფას ქვებად იქცევიან, რათა უფლისათვის ბრწყინვალედ ინათონ. „ჩემნი იქნებიან ისინი, ამბობს ცაბაოთ უფალი, იმ დღეს, როცა შევკრებ ჩემს ძვირფას ქვებს.“ Review and Herald, May 5, 1903.</w:t>
      </w:r>
    </w:p>
    <w:p>
      <w:pPr>
        <w:pStyle w:val="ArticleBody"/>
        <w:jc w:val="left"/>
      </w:pPr>
      <w:r>
        <w:rPr>
          <w:rFonts w:ascii="Sylfaen" w:hAnsi="Sylfaen" w:eastAsia="Sylfaen" w:cs="Sylfaen"/>
        </w:rPr>
        <w:t>სულიწმიდის ავტორიტეტი, და უაითის ავტორიტეტი და ჯონსისა და უაგონერის შთაგონებული მხარდაჭერა უარყოფილ იქნა 1888 წელს, როგორც კორახმა მოიქცა მოსეს ავტორიტეტთან მიმართებით.</w:t>
      </w:r>
    </w:p>
    <w:p>
      <w:pPr>
        <w:pStyle w:val="ArticleScripture"/>
        <w:jc w:val="left"/>
      </w:pPr>
      <w:r>
        <w:rPr>
          <w:rFonts w:ascii="Sylfaen" w:hAnsi="Sylfaen" w:eastAsia="Sylfaen" w:cs="Sylfaen"/>
        </w:rPr>
        <w:t>„ამგვარად გამოცხადდება მესამე ანგელოზის უწყება. როცა დადგება დრო, რომ იგი უდიდესი ძალით იქნეს მიცემული, უფალი იმოქმედებს თავმდაბალი იარაღების მეშვეობით და წარმართავს მათ გონებას, ვინც თავს უძღვნის მის სამსახურს. მუშაკნი მეტად შეეწყობიან საქმეს მისი სულის ცხებით, ვიდრე სასწავლო დაწესებულებათა მომზადებით. რწმენისა და ლოცვის ადამიანები იძულებულნი იქნებიან გამოვიდნენ წმიდა მოშურნეობით და გამოაცხადონ სიტყვები, რომელთაც ღმერთი მისცემს მათ. ბაბილონის ცოდვები გაცხადდება. ეკლესიის წეს-ჩვეულებათა სამოქალაქო ხელისუფლებით დამკვიდრების საშინელი შედეგები, სპირიტიზმის შემოჭრები, პაპის ძალაუფლების ფარული, მაგრამ სწრაფი წინსვლა — ყოველივე ეს გამოაშკარავდება. ამ საზეიმო გაფრთხილებებით ხალხი შეძრული იქნება. ათასობით და ათიათასობით მოუსმენს, ვისაც არასოდეს სმენია მსგავსი სიტყვები. გაოცებით მოისმენენ მოწმობას, რომ ბაბილონი ეკლესიაა, დაცემული თავისი ცდომილებებისა და ცოდვების გამო, რადგან უარყო ზეციდან მისთვის გამოგზავნილი ჭეშმარიტება. როდესაც ხალხი წინანდელ მოძღვრებთან მივა გულმოდგინე შეკითხვით: მართალია ეს ყოველივე? მსახურნი იგავ-არაკებს წარმოთქვამენ, რბილ სიტყვებს იწინასწარმეტყველებენ, რათა მათი შიში დააცხრონ და გაღვიძებული სინდისი დაამშვიდონ. მაგრამ რადგან მრავალნი უარს იტყვიან დაკმაყოფილდნენ მხოლოდ ადამიანთა ავტორიტეტით და მოითხოვენ მკაფიო „ასე ამბობს უფალი“-ს, პოპულარული მსახურება, როგორც ძველი დროის ფარისევლები, განრისხებული იმის გამო, რომ მათ ავტორიტეტს კითხვის ნიშანი დაესვა, ამ უწყებას სატანისეულად შერაცხავს და ცოდვისმოყვარე მრავალთ აღძრავს, რომ ლანძღონ და დევნონ ისინი, ვინც მას აცხადებენ.“ დიადი ბრძოლა, 606.</w:t>
      </w:r>
    </w:p>
    <w:p>
      <w:pPr>
        <w:pStyle w:val="ArticleBody"/>
        <w:jc w:val="left"/>
      </w:pPr>
      <w:r>
        <w:rPr>
          <w:rFonts w:ascii="Sylfaen" w:hAnsi="Sylfaen" w:eastAsia="Sylfaen" w:cs="Sylfaen"/>
        </w:rPr>
        <w:t>ნაზარეთის ღარიბული უბნებიდან მოსული ბორძიკით მეტყველი ბაგენი მივიდნენ ესაიას ოცდამეშვიდე თავის „პაექრობაზე“.</w:t>
      </w:r>
    </w:p>
    <w:p>
      <w:pPr>
        <w:pStyle w:val="ArticleScripture"/>
        <w:jc w:val="left"/>
      </w:pPr>
      <w:r>
        <w:rPr>
          <w:rFonts w:ascii="Sylfaen" w:hAnsi="Sylfaen" w:eastAsia="Sylfaen" w:cs="Sylfaen"/>
        </w:rPr>
        <w:t>ზომით, როცა იგი გამოისვრის, მასთან იდავებ; იგი თავის მძვინვარე ქარს აჩერებს აღმოსავლეთის ქარის დღეს. ესაია 27:8.</w:t>
      </w:r>
    </w:p>
    <w:p>
      <w:pPr>
        <w:pStyle w:val="ArticleBody"/>
        <w:jc w:val="left"/>
      </w:pPr>
      <w:r>
        <w:rPr>
          <w:rFonts w:ascii="Sylfaen" w:hAnsi="Sylfaen" w:eastAsia="Sylfaen" w:cs="Sylfaen"/>
        </w:rPr>
        <w:t>ისლამის „აღმოსავლეთის ქარი“, წარმოდგენილი როგორც „მესამე ვაი“ და აგრეთვე როგორც „ერების განრისხება“, გათავისუფლდა და 9/11-ს უმალვე შეიკავა.</w:t>
      </w:r>
    </w:p>
    <w:p>
      <w:pPr>
        <w:pStyle w:val="ArticleScripture"/>
        <w:jc w:val="left"/>
      </w:pPr>
      <w:r>
        <w:rPr>
          <w:rFonts w:ascii="Sylfaen" w:hAnsi="Sylfaen" w:eastAsia="Sylfaen" w:cs="Sylfaen"/>
        </w:rPr>
        <w:t>„იმ დროს, როდესაც ხსნის საქმე დასასრულს მიუახლოვდება, გასაჭირი მოიწევს დედამიწაზე, და ხალხები განრისხდებიან, თუმცა შეზღუდულნი იქნებიან, რათა მესამე ანგელოზის საქმეს ხელი არ შეუშალონ. იმ დროს მოვა „გვიანი წვიმა“, ანუ განახლება უფლის წინაშე ყოფნიდან, რათა ძალა მისცეს მესამე ანგელოზის ძლიერ ხმას და წმიდანები მოამზადოს იმისათვის, რომ მტკიცედ დადგნენ იმ ჟამს,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მოსემ, ელენ უაიტმა, ა. ტ. ჯონსმა და ე. ჯ. ვაგონერმა შემდეგ დაიკავეს თავიანთი პოზიცია 9/11-ზე, როგორც აბაკუმის მეორე თავის მცველებმა, რომლებმაც იკითხეს, რას იტყვიან ესაიას „დავის“ დროს, რომელიც იწყება მაშინ, როდესაც აღმოსავლეთის ქარი მოვა. ესაია ამბობს, რომ „დავა“ არის ის, რაც ღვთის ხალხისგან ცოდვებს წმენდს.</w:t>
      </w:r>
    </w:p>
    <w:p>
      <w:pPr>
        <w:pStyle w:val="ArticleScripture"/>
        <w:jc w:val="left"/>
      </w:pPr>
      <w:r>
        <w:rPr>
          <w:rFonts w:ascii="Sylfaen" w:hAnsi="Sylfaen" w:eastAsia="Sylfaen" w:cs="Sylfaen"/>
        </w:rPr>
        <w:t>ზომითა, როცა იგი აღმოცენდება, შეედავები მას; იგი აჩერებს თავის მძაფრ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მოსაცილებლად: როცა იგი საკურთხევლის ყველა ქვას დაფშვნილ ცარცის ქვებად აქცევს, აშერები და კერპები აღარ აღიმართება. ესაია 27:8, 9.</w:t>
      </w:r>
    </w:p>
    <w:p>
      <w:pPr>
        <w:pStyle w:val="ArticleBody"/>
        <w:jc w:val="left"/>
      </w:pPr>
      <w:r>
        <w:rPr>
          <w:rFonts w:ascii="Sylfaen" w:hAnsi="Sylfaen" w:eastAsia="Sylfaen" w:cs="Sylfaen"/>
        </w:rPr>
        <w:t>„დებატი“ იმის შესახებ, რომ გვიანი წვიმა იზომება 9/11-ზე, როდესაც ისლამი გამოიშვა და შემდეგ შეიკავა, არის ის, თუ როგორ იშორება იაკობის ურჯულოებანი, და ამგვარად იაკობი ისრაელად იქცევა. იაკობის, აღთქმის წარმომადგენელი კაცის, ბიბლიური გადასვლა ისრაელად განსაზღვრავს 1856 წელს, როდესაც ფილადელფიური მილერიტული მოძრაობა ლაოდიკიურ მილერიტულ მოძრაობად იქცა, რომელიც შვიდი წლის შემდეგ ლაოდიკიურ მეშვიდე დღის ადვენტისტურ ეკლესიად იქცეოდა. მილერიტული ისტორიის ეს გადასვლა განსაზღვრავს ერთ-ერთ სასაზღვრო ნიშნულს ას ორმოცდაოთხი ათასის ისტორიაში, როდესაც ას ორმოცდაოთხი ათასის ლაოდიკიური მოძრაობა ას ორმოცდაოთხი ათასის ფილადელფიურ მოძრაობად იცვლება. ეს გარდამავალი წერტილი არის ის დრო, როდესაც იაკობი, რაც ნიშნავს მიმთვისებელს, ისრაელად, რაც ნიშნავს ძლევის მომპოვებელს, იცვლება.</w:t>
      </w:r>
    </w:p>
    <w:p>
      <w:pPr>
        <w:pStyle w:val="ArticleBody"/>
        <w:jc w:val="left"/>
      </w:pPr>
      <w:r>
        <w:rPr>
          <w:rFonts w:ascii="Sylfaen" w:hAnsi="Sylfaen" w:eastAsia="Sylfaen" w:cs="Sylfaen"/>
        </w:rPr>
        <w:t>„დებატი“ წმენდს იაკობის ურჯულოებებს და იგი ხდება ისრაელი, მძლეველი. ისინი, ვინც ისრაელად არიან წარმოდგენილნი, სძლევენ სიტყვის სისხლით და თავიანთი მოწმობის სიტყვით.</w:t>
      </w:r>
    </w:p>
    <w:p>
      <w:pPr>
        <w:pStyle w:val="ArticleScripture"/>
        <w:jc w:val="left"/>
      </w:pPr>
      <w:r>
        <w:rPr>
          <w:rFonts w:ascii="Sylfaen" w:hAnsi="Sylfaen" w:eastAsia="Sylfaen" w:cs="Sylfaen"/>
        </w:rPr>
        <w:t>და მათ სძლიეს მას კრავის სისხლით და თავიანთი მოწმობის სიტყვით; და არ შეიყვარეს თავიანთი სიცოცხლე სიკვდილამდეც კი. გამოცხადება 12:11.</w:t>
      </w:r>
    </w:p>
    <w:p>
      <w:pPr>
        <w:pStyle w:val="ArticleBody"/>
        <w:jc w:val="left"/>
      </w:pPr>
      <w:r>
        <w:rPr>
          <w:rFonts w:ascii="Sylfaen" w:hAnsi="Sylfaen" w:eastAsia="Sylfaen" w:cs="Sylfaen"/>
        </w:rPr>
        <w:t>„მათი მოწმობის სიტყვა“ არის ის უწყება, რომლის გაგებაც აბაკუმის გუშაგმა ითხოვა. იგი აღნიშნავს მათ განწმენდას და კრავის სისხლს — მათ გამართლებას.</w:t>
      </w:r>
    </w:p>
    <w:p>
      <w:pPr>
        <w:pStyle w:val="ArticleScripture"/>
        <w:jc w:val="left"/>
      </w:pPr>
      <w:r>
        <w:rPr>
          <w:rFonts w:ascii="Sylfaen" w:hAnsi="Sylfaen" w:eastAsia="Sylfaen" w:cs="Sylfaen"/>
        </w:rPr>
        <w:t>მე დავდგები ჩემს სადარაჯოზე, და დავიმკვიდრებ ადგილს გოდოლზე, და დავუცდი, რათა ვიხილო, რას მეტყვის იგი მე, და რა უნდა მივუგო, როდესაც შევიმხილები. აბაკუმი 2:1.</w:t>
      </w:r>
    </w:p>
    <w:p>
      <w:pPr>
        <w:pStyle w:val="ArticleBody"/>
        <w:jc w:val="left"/>
      </w:pPr>
      <w:r>
        <w:rPr>
          <w:rFonts w:ascii="Sylfaen" w:hAnsi="Sylfaen" w:eastAsia="Sylfaen" w:cs="Sylfaen"/>
        </w:rPr>
        <w:t>სიტყვა „reproved“ ნიშნავს „ეკამათა“-ს და გამოხატავს ესაიას „კამათს“, რომელიც იაკობის ცოდვებს აშორებს. აბაკუმის წიგნში გუშაგს სურს იცოდეს, რა უნდა იყოს მისი მოწმობა, და ეუწყება, რომ აბაკუმის დაფები არის ის უწყება, რომელიც მსურველთ, წაკითხვის მიზნით, საშუალებას მისცემდა წმინდა წერილებში გაერბინათ და ეპოვათ რწმენით გამართლების უწყება. აბაკუმის მეორე თავი პირველ ოთხ მუხლთა დასასრულს ნათლად განსაზღვრავს გუშაგს, როგორც იმ ჯგუფში მყოფს, ვინც რწმენით არიან გამართლებულნი.</w:t>
      </w:r>
    </w:p>
    <w:p>
      <w:pPr>
        <w:pStyle w:val="ArticleScripture"/>
        <w:jc w:val="left"/>
      </w:pPr>
      <w:r>
        <w:rPr>
          <w:rFonts w:ascii="Sylfaen" w:hAnsi="Sylfaen" w:eastAsia="Sylfaen" w:cs="Sylfaen"/>
        </w:rPr>
        <w:t>აჰა, მისი სული, რომელიც ამპარტავნებით არის აღზევებული, არ არის წრფელი მასში; ხოლო მართალი თავისი რწმენით იცოცხლებს. აბაკუმი 2:4.</w:t>
      </w:r>
    </w:p>
    <w:p>
      <w:pPr>
        <w:pStyle w:val="ArticleBody"/>
        <w:jc w:val="left"/>
      </w:pPr>
      <w:r>
        <w:rPr>
          <w:rFonts w:ascii="Sylfaen" w:hAnsi="Sylfaen" w:eastAsia="Sylfaen" w:cs="Sylfaen"/>
        </w:rPr>
        <w:t>იმ ორ დაფაზე მოცემული უწყება არის იერემიას ძველი ბილიკები. მაგრამ როცა იერემიას გუშაგმა საყვირი დაჰბერა, აჯანყებულთა იმ კატეგორიამ, რომელთა სულებიც აღზევებულია, მოსმენაზე უარი თქვა. ისინი იყვნენ იგივე კატეგორია წინა მუხლში, რომელმაც უარი თქვა ძველ ბილიკებში სიარულზე, რათა ეპოვა მოსვენება და განახლება.</w:t>
      </w:r>
    </w:p>
    <w:p>
      <w:pPr>
        <w:pStyle w:val="ArticleScripture"/>
        <w:jc w:val="left"/>
      </w:pPr>
      <w:r>
        <w:rPr>
          <w:rFonts w:ascii="Sylfaen" w:hAnsi="Sylfaen" w:eastAsia="Sylfaen" w:cs="Sylfaen"/>
        </w:rPr>
        <w:t>ასე ამბობს უფალი: დადექით გზებზე, შეხედეთ და იკითხეთ ძველი ბილიკების შესახებ, სად არის კეთილი გზა; და იარეთ მასში, და ჰპოვებთ მოსვენებას თქვენი სულებისთვის. მაგრამ მათ თქვეს: არ ვივლით მასში. ასევე დაგიყენეთ თქვენ ზედამხედველები და ვთქვი: ისმინეთ ბუკის ხმასა. მაგრამ მათ თქვეს: არ ვისმენთ. იერემია 6:16, 17.</w:t>
      </w:r>
    </w:p>
    <w:p>
      <w:pPr>
        <w:pStyle w:val="ArticleBody"/>
        <w:jc w:val="left"/>
      </w:pPr>
      <w:r>
        <w:rPr>
          <w:rFonts w:ascii="Sylfaen" w:hAnsi="Sylfaen" w:eastAsia="Sylfaen" w:cs="Sylfaen"/>
        </w:rPr>
        <w:t>ღვთის ხალხზე 9/11-ში დაყენებული მცველნი იყვნენ მოსე, ელენ უაიტი, ჯოუნსი და უაგონერი, რომლებიც წარმოდგენილნი იყვნენ მოსეს ბორძიკი ბაგეებით, რაც წარმოდგენილი იყო ეგვიპტურ ენაზე ლაპარაკის შიშით — ენაზე, რომელიც მას ორმოცი წლის განმავლობაში არ გამოეყენებინა. მოსესთან ერთად წითელი ზღვის გავლით გამოსული ყველა ებრაელისა და შერეული სიმრავლის მიმართებით, მოსე იყო ის კაცი, რომელსაც უცხო აქცენტი ჰქონდა. მისი აქცენტი ნაზარეველის აქცენტი იყო. პეტრესაც თავისი აქცენტი გამორჩეულად ემჩნეოდა.</w:t>
      </w:r>
    </w:p>
    <w:p>
      <w:pPr>
        <w:pStyle w:val="ArticleScripture"/>
        <w:jc w:val="left"/>
      </w:pPr>
      <w:r>
        <w:rPr>
          <w:rFonts w:ascii="Sylfaen" w:hAnsi="Sylfaen" w:eastAsia="Sylfaen" w:cs="Sylfaen"/>
        </w:rPr>
        <w:t>და ცოტა ხნის შემდეგ მასთან მივიდნენ იქ მდგომნი და უთხრეს პეტრეს: ჭეშმარიტად შენც ერთი მათგანი ხარ, რადგან შენი მეტყველება გამხელს შენ. მათე 26:73.</w:t>
      </w:r>
    </w:p>
    <w:p>
      <w:pPr>
        <w:pStyle w:val="ArticleBody"/>
        <w:jc w:val="left"/>
      </w:pPr>
      <w:r>
        <w:rPr>
          <w:rFonts w:ascii="Sylfaen" w:hAnsi="Sylfaen" w:eastAsia="Sylfaen" w:cs="Sylfaen"/>
        </w:rPr>
        <w:t>პეტრეს ისტორიის შესახებ დავაში მან სამჯერ იცრუა და ამ დავაში თავისი კილოთი, ანუ მობორძიკე ენით, გამოირჩეოდა. დავაში მყოფ ერთ ჯგუფს ღმერთისთვის ეკითხა: „რა უნდა ვთქვა დავაში?“ ისინი „ხედავენ“ ძველ ბილიკებს და „ისმენენ“ საყვირის ხმას. ისინი ხედავენ და ისმენენ, და როცა საბოლოოდ „დაობენ“, იმარჯვებენ. უკანასკნელ დღეებში ძლევის შესახებ უწყება წარმოდგენილია, როგორც ლაოდიკიისთვის განკუთვნილი უწყება. ლაოდიკიის ეკლესიისგან განსხვავებით, ფილადელფიის ეკლესიას არავითარი მსჯავრი არა აქვს.</w:t>
      </w:r>
    </w:p>
    <w:p>
      <w:pPr>
        <w:pStyle w:val="ArticleScripture"/>
        <w:jc w:val="left"/>
      </w:pPr>
      <w:r>
        <w:rPr>
          <w:rFonts w:ascii="Sylfaen" w:hAnsi="Sylfaen" w:eastAsia="Sylfaen" w:cs="Sylfaen"/>
        </w:rPr>
        <w:t>ვინც სძლევს, მას გავხდი სვეტად ჩემი ღმერთის ტაძარში, და იგი აღარასოდეს გამოვა იქიდან; და დავწერ მასზე ჩემი ღმერთის სახელს, და ჩემი ღმერთის ქალაქის სახელს, ახალი იერუსალიმისა, რომელიც ჩამოდის ზეციდან ჩემი ღმერთისაგან; და დავწერ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მიუხედავად იმისა, რომ მათზე არ არის გამოტანილი არავითარი მსჯავრი, ფილადელფიისადმი მიცემული აღთქმა მხოლოდ მათთვისაა, „რომელნიც სძლევენ“. ფილადელფიის ეკლესია დაპირისპირებულია ლაოდიკიის ეკლესიასთან და მასში გამოირჩევა ერთნი, რომელთაც სჭირდებათ დაძლევა, და მეორენი, რომელთაც უკვე სძლიეს. ფილადელფიის ეკლესია დაპირისპირებულია ლაოდიკიის ეკლესიასთან, ხოლო ლაოდიკიის ეკლესია არის მათეს 25-ის უგუნური ქალწულები.</w:t>
      </w:r>
    </w:p>
    <w:p>
      <w:pPr>
        <w:pStyle w:val="ArticleScripture"/>
        <w:jc w:val="left"/>
      </w:pPr>
      <w:r>
        <w:rPr>
          <w:rFonts w:ascii="Sylfaen" w:hAnsi="Sylfaen" w:eastAsia="Sylfaen" w:cs="Sylfaen"/>
        </w:rPr>
        <w:t>ეკლესიის მდგომარეობა, რომელიც უგუნური ქალწულებით არის წარმოდგენილი, აგრეთვე მოხსენიებულია, როგორც ლაოდიკეის მდგომარეობა.“ Review and Herald, August 19, 1890.</w:t>
      </w:r>
    </w:p>
    <w:p>
      <w:pPr>
        <w:pStyle w:val="ArticleBody"/>
        <w:jc w:val="left"/>
      </w:pPr>
      <w:r>
        <w:rPr>
          <w:rFonts w:ascii="Sylfaen" w:hAnsi="Sylfaen" w:eastAsia="Sylfaen" w:cs="Sylfaen"/>
        </w:rPr>
        <w:t>9/11-ზე, როდესაც ტყუპი კოშკების ნგრევისას ანგელოზი ჩამოვიდა, ჯოუნსმა და უაგონერმა დაიწყეს ლაოდიკიის უწყების წარმოდგენა, და გვიანი წვიმის შესახებ დავა დაიწყო. იერემიას საყვირის უწყება არის მეშვიდე საყვირი, რომელიც არის მესამე ვაი, რომელიც არის ისლამი, როგორც ეს ძველ ბილიკებშია განსაზღვრული იმ ჭეშმარიტებებით, ყველა ჭეშმარიტებით, რომლებიც წარმოდგენილია ჰაბაკუმის 1843 და 1850 წლების ცხრილებზე. ლაოდიკიის უწყება არის ხსნის ერთადერთი იმედი, ხოლო სიტყვა „ხსნა“ ნიშნავს განკურნებას. იქნება ეს, რომ ქრისტე საკუთარ თავს წარმოაჩენს, როგორც დამკაკუნებელს ლაოდიკიელის გულის კარზე, თუ ჰპირდება ლაოდიკიელს, რომ თუ იგი მასთან მშვიდობას დაამყარებს, ისიც მასთან დაამყარებს მშვიდობას, ლაოდიკიელ მეშვიდე დღის ადვენტისტს მხოლოდ განკურნების უწყება ეძლევა.</w:t>
      </w:r>
    </w:p>
    <w:p>
      <w:pPr>
        <w:pStyle w:val="ArticleHeading"/>
        <w:jc w:val="left"/>
      </w:pPr>
      <w:r>
        <w:rPr>
          <w:rFonts w:ascii="Sylfaen" w:hAnsi="Sylfaen" w:eastAsia="Sylfaen" w:cs="Sylfaen"/>
        </w:rPr>
        <w:t>მეოთხე მესიანური გზამკვლევი არის 9/11-ის ლაოდიკიური გზავნილი</w:t>
      </w:r>
    </w:p>
    <w:p>
      <w:pPr>
        <w:pStyle w:val="ArticleScripture"/>
        <w:jc w:val="left"/>
      </w:pPr>
      <w:r>
        <w:rPr>
          <w:rFonts w:ascii="Sylfaen" w:hAnsi="Sylfaen" w:eastAsia="Sylfaen" w:cs="Sylfaen"/>
        </w:rPr>
        <w:t>რათა აღსრულებულიყო ესაია წინასწარმეტყველის მიერ ნათქვამი: „მანვე იტვირთა ჩვენი უძლურებანი და იტვირთა ჩვენი სნეულებანი.“ მათე 8:17.</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ნამდვილად მან იტვირთა ჩვენი ტკივილები და ზიდა ჩვენი მწუხარებანი; ხოლო ჩვენ იგი შერცხვენილად, ღვთისგან ნაცემად და შეჭირვებულად ჩავთვალეთ. ესაია 53:4</w:t>
      </w:r>
    </w:p>
    <w:p>
      <w:pPr>
        <w:pStyle w:val="ArticleScripture"/>
        <w:jc w:val="left"/>
      </w:pPr>
      <w:r>
        <w:rPr>
          <w:rFonts w:ascii="Sylfaen" w:hAnsi="Sylfaen" w:eastAsia="Sylfaen" w:cs="Sylfaen"/>
        </w:rPr>
        <w:t>და ლაოდიკიელთა ეკლესიის ანგელოზს მისწერე: ამას ამბობს ამინ, სარწმუნო და ჭეშმარიტი მოწმე, ღვთის ქმნილების დასაბამი: ვიცი შენი საქმენი, რომ არც ცივი ხარ და არც ცხელი; ნეტავ ცივი ყოფილიყავი ან ცხელი. ამიტომ, რადგან ნელთბილი ხარ და არც ცივი და არც ცხელი, ამოგანთხევ ჩემი პირიდან.</w:t>
      </w:r>
    </w:p>
    <w:p>
      <w:pPr>
        <w:pStyle w:val="ArticleScripture"/>
        <w:jc w:val="left"/>
      </w:pPr>
      <w:r>
        <w:rPr>
          <w:rFonts w:ascii="Sylfaen" w:hAnsi="Sylfaen" w:eastAsia="Sylfaen" w:cs="Sylfaen"/>
        </w:rPr>
        <w:t>რადგან ამბობ: მდიდარი ვარ, გავმდიდრდი და არაფერი მაკლია; და არ იცი, რომ შენ ხარ უბედური და საცოდავი, ღარიბი, ბრმა და შიშველი:</w:t>
      </w:r>
    </w:p>
    <w:p>
      <w:pPr>
        <w:pStyle w:val="ArticleScripture"/>
        <w:jc w:val="left"/>
      </w:pPr>
      <w:r>
        <w:rPr>
          <w:rFonts w:ascii="Sylfaen" w:hAnsi="Sylfaen" w:eastAsia="Sylfaen" w:cs="Sylfaen"/>
        </w:rPr>
        <w:t>გირჩევ შენ, იყიდო ჩემგან ცეცხლში გამოცდილი ოქრო, რათა გამდიდრდე; და თეთრი სამოსელი, რათა შეიმოსო და არ გამოჩნდეს შენი სიშიშვლის სირცხვილი; და სცხო შენს თვალებს თვალის საცხებელი, რათა იხილო.</w:t>
      </w:r>
    </w:p>
    <w:p>
      <w:pPr>
        <w:pStyle w:val="ArticleScripture"/>
        <w:jc w:val="left"/>
      </w:pPr>
      <w:r>
        <w:rPr>
          <w:rFonts w:ascii="Sylfaen" w:hAnsi="Sylfaen" w:eastAsia="Sylfaen" w:cs="Sylfaen"/>
        </w:rPr>
        <w:t>ვინც მიყვარს, მათ ვამხილებ და ვსჯი; ამიტომ იყავით მოშურნენი და მოინანიეთ. აჰა, ვდგავარ კართან და ვაკაკუნებ; თუ ვინმე მოისმენს ჩემს ხმას და კარს გამიღებს, შევალ მასთან და ვივახშმებ მასთან, და ისიც ჩემთან. მძლეველს მივცემ ნებას, ჩემთან ერთად დაჯდეს ჩემს ტახტზე, როგორც მე გავიმარჯვე და დავჯექი ჩემს მამასთან ერთად მის ტახტზე. ვისაც ყური აქვს, ისმინოს, რას ეუბნება სული ეკლესიებს. გამოცხადება 3:14–22.</w:t>
      </w:r>
    </w:p>
    <w:p>
      <w:pPr>
        <w:pStyle w:val="ArticleBody"/>
        <w:jc w:val="left"/>
      </w:pPr>
      <w:r>
        <w:rPr>
          <w:rFonts w:ascii="Sylfaen" w:hAnsi="Sylfaen" w:eastAsia="Sylfaen" w:cs="Sylfaen"/>
        </w:rPr>
        <w:t>ოქროისა და თეთრი სამოსლის ყიდვისა და თვალების ცხების შესახებ მოცემული რჩევა არის გამოცხადებული წამალი ისეთი მდგომარეობისთვის, რომელიც მარადიულ სიკვდილში სრულდება და არა უბრალოდ სიკვდილში. რა პრობლემებსაც უნდა შველოდნენ ოქრო, სამოსელი და ცხება, ეს პრობლემები ადვილად თანხვდება იმას, რომ ქრისტემ იტვირთა ჩვენი უძლურებანი. იოანე პატმოსზე იყო დატყვევებული ღვთის სიტყვისა და იესოს მოწმობისათვის, რომელიც წინასწარმეტყველების სულია. წინასწარმეტყველების სული არის ლაოდიკეის წამალი, და წინასწარმეტყველების სულის მკურნალი თვისებები წინასახეობრივად იყო ნაჩვენები იმით, რომ ქრისტემ იტვირთა ჩვენი უძლურებანი და ზიდა ჩვენი მწუხარებანი.</w:t>
      </w:r>
    </w:p>
    <w:p>
      <w:pPr>
        <w:pStyle w:val="ArticleBody"/>
        <w:jc w:val="left"/>
      </w:pPr>
      <w:r>
        <w:rPr>
          <w:rFonts w:ascii="Sylfaen" w:hAnsi="Sylfaen" w:eastAsia="Sylfaen" w:cs="Sylfaen"/>
        </w:rPr>
        <w:t>ქრისტეს მიერ ჩვენი უძლურებების აღების ერთადერთი გზა ის არის, რომ გავაღოთ ჩვენი გულის კარი და დავუშვათ მისი ღვთაებრიობისა და ჩვენი ადამიანურობის შეერთება. იგი იღებს ჩვენს უძლურებებს, როდესაც სულიწმიდის თანდასწრებით შემოდის ჩვენს ცხოვრებაში. კარს ვაღებთ მაშინ, როდესაც აღვასრულებთ ამ სამკურნალო საშუალებას. გულის გამღები ეს საშუალება არის ოქრო, თეთრი სამოსელი და თვალის მალამო. თვალის მალამო არის ღვთის სიტყვის განმანათლებლობა, რომელიც მხოლოდ სულიწმიდის მიერ აღსრულდება. ბიბლია არის სანთელი ჩვენი ფეხებისთვის, ხოლო ბილიკის გამანათებელი ნათელი შუაღამის ღაღადის ნათელია.</w:t>
      </w:r>
    </w:p>
    <w:p>
      <w:pPr>
        <w:pStyle w:val="ArticleScripture"/>
        <w:jc w:val="left"/>
      </w:pPr>
      <w:r>
        <w:rPr>
          <w:rFonts w:ascii="Sylfaen" w:hAnsi="Sylfaen" w:eastAsia="Sylfaen" w:cs="Sylfaen"/>
        </w:rPr>
        <w:t>შენი სიტყვა ლამპარია ჩემი ფეხებისთვის და სინათლე ჩემი ბილიკისთვის. ფსალმუნები 119:105.</w:t>
      </w:r>
    </w:p>
    <w:p>
      <w:pPr>
        <w:pStyle w:val="ArticleBody"/>
        <w:jc w:val="left"/>
      </w:pPr>
      <w:r>
        <w:rPr>
          <w:rFonts w:ascii="Sylfaen" w:hAnsi="Sylfaen" w:eastAsia="Sylfaen" w:cs="Sylfaen"/>
        </w:rPr>
        <w:t>როდესაც ლაოდიკიელს ურჩევენ, რომ თვალები იცხოს, მან ეს ღვთის სიტყვით უნდა ქნას, რომელიც ლამპარია; მაგრამ, როგორც ათი ქალწულის იგავშია წარმოდგენილი, ლამპარი ზეთის გარეშე უსარგებლოა. ლაოდიკიელებს თავიანთი ბიბლიები აქვთ, თუმცა, ჩვეულებრივ, არა მეფე იაკობის ვერსია, მაგრამ მათ არ აქვთ სულიწმიდის ზეთი. ლაოდიკიელთა თვალების ცხება აღესრულება გზავნილით, რომელიც სულიწმიდის თანდასწრებას შეიცავს.</w:t>
      </w:r>
    </w:p>
    <w:p>
      <w:pPr>
        <w:pStyle w:val="ArticleBody"/>
        <w:jc w:val="left"/>
      </w:pPr>
      <w:r>
        <w:rPr>
          <w:rFonts w:ascii="Sylfaen" w:hAnsi="Sylfaen" w:eastAsia="Sylfaen" w:cs="Sylfaen"/>
        </w:rPr>
        <w:t>ოქრო, რომლის ყიდვაც ლაოდიკიელს ერჩია, მხოლოდ რწმენა კი არ არის, არამედ რწმენა, რომელიც სიყვარულით მოქმედებს და სულს განწმედს. როგორც თვალის საცხებელს, ოქროსაც აქვს ლაოდიკიური ყალბი აღმსარებლობა. ლაოდიკიელი აღიარებს, ისევე როგორც მთელი ქრისტიანული სამყარო, რომ აქვს „რწმენა“. ამგვარი რწმენა უბრალოდ ადამიანური დაჯერებაა და იმ რწმენის ყალბი შესატყვისია, რომელიც ოქროდ არის წარმოდგენილი, რადგან ის რწმენა სულს განწმედს. ეს არის რწმენა, რომელიც წმიდაყოფს, და ისინი, რომელთაც ნამდვილი, წმიდაყოფილი რწმენა აქვთ, წმიდანი არიან, რადგან წმიდაყოფა ნიშნავს წმიდად ქმნას. ლაოდიკიელებს ეს რწმენა არა აქვთ, რადგან რომ ჰქონოდათ, ქრისტე გარეთ არ იქნებოდა, შესვლას მაძიებელი.</w:t>
      </w:r>
    </w:p>
    <w:p>
      <w:pPr>
        <w:pStyle w:val="ArticleScripture"/>
        <w:jc w:val="left"/>
      </w:pPr>
      <w:r>
        <w:rPr>
          <w:rFonts w:ascii="Sylfaen" w:hAnsi="Sylfaen" w:eastAsia="Sylfaen" w:cs="Sylfaen"/>
        </w:rPr>
        <w:t>„არ არსებობს შუალედური გზა აღდგენილი სამოთხისკენ. ამ უკანასკნელი დღეებისთვის კაცობრიობისთვის მოცემული უწყება არ უნდა შეერიოს ადამიანურ მოგონილობას. ჩვენ არ უნდა დავეყრდნოთ ამქვეყნიურ იურისტთა პოლიტიკას. ჩვენ უნდა ვიყოთ ლოცვისმოყვარე, თავმდაბალი ადამიანები და არ ვიქცეოდეთ მათ მსგავსად, ვინც სატანის იარაღებით არის დაბრმავებული.</w:t>
      </w:r>
    </w:p>
    <w:p>
      <w:pPr>
        <w:pStyle w:val="ArticleScripture"/>
        <w:jc w:val="left"/>
      </w:pPr>
      <w:r>
        <w:rPr>
          <w:rFonts w:ascii="Sylfaen" w:hAnsi="Sylfaen" w:eastAsia="Sylfaen" w:cs="Sylfaen"/>
        </w:rPr>
        <w:t>„ბევრს აქვს რწმენა, მაგრამ არა ისეთი რწმენა, რომელიც სიყვარულით მოქმედებს და სულს განწმენდს. მაცხოვნებელი რწმენა არ არის ჭეშმარიტების უბრალო, მხოლოდ გონებრივი დაჯერება. „ეშმაკებსაც სწამთ და ძრწიან.“ ღვთის სულის შთაგონება ადამიანებს ანიჭებს ისეთ რწმენას, რომელიც მამოძრავებელი ძალაა, ზნე-ხასიათს აყალიბებს და ადამიანს მხოლოდ ფორმალურ მოქმედებებზე მაღლა აღამაღლებს. სიტყვებმა, საქმეებმა და სულმა უნდა დაამოწმონ ის ფაქტი, რომ ჩვენ ქრისტეს მიმდევრები ვართ.</w:t>
      </w:r>
    </w:p>
    <w:p>
      <w:pPr>
        <w:pStyle w:val="ArticleScripture"/>
        <w:jc w:val="left"/>
      </w:pPr>
      <w:r>
        <w:rPr>
          <w:rFonts w:ascii="Sylfaen" w:hAnsi="Sylfaen" w:eastAsia="Sylfaen" w:cs="Sylfaen"/>
        </w:rPr>
        <w:t>„უდიდესი ნათელი და კურთხევა, რომელიც ღმერთმა მოანიჭა, არ არის დაცვა ამ უკანასკნელ დღეებში ცოდვისა და განდგომილებისაგან. ისინი, ვისაც ღმერთმა აღამაღლა ნდობით აღსავსე მაღალ თანამდებობებზე, შეიძლება ზეციური ნათლიდან ადამიანურ სიბრძნეს მიუბრუნდნენ. მაშინ მათი ნათელი სიბნელედ იქცევა, მათი ღმერთისგან მინდობილი უნარები — მახედ, მათი ხასიათი კი — ღმერთისთვის შეურაცხყოფად. ღმერთი შეურაცხყოფილი ვერ იქნება. მისგან განდგომას თან ახლდა და მუდამ თან დაჰყვება მისი უცილობელი შედეგები. ისეთი საქმეების ჩადენა, რომლებიც ღმერთს არ მოსწონს, თუ მათზე მტკიცედ არ მოინანიებენ და არ მიატოვებენ, ნაცვლად იმისა, რომ მათი გამართლების ძიებაში იყვნენ, ბოროტმოქმედს ნაბიჯ-ნაბიჯ მოტყუებაში წაიყვანს, ვიდრე მრავალი ცოდვა დაუსჯელად არ იქნება ჩადენილი. ყველა, ვისაც სურს ჰქონდეს ისეთი ხასიათი, რომელიც მათ ღმერთთან თანამუშაკებად აქცევს და ღმერთის მოწონებას მიაღებინებს, უნდა განეყოს ღმერთის მტრებს და დაიცვას ის ჭეშმარიტება, რომელიც ქრისტემ მისცა იოანეს, რათა მან მიეცა იგი ქვეყნიერებისთვის.“ Manuscript Releases, ტომი 18, 30–36.</w:t>
      </w:r>
    </w:p>
    <w:p>
      <w:pPr>
        <w:pStyle w:val="ArticleBody"/>
        <w:jc w:val="left"/>
      </w:pPr>
      <w:r>
        <w:rPr>
          <w:rFonts w:ascii="Sylfaen" w:hAnsi="Sylfaen" w:eastAsia="Sylfaen" w:cs="Sylfaen"/>
        </w:rPr>
        <w:t>„თეთრი სამოსი“ ქრისტეს სიმართლეა.</w:t>
      </w:r>
    </w:p>
    <w:p>
      <w:pPr>
        <w:pStyle w:val="ArticleScripture"/>
        <w:jc w:val="left"/>
      </w:pPr>
      <w:r>
        <w:rPr>
          <w:rFonts w:ascii="Sylfaen" w:hAnsi="Sylfaen" w:eastAsia="Sylfaen" w:cs="Sylfaen"/>
        </w:rPr>
        <w:t>გავიხაროთ და ვიმხიარულოთ და დიდება მივაგოთ მას, რადგან მოვიდა კრავის ქორწილი და მისმა ცოლმა თავი განიმზადა. და მიეცა მას, რომ შემოსილიყო წმინდა და სპეტაკი ბისონით, რადგან ბისონი არის წმიდათა სიმართლე. და მეუბნება მე: დაწერე: ნეტარ არიან ისინი, რომელნიც მოწვეულნი არიან კრავის საქორწილო სერობაზე. და მეუბნება მე: ესენი არიან ღვთის ჭეშმარიტი სიტყვები. გამოცხადება 19:7–9.</w:t>
      </w:r>
    </w:p>
    <w:p>
      <w:pPr>
        <w:pStyle w:val="ArticleBody"/>
        <w:jc w:val="left"/>
      </w:pPr>
      <w:r>
        <w:rPr>
          <w:rFonts w:ascii="Sylfaen" w:hAnsi="Sylfaen" w:eastAsia="Sylfaen" w:cs="Sylfaen"/>
        </w:rPr>
        <w:t>ცოლმა თავი მოამზადა ლაოდიკეისთვის შეთავაზებული სამმაგი სამკურნალო საშუალების გამოყენებით და ამით თვითონვე გარდაიქმნა ფილადელფიურ სასძლოდ. ეს მუხლები უშუალოდ ადვენტიზმს მიმართავს, რომელიც წარმოდგენილია ათი ქალწულის იგავში. ქალწულები არიან ისინი, ვინც ელიან იმ ქორწილში შესვლას, რომლისკენაც მოხმობილნი არიან. სასძლომ თავი მოამზადა, რადგან ეს მიენიჭა ზაქარიას მესამე თავში, იესო მღვდელმთავრისა და ანგელოზის შესახებ მოთხრობაში. იქ მისი ბინძური ლაოდიკიური სამოსელი მოიხსნა და შეიცვალა თეთრი სელის საქორწინო სამოსლით. ამ სამკურნალო საშუალებას მეორე მოწმეც აქვს ელენ გოულდ უაითის სახელში. ელენ ნიშნავს კაშკაშა და მბრწყინავ სინათლეს და წარმოადგენს თვალის საცხებელს. გოულდ ძველი ინგლისური სიტყვაა ოქროსთვის და ნიშნავს ოქროს. უაითი წარმოადგენს სიმართლეს, და ეს სახელი მას არ მიეცა 1846 წლამდე, როდესაც იგი ჯეიმსზე დაქორწინდა. მაშინ მისი სახელი უაითად შეიცვალა. სახელის შეცვლაც და ქორწინებაც ორივე აღთქმითი ურთიერთობის სიმბოლოებია. ქორწინებამდე მისი გვარი იყო ჰარმონი, რაც მშვიდობის მეომარს ნიშნავს, როგორც მაშინ თავად იყო. ელენ უაითი ლაოდიკიური უწყებაა, და მისი უარყოფა ხსნის უარყოფაა!</w:t>
      </w:r>
    </w:p>
    <w:p>
      <w:pPr>
        <w:pStyle w:val="ArticleBody"/>
        <w:jc w:val="left"/>
      </w:pPr>
      <w:r>
        <w:rPr>
          <w:rFonts w:ascii="Sylfaen" w:hAnsi="Sylfaen" w:eastAsia="Sylfaen" w:cs="Sylfaen"/>
        </w:rPr>
        <w:t>შემდეგ სტატიაში გავაგრძელებთ მათეს წიგნში მოცემული თორმეტი მესიანური წინასწარმეტყველების განხილვას.</w:t>
      </w:r>
    </w:p>
    <w:p>
      <w:pPr>
        <w:pStyle w:val="ArticleScripture"/>
        <w:jc w:val="left"/>
      </w:pPr>
      <w:r>
        <w:rPr>
          <w:rFonts w:ascii="Sylfaen" w:hAnsi="Sylfaen" w:eastAsia="Sylfaen" w:cs="Sylfaen"/>
        </w:rPr>
        <w:t>„გამოცხადება 3:14–18 ციტირებულია.“</w:t>
      </w:r>
    </w:p>
    <w:p>
      <w:pPr>
        <w:pStyle w:val="ArticleScripture"/>
        <w:jc w:val="left"/>
      </w:pPr>
      <w:r>
        <w:rPr>
          <w:rFonts w:ascii="Sylfaen" w:hAnsi="Sylfaen" w:eastAsia="Sylfaen" w:cs="Sylfaen"/>
        </w:rPr>
        <w:t>„ო, რა აღწერილობაა! რაოდენ მრავალნი არიან ამ საშინელ მდგომარეობაში. გულმოდგინედ ვევედრები ყოველ მსახურს, გულდასმით შეისწავლოს გამოცხადების მესამე თავი, რადგან მასში გამოსახულია უკანასკნელ დღეებში არსებული მდგომარეობა. ყურადღებით შეისწავლეთ ამ თავის ყოველი მუხლი, რადგან ამ სიტყვებით იესო გელაპარაკებათ.</w:t>
      </w:r>
    </w:p>
    <w:p>
      <w:pPr>
        <w:pStyle w:val="ArticleScripture"/>
        <w:jc w:val="left"/>
      </w:pPr>
      <w:r>
        <w:rPr>
          <w:rFonts w:ascii="Sylfaen" w:hAnsi="Sylfaen" w:eastAsia="Sylfaen" w:cs="Sylfaen"/>
        </w:rPr>
        <w:t>„თუ ოდესმე რომელიმე ხალხი წარმოდგენილა ლაოდიკიის მიმართვით, ეს არის ის ხალხი, რომელმაც მიიღო დიდი ნათელი — წმინდა წერილების გამოცხადება — რომელიც მეშვიდე დღის ადვენტისტებმა მიიღეს.“ Manuscript Releases, ტომი 18, 193.</w:t>
      </w:r>
    </w:p>
    <w:p>
      <w:pPr>
        <w:pStyle w:val="ArticleScripture"/>
        <w:jc w:val="left"/>
      </w:pPr>
      <w:r>
        <w:rPr>
          <w:rFonts w:ascii="Sylfaen" w:hAnsi="Sylfaen" w:eastAsia="Sylfaen" w:cs="Sylfaen"/>
        </w:rPr>
        <w:t>ღვთის ჭეშმარიტი, მცნებათა დამცველი ერი სამყაროს წინაშე ავლენს უბიწო უმწიკვლოებით აღბეჭდილ ხასიათს და საკუთარი ცხოვრების მსვლელობით მოწმობს, რომ უფლის რჯული სრულყოფილია და სულს მოაქცევს. ამგვარად უფალმა იესომ, ღვთის ძემ, ღვთის რჯულისადმი თავისი მორჩილებით, ეს რჯული აღამაღლა და პატივდებული გახადა. ღმერთი უეჭველად დასჯის ყოველი ეკლესიის ყოველ იმ წევრს, რომელიც თავს მეშვიდე დღის ადვენტისტად აცხადებს, მაგრამ მას მსახურებას არ უწევს და ამის ნაცვლად, ამპარტავნებით, ეგოიზმითა და ქვეყნიურობით ცხადყოფს, რომ ზეციური წარმოშობის ჭეშმარიტებას მის ხასიათში განახლება არ მოუხდენია.</w:t>
      </w:r>
    </w:p>
    <w:p>
      <w:pPr>
        <w:pStyle w:val="ArticleScripture"/>
        <w:jc w:val="left"/>
      </w:pPr>
      <w:r>
        <w:rPr>
          <w:rFonts w:ascii="Sylfaen" w:hAnsi="Sylfaen" w:eastAsia="Sylfaen" w:cs="Sylfaen"/>
        </w:rPr>
        <w:t>„გთხოვთ, ყურადღებით წაიკითხოთ გამოცხადება 3:15–18. ისმის იესო ქრისტეს ხმა. „ვინც კი მიყვარს, მათ ვამხელ და ვსჯი: ამიტომ იქონიეთ მოშურნეობა [არა გულგრილი, ნახევარჰყოფილი], და მოინანიეთ. აჰა, მე [თქვენი მაცხოვარი] ვდგავარ კართან და ვაკაკუნებ: თუ ვინმე მოისმენს ჩემს ხმას და გააღებს კარს, შევალ მასთან და ვივახშმებ მასთან, და ის — ჩემთან. გამარჯვებულს მივანიჭებ ჩემთან ერთად ჩემს ტახტზე დაჯდომას, როგორც მე გავიმარჯვე და დავჯექი მამაჩემთან ერთად მის ტახტზე“ [გამოცხადება 3:19–21].</w:t>
      </w:r>
    </w:p>
    <w:p>
      <w:pPr>
        <w:pStyle w:val="ArticleScripture"/>
        <w:jc w:val="left"/>
      </w:pPr>
      <w:r>
        <w:rPr>
          <w:rFonts w:ascii="Sylfaen" w:hAnsi="Sylfaen" w:eastAsia="Sylfaen" w:cs="Sylfaen"/>
        </w:rPr>
        <w:t>„შეისმენენ თუ არა ეკლესიები ლაოდიკიისთვის მიმართებულ უწყებას? შეინანებენ თუ არა ისინი, თუ კი, მიუხედავად იმისა, რომ ჭეშმარიტების უაღრესად საზეიმო უწყება — მესამე ანგელოზის უწყება — მსოფლიოს ეუწყება, ცოდვაში განაგრძობენ ცხოვრებას? ეს არის წყალობის უკანასკნელი უწყება, დაცემული სამყაროსთვის მიცემული უკანასკნელი გაფრთხილება. თუ ღვთის ეკლესია გულგრილი ხდება, იგი ღვთის წინაშე აღარავითარი უპირატესობით აღარ დგას იმ ეკლესიებთან შედარებით, რომლებიც დახატულნი არიან როგორც დაცემულნი, ეშმაკთა სამკვიდროდ ქცეულნი, ყოველი უწმინდური სულის სამყოფლად და ყოველი უწმინდური და საძულველი ფრინველის გალიად. მათ, ვისაც ჰქონდათ შესაძლებლობა მოესმინათ და მიეღოთ ჭეშმარიტება და ვინც შეუერთდნენ მეშვიდე დღის ადვენტისტთა ეკლესიას, საკუთარ თავს ღვთის მცნებათა დამცველ ხალხად უწოდებენ, მაგრამ მაინც არ ფლობენ იმაზე მეტ სიცოცხლესა და ღვთისადმი მიძღვნილობას, ვიდრე ნომინალური ეკლესიები, ღვთის წყლულებს ისეთივე უეჭველობით მიიღებენ, როგორც ის ეკლესიები, რომლებიც ღვთის რჯულს ეწინააღმდეგებიან. მხოლოდ ისინი, ვინც ჭეშმარიტებით არიან განწმედილნი, შეადგენენ სამეფო ოჯახს იმ ზეციურ სავანეებში, რომელთა მოსამზადებლად ქრისტე წავიდა მათთვის, ვისაც უყვარს იგი და იცავს მის მცნებებს.</w:t>
      </w:r>
    </w:p>
    <w:p>
      <w:pPr>
        <w:pStyle w:val="ArticleScripture"/>
        <w:jc w:val="left"/>
      </w:pPr>
      <w:r>
        <w:rPr>
          <w:rFonts w:ascii="Sylfaen" w:hAnsi="Sylfaen" w:eastAsia="Sylfaen" w:cs="Sylfaen"/>
        </w:rPr>
        <w:t>“„ვინც ამბობს: მე ვიცნობ მას, და მის მცნებებს არ იცავს, მატყუარაა, და ჭეშმარიტება არ არის მასში“ [1 იოანე 2:4]. ეს მოიცავს ყველას, ვინც აცხადებს, რომ აქვს ღმერთის ცოდნა და იცავს მის მცნებებს, მაგრამ ამას კეთილი საქმეებით არ ამჟღავნებს. ისინი თავიანთი საქმეებისამებრ მიიღებენ. „ყოველი, ვინც მასში რჩება, არ სცოდავს; ყოველი, ვინც სცოდავს, არც უხილავს იგი და არც შეუცნია“ [1 იოანე 3:6]. ეს მიმართულია ეკლესიის ყველა წევრისადმი, მეშვიდე დღის ადვენტისტური ეკლესიების წევრთა ჩათვლით. „შვილნო, ნურავინ მოგატყუებთ: სიმართლის მოქმედი მართალია, როგორც იგი არის მართალი. ცოდვის მოქმედი ეშმაკისაგან არის, რადგან ეშმაკი თავიდანვე სცოდავს. ამისათვის გამოჩნდა ღმერთის ძე, რათა დაერღვია ეშმაკის საქმენი. ყოველი, ვინც ღმერთისაგან არის შობილი, ცოდვას არ სჩადის, რადგან მისი თესლი მასში რჩება; და მას არ შეუძლია სცოდოს, რადგან ღმერთისაგან არის შობილი. ამით ცხადდებიან ღმერთის შვილები და ეშმაკის შვილები: ყოველი, ვინც სიმართლეს არ მოქმედებს, ღმერთისაგან არ არის, არც ის, ვისაც თავისი ძმა არ უყვარს“ [1 იოანე 3:7–10].”</w:t>
      </w:r>
    </w:p>
    <w:p>
      <w:pPr>
        <w:pStyle w:val="ArticleScripture"/>
        <w:jc w:val="left"/>
      </w:pPr>
      <w:r>
        <w:rPr>
          <w:rFonts w:ascii="Sylfaen" w:hAnsi="Sylfaen" w:eastAsia="Sylfaen" w:cs="Sylfaen"/>
        </w:rPr>
        <w:t>„ყველანი, ვინც ამტკიცებენ, რომ შაბათის დამცველი ადვენტისტები არიან, და მაინც ცოდვაში განაგრძობენ ცხოვრებას, ღვთის თვალში მატყუარები არიან. მათი ცოდვილი გზა ღვთის საქმეს ეწინააღმდეგება. ისინი სხვებსაც ცოდვაში შეიყვანენ. ღვთის სიტყვა ჩვენს ეკლესიათა ყოველ წევრს მიმართავს: „და გაასწორეთ ბილიკნი ფერხთა თქვენთათვის, რათა კოჭლი გზას არ გადასცდეს, არამედ უმჯობესია განიკურნოს. მშვიდობას მისდიეთ ყველასთან და სიწმინდეს, რომლის გარეშე ვერავინ იხილავს უფალს; გულმოდგინედ იყავით, რათა ვინმემ არ მოაკლდეს ღვთის მადლს; რათა სიმწარის რომელიმე ფესვმა ამოზრდით არ შეგაწუხოთ და ამით მრავალნი არ შეიბილწონ; რათა არ იყოს ვინმე მეძავი ან უწმინდური, ესავის მსგავსი, რომელმაც ერთი ლუკმა საჭმლისათვის გაყიდა თავისი პირმშოობა. რადგან იცით, რომ შემდეგ, როცა კურთხევის დამკვიდრება ინდომა, უარყოფილ იქნა, ვინაიდან სინანულის ადგილი ვერ ჰპოვა, თუმცა ცრემლებით ეძებდა მას“ [ებრაელთა 12:13–17].“</w:t>
      </w:r>
    </w:p>
    <w:p>
      <w:pPr>
        <w:pStyle w:val="ArticleScripture"/>
        <w:jc w:val="left"/>
      </w:pPr>
      <w:r>
        <w:rPr>
          <w:rFonts w:ascii="Sylfaen" w:hAnsi="Sylfaen" w:eastAsia="Sylfaen" w:cs="Sylfaen"/>
        </w:rPr>
        <w:t>„ეს ეხება მრავალთა, რომელნიც ამტკიცებენ, რომ ჭეშმარიტება სწამთ. იმის ნაცვლად, რომ თავიანთ ვნებიან პრაქტიკებზე უარი თქვან, ისინი სატანის მომატყუებელი სოფისტიკის გავლენით მცდარი განათლების გზას ადგანან. ცოდვა აღარ განირჩევა, როგორც ცოდვა. თვით მათი სინდისიც შებილწულია, მათი გულები გახრწნილია, მათი აზრებიც კი განუწყვეტლივ გახრწნილია. სატანა მათ სატყუარებად იყენებს, რათა სულები უწმინდურ საქმეთააკენ მოხიბლოს, რომელნიც მთელ არსებას ბილწავენ. „ვინც მოსეს რჯული [რომელიც ღვთის რჯული იყო] უგულებელყო, ორი ან სამი მოწმის საფუძველზე შეუწყალებლად კვდებოდა; მაშ, თქვენი აზრით, რამდენად უფრო მძიმე სასჯელის ღირსად ჩაითვლება ის, ვინც ღვთის ძე ფეხქვეშ გათელა, აღთქმის სისხლი, რომლითაც განიწმინდა, არაწმინდა რამედ მიიჩნია და მადლის სულს შეურაცხყოფა მიაყენა? რადგან ვიცით იგი, ვინც თქვა: შურისგება მე მეკუთვნის, მე მივაგებ, ამბობს უფალი. და კვლავ: უფალი განიკითხავს თავის ხალხს. ცოცხალი ღვთის ხელში ჩავარდნა საშინელებაა“ [ებრაელთა 10:28–31].“ Manuscript Releases, ტომი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ოცდარვა</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