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ოცდაერთი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2026-01-18</w:t>
      </w:r>
    </w:p>
    <w:p>
      <w:pPr>
        <w:pStyle w:val="ArticleHeading"/>
        <w:jc w:val="left"/>
      </w:pPr>
      <w:r>
        <w:rPr>
          <w:rFonts w:ascii="Sylfaen" w:hAnsi="Sylfaen" w:eastAsia="Sylfaen" w:cs="Sylfaen"/>
        </w:rPr>
        <w:t>ოცდამეთერთმეტე ნომერი</w:t>
      </w:r>
    </w:p>
    <w:p>
      <w:pPr>
        <w:pStyle w:val="ArticleBody"/>
        <w:jc w:val="left"/>
      </w:pPr>
      <w:r>
        <w:rPr>
          <w:rFonts w:ascii="Sylfaen" w:hAnsi="Sylfaen" w:eastAsia="Sylfaen" w:cs="Sylfaen"/>
        </w:rPr>
        <w:t>მათეს წიგნში მდებარე უკანასკნელი სამი მესიანური აღსრულება განსაზღვრავს საკვირაო კანონის სასაზღვრო ნიშნის სამ ელემენტს: საკვირაო კანონის დროს ღვთის ხალხის გაფანტვას, როგორც ეს წინასწარმეტყველურად გამოისახა მცირე სამწყსოს გაფანტვით 1844 წლის 22 ოქტომბერს და მოწაფეთა გაფანტვით ჯვართან. ორივე გაფანტვა საკვირაო კანონს შეესაბამება. გალილეასთან კავშირში, რომელიც წინასწარმეტყველური გარდამტეხი მომენტის სიმბოლოა, ხალხი, რომელიც საკვირაო კანონამდე სიბნელეში იყო, სიბნელიდან იქნება მოწოდებული. ეს ადამიანები ღვთის სხვა სამწყსო არიან, მეთერთმეტე საათის მუშაკები, რომლებიც შაბათის დაპირისპირების საკითხის მიმართ იღვიძებენ, როცა ბაბილონიდან იწოდებიან. მათი ბაბილონიდან მოწოდება სამსჯავროს მეორე ფაზაა, რომელიც ღვთის სახლიდან იწყება და შემდეგ, საკვირაო კანონზე, იერუსალიმის გარეთ მყოფთ უპირისპირდება.</w:t>
      </w:r>
    </w:p>
    <w:p>
      <w:pPr>
        <w:pStyle w:val="ArticleHeading"/>
        <w:jc w:val="left"/>
      </w:pPr>
      <w:r>
        <w:rPr>
          <w:rFonts w:ascii="Sylfaen" w:hAnsi="Sylfaen" w:eastAsia="Sylfaen" w:cs="Sylfaen"/>
        </w:rPr>
        <w:t>მეათე მესიანური გზამკვლევი არის კვირა დღის კანონის გაფანტვა</w:t>
      </w:r>
    </w:p>
    <w:p>
      <w:pPr>
        <w:pStyle w:val="ArticleScripture"/>
        <w:jc w:val="left"/>
      </w:pPr>
      <w:r>
        <w:rPr>
          <w:rFonts w:ascii="Sylfaen" w:hAnsi="Sylfaen" w:eastAsia="Sylfaen" w:cs="Sylfaen"/>
        </w:rPr>
        <w:t>მაგრამ ეს ყოველივე მოხდა, რათა აღსრულებულიყო წინასწარმეტყველთა წერილები. მაშინ ყველა მოწაფემ მიატოვა იგი და გაიქცა. მათე 26:56.</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გამოიღვიძე, ჰო მახვილო, ჩემი მწყემსის წინააღმდეგ და იმ კაცის წინააღმდეგ, რომელიც ჩემი მოყვასია, ამბობს ცაბაოთ უფალი: დასცხე მწყემსს, და ცხვრები გაიფანტებიან; და მე ჩემს ხელს მოვაქცევ მცირეთაკენ. ზაქარია 13:7.</w:t>
      </w:r>
    </w:p>
    <w:p>
      <w:pPr>
        <w:pStyle w:val="ArticleScripture"/>
        <w:jc w:val="left"/>
      </w:pPr>
      <w:r>
        <w:rPr>
          <w:rFonts w:ascii="Sylfaen" w:hAnsi="Sylfaen" w:eastAsia="Sylfaen" w:cs="Sylfaen"/>
        </w:rPr>
        <w:t>„ჩვენ მალე ძლიერ გავიფანტებით, და რაც უნდა გავაკეთოთ, სწრაფად უნდა გავაკეთოთ.“ Fundamentals of Christian Education, 535.</w:t>
      </w:r>
    </w:p>
    <w:p>
      <w:pPr>
        <w:pStyle w:val="ArticleScripture"/>
        <w:jc w:val="left"/>
      </w:pPr>
      <w:r>
        <w:rPr>
          <w:rFonts w:ascii="Sylfaen" w:hAnsi="Sylfaen" w:eastAsia="Sylfaen" w:cs="Sylfaen"/>
        </w:rPr>
        <w:t>„მოდის დრო, როცა ჩვენ განვიყოფით და განვიფანტებით, და თითოეულ ჩვენგანს მოუწევს დადგეს იმ უპირატესობის გარეშე, რომ ურთიერთობაში იყოს მათთან, ვისაც ჩვენთან ერთად ერთი და იმავე ძვირფასი რწმენა აქვს; და როგორ შეძლებთ დადგომას, თუ ღმერთი თქვენს გვერდით არ იქნება და თქვენ არ გეცოდინებათ, რომ იგი გიძღვებათ და გზას გიკვალავთ?“ Review and Herald, March 25, 1890.</w:t>
      </w:r>
    </w:p>
    <w:p>
      <w:pPr>
        <w:pStyle w:val="ArticleHeading"/>
        <w:jc w:val="left"/>
      </w:pPr>
      <w:r>
        <w:rPr>
          <w:rFonts w:ascii="Sylfaen" w:hAnsi="Sylfaen" w:eastAsia="Sylfaen" w:cs="Sylfaen"/>
        </w:rPr>
        <w:t>მეთერთმეტე მესიანური ნიშნული არის წარმართთა მოწოდება</w:t>
      </w:r>
    </w:p>
    <w:p>
      <w:pPr>
        <w:pStyle w:val="ArticleScripture"/>
        <w:jc w:val="left"/>
      </w:pPr>
      <w:r>
        <w:rPr>
          <w:rFonts w:ascii="Sylfaen" w:hAnsi="Sylfaen" w:eastAsia="Sylfaen" w:cs="Sylfaen"/>
        </w:rPr>
        <w:t>რათა აღსრულებულიყო ესაია წინასწარმეტყველის მიერ ნათქვამი სიტყვა, რომელიც ამბობს: „ზებულონის ქვეყანა და ნეფთალიმის ქვეყანა, ზღვის გზით, იორდანეს იქით, წარმართთა გალილეა; ბნელში მსხდომმა ხალხმა იხილა დიდი ნათელი; და სიკვდილის ქვეყნისა და ჩრდილის მხარეში მსხდომთ ნათელი აღმოუბრწყინდა.“ მათე 4:14–16.</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მაგრამ სიბნელე აღარ იქნება ისეთი, როგორიც იყო მისი შეჭირვების ჟამს, როცა პირველად მსუბუქად დასცა ზებულონის ქვეყანა და ნაფთალის ქვეყანა, ხოლო შემდეგ უფრო მძიმედ დასცა იგი ზღვის გზით, იორდანეს გაღმა, წარმართთა გალილეაში. ხალხმა, რომელიც სიბნელეში დადიოდა, იხილა დიდი ნათელი; სიკვდილის ჩრდილის ქვეყანაში მცხოვრებთ ნათელი გამოუბრწყინდა. ესაია 9:1, 2.</w:t>
      </w:r>
    </w:p>
    <w:p>
      <w:pPr>
        <w:pStyle w:val="ArticleBody"/>
        <w:jc w:val="left"/>
      </w:pPr>
      <w:r>
        <w:rPr>
          <w:rFonts w:ascii="Sylfaen" w:hAnsi="Sylfaen" w:eastAsia="Sylfaen" w:cs="Sylfaen"/>
        </w:rPr>
        <w:t>კვირის კანონის დროს გვიანი წვიმა უგანზომოდ გადმოიღვრება, და წარმართები დიდ ნათელს იხილავენ. დევნა გაფანტავს ერთგულთ და გაავრცელებს უწყებას.</w:t>
      </w:r>
    </w:p>
    <w:p>
      <w:pPr>
        <w:pStyle w:val="ArticleScripture"/>
        <w:jc w:val="left"/>
      </w:pPr>
      <w:r>
        <w:rPr>
          <w:rFonts w:ascii="Sylfaen" w:hAnsi="Sylfaen" w:eastAsia="Sylfaen" w:cs="Sylfaen"/>
        </w:rPr>
        <w:t>„ისინი გადაგცემენ საბჭოებს, … დიახ, მმართველთა და მეფეთაც წარგდგებით ჩემი გულისთვის, მათთვის და წარმართთათვის სამოწმებლად.“ მათე 10:17, 18, R. V. დევნა გაავრცელებს ნათელს. ქრისტეს მსახურნი წარდგებიან ამ ქვეყნის დიდებულთა წინაშე, რომელთაც, ამის გარეშე, შესაძლოა სახარება ვერასოდეს მოესმინათ. ამ ადამიანებს ჭეშმარიტება არასწორად წარედგინათ. მათ მოისმინეს ცრუ ბრალდებები ქრისტეს მოწაფეთა სარწმუნოების შესახებ. ხშირად მისი ნამდვილი ხასიათის შესაცნობად ერთადერთი საშუალებაა იმათი მოწმობა, ვინც თავისი რწმენის გამო სამსჯავროზე არიან მიყვანილნი. დაკითხვისას მათ პასუხის გაცემა ევალებათ, ხოლო მათ მსაჯულებს — მოწმობის მოსმენა. ღმრთის მადლი მის მსახურთ მიეცემა, რათა მოერგონ ამ საჭიროებას. „მოგეცემათ თქვენ,“ ამბობს იესო, „იმავე ჟამს, რა უნდა თქვათ. რადგან თქვენ კი არ ლაპარაკობთ, არამედ თქვენი მამის სულია, რომელიც ლაპარაკობს თქვენში.“ როცა ღმრთის სული გაანათებს თავისი მსახურების გონებას, ჭეშმარიტება წარმოდგენილი იქნება თავისი ღვთიური ძალითა და ძვირფასობით. ისინი, ვინც უარყოფენ ჭეშმარიტებას, აღდგებიან მოწაფეთა დასადანაშაულებლად და დასაჩაგრავად. მაგრამ დანაკარგისა და ტანჯვის ქვეშ, თვით სიკვდილამდეც კი, უფლის შვილებმა უნდა გამოავლინონ თავიანთი ღვთიური მაგალითის სიმდაბლე. ასე გამოიკვეთება კონტრასტი სატანის მსახურთა და ქრისტეს წარმომადგენელთა შორის. მხსნელი ამაღლდება მთავართა და ხალხის წინაშე.</w:t>
      </w:r>
    </w:p>
    <w:p>
      <w:pPr>
        <w:pStyle w:val="ArticleScripture"/>
        <w:jc w:val="left"/>
      </w:pPr>
      <w:r>
        <w:rPr>
          <w:rFonts w:ascii="Sylfaen" w:hAnsi="Sylfaen" w:eastAsia="Sylfaen" w:cs="Sylfaen"/>
        </w:rPr>
        <w:t>„მოწაფენი არ იყვნენ დაჯილდოებულნი მოწამეთა სიმამაცითა და სიმტკიცით მანამ, ვიდრე ასეთი მადლი არ გახდა საჭირო. მაშინ აღსრულდა მაცხოვრის აღთქმა. როცა პეტრე და იოანე მოწმობდნენ სინედრიონის საბჭოს წინაშე, ხალხი „უკვირდა; და შეიცნეს ისინი, რომ იესოსთან იყვნენ.“ საქმეები 4:13. სტეფანეს შესახებ დაწერილია, რომ „ყოველნი, რომელნიც ისხდნენ საბჭოში, როცა დაჟინებით შეხედეს მას, იხილეს მისი სახე, ვითარცა ანგელოზის სახე.“ ადამიანებს „არ შეეძლოთ წინ აღდგომოდნენ იმ სიბრძნესა და სულს, რომლითაც იგი ლაპარაკობდა.“ საქმეები 6:15, 10. ხოლო პავლე, როცა კეისართა სამსჯავროზე თავისი საკუთარი საქმის შესახებ წერს, ამბობს: „ჩემი პირველი დაცვისას არავინ დამიდგა მხარში, არამედ ყველამ მიმატოვა…. მაგრამ უფალი დამიდგა გვერდით და განმამტკიცა, რათა ჩემ მიერ სრულად ქადაგებულიყო უწყება და ყველა წარმართს მოესმინა; და მე დავიხსენი ლომის პირისაგან.“ 2 ტიმოთე 4:16, 17, R. V.“</w:t>
      </w:r>
    </w:p>
    <w:p>
      <w:pPr>
        <w:pStyle w:val="ArticleScripture"/>
        <w:jc w:val="left"/>
      </w:pPr>
      <w:r>
        <w:rPr>
          <w:rFonts w:ascii="Sylfaen" w:hAnsi="Sylfaen" w:eastAsia="Sylfaen" w:cs="Sylfaen"/>
        </w:rPr>
        <w:t>ქრისტეს მსახურებს არ უნდა მოემზადებინათ წინასწარ შედგენილი სიტყვა, რომელიც სასამართლოზე წარდგენისას უნდა ეთქვათ. მათი მომზადება ყოველდღიურად უნდა აღსრულებულიყო ღვთის სიტყვის ძვირფასი ჭეშმარიტებების გულში დაუნჯებით და ლოცვის მეშვეობით თავიანთი რწმენის განმტკიცებით. ხოლო როდესაც განსაცდელში წარდგებოდნენ, სულიწმიდა მათ გაახსენებდა სწორედ იმ ჭეშმარიტებებს, რომლებიც იმ დროს საჭირო იქნებოდა.“ The Desire of Ages, 354, 355.</w:t>
      </w:r>
    </w:p>
    <w:p>
      <w:pPr>
        <w:pStyle w:val="ArticleBody"/>
        <w:jc w:val="left"/>
      </w:pPr>
      <w:r>
        <w:rPr>
          <w:rFonts w:ascii="Sylfaen" w:hAnsi="Sylfaen" w:eastAsia="Sylfaen" w:cs="Sylfaen"/>
        </w:rPr>
        <w:t>სამსჯავრო იწყება ღვთის სახლით 9/11-ზე და მთავრდება კვირადღის კანონთან, როდესაც შემდეგ სამსჯავრო გადადის ღვთის სხვა ფარაზე, რომელიც ღვთის სახლის გარეთაა.</w:t>
      </w:r>
    </w:p>
    <w:p>
      <w:pPr>
        <w:pStyle w:val="ArticleHeading"/>
        <w:jc w:val="left"/>
      </w:pPr>
      <w:r>
        <w:rPr>
          <w:rFonts w:ascii="Sylfaen" w:hAnsi="Sylfaen" w:eastAsia="Sylfaen" w:cs="Sylfaen"/>
        </w:rPr>
        <w:t>მეთორმეტე მესიანური საგზაონიშანი არის განკითხვა წარმართთათვის</w:t>
      </w:r>
    </w:p>
    <w:p>
      <w:pPr>
        <w:pStyle w:val="ArticleScripture"/>
        <w:jc w:val="left"/>
      </w:pPr>
      <w:r>
        <w:rPr>
          <w:rFonts w:ascii="Sylfaen" w:hAnsi="Sylfaen" w:eastAsia="Sylfaen" w:cs="Sylfaen"/>
        </w:rPr>
        <w:t>რათა აღსრულდეს ესაია წინასწარმეტყველის მიერ ნათქვამი, რომელიც ამბობს: აჰა, ჩემი მსახური, რომელიც ამოვირჩიე; ჩემი საყვარელი, რომელიც მოეწონა ჩემს სულს; დავდებ ჩემს სულს მასზე, და სამართალს აუწყებს წარმართებს. არ იდავებს და არ იყვირებს; არცავინ გაიგონებს მის ხმას ქუჩებში. გადატეხილ ლერწამს არ დაამტვრევს და მბჟუტავ პატრუქს არ ჩააქრობს, ვიდრე სამართალს გამარჯვებამდე გამოიტანდეს. და მის სახელს მიენდობიან წარმართები. მათე 12:17–21.</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აჰა, ჩემი მსახური, რომელსაც მე ვამტკიცებ; ჩემი რჩეული, რომლითაც ხარობს ჩემი სული; მე დავდე ჩემი სული მასზე; იგი წარმართებს სამართალს გამოუტანს. იგი არ იყვირებს, არც ხმას აიმაღლებს და არც გააგონებს თავის ხმას ქუჩაში. გადატეხილ ლერწამს არ დაამტვრევს და მბჟუტავ პატრუქს არ ჩააქრობს; სიმართლით გამოიტანს სამართალს. იგი არ დასუსტდება და არ დაეცემა სულით, ვიდრე არ დაამყარებს სამართალს დედამიწაზე; და კუნძულები დაელოდებიან მის რჯულს. ესაია 42:1–4.</w:t>
      </w:r>
    </w:p>
    <w:p>
      <w:pPr>
        <w:pStyle w:val="ArticleBody"/>
        <w:jc w:val="left"/>
      </w:pPr>
      <w:r>
        <w:rPr>
          <w:rFonts w:ascii="Sylfaen" w:hAnsi="Sylfaen" w:eastAsia="Sylfaen" w:cs="Sylfaen"/>
        </w:rPr>
        <w:t>ღვთის სახლისთვის განკითხვის დასასრული დაიწყო 2023 წლის ივლისში, როდესაც ხმა გაისმა იმ ქუჩებში, სადაც მოსე და ელია მკვდრად ესვენენ მკვდარი, გამხმარი ძვლების ველზე. როდესაც ხმა გაისმა, განკითხვის დასრულება დაიწყო ღვთის სახლისთვის და წარიმართა წარმართთა განკითხვისკენ. მათეს წიგნში არის თორმეტი მესიანური აღსრულება, რომლებიც განსაზღვრავს ას ორმოცდაოთხი ათასის რეფორმაციული მოძრაობის უმთავრეს სასაზღვრო ნიშნებს. ეს თორმეტი სასაზღვრო ნიშანი მესიით არის ტიპიფიცირებული. 1989; 1996; 9/11, 2001; 18 ივლისი, 2020; ივლისი 2023; 2024; შუაღამის ღაღადი, მღვდლების განყოფა და საკვირაო კანონი — ყოველივე ეს იდენტიფიცირებულია; 9/11-ს აქვს შინაგანი და გარეგანი მოწმე, ხოლო საკვირაო კანონს აქვს გაფანტვის შინაგანი მოწმე, შემდეგ კი მეთერთმეტე საათის მუშაკთა განკითხვის პერიოდის ორი მოწმე. ას ორმოცდაოთხი ათასის რეფორმაციული მოძრაობის ცხრა სასაზღვრო ნიშანი უშუალოდ არის განსაზღვრული მათეს წიგნში.</w:t>
      </w:r>
    </w:p>
    <w:p>
      <w:pPr>
        <w:pStyle w:val="ArticleBody"/>
        <w:jc w:val="left"/>
      </w:pPr>
      <w:r>
        <w:rPr>
          <w:rFonts w:ascii="Sylfaen" w:hAnsi="Sylfaen" w:eastAsia="Sylfaen" w:cs="Sylfaen"/>
        </w:rPr>
        <w:t>მათე არის ახალი აღთქმის ალფა, ხოლო გამოცხადება — ომეგა. მათე არის წინასწარმეტყველური შედევრი, რომლის მნიშვნელობაც უკანასკნელ დღეებამდე იყო დაბეჭდილი. იგი შეიცავს ომეგას თორმეტ თავს, რომლებიც შეესაბამება დაბადების წიგნის მეთერთმეტედან ოცდამეორე თავამდე ალფას. როგორც გამოცხადების ალფა, იგი პარალელურია დანიელისა და გამოცხადების შთაგონებული ურთიერთობისა. რაც დანიელისა და გამოცხადების წიგნებზეა გაცხადებული მათი წინასწარმეტყველური ურთიერთობის შესახებ, ძალაში იქნება მათესა და გამოცხადების ურთიერთობის შემთხვევაშიც. ის, რის შესახებაც ამ თვალსაზრისით გვემცნო, გაუტოლდებოდა შემდეგს:</w:t>
      </w:r>
    </w:p>
    <w:p>
      <w:pPr>
        <w:pStyle w:val="ArticleBody"/>
        <w:jc w:val="left"/>
      </w:pPr>
      <w:r>
        <w:rPr>
          <w:rFonts w:ascii="Sylfaen" w:hAnsi="Sylfaen" w:eastAsia="Sylfaen" w:cs="Sylfaen"/>
        </w:rPr>
        <w:t>მათეს წიგნში წინასწარმეტყველების იგივე ხაზი არის აღებული, როგორც გამოცხადების წიგნში.</w:t>
      </w:r>
    </w:p>
    <w:p>
      <w:pPr>
        <w:pStyle w:val="ArticleScripture"/>
        <w:jc w:val="left"/>
      </w:pPr>
      <w:r>
        <w:rPr>
          <w:rFonts w:ascii="Sylfaen" w:hAnsi="Sylfaen" w:eastAsia="Sylfaen" w:cs="Sylfaen"/>
        </w:rPr>
        <w:t>„გამოცხადება დაბეჭდილი წიგნია, მაგრამ ამავე დროს გახსნილი წიგნიც არის. მასში ჩაწერილია საოცარი მოვლენები, რომლებიც უნდა მოხდეს ამ დედამიწის ისტორიის უკანასკნელ დღეებში. ამ წიგნის მოძღვრებანი განსაზღვრულია და არა მისტიკური და გაუგებარი. მასში აღებულია წინასწარმეტყველების იგივე ხაზი, რაც დანიელში. ზოგიერთი წინასწარმეტყველება ღმერთმა გაიმეორა, რითაც აჩვენა, რომ მათ მნიშვნელობა უნდა მიენიჭოს. უფალი არ იმეორებს იმას, რასაც დიდი მნიშვნელობა არა აქვს.“ Manuscript Releases, volume 9, 8.</w:t>
      </w:r>
    </w:p>
    <w:p>
      <w:pPr>
        <w:pStyle w:val="ArticleBody"/>
        <w:jc w:val="left"/>
      </w:pPr>
      <w:r>
        <w:rPr>
          <w:rFonts w:ascii="Sylfaen" w:hAnsi="Sylfaen" w:eastAsia="Sylfaen" w:cs="Sylfaen"/>
        </w:rPr>
        <w:t>მათეს წიგნი განაგრძობს „წინასწარმეტყველების იმავე ხაზს“, რასაც გამოცხადება და დანიელი, და იგი სრულყოფილებამდეა მიყვანილი გამოცხადების წიგნში, რადგან სიტყვა „შევსება“ სრულყოფილებას ნიშნავს.</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შემავსებელი ნაწილი. ერთი წინასწარმეტყველებაა; მეორე — გამოცხადება. წიგნი, რომელიც დაიბეჭდა,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უბრძანა: ‘ხოლო შენ, დანიელ, დაფარე ეს სიტყვები და დაბეჭდე წიგნი აღსასრულის ჟამამდე.’ დანიელი 12:4.“ მოციქულთა საქმეები, 585.</w:t>
      </w:r>
    </w:p>
    <w:p>
      <w:pPr>
        <w:pStyle w:val="ArticleBody"/>
        <w:jc w:val="left"/>
      </w:pPr>
      <w:r>
        <w:rPr>
          <w:rFonts w:ascii="Sylfaen" w:hAnsi="Sylfaen" w:eastAsia="Sylfaen" w:cs="Sylfaen"/>
        </w:rPr>
        <w:t>მათე, დანიელი და გამოცხადება ერთი და იგივე წიგნია.</w:t>
      </w:r>
    </w:p>
    <w:p>
      <w:pPr>
        <w:pStyle w:val="ArticleScripture"/>
        <w:jc w:val="left"/>
      </w:pPr>
      <w:r>
        <w:rPr>
          <w:rFonts w:ascii="Sylfaen" w:hAnsi="Sylfaen" w:eastAsia="Sylfaen" w:cs="Sylfaen"/>
        </w:rPr>
        <w:t>„დანიელისა და გამოცხადების წიგნები ერთია. ერთი არის წინასწარმეტყველება, მეორე კი — გამოცხადება; ერთი — დაბეჭდილი წიგნი, მეორე კი — გახსნილი წიგნი. იოანემ მოისმინა ის საიდუმლოებანი, რომლებიც ქუხილებმა წარმოთქვეს, მაგრამ უბრძანეს, არ დაეწერა ისინი.“ The Seventh-day Adventist Bible Commentary, volume 7, 971.</w:t>
      </w:r>
    </w:p>
    <w:p>
      <w:pPr>
        <w:pStyle w:val="ArticleBody"/>
        <w:jc w:val="left"/>
      </w:pPr>
      <w:r>
        <w:rPr>
          <w:rFonts w:ascii="Sylfaen" w:hAnsi="Sylfaen" w:eastAsia="Sylfaen" w:cs="Sylfaen"/>
        </w:rPr>
        <w:t>მნიშვნელოვნად მომეჩვენა, დრო დამეთმო მათეს წიგნის კონტექსტში განსახილველად, რათა ხაზი გამესვა პეტრეს კესარია ფილიპეში ყოფნის წინასწარმეტყველურ მნიშვნელობაზე, ვიდრე კვლევას კვლავ იოელის წიგნზე დავაბრუნებდი. ვეცდები, მათეს წიგნზე ჩემი დაკვირვებები შევაჯამო, იმ მიზნით, რომ წარმოვაჩინო პეტრეს კესარია ფილიპეში ყოფნის უზარმაზარი წინასწარმეტყველური მნიშვნელობა, რომელიც არის პანიუმი დანიელის მეთერთმეტე თავის ცამეტიდან მეთხუთმეტე მუხლებამდე.</w:t>
      </w:r>
    </w:p>
    <w:p>
      <w:pPr>
        <w:pStyle w:val="ArticleBody"/>
        <w:jc w:val="left"/>
      </w:pPr>
      <w:r>
        <w:rPr>
          <w:rFonts w:ascii="Sylfaen" w:hAnsi="Sylfaen" w:eastAsia="Sylfaen" w:cs="Sylfaen"/>
        </w:rPr>
        <w:t>მათეს წიგნი აგებულია სამ განსხვავებულ წინასწარმეტყველურ ხაზზე. პირველი ხაზი არის პირველი ათი თავი; მეორე ხაზი არის მომდევნო თორმეტი თავი, რომელთაც მოსდევს მესამე ხაზი, შედგენილი ექვსი თავისაგან. პირველი ათი თავი წარმოადგენს გამოცხადების მეთოთხმეტე თავის პირველ ანგელოზს, მომდევნო თორმეტი თავი წარმოადგენს გამოცხადების მეთოთხმეტე თავის მეორე ანგელოზს, ხოლო ბოლო ექვსი თავი წარმოადგენს გამოცხადების მეთოთხმეტე თავის მესამე ანგელოზს. მე ჯერ კიდევ ნათლად არ დამიმტკიცებია ეს დაკვირვება, მაგრამ ამის შესრულება ადვილად შეიძლება. ვიდრე ამას გავაკეთებდეთ, მსურს გავაგრძელო რამდენიმე უფრო ფართო მონასმის მოხაზვა იმ ტილოზე, რომელსაც მათეს წიგნი წარმოადგენს.</w:t>
      </w:r>
    </w:p>
    <w:p>
      <w:pPr>
        <w:pStyle w:val="ArticleBody"/>
        <w:jc w:val="left"/>
      </w:pPr>
      <w:r>
        <w:rPr>
          <w:rFonts w:ascii="Sylfaen" w:hAnsi="Sylfaen" w:eastAsia="Sylfaen" w:cs="Sylfaen"/>
        </w:rPr>
        <w:t>თავები თერთმეტიდან ოცდაორამდე წარმოდგენილია მეორე ანგელოზით, ხოლო მეორე ანგელოზი ყოველთვის აღნიშნავს გაორმაგებას, რადგან ბაბილონი დაეცა, დაეცა. დაბადების წიგნის თერთმეტიდან ოცდაორამდე თავები წარმოგვიდგენენ აღთქმას და შემდეგ ღვთის სამსაფეხურიან აღთქმას რჩეულ ხალხთან პატრიარქ აბრამის მეშვეობით. ამ თორმეტი თავის ზუსტად ცენტრალური მუხლი განსაზღვრავს „წინადაცვეთას“, როგორც აღთქმის ნიშანს, და იგი დადგინდა სამი საფეხურიდან მეორეში. მათეს პარალელური აღთქმის ხაზის ზუსტად ცენტრალური მუხლი არის ის, როდესაც სიმონ ბარჯონას სახელი შეიცვალა პეტრედ.</w:t>
      </w:r>
    </w:p>
    <w:p>
      <w:pPr>
        <w:pStyle w:val="ArticleScripture"/>
        <w:jc w:val="left"/>
      </w:pPr>
      <w:r>
        <w:rPr>
          <w:rFonts w:ascii="Sylfaen" w:hAnsi="Sylfaen" w:eastAsia="Sylfaen" w:cs="Sylfaen"/>
        </w:rPr>
        <w:t>და მე გეუბნები შენცა, რომ შენ ხარ პეტრე, და ამ კლდეზე ავაშენებ ჩემს ეკლესიას; და ჯოჯოხეთის ბჭენი ვერ სძლევენ მას. მათე 16:18.</w:t>
      </w:r>
    </w:p>
    <w:p>
      <w:pPr>
        <w:pStyle w:val="ArticleBody"/>
        <w:jc w:val="left"/>
      </w:pPr>
      <w:r>
        <w:rPr>
          <w:rFonts w:ascii="Sylfaen" w:hAnsi="Sylfaen" w:eastAsia="Sylfaen" w:cs="Sylfaen"/>
        </w:rPr>
        <w:t>პეტრეს სახელი წარმოადგენს ას ორმოცდაოთხ ათასს, და იგი წარმოადგენს იმ კლასს, რომელიც თავის რწმენას ქრისტეს უწყების მოსმენაზე აფუძნებს. არა უბრალოდ იესოს შესახებ უწყებას, არამედ იმ უწყებას, რომელიც იესომ თავადვე განსაზღვრა როგორც უფლის მიერ თავად პეტრესთვის მიცემული.</w:t>
      </w:r>
    </w:p>
    <w:p>
      <w:pPr>
        <w:pStyle w:val="ArticleScripture"/>
        <w:jc w:val="left"/>
      </w:pPr>
      <w:r>
        <w:rPr>
          <w:rFonts w:ascii="Sylfaen" w:hAnsi="Sylfaen" w:eastAsia="Sylfaen" w:cs="Sylfaen"/>
        </w:rPr>
        <w:t>იგი ეუბნება მათ: ხოლო თქვენ, ვის ამბობთ, რომ მე ვარ?</w:t>
      </w:r>
    </w:p>
    <w:p>
      <w:pPr>
        <w:pStyle w:val="ArticleScripture"/>
        <w:jc w:val="left"/>
      </w:pPr>
      <w:r>
        <w:rPr>
          <w:rFonts w:ascii="Sylfaen" w:hAnsi="Sylfaen" w:eastAsia="Sylfaen" w:cs="Sylfaen"/>
        </w:rPr>
        <w:t>და სიმონ პეტრემ მიუგო და თქვა: შენ ხარ ქრისტე, ძე ცოცხალი ღვთისა. ხოლო იესომ მიუგო და უთხრა მას,</w:t>
      </w:r>
    </w:p>
    <w:p>
      <w:pPr>
        <w:pStyle w:val="ArticleScripture"/>
        <w:jc w:val="left"/>
      </w:pPr>
      <w:r>
        <w:rPr>
          <w:rFonts w:ascii="Sylfaen" w:hAnsi="Sylfaen" w:eastAsia="Sylfaen" w:cs="Sylfaen"/>
        </w:rPr>
        <w:t>ნეტარ ხარ შენ, სიმონ ბარიონა, რადგან ხორცსა და სისხლს არ გამოუცხადებია ეს შენთვის, არამედ ჩემს ზეციერ მამას. მათე 16:15–17.</w:t>
      </w:r>
    </w:p>
    <w:p>
      <w:pPr>
        <w:pStyle w:val="ArticleBody"/>
        <w:jc w:val="left"/>
      </w:pPr>
      <w:r>
        <w:rPr>
          <w:rFonts w:ascii="Sylfaen" w:hAnsi="Sylfaen" w:eastAsia="Sylfaen" w:cs="Sylfaen"/>
        </w:rPr>
        <w:t>პეტრეს რწმენა დამყარებულია იმაზე, რომ იესო გახდა ქრისტე — მესია. პეტრეს სახელი იცვლება, როგორც აბრამის შეიცვალა აღთქმითი ურთიერთობის აღსანიშნავად, და მისი სახელი უტოლდება 144,000-ს; ხოლო სწორედ იმავე მუხლში დიდი ბრძოლა წარმოჩენილია, როგორც კლდე, რომელიც არის ეკლესიის საფუძველი და რომელიც გაიმარჯვებს ჯოჯოხეთის ეკლესიებზე. ას ორმოცდაოთხი ათასი რჩეული აღთქმის ხალხის საბოლოო გამოვლინებაა, და პეტრე ამ ჯგუფს წარმოადგენს.</w:t>
      </w:r>
    </w:p>
    <w:p>
      <w:pPr>
        <w:pStyle w:val="ArticleBody"/>
        <w:jc w:val="left"/>
      </w:pPr>
      <w:r>
        <w:rPr>
          <w:rFonts w:ascii="Sylfaen" w:hAnsi="Sylfaen" w:eastAsia="Sylfaen" w:cs="Sylfaen"/>
        </w:rPr>
        <w:t>პეტრე ერთდროულად წარმოადგენს პირველ ქრისტიანულ ეკლესიასაც, მოწაფეთა ეკლესიას, რადგან სწორედ ეს არის ის ისტორია, სადაც ქრისტემ თავისი ეკლესიის საფუძველი დადო. ქრისტე არის საფუძველი და ის არის აგრეთვე ქვის თავი, ხოლო პეტრე არის პირველი ქრისტიანული სასძლოსა და უკანასკნელი ქრისტიანული სასძლოს სიმბოლო. ამიტომ პეტრე ერთ მუხლში ერთდროულად არის ალფასა და ომეგას სიმბოლო.</w:t>
      </w:r>
    </w:p>
    <w:p>
      <w:pPr>
        <w:pStyle w:val="ArticleBody"/>
        <w:jc w:val="left"/>
      </w:pPr>
      <w:r>
        <w:rPr>
          <w:rFonts w:ascii="Sylfaen" w:hAnsi="Sylfaen" w:eastAsia="Sylfaen" w:cs="Sylfaen"/>
        </w:rPr>
        <w:t>ეს ერთი მუხლი არის იმ თორმეტი თავის ცენტრალური მუხლი, რომლებიც მეორე ანგელოზის უწყებას წარმოადგენს, და პეტრე „ორმაგად“ განასახიერებს როგორც პირველ საცოლეს, ისე უკანასკნელ საცოლეს. უკანასკნელი საცოლე ბრძოლაში იქნება სატანის სინაგოგასთან, და უკანასკნელი საცოლე ორი ჯგუფისაგან იქნება შემდგარი. ერთი ჯგუფი არის ას ორმოცდაოთხი ათასი, ხოლო მეორე ჯგუფი არის დიდძალი სიმრავლე. დიდძალი სიმრავლე სმირნით არის წარმოდგენილი, ხოლო ას ორმოცდაოთხი ათასი — ფილადელფიით.</w:t>
      </w:r>
    </w:p>
    <w:p>
      <w:pPr>
        <w:pStyle w:val="ArticleBody"/>
        <w:jc w:val="left"/>
      </w:pPr>
      <w:r>
        <w:rPr>
          <w:rFonts w:ascii="Sylfaen" w:hAnsi="Sylfaen" w:eastAsia="Sylfaen" w:cs="Sylfaen"/>
        </w:rPr>
        <w:t>ას ორმოცდაოთხი ათასი ფილადელფიელები არიან, ხოლო მეთვრამეტე მუხლში პეტრეს სახელის შეცვლა წარმოადგენს ას ორმოცდაოთხი ათასის დაბეჭდვას. იგი დაბეჭდილთა სიმბოლოა, და ამ მუხლში — თორმეტი აღთქმის თავის შუაგულ მუხლში — იგი შეესაბამება დაბადების თორმეტი თავის შუაგულ მუხლს, სადაც წინადაცვეთა ნიშანად არის განსაზღვრული. გამოცხადების მეთერთმეტე თავიდან ოცდამეორემდე თავები წარმოადგენენ აღთქმის მოწმობის თორმეტი თავის მესამე ხაზს, და ამ თორმეტი თავის შუაგული მუხლი განსაზღვრავს გამოცხადების მეჩვიდმეტე თავის მეძავის ქორწინებას ქვეყნიერების მეფეებთან.</w:t>
      </w:r>
    </w:p>
    <w:p>
      <w:pPr>
        <w:pStyle w:val="ArticleScripture"/>
        <w:jc w:val="left"/>
      </w:pPr>
      <w:r>
        <w:rPr>
          <w:rFonts w:ascii="Sylfaen" w:hAnsi="Sylfaen" w:eastAsia="Sylfaen" w:cs="Sylfaen"/>
        </w:rPr>
        <w:t>და მხეცი, რომელიც იყო და აღარ არის, თვითონვე მერვეა, და შვიდთაგან არის, და მიდის დასაღუპად. გამოცხადება 17:11.</w:t>
      </w:r>
    </w:p>
    <w:p>
      <w:pPr>
        <w:pStyle w:val="ArticleBody"/>
        <w:jc w:val="left"/>
      </w:pPr>
      <w:r>
        <w:rPr>
          <w:rFonts w:ascii="Sylfaen" w:hAnsi="Sylfaen" w:eastAsia="Sylfaen" w:cs="Sylfaen"/>
        </w:rPr>
        <w:t>ეს მუხლი დაკავშირებულია დიდ ბაბილონის საბოლოო დაცემის იდენტიფიცირებასთან, ხოლო ბაბელის პირველი დაცემა იყო დაბადების წიგნის თორმეტთავიანი აღთქმის ხაზის პირველ თავში. პეტრე ცენტრალურ მუხლში წარმოადგენს ას ორმოცდაოთხ ათასს, რაც თანხვდება დაბადების წიგნის ცენტრალურ მუხლს. გამოცხადების წიგნის ცენტრალურ მუხლში დიდი ბაბილონის დაცემა დასასრულამდე მიჰყავს ბაბელის დიდი მონადირის, ნიმროდის, ისტორიას.</w:t>
      </w:r>
    </w:p>
    <w:p>
      <w:pPr>
        <w:pStyle w:val="ArticleBody"/>
        <w:jc w:val="left"/>
      </w:pPr>
      <w:r>
        <w:rPr>
          <w:rFonts w:ascii="Sylfaen" w:hAnsi="Sylfaen" w:eastAsia="Sylfaen" w:cs="Sylfaen"/>
        </w:rPr>
        <w:t>ამ სამი წინასწარმეტყველური ხაზიდან თითოეულის ცენტრალური მუხლები განსაზღვრავს ან ღმერთის ბეჭედს, ან მხეცის ნიშანს. დაბადებაში დაწყებული ბაბილონური სიკვდილის აღთქმა გამოცხადებაში თავის დასასრულს აღწევს. ამით იგი სამივე ხაზს, როდესაც ისინი ერთად არის მოყვანილი, ხაზზე ხაზად, ერთდროულად დასაწყისსაც უდებს და დასასრულსაც. იქ, სადაც პეტრე გამოყენებულია როგორც კლდისა და ჯოჯოხეთის ბჭეთა შორის დიდი ბრძოლის სიმბოლო, არის მეორე ანგელოზის უწყება, რადგან მეორე ანგელოზის უწყება არის: დაეცა ბაბილონი (ნიმროდი), დაეცა (რომის მეძავი). მათეს სამ ხაზში მეორე ხაზი არის მეორე ანგელოზის უწყება, რადგან იგი ბაბილონის ორ დაცემას განსაზღვრავს. იგი აყენებს ყალბ ქორწინებას სწორედ იქ, სადაც ჭეშმარიტი ქორწინება სრულდება — კვირა კანონის დროს. იგი წარმოადგენს რიცხვ „8“-ს როგორც ღმერთის ხალხის, ჭეშმარიტი რვის, ყალბს. პაპობაც გამოსახულია როგორც ღმერთის გამყალბებელი, რადგან იგი იყო, და ჯერაც არის, და აღზევდება. იგი აღზევდება სწორედ იქ, სადაც დროშა აღიმართება — კვირა კანონის დროს.</w:t>
      </w:r>
    </w:p>
    <w:p>
      <w:pPr>
        <w:pStyle w:val="ArticleBody"/>
        <w:jc w:val="left"/>
      </w:pPr>
      <w:r>
        <w:rPr>
          <w:rFonts w:ascii="Sylfaen" w:hAnsi="Sylfaen" w:eastAsia="Sylfaen" w:cs="Sylfaen"/>
        </w:rPr>
        <w:t>მათეს სახარებაში არის თორმეტი მესიანური აღსრულება, ხოლო ძველ აღთქმაში მესიის შესახებ სამასიდან ხუთასამდე წინასწარმეტყველებაა. მათე შეიცავს თორმეტ პირდაპირ იდენტიფიცირებულ აღსრულებას, რაც მნიშვნელოვნად აღემატება დანარჩენ სამ სახარებაში არსებულ რაოდენობას. ეს თორმეტი აღსრულება შეესაბამება ას ორმოცდაოთხი ათასის რეფორმატორულ მოძრაობაში გამოკვეთილ ცხრა განსხვავებულ გზამარკერს. ცხრა სრულყოფილებას განასახიერებს, რადგან „ცხრის“ შემდეგ აღარ არსებობს რიცხვი, რომელიც ამ ცხრა ნიშნულის ფარგლებს სცდება; „ცხრის“ შემდგომ ყოველი რაოდენობა იყენებს მხოლოდ ერთიდან ცხრამდე ციფრებს და ნულს. ცხრა სისავსეა. ამ ცხრა გზამარკერიდან ორს მათეს ერთზე მეტი აღსრულება შეესაბამება. 9/11-ს ორი აქვს, ხოლო საკვირაო კანონს — სამი.</w:t>
      </w:r>
    </w:p>
    <w:p>
      <w:pPr>
        <w:pStyle w:val="ArticleBody"/>
        <w:jc w:val="left"/>
      </w:pPr>
      <w:r>
        <w:rPr>
          <w:rFonts w:ascii="Sylfaen" w:hAnsi="Sylfaen" w:eastAsia="Sylfaen" w:cs="Sylfaen"/>
        </w:rPr>
        <w:t>აღსასრულის დრო 1989 წელს, უწყების ფორმალიზება 1996 წელს, რასაც მოჰყვა 9/11, რასაც მოჰყვა იმედგაცრუება 2020 წლის 18 ივლისს, რასაც მოჰყვა ხმა უდაბნოში 2023 წლის ივლისში, რომელმაც 2024 წლის აღდგომამდე მიიყვანა, რომელსაც შუაღამის ღაღადი მოსდევს, რასაც მოსდევს მღვდლების გამოყოფა, რომელიც საკვირაო კანონთან აღწევს კულმინაციას. ცხრა სასაზღვრო ნიშანი: ერთს ორი მოწმე ჰყავს, ხოლო ერთს — სამი მოწმე; 9/11-ს ორი აქვს, ხოლო საკვირაო კანონს — სამი. ეს ნიშნავს, რომ ას ორმოცდაოთხი ათასის რეფორმის ხაზში, 9/11-ის ორი მოწმე საკვირაო კანონის სამ მოწმემდე — აღნიშნავს ას ორმოცდაოთხი ათასის დაბეჭდვის დროს. თორმეტი სასაზღვრო ნიშანი ეწყობა ყოველი რეფორმატორული მოძრაობის შესაბამისად და ამით ხაზს უსვამს და განსაზღვრავს ას ორმოცდაოთხი ათასის დაბეჭდვის დროს 9/11-იდან საკვირაო კანონამდე.</w:t>
      </w:r>
    </w:p>
    <w:p>
      <w:pPr>
        <w:pStyle w:val="ArticleBody"/>
        <w:jc w:val="left"/>
      </w:pPr>
      <w:r>
        <w:rPr>
          <w:rFonts w:ascii="Sylfaen" w:hAnsi="Sylfaen" w:eastAsia="Sylfaen" w:cs="Sylfaen"/>
        </w:rPr>
        <w:t>ამგვარად, იგი 9/11-ზე განსაზღვრავს ორ მოწმეს, ხოლო კვირის კანონის დროს — სამ მოწმეს. 9/11-ზე არსებული ორი მოწმე არის მეორე ანგელოზის უწყება, ხოლო კვირის კანონის დროს არსებული სამი მოწმე — მესამე ანგელოზის უწყება. ამიტომ, მათეს მიერ მესიანური წინასწარმეტყველებების აღსრულებებით ჩამოყალიბებული ხაზი გამოყოფს და განადიდებს დაბეჭდვის დროს, ამასთანავე მეორე ანგელოზს განსაზღვრავს, როგორც დაბეჭდვის დროის ისტორიის ალფას, ხოლო მესამე ანგელოზს — როგორც ომეგას. ეს ნიშნავს, რომ დაბეჭდვის დრო მოქცეულია რიცხვ ორასა და რიცხვ სამს შორის, და ამგვარად ოცდასამს — შერიგების სიმბოლოს — ადებს მთელი დაბეჭდვის ისტორიის თავზე.</w:t>
      </w:r>
    </w:p>
    <w:p>
      <w:pPr>
        <w:pStyle w:val="ArticleBody"/>
        <w:jc w:val="left"/>
      </w:pPr>
      <w:r>
        <w:rPr>
          <w:rFonts w:ascii="Sylfaen" w:hAnsi="Sylfaen" w:eastAsia="Sylfaen" w:cs="Sylfaen"/>
        </w:rPr>
        <w:t>მათეს წიგნში არის სამი წინასწარმეტყველური ხაზი, რომლებიც შესაბამისად წარმოადგენენ პირველ, მეორე და მესამე ანგელოზებს, და მათეს მეორე ხაზში არსებული თორმეტი თავი წარმოადგენს აღთქმას ას ორმოცდაოთხი ათასთან, რადგან იგი არის დაბადების წიგნის ალფა-აღთქმის, აბრამთან დადებული აღთქმის, ომეგა. ეს იმასაც ნიშნავს, რომ როგორც მეორე ანგელოზში, როცა პეტრე წარმოადგენს როგორც პირველ, ისე უკანასკნელ ქრისტიან სასძლოს, პეტრეს გაორება ამყარებს მეორე ანგელოზში გაორების წინასწარმეტყველურ მოთხოვნას. სამი მოწმის საფუძველზე, რიცხვი თორმეტი არის ის თოკი, რომელიც თორმეტი თავისგან შემდგარ სამ ხაზს ერთმანეთთან კრავს; ამიტომ, როცა მათეს წიგნში რიცხვი თორმეტის კიდევ ერთ წარმოდგენას ვპოულობთ, იგი თანხვედრაში უნდა იყოს მათეს წიგნში არსებულ სხვა თორმეტთან.</w:t>
      </w:r>
    </w:p>
    <w:p>
      <w:pPr>
        <w:pStyle w:val="ArticleBody"/>
        <w:jc w:val="left"/>
      </w:pPr>
      <w:r>
        <w:rPr>
          <w:rFonts w:ascii="Sylfaen" w:hAnsi="Sylfaen" w:eastAsia="Sylfaen" w:cs="Sylfaen"/>
        </w:rPr>
        <w:t>მათეს თორმეტი თავი, რომლებიც იწყება სიმბოლური რიცხვით თერთმეტით და სრულდება მისი სიმბოლური წყვილით — რიცხვი ოცდაორით, შეესაბამება ას ორმოცდაოთხი ათასის რეფორმის ხაზს, რომელიც წარმოდგენილია თორმეტი მესიანური აღსრულებით; ამგვარად ისინი ავლენენ მეორე „გაორმაგებას“ მეორე ანგელოზის ხაზში. თორმეტი მესიანური აღსრულება, თორმეტ თავთან ერთად, წარმოადგენს მეორე ანგელოზის „გაორმაგებას“, მაგრამ მათი ნამრავლი გამოხატავს 144,000-ს. პეტრე გაორმაგებულია და რიცხვი თორმეტიც აგრეთვე გაორმაგებულია. ეს გაორმაგებები აღასრულებს ბაბილონის ორგზის დაცემის გაორმაგებას.</w:t>
      </w:r>
    </w:p>
    <w:p>
      <w:pPr>
        <w:pStyle w:val="ArticleBody"/>
        <w:jc w:val="left"/>
      </w:pPr>
      <w:r>
        <w:rPr>
          <w:rFonts w:ascii="Sylfaen" w:hAnsi="Sylfaen" w:eastAsia="Sylfaen" w:cs="Sylfaen"/>
        </w:rPr>
        <w:t>თავები მეთერთმეტედან ოცდამეორემდე წარმოადგენს გამოცხადების მეთოთხმეტე თავის მეორე ანგელოზს. ათი გამოცდის სიმბოლოა, ხოლო სამი გამოცდიდან პირველი არის მათეს პირველი ათი თავი. „ათი“ გამოცდას აღნიშნავს. რადგან მათე არის ალფა გამოცხადების ომეგის მიმართ, ორივე წიგნის პირველი თავი იესო ქრისტეს გამოცხადებით იწყება. პირველ თავში იოსები გამოიცდება იმით, ირწმუნებს თუ არა ანგელოზს. მისი შესაბამისი პირი იყო იოანე ნათლისმცემლის მამა, ზაქარია, რომელმაც არ ირწმუნა და იმავე გამოცდაში წარუმატებელი აღმოჩნდა. ერთმა მიიღო განგებით ნაბოძები შობა, მეორემ კი იეჭვა.</w:t>
      </w:r>
    </w:p>
    <w:p>
      <w:pPr>
        <w:pStyle w:val="ArticleBody"/>
        <w:jc w:val="left"/>
      </w:pPr>
      <w:r>
        <w:rPr>
          <w:rFonts w:ascii="Sylfaen" w:hAnsi="Sylfaen" w:eastAsia="Sylfaen" w:cs="Sylfaen"/>
        </w:rPr>
        <w:t>მეორე თავში ჰეროდეს შეეშინდა ახალი მეფის შობისა, და იოსები და მარიამი ეგვიპტეში გაიქცნენ. მესამე თავში იოანე ნათლისმცემელმა მოიტანა პირველი გამოცდა — პირველი გამოცდა, რომელსაც და უაიტი სიცოცხლისა და სიკვდილის გამოცდად განსაზღვრავს, რადგან მან დაწერა, რომ „those who rejected the message of John could not be benefitted by Jesus.“ პირველი ანგელოზი არის გამომცდელი უწყება, რომელიც ადამიანებს მოუწოდებს, როგორც იოანეც მოუწოდებდა, ეშინოდეთ ღვთისა, რადგან ღვთის სამსჯავროს ჟამი მოდის. ეს იოანეთი არის წარმოდგენილი, როცა მან იკითხა: „who hath warned you to flee from the wrath to come?“</w:t>
      </w:r>
    </w:p>
    <w:p>
      <w:pPr>
        <w:pStyle w:val="ArticleBody"/>
        <w:jc w:val="left"/>
      </w:pPr>
      <w:r>
        <w:rPr>
          <w:rFonts w:ascii="Sylfaen" w:hAnsi="Sylfaen" w:eastAsia="Sylfaen" w:cs="Sylfaen"/>
        </w:rPr>
        <w:t>შემდეგ, მეოთხე თავში, იესო ორმოცი დღის განმავლობაში მარხულობს, რაც სამ განსხვავებულ გამოცდაში სრულდება, რადგან ეს სამი გამოცდა ყოველთვის წარმოდგენილია პირველი ანგელოზის უწყებაში. შემდეგ იესომ საფუძვლების შენება დაიწყო თავისი მოწაფეების ამორჩევით, ვინაიდან ეზრასა და ნეემიას დროს ტაძრის საფუძვლები დაიდო პირველი ბრძანებულების ისტორიის ფარგლებში, ხოლო მილერიტების დროს საფუძვლები დაიდო პირველი ანგელოზის ისტორიის ფარგლებში. საფუძვლებია ნეტარებები, რასაც მოსდევს მისი სასწაულები, რომლებმაც მიიყვანა იგი თორმეტი მოწაფის გაგზავნამდე, მეათე თავის დასასრულს. შემდეგ თორმეტი მოწაფე უკვე თავის ადგილზე იყო, და შთაგონება მიუთითებს, რომ მოწაფეები ქრისტიანული ეკლესიის საფუძველი იყვნენ. მეთერთმეტე თავისთვის საფუძვლები დასრულებული იყო.</w:t>
      </w:r>
    </w:p>
    <w:p>
      <w:pPr>
        <w:pStyle w:val="ArticleBody"/>
        <w:jc w:val="left"/>
      </w:pPr>
      <w:r>
        <w:rPr>
          <w:rFonts w:ascii="Sylfaen" w:hAnsi="Sylfaen" w:eastAsia="Sylfaen" w:cs="Sylfaen"/>
        </w:rPr>
        <w:t>მეთერთმეტე თავში მოწაფეები თვითონ მსახურობენ, იესო კი მარტო არის, რითაც განისაზღვრება აშკარა წყვეტა მეათე და მეთერთმეტე თავებს შორის. პირველი თავიდან მეათე თავის ჩათვლით წარმოდგენილია პირველი ანგელოზის უწყება; იგი დასრულდა მეორის მოსვლასთან ერთად. მეორე ანგელოზი წარმოშობს გაყოფას, გამიჯვნას, როგორც მილერიტებსა და პროტესტანტებს შორის. მეათე თავი მთავრდება იმით, რომ იესო გამოეყოფა მოწაფეებს, ხოლო მეთერთმეტე თავში იგი მარტო არის.</w:t>
      </w:r>
    </w:p>
    <w:p>
      <w:pPr>
        <w:pStyle w:val="ArticleBody"/>
        <w:jc w:val="left"/>
      </w:pPr>
      <w:r>
        <w:rPr>
          <w:rFonts w:ascii="Sylfaen" w:hAnsi="Sylfaen" w:eastAsia="Sylfaen" w:cs="Sylfaen"/>
        </w:rPr>
        <w:t>თერთმეტიდან ოცდამეორემდე თავები წარმოადგენენ მეორე ანგელოზს, რაც ოცდამესამედან ოცდამერვემდე თავებზე გადადის, როგორც მესამე ანგელოზის მესამე ხაზი. ცხადია, მესამე ანგელოზი აღწევს კვირის კანონს, რასაც წარმოადგენს ოცდამეექვსედან ოცდამერვემდე თავების პასექი. „23“ არის შერიგების სიმბოლო, და ამ ექვსი თავიდან პირველი წარმოადგენს პირველი ანგელოზის უწყებას, ხოლო უკანასკნელი სამი თავი წარმოადგენს მესამე ანგელოზის უწყებას. შუაში მდებარე ორი თავი (24 და 25) წარმოადგენს მეორე ანგელოზს. უკანასკნელი სამი თავი შეიცავს „23“ სპეციფიკურ გზამარკერს, რომლებიც ათანხმებენ „23“-ე თავს, როგორც პირველ ანგელოზს ანუ დასაწყისს, და ოცდამეექვსედან ოცდამერვემდე თავებს, როგორც მესამეს, „23“ გზამარკერით. ოცდამესამე თავი არის პირველი ანგელოზი, შემდეგი ორი თავი არის მეორე ანგელოზი, ხოლო უკანასკნელი სამი თავი არის მესამე ანგელოზი.</w:t>
      </w:r>
    </w:p>
    <w:p>
      <w:pPr>
        <w:pStyle w:val="ArticleBody"/>
        <w:jc w:val="left"/>
      </w:pPr>
      <w:r>
        <w:rPr>
          <w:rFonts w:ascii="Sylfaen" w:hAnsi="Sylfaen" w:eastAsia="Sylfaen" w:cs="Sylfaen"/>
        </w:rPr>
        <w:t>მათეს მესამე ხაზი წარმოადგენს მესამე ანგელოზს და იგი სამ საფეხურად იყოფა. 23-ე თავი არის პირველი საფეხური და პირველი ანგელოზი. 24-ე და 25-ე თავები არის მეორე საფეხური და მეორე ანგელოზი. 26-ე, 27-ე და 28-ე თავები არის მესამე საფეხური და მესამე ანგელოზი. ერთი თავი პირველი ანგელოზისთვის, ორი თავი მეორე ანგელოზისთვის და სამი თავი მესამე ანგელოზისთვის. მესამე, რომელიც არის პასექი, რომელიც წარმოადგენს ჯვარს, რაც, თავის მხრივ, შესაბამისობაშია კვირა დღის კანონთან, აგრეთვე წარმოდგენილია ორმოცდამეათე დღით.</w:t>
      </w:r>
    </w:p>
    <w:p>
      <w:pPr>
        <w:pStyle w:val="ArticleBody"/>
        <w:jc w:val="left"/>
      </w:pPr>
      <w:r>
        <w:rPr>
          <w:rFonts w:ascii="Sylfaen" w:hAnsi="Sylfaen" w:eastAsia="Sylfaen" w:cs="Sylfaen"/>
        </w:rPr>
        <w:t>ორმოცდაათი სულთმოფენობის რიცხვია, ხოლო 50 იუბილის სიმბოლოა. იუბილი მოიცავს ორმოცდამეცხრე წელს, შვიდწლეულთა მეშვიდე ციკლის დასასრულს. რიცხვი 49 წინ უსწრებს რიცხვ 50-ს, მაგრამ მასთან უშუალოდ არის დაკავშირებული. მათეს სახარებაში მესამე ხაზი იწყება 23-ე თავით; მას შემდეგ მოსდევს ორი თავი (24, 25), რომელთა ჯამიც არის 49, სწორედ მესამე ანგელოზის წინ, რომელიც წარმოადგენს რიცხვ 50-ს.</w:t>
      </w:r>
    </w:p>
    <w:p>
      <w:pPr>
        <w:pStyle w:val="ArticleBody"/>
        <w:jc w:val="left"/>
      </w:pPr>
      <w:r>
        <w:rPr>
          <w:rFonts w:ascii="Sylfaen" w:hAnsi="Sylfaen" w:eastAsia="Sylfaen" w:cs="Sylfaen"/>
        </w:rPr>
        <w:t>ექვსი თავების რიგის დასაწყისი არის „23“ და დასასრულიც არის „23“ საგზაო ნიშანი, ხოლო რაოდენობა, რომელიც მიიღება 26-ე თავისთვის 27-ისა და 28-ის დამატებით, უდრის „81“-ს, რაც არის მღვდლების სიმბოლო, ჩაშენებული სწორედ იმ მუხლებში, რომლებიც მიუთითებენ სისხლის დაღვრაზე, რომელსაც ზეციური მღვდელმთავარი გამოიყენებდა თავის მღვდელმთავრულ მსახურებაში. ამ მიზეზით, The Desire of Ages-ის „81“-ე თავის სათაური დაფუძნებულია მათეს 28-ზე.</w:t>
      </w:r>
    </w:p>
    <w:p>
      <w:pPr>
        <w:pStyle w:val="ArticleScripture"/>
        <w:jc w:val="left"/>
      </w:pPr>
      <w:r>
        <w:rPr>
          <w:rFonts w:ascii="Sylfaen" w:hAnsi="Sylfaen" w:eastAsia="Sylfaen" w:cs="Sylfaen"/>
        </w:rPr>
        <w:t>„თავი 81 — „უფალი აღდგა““</w:t>
      </w:r>
    </w:p>
    <w:p>
      <w:pPr>
        <w:pStyle w:val="ArticleScripture"/>
        <w:jc w:val="left"/>
      </w:pPr>
      <w:r>
        <w:rPr>
          <w:rFonts w:ascii="Sylfaen" w:hAnsi="Sylfaen" w:eastAsia="Sylfaen" w:cs="Sylfaen"/>
        </w:rPr>
        <w:t>„ეს თავი დაფუძნებულია მათეს 28:2–4, 11–15-ზე.“ ქრისტეს მისწრაფება, 780.</w:t>
      </w:r>
    </w:p>
    <w:p>
      <w:pPr>
        <w:pStyle w:val="ArticleBody"/>
        <w:jc w:val="left"/>
      </w:pPr>
      <w:r>
        <w:rPr>
          <w:rFonts w:ascii="Sylfaen" w:hAnsi="Sylfaen" w:eastAsia="Sylfaen" w:cs="Sylfaen"/>
        </w:rPr>
        <w:t>რიცხვი „81“ მღვდლობას აღნიშნავს, ხოლო ლევიანთა 8-ში წარმოდგენილია მღვდელთა კურთხევის შვიდი დღე. რიცხვთა 8-ე თავში წარმოდგენილია ლევიანთა განწმედა. 2 ნეშტთაში „81“ მღვდელი წინ აღუდგა მეფე ყუზიას, და ეს მონაკვეთი უშუალოდ უწყობს ხელს ას ორმოცდაოთხი ათასის დაბეჭდვის უწყების დამკვიდრებას.</w:t>
      </w:r>
    </w:p>
    <w:p>
      <w:pPr>
        <w:pStyle w:val="ArticleScripture"/>
        <w:jc w:val="left"/>
      </w:pPr>
      <w:r>
        <w:rPr>
          <w:rFonts w:ascii="Sylfaen" w:hAnsi="Sylfaen" w:eastAsia="Sylfaen" w:cs="Sylfaen"/>
        </w:rPr>
        <w:t>მაგრამ როცა იგი გაძლიერდა, მისი გული აღზევდა მისსავე დასაღუპად; რადგან შესცოდა უფალს, თავის ღმერთს, და შევიდა უფლის ტაძარში საკმევლის საკმევად საკმევლის სამსხვერპლოზე. და მღვდელი აზარია შევიდა მის შემდეგ, და მასთან ერთად ოთხმოცი უფლის მღვდელი, მამაცი კაცნი. და წინ აღუდგნენ მეფე უზიას და უთხრეს მას: შენ არ გეკუთვნის, უზია, უფლისათვის საკმევლის კმევა, არამედ აარონის ძეთა, იმ მღვდელთა, რომელნიც ნაკურთხნი არიან საკმევლის საკმევად; გამოდი საწმიდარიდან, რადგან დაარღვიე; და ეს არ იქნება შენთვის პატივად უფალი ღმერთისგან.</w:t>
      </w:r>
    </w:p>
    <w:p>
      <w:pPr>
        <w:pStyle w:val="ArticleScripture"/>
        <w:jc w:val="left"/>
      </w:pPr>
      <w:r>
        <w:rPr>
          <w:rFonts w:ascii="Sylfaen" w:hAnsi="Sylfaen" w:eastAsia="Sylfaen" w:cs="Sylfaen"/>
        </w:rPr>
        <w:t>მაშინ განრისხდა უზია, და საკმევლის საკმევლად ხელში საცეცხლური ეჭირა; და როცა მღვდლებზე იყო განრისხებული, კეთრმა მღვდლების წინაშე, უფლის სახლში, საკმევლის საკურთხევლის გვერდით, მის შუბლზე ამოუყარა. და ახედეს მას აზარია მთავარმღვდელმა და ყველა მღვდელმა, და აჰა, კეთროვანი იყო იგი თავის შუბლზე; და იქიდან გამოძევეს იგი; და თავადაც იჩქარა გასვლა, რადგან უფალმა დაჰკრა მას. და იყო მეფე უზია კეთროვანი თავისი სიკვდილის დღემდე და ცალკე სახლში ცხოვრობდა, რადგან კეთროვანი იყო; ვინაიდან მოკვეთილი იყო უფლის სახლიდან; ხოლო იოთამი, მისი ძე, მეფის სახლს განაგებდა და ქვეყნის ხალხს განიკითხავდა. 2 ნეშტთა 26:16–21.</w:t>
      </w:r>
    </w:p>
    <w:p>
      <w:pPr>
        <w:pStyle w:val="ArticleBody"/>
        <w:jc w:val="left"/>
      </w:pPr>
      <w:r>
        <w:rPr>
          <w:rFonts w:ascii="Sylfaen" w:hAnsi="Sylfaen" w:eastAsia="Sylfaen" w:cs="Sylfaen"/>
        </w:rPr>
        <w:t>ოთხმოცდაერთი, როგორც სიმბოლო, დაკავშირებულია იმ მღვდლებთან, რომლებიც ეწინააღმდეგებოდნენ უზიას მცდელობას, წმიდაში მსხვერპლი შეეწირა. უზიას შესახებ მონაკვეთის წინასწარმეტყველური სტრუქტურა ემთხვევა დანიელის მეთერთმეტე თავის მეთერთმეტე და მეთორმეტე მუხლების წინასწარმეტყველურ სტრუქტურას. ორივე მონაკვეთი ასახელებს სამხრეთის მეფეს, რომლის გულიც ამაღლებულია სამხედრო გამარჯვებებით, და განსაკუთრებით ჩრდილოეთის მეფეზე ახლახან მოპოვებული გამარჯვებით. როდესაც დანიელის მეთერთმეტე თავის მეთერთმეტე მუხლი პტოლემეოსის მიერ აღსრულდა რაფიის ბრძოლაში, მან, უზიას მსგავსად, იერუსალიმის წმიდაში მსხვერპლის შეწირვა მოინდომა, მაგრამ მღვდლებმა წინააღმდეგობა გაუწიეს. სტრიქონზე სტრიქონი ეს ორი მოწმე თითქმის დასრულებულ უკრაინის ომს მიუთითებს.</w:t>
      </w:r>
    </w:p>
    <w:p>
      <w:pPr>
        <w:pStyle w:val="ArticleBody"/>
        <w:jc w:val="left"/>
      </w:pPr>
      <w:r>
        <w:rPr>
          <w:rFonts w:ascii="Sylfaen" w:hAnsi="Sylfaen" w:eastAsia="Sylfaen" w:cs="Sylfaen"/>
        </w:rPr>
        <w:t>საუკუნეთა სურვილის ოთხმოცდამერვე თავი დაფუძნებულია მათეს 28-ე თავზე და მიუთითებს ქრისტეზე, რომელიც ამაღლდა, რათა დაეწყო თავისი მსახურება, როგორც ზეციერი მღვდელმთავარი.</w:t>
      </w:r>
    </w:p>
    <w:p>
      <w:pPr>
        <w:pStyle w:val="ArticleScripture"/>
        <w:jc w:val="left"/>
      </w:pPr>
      <w:r>
        <w:rPr>
          <w:rFonts w:ascii="Sylfaen" w:hAnsi="Sylfaen" w:eastAsia="Sylfaen" w:cs="Sylfaen"/>
        </w:rPr>
        <w:t>ახლა კი, რაც ითქვა, ამის არსი ეს არის: გვყავს ჩვენ ასეთი მღვდელმთავარი, რომელიც დაჯდა ცათა შინა დიდების ტახტის მარჯვენით. ებრაელთა 8:1.</w:t>
      </w:r>
    </w:p>
    <w:p>
      <w:pPr>
        <w:pStyle w:val="ArticleBody"/>
        <w:jc w:val="left"/>
      </w:pPr>
      <w:r>
        <w:rPr>
          <w:rFonts w:ascii="Sylfaen" w:hAnsi="Sylfaen" w:eastAsia="Sylfaen" w:cs="Sylfaen"/>
        </w:rPr>
        <w:t>რიცხვი „81“ მღვდლების სიმბოლოა, ხოლო მათეს მესამე ხაზის მესამე საფეხურზე თავები 26, 27, 28 ჯამში 81-ს შეადგენს. მეორე საფეხური 49-ს შეადგენს, ხოლო პირველი საფეხური 23-ია. ოთხმოცდაერთი წარმოადგენს ოთხმოც მღვდელსა და ერთ მღვდელმთავარს ოზიას მოწმობაში. ამ დონეზე ოთხმოცი მღვდელი ადამიანურია, ხოლო მღვდელმთავარი — ღვთიური. 81 წარმოადგენს ღვთიურისა და ადამიანურის შეერთებას. რიცხვი ერთი, რომელიც შედის რიცხვ ოთხმოცდაერთში, ღვთიურობას აღნიშნავს.</w:t>
      </w:r>
    </w:p>
    <w:p>
      <w:pPr>
        <w:pStyle w:val="ArticleBody"/>
        <w:jc w:val="left"/>
      </w:pPr>
      <w:r>
        <w:rPr>
          <w:rFonts w:ascii="Sylfaen" w:hAnsi="Sylfaen" w:eastAsia="Sylfaen" w:cs="Sylfaen"/>
        </w:rPr>
        <w:t>თერთმეტში რიცხვი ერთი წარმოადგენს კაცობრიობას და აგრეთვე ღვთაებრიობას. რიცხვ ოცდაერთში რიცხვი ერთი წარმოადგენს ღვთაებრიობას, ხოლო ოცი — კაცობრიობას. ორისა და ერთის ეს შერწყმა ჩანს ემაუსისკენ მიმავალ მოწაფეებში.</w:t>
      </w:r>
    </w:p>
    <w:p>
      <w:pPr>
        <w:pStyle w:val="ArticleBody"/>
        <w:jc w:val="left"/>
      </w:pPr>
      <w:r>
        <w:rPr>
          <w:rFonts w:ascii="Sylfaen" w:hAnsi="Sylfaen" w:eastAsia="Sylfaen" w:cs="Sylfaen"/>
        </w:rPr>
        <w:t>სამისა და ერთის შეერთება არის კაცობრიობა და ღვთაებრიობა, როგორც ეს წარმოდგენილია შადრაქის, მეშაქის და აბედნეგოს ცეცხლოვან ღუმელში.</w:t>
      </w:r>
    </w:p>
    <w:p>
      <w:pPr>
        <w:pStyle w:val="ArticleBody"/>
        <w:jc w:val="left"/>
      </w:pPr>
      <w:r>
        <w:rPr>
          <w:rFonts w:ascii="Sylfaen" w:hAnsi="Sylfaen" w:eastAsia="Sylfaen" w:cs="Sylfaen"/>
        </w:rPr>
        <w:t>ოთხისა და ერთის კომბინაცია მიუთითებს, რომ ღვთაებრიობისა და კაცობრიობის შეერთება მეოთხე თაობაში სრულდება.</w:t>
      </w:r>
    </w:p>
    <w:p>
      <w:pPr>
        <w:pStyle w:val="ArticleBody"/>
        <w:jc w:val="left"/>
      </w:pPr>
      <w:r>
        <w:rPr>
          <w:rFonts w:ascii="Sylfaen" w:hAnsi="Sylfaen" w:eastAsia="Sylfaen" w:cs="Sylfaen"/>
        </w:rPr>
        <w:t>ხუთისა და ერთის კომბინაცია მიუთითებს იმ ხუთ ქალწულზე, რომლებიც სიძეს ელოდებოდნენ.</w:t>
      </w:r>
    </w:p>
    <w:p>
      <w:pPr>
        <w:pStyle w:val="ArticleBody"/>
        <w:jc w:val="left"/>
      </w:pPr>
      <w:r>
        <w:rPr>
          <w:rFonts w:ascii="Sylfaen" w:hAnsi="Sylfaen" w:eastAsia="Sylfaen" w:cs="Sylfaen"/>
        </w:rPr>
        <w:t>ექვსისა და ერთის ერთობლიობა გამოხატავს ადამიანის დამოკიდებულებას მეშვიდე დღის შაბათისადმი, რომლის უფალიც ღვთაებრიობაა. რიცხვი „ექვსი“ ადამიანის სიმბოლოა, ხოლო ერთი — ქრისტე.</w:t>
      </w:r>
    </w:p>
    <w:p>
      <w:pPr>
        <w:pStyle w:val="ArticleBody"/>
        <w:jc w:val="left"/>
      </w:pPr>
      <w:r>
        <w:rPr>
          <w:rFonts w:ascii="Sylfaen" w:hAnsi="Sylfaen" w:eastAsia="Sylfaen" w:cs="Sylfaen"/>
        </w:rPr>
        <w:t>შვიდისა და ერთის კომბინაცია წარმოადგენს მეშვიდე ეკლესიის, ლაოდიკიის, გადასვლას ფილადელფიური გამოცდილებისკენ.</w:t>
      </w:r>
    </w:p>
    <w:p>
      <w:pPr>
        <w:pStyle w:val="ArticleBody"/>
        <w:jc w:val="left"/>
      </w:pPr>
      <w:r>
        <w:rPr>
          <w:rFonts w:ascii="Sylfaen" w:hAnsi="Sylfaen" w:eastAsia="Sylfaen" w:cs="Sylfaen"/>
        </w:rPr>
        <w:t>81 არის მღვდლებისა და მათი ურთიერთობის სიმბოლო მღვდელმთავართან.</w:t>
      </w:r>
    </w:p>
    <w:p>
      <w:pPr>
        <w:pStyle w:val="ArticleBody"/>
        <w:jc w:val="left"/>
      </w:pPr>
      <w:r>
        <w:rPr>
          <w:rFonts w:ascii="Sylfaen" w:hAnsi="Sylfaen" w:eastAsia="Sylfaen" w:cs="Sylfaen"/>
        </w:rPr>
        <w:t>ცხრასა და ერთის ერთობლიობა სისრულეს აღნიშნავს. ორსულობა ცხრა თვეს გრძელდება. ნოემდე მიყვანილიყო ცხრა თაობა, და ამის შემდეგაც იყო ცხრა თაობა, რომელმაც აღთქმამდე მიიყვანა. იესომ სული განუტევა მეცხრე ჟამს. ცხრისა და ერთის ერთობლიობა მიუთითებს მისი ხალხის დაბეჭდვის საქმის დასრულებაზე.</w:t>
      </w:r>
    </w:p>
    <w:p>
      <w:pPr>
        <w:pStyle w:val="ArticleBody"/>
        <w:jc w:val="left"/>
      </w:pPr>
      <w:r>
        <w:rPr>
          <w:rFonts w:ascii="Sylfaen" w:hAnsi="Sylfaen" w:eastAsia="Sylfaen" w:cs="Sylfaen"/>
        </w:rPr>
        <w:t>ამ კონტექსტში, პირველი არის კაცობრიობისა და ღვთაებრიობის შერწყმა; მეორე რიცხვი არის ღვთიური მოძღვარი, რომელიც კაცობრიობას ასწავლის. მესამე არის სამი ანგელოზის უწყება, რომელიც ის უწყებაა, რასაც ისინი მეორე რიცხვში სწავლობენ. მეოთხე მიუთითებს მეოთხე თაობაზე და ამით განსაზღვრავს იმ წინასწარმეტყველურ ისტორიას, როდესაც ხუთი გონიერი ქალწული ცხადდება და კვლავ იქმნება, როგორც ეს წარმოდგენილია ქმნილების მეექვსე დღით. შემდეგ მეშვიდე საფეხური მიუთითებს ფილადელფიაზე გადასვლასა და იმ გამოცანაზე, რომ რვა შვიდთაგან არის. ამ დროს აღსრულდება აღთქმა და „81“-ის მღვდლობა აღიმართება, რათა დაასრულოს საქმე, რომელიც წარმოდგენილია ცხრა რიცხვით. ყოველ საფეხურზე პირველი რიცხვი არის იუდას ტომის ლომი, რომელიც ასევე არის ფალმონი, საკვირველი მრიცხველი. 81 მღვდლების სიმბოლოა. ფალმონიმ შექმნა ყველა რიცხვი.</w:t>
      </w:r>
    </w:p>
    <w:p>
      <w:pPr>
        <w:pStyle w:val="ArticleBody"/>
        <w:jc w:val="left"/>
      </w:pPr>
      <w:r>
        <w:rPr>
          <w:rFonts w:ascii="Sylfaen" w:hAnsi="Sylfaen" w:eastAsia="Sylfaen" w:cs="Sylfaen"/>
        </w:rPr>
        <w:t>რიცხვი თერთმეტი წარმოადგენს ოცდაორის ნახევარს, და ორივე აღნიშნავს ღვთაებრიობისა და ადამიანობის შეერთებას. ახლახან გამოქვეყნებულ სტატიაში მე შევიტანე ორი განცხადება, რომლებიც დასაწყისსა და დასასრულს ეხება.</w:t>
      </w:r>
    </w:p>
    <w:p>
      <w:pPr>
        <w:pStyle w:val="ArticleBody"/>
        <w:jc w:val="left"/>
      </w:pPr>
      <w:r>
        <w:rPr>
          <w:rFonts w:ascii="Sylfaen" w:hAnsi="Sylfaen" w:eastAsia="Sylfaen" w:cs="Sylfaen"/>
        </w:rPr>
        <w:t>პირველმა განცხადებამ აღნიშნა, რომ როდესაც ელენ უაითს საწმიდრის შესახებ თავისი პირველი ხილვები ჰქონდა, მას ეჩვენა, რომ შაბათის მცნება სხვა მცნებებზე უფრო კაშკაშად ბრწყინავდა. მას ასევე ეჩვენა, რომ უკანასკნელ დღეებში „განსხეულების მოძღვრება“ ნაზი ბრწყინვალებით იყო შემოსილი. შაბათი დასაწყისში იყო ნათელი, რომელიც ბოლოს განსხეულების მოძღვრებას განასახიერებდა. ღვთაებრიობისა და ადამიანობის შეერთება არის განსხეულების მოძღვრება, ვინაიდან ეს არის მოძღვრება ქრისტეს მიერ ადამიანური ხორცის თავის თავზე მიღების შესახებ და ამგვარად იმ მაგალითის დადგენის შესახებ, რომ ღვთაებრიობა, ადამიანობასთან შეერთებული, არ სცოდავს.</w:t>
      </w:r>
    </w:p>
    <w:p>
      <w:pPr>
        <w:pStyle w:val="ArticleBody"/>
        <w:jc w:val="left"/>
      </w:pPr>
      <w:r>
        <w:rPr>
          <w:rFonts w:ascii="Sylfaen" w:hAnsi="Sylfaen" w:eastAsia="Sylfaen" w:cs="Sylfaen"/>
        </w:rPr>
        <w:t>თერთმეტი პლუს თერთმეტი უდრის ოცდაორს, და რიცხვი თერთმეტი იწყებს თორმეტთავსიან აღთქმისეულ ხაზთაგან თითოეულს, ხოლო ყოველი მათგანი ოცდაორით მთავრდება. წმინდა წერილებში მეთერთმეტე თავები და მეთერთმეტე მუხლები ას ორმოცდაოთხი ათასის გზამკვლევ ნიშნებს წარმოადგენს.</w:t>
      </w:r>
    </w:p>
    <w:p>
      <w:pPr>
        <w:pStyle w:val="ArticleHeading"/>
        <w:jc w:val="left"/>
      </w:pPr>
      <w:r>
        <w:rPr>
          <w:rFonts w:ascii="Sylfaen" w:hAnsi="Sylfaen" w:eastAsia="Sylfaen" w:cs="Sylfaen"/>
        </w:rPr>
        <w:t>2014</w:t>
      </w:r>
    </w:p>
    <w:p>
      <w:pPr>
        <w:pStyle w:val="ArticleBody"/>
        <w:jc w:val="left"/>
      </w:pPr>
      <w:r>
        <w:rPr>
          <w:rFonts w:ascii="Sylfaen" w:hAnsi="Sylfaen" w:eastAsia="Sylfaen" w:cs="Sylfaen"/>
        </w:rPr>
        <w:t>უკრაინის ომი 2014 წელს დაიწყო და წარმოადგენს ას ორმოცდაოთხი ათასის დაბეჭდვის დროის გარეგან ხაზს.</w:t>
      </w:r>
    </w:p>
    <w:p>
      <w:pPr>
        <w:pStyle w:val="ArticleScripture"/>
        <w:jc w:val="left"/>
      </w:pPr>
      <w:r>
        <w:rPr>
          <w:rFonts w:ascii="Sylfaen" w:hAnsi="Sylfaen" w:eastAsia="Sylfaen" w:cs="Sylfaen"/>
        </w:rPr>
        <w:t>და სამხრეთის მეფე აღძრული იქნება რისხვით, გამოვა და შეებრძოლება მას, ჩრდილოეთის მეფესაც კი; და იგი წამოაყენებს დიდ სიმრავლეს; მაგრამ ეს სიმრავლე მის ხელში მიეცემა. დანიელი 11:11.</w:t>
      </w:r>
    </w:p>
    <w:p>
      <w:pPr>
        <w:pStyle w:val="ArticleHeading"/>
        <w:jc w:val="left"/>
      </w:pPr>
      <w:r>
        <w:rPr>
          <w:rFonts w:ascii="Sylfaen" w:hAnsi="Sylfaen" w:eastAsia="Sylfaen" w:cs="Sylfaen"/>
        </w:rPr>
        <w:t>2020 წლის 18 ივლისი</w:t>
      </w:r>
    </w:p>
    <w:p>
      <w:pPr>
        <w:pStyle w:val="ArticleBody"/>
        <w:jc w:val="left"/>
      </w:pPr>
      <w:r>
        <w:rPr>
          <w:rFonts w:ascii="Sylfaen" w:hAnsi="Sylfaen" w:eastAsia="Sylfaen" w:cs="Sylfaen"/>
        </w:rPr>
        <w:t>პირველი იმედგაცრუება იყო იესოს დაყოვნება ლაზარეს აღსადგენად წასვლაში — ეს იყო გვირგვინისებური სასწაული და ღვთის ბეჭედი. იესომ ოთხი დღე დაიცადა, ვიდრე ლაზარეს აღადგენდა. იოანეს სახარებაში ეს მუხლი მიუთითებს შვიდი სასწაულიდან უკანასკნელზე, რომლებიც უშუალოდ არის განსაზღვრული იოანეს სახარებაში. პირველი იყო წყლის ღვინოდ გადაქცევა. დიდია ნათელი შვიდი სასწაულის განხილვაში, რომლებიც იოანეს 11:11-ით სრულდება, და ყველა ღვთისმეტყველი თანხმდება, რომ იოანეს სახარებაში მხოლოდ შვიდი სასწაულია, იმ საფუძველზე, რომ სწორედ ეს სასწაულებია უშუალოდ აღნიშნული. ამ მიზეზით ისინი არ მიიჩნევენ ქრისტეს აღდგომას მერვე ნიშნად, თუმცა ეს იყო სასწაული, და მისი აღდგომა არის აღთქმის ნიშანი; ამიტომ იოანეს წიგნში აღდგომა არის მერვე სასწაული, რომელიც იმ შვიდთაგანია, რადგან თითოეული წინამორბედი შვიდი სასწაული აღსრულდა მისი აღდგომის ძალით.</w:t>
      </w:r>
    </w:p>
    <w:p>
      <w:pPr>
        <w:pStyle w:val="ArticleScripture"/>
        <w:jc w:val="left"/>
      </w:pPr>
      <w:r>
        <w:rPr>
          <w:rFonts w:ascii="Sylfaen" w:hAnsi="Sylfaen" w:eastAsia="Sylfaen" w:cs="Sylfaen"/>
        </w:rPr>
        <w:t>ეს უთხრა მან; და ამის შემდეგ ეუბნება მათ: ჩვენი მეგობარი ლაზარე დაიძინა; მაგრამ მე მივდივარ, რათა გავაღვიძო იგი ძილისაგან. იოანე 11:11.</w:t>
      </w:r>
    </w:p>
    <w:p>
      <w:pPr>
        <w:pStyle w:val="ArticleHeading"/>
        <w:jc w:val="left"/>
      </w:pPr>
      <w:r>
        <w:rPr>
          <w:rFonts w:ascii="Sylfaen" w:hAnsi="Sylfaen" w:eastAsia="Sylfaen" w:cs="Sylfaen"/>
        </w:rPr>
        <w:t>ივლისი, 2023</w:t>
      </w:r>
    </w:p>
    <w:p>
      <w:pPr>
        <w:pStyle w:val="ArticleBody"/>
        <w:jc w:val="left"/>
      </w:pPr>
      <w:r>
        <w:rPr>
          <w:rFonts w:ascii="Sylfaen" w:hAnsi="Sylfaen" w:eastAsia="Sylfaen" w:cs="Sylfaen"/>
        </w:rPr>
        <w:t>2023 წლის ივლისში უდაბნოში მღაღადებელმა ხმამ დაიწყო სიცოცხლის სულის მქონე უწყების ქადაგება.</w:t>
      </w:r>
    </w:p>
    <w:p>
      <w:pPr>
        <w:pStyle w:val="ArticleScripture"/>
        <w:jc w:val="left"/>
      </w:pPr>
      <w:r>
        <w:rPr>
          <w:rFonts w:ascii="Sylfaen" w:hAnsi="Sylfaen" w:eastAsia="Sylfaen" w:cs="Sylfaen"/>
        </w:rPr>
        <w:t>და სამ-ნახევარი დღის შემდეგ ღმრთისგან სიცოცხლის სული შევიდა მათში, და ისინი დადგნენ თავიანთ ფეხზე; და დიდი შიში დაეცა მათზე, რომელთაც იხილეს ისინი. გამოცხადება 11:11.</w:t>
      </w:r>
    </w:p>
    <w:p>
      <w:pPr>
        <w:pStyle w:val="ArticleBody"/>
        <w:jc w:val="left"/>
      </w:pPr>
      <w:r>
        <w:rPr>
          <w:rFonts w:ascii="Sylfaen" w:hAnsi="Sylfaen" w:eastAsia="Sylfaen" w:cs="Sylfaen"/>
        </w:rPr>
        <w:t>იოანე იბადება კვირის კანონის დადგომამდე რვა დღით ადრე, რადგან სწორედ კვირის კანონის ჟამს ალაპარაკდება მისი მამა, ზაქარია. კვირის კანონის დროს იოანეს სახელი იცვლება ზაქარიიდან იოანედ, როდესაც მისი სახელის ცვლილება აღთქმასთან დაკავშირებულ ურთიერთობას ამოიცნობს. ეს შობა განასახიერებს 2020 წლის 18 ივლისს ქუჩებში მოკლულთა აღდგომას.</w:t>
      </w:r>
    </w:p>
    <w:p>
      <w:pPr>
        <w:pStyle w:val="ArticleScripture"/>
        <w:jc w:val="left"/>
      </w:pPr>
      <w:r>
        <w:rPr>
          <w:rFonts w:ascii="Sylfaen" w:hAnsi="Sylfaen" w:eastAsia="Sylfaen" w:cs="Sylfaen"/>
        </w:rPr>
        <w:t>ჭეშმარიტად გეუბნებით თქვენ: ქალთაგან შობილთა შორის არ აღმდგარა იოანე ნათლისმცემელზე დიდი; ხოლო ცათა სასუფეველში უმცირესიც კი მასზე დიდია. მათე 11:11.</w:t>
      </w:r>
    </w:p>
    <w:p>
      <w:pPr>
        <w:pStyle w:val="ArticleHeading"/>
        <w:jc w:val="left"/>
      </w:pPr>
      <w:r>
        <w:rPr>
          <w:rFonts w:ascii="Sylfaen" w:hAnsi="Sylfaen" w:eastAsia="Sylfaen" w:cs="Sylfaen"/>
        </w:rPr>
        <w:t>2024</w:t>
      </w:r>
    </w:p>
    <w:p>
      <w:pPr>
        <w:pStyle w:val="ArticleBody"/>
        <w:jc w:val="left"/>
      </w:pPr>
      <w:r>
        <w:rPr>
          <w:rFonts w:ascii="Sylfaen" w:hAnsi="Sylfaen" w:eastAsia="Sylfaen" w:cs="Sylfaen"/>
        </w:rPr>
        <w:t>ესაია მიუთითებს მეორე შეკრებაზე, რომელიც შესრულდა 1849 წელს. მეორე შეკრება დაიწყო 2023 წლის ივლისში და სრულდება მაშინ, როცა ღვთის ერი დაიბეჭდება.</w:t>
      </w:r>
    </w:p>
    <w:p>
      <w:pPr>
        <w:pStyle w:val="ArticleScripture"/>
        <w:jc w:val="left"/>
      </w:pPr>
      <w:r>
        <w:rPr>
          <w:rFonts w:ascii="Sylfaen" w:hAnsi="Sylfaen" w:eastAsia="Sylfaen" w:cs="Sylfaen"/>
        </w:rPr>
        <w:t>და იქნება იმ დღეს, რომ უფალი კვლავ, მეორედ, გამოიწვდის თავის ხელს, რათა დაიბრუნოს თავისი ხალხის ნარჩომი, რომელიც დარჩენილი იქნება აშურიდან, ეგვიპტიდან, ფათროსიდან, ქუშიდან, ელამიდან, შინარიდან, ხამათიდან და ზღვის კუნძულებიდან. ესაია 11:11.</w:t>
      </w:r>
    </w:p>
    <w:p>
      <w:pPr>
        <w:pStyle w:val="ArticleHeading"/>
        <w:jc w:val="left"/>
      </w:pPr>
      <w:r>
        <w:rPr>
          <w:rFonts w:ascii="Sylfaen" w:hAnsi="Sylfaen" w:eastAsia="Sylfaen" w:cs="Sylfaen"/>
        </w:rPr>
        <w:t>კვირის კანონის წინავე</w:t>
      </w:r>
    </w:p>
    <w:p>
      <w:pPr>
        <w:pStyle w:val="ArticleBody"/>
        <w:jc w:val="left"/>
      </w:pPr>
      <w:r>
        <w:rPr>
          <w:rFonts w:ascii="Sylfaen" w:hAnsi="Sylfaen" w:eastAsia="Sylfaen" w:cs="Sylfaen"/>
        </w:rPr>
        <w:t>იესომ ახლახან დაასრულა დიდებით შესვლა, რითაც გამოავლინა შუაღამის ძახილიდან კვირის კანონზე გადასვლა; მასთან არიან თორმეტი მოწაფე, რადგან ისინი უკვე არჩეულნი არიან კვირის კანონამდე.</w:t>
      </w:r>
    </w:p>
    <w:p>
      <w:pPr>
        <w:pStyle w:val="ArticleScripture"/>
        <w:jc w:val="left"/>
      </w:pPr>
      <w:r>
        <w:rPr>
          <w:rFonts w:ascii="Sylfaen" w:hAnsi="Sylfaen" w:eastAsia="Sylfaen" w:cs="Sylfaen"/>
        </w:rPr>
        <w:t>და იესო შევიდა იერუსალიმში და ტაძარში; და როცა ყოველივეს ირგვლივ მოავლო თვალი, და უკვე საღამო დამდგარიყო, იგი გავიდა ბეთანიაში თორმეტთან ერთად. მარკოზი 11:11.</w:t>
      </w:r>
    </w:p>
    <w:p>
      <w:pPr>
        <w:pStyle w:val="ArticleBody"/>
        <w:jc w:val="left"/>
      </w:pPr>
      <w:r>
        <w:rPr>
          <w:rFonts w:ascii="Sylfaen" w:hAnsi="Sylfaen" w:eastAsia="Sylfaen" w:cs="Sylfaen"/>
        </w:rPr>
        <w:t>როცა ას ორმოცდაოთხი ათასზე დაბეჭდვა აღსრულდება, სწორედ კვირადღის კანონის წინ, ღვთაებრიობის ქმრისა და ადამიანობის ცოლის შეერთება დასრულებულია, და ეს ორი საუკუნოდ ერთია, რადგან გამოსყიდვა დასრულებულია.</w:t>
      </w:r>
    </w:p>
    <w:p>
      <w:pPr>
        <w:pStyle w:val="ArticleScripture"/>
        <w:jc w:val="left"/>
      </w:pPr>
      <w:r>
        <w:rPr>
          <w:rFonts w:ascii="Sylfaen" w:hAnsi="Sylfaen" w:eastAsia="Sylfaen" w:cs="Sylfaen"/>
        </w:rPr>
        <w:t>მაგრამ არც კაცი არის ქალის გარეშე და არც ქალი—კაცის გარეშე უფალში. 1 კორინთელთა 11:11.</w:t>
      </w:r>
    </w:p>
    <w:p>
      <w:pPr>
        <w:pStyle w:val="ArticleBody"/>
        <w:jc w:val="left"/>
      </w:pPr>
      <w:r>
        <w:rPr>
          <w:rFonts w:ascii="Sylfaen" w:hAnsi="Sylfaen" w:eastAsia="Sylfaen" w:cs="Sylfaen"/>
        </w:rPr>
        <w:t>სარას სასწაულებრივი შობა, შობა, რომელიც 1863 წლის განდგომილების შემდეგ დიდხანს იყო დაგვიანებული, სრულდება მაშინ, როდესაც გამოცხადების მეთორმეტე თავის ქალი ტყუპებს შობს. პირველი შვილი შუაღამის ღაღადის დროს იბადება, ხოლო მეორე შვილი — კვირადღის კანონის დროს. ის შვილი, რომელიც მეორედ გამოვიდა, ატარებდა ალისფერ ძაფს, რომელიც წარმოადგენს რახაბის ნიშანს იერიხონში.</w:t>
      </w:r>
    </w:p>
    <w:p>
      <w:pPr>
        <w:pStyle w:val="ArticleScripture"/>
        <w:jc w:val="left"/>
      </w:pPr>
      <w:r>
        <w:rPr>
          <w:rFonts w:ascii="Sylfaen" w:hAnsi="Sylfaen" w:eastAsia="Sylfaen" w:cs="Sylfaen"/>
        </w:rPr>
        <w:t>რწმენით სარამაც თავად მიიღო ძალა, რომ თესლი მიეღო და შვა შვილი, თუმცა ასაკს გადაცილებული იყო, რადგან აღთქმის მომცემს სარწმუნოდ შერაცხა. ებრაელთა 11:11.</w:t>
      </w:r>
    </w:p>
    <w:p>
      <w:pPr>
        <w:pStyle w:val="ArticleHeading"/>
        <w:jc w:val="left"/>
      </w:pPr>
      <w:r>
        <w:rPr>
          <w:rFonts w:ascii="Sylfaen" w:hAnsi="Sylfaen" w:eastAsia="Sylfaen" w:cs="Sylfaen"/>
        </w:rPr>
        <w:t>ლაოდიკიისთვის საკვირაო კანონი</w:t>
      </w:r>
    </w:p>
    <w:p>
      <w:pPr>
        <w:pStyle w:val="ArticleBody"/>
        <w:jc w:val="left"/>
      </w:pPr>
      <w:r>
        <w:rPr>
          <w:rFonts w:ascii="Sylfaen" w:hAnsi="Sylfaen" w:eastAsia="Sylfaen" w:cs="Sylfaen"/>
        </w:rPr>
        <w:t>იერემია განსაზღვრავს ლაოდიკიის მეშვიდე დღის ადვენტისტური ეკლესიის სამსჯავროს.</w:t>
      </w:r>
    </w:p>
    <w:p>
      <w:pPr>
        <w:pStyle w:val="ArticleScripture"/>
        <w:jc w:val="left"/>
      </w:pPr>
      <w:r>
        <w:rPr>
          <w:rFonts w:ascii="Sylfaen" w:hAnsi="Sylfaen" w:eastAsia="Sylfaen" w:cs="Sylfaen"/>
        </w:rPr>
        <w:t>ამიტომ ასე ამბობს უფალი: აჰა, მოვუვლენ მათ უბედურებას, რომლისგანაც ვერ დაიხსნებიან; და თუმცა შემომღაღადებენ, არ შევისმენ მათ. იერემია 11:11.</w:t>
      </w:r>
    </w:p>
    <w:p>
      <w:pPr>
        <w:pStyle w:val="ArticleBody"/>
        <w:jc w:val="left"/>
      </w:pPr>
      <w:r>
        <w:rPr>
          <w:rFonts w:ascii="Sylfaen" w:hAnsi="Sylfaen" w:eastAsia="Sylfaen" w:cs="Sylfaen"/>
        </w:rPr>
        <w:t>ეზეკიელი ეთანხმება იერემიას განაჩენს ადვენტიზმზე.</w:t>
      </w:r>
    </w:p>
    <w:p>
      <w:pPr>
        <w:pStyle w:val="ArticleScripture"/>
        <w:jc w:val="left"/>
      </w:pPr>
      <w:r>
        <w:rPr>
          <w:rFonts w:ascii="Sylfaen" w:hAnsi="Sylfaen" w:eastAsia="Sylfaen" w:cs="Sylfaen"/>
        </w:rPr>
        <w:t>ეს ქალაქი აღარ იქნება თქვენი ქვაბი და არც თქვენ იქნებით მასში ხორცი; არამედ მე განგსჯით ისრაელის საზღვარზე. ეზეკიელი 11:11.</w:t>
      </w:r>
    </w:p>
    <w:p>
      <w:pPr>
        <w:pStyle w:val="ArticleBody"/>
        <w:jc w:val="left"/>
      </w:pPr>
      <w:r>
        <w:rPr>
          <w:rFonts w:ascii="Sylfaen" w:hAnsi="Sylfaen" w:eastAsia="Sylfaen" w:cs="Sylfaen"/>
        </w:rPr>
        <w:t>ძველი ისრაელის, როგორც ღვთის აღთქმის ხალხის, განვლას თან ახლავს ისიც, რომ ღმერთი ყოფილ აღთქმის ხალხს ეჭვიანობაზე აღძრავს იმასთან დაკავშირებით, რაც მათ თავად მოისროლეს. ეს მეორდება ადვენტიზმზე კვირა დღის კანონის დროს.</w:t>
      </w:r>
    </w:p>
    <w:p>
      <w:pPr>
        <w:pStyle w:val="ArticleScripture"/>
        <w:jc w:val="left"/>
      </w:pPr>
      <w:r>
        <w:rPr>
          <w:rFonts w:ascii="Sylfaen" w:hAnsi="Sylfaen" w:eastAsia="Sylfaen" w:cs="Sylfaen"/>
        </w:rPr>
        <w:t>ვიტყვი მაშ, ნუთუ ისე წაიბორძიკეს, რომ დაცემულიყვნენ? არამც და არამც; არამედ მათი დაცემით ხსნა მოვიდა წარმართებთან, რათა აღეძრათ ისინი შურს. რომაელთა 11:11.</w:t>
      </w:r>
    </w:p>
    <w:p>
      <w:pPr>
        <w:pStyle w:val="ArticleBody"/>
        <w:jc w:val="left"/>
      </w:pPr>
      <w:r>
        <w:rPr>
          <w:rFonts w:ascii="Sylfaen" w:hAnsi="Sylfaen" w:eastAsia="Sylfaen" w:cs="Sylfaen"/>
        </w:rPr>
        <w:t>ადვენტიზმი, უილიამ მილერის საქმეზე დაფუძნებული, რომელსაც ისინი უარყოფენ, მაინც ის მოძრაობაა, რომელმაც ტაძარი ააშენა; მაგრამ, როგორც სოლომონის შემთხვევაში, რომელმაც ასევე ააშენა ტაძარი, მათ აღთქმა დაარღვიეს და მათი სამეფო წაერთმევათ და მიეცემა ხალხს, რომელიც ღვთის ვენახს ისე განაგებს, როგორც იგი მიუთითებს.</w:t>
      </w:r>
    </w:p>
    <w:p>
      <w:pPr>
        <w:pStyle w:val="ArticleScripture"/>
        <w:jc w:val="left"/>
      </w:pPr>
      <w:r>
        <w:rPr>
          <w:rFonts w:ascii="Sylfaen" w:hAnsi="Sylfaen" w:eastAsia="Sylfaen" w:cs="Sylfaen"/>
        </w:rPr>
        <w:t>ამიტომ უთხრა უფალმა სოლომონს: რადგან ეს ქენი და არ დაიცავი ჩემი აღთქმა და ჩემი წესდებანი, რომლებიც გიბრძანე, უეჭველად წაგართმევ სამეფოს და შენს მსახურს მივცემ მას. 3 მეფეთა 11:11.</w:t>
      </w:r>
    </w:p>
    <w:p>
      <w:pPr>
        <w:pStyle w:val="ArticleHeading"/>
        <w:jc w:val="left"/>
      </w:pPr>
      <w:r>
        <w:rPr>
          <w:rFonts w:ascii="Sylfaen" w:hAnsi="Sylfaen" w:eastAsia="Sylfaen" w:cs="Sylfaen"/>
        </w:rPr>
        <w:t>ფილადელფიისათვის კვირადღის კანონი</w:t>
      </w:r>
    </w:p>
    <w:p>
      <w:pPr>
        <w:pStyle w:val="ArticleBody"/>
        <w:jc w:val="left"/>
      </w:pPr>
      <w:r>
        <w:rPr>
          <w:rFonts w:ascii="Sylfaen" w:hAnsi="Sylfaen" w:eastAsia="Sylfaen" w:cs="Sylfaen"/>
        </w:rPr>
        <w:t>კვირის კანონის ჟამს ეკლესია გამარჯვებული, წინასწარმეტყველთა თანახმად, თავის საკუთარ ქვეყანაში დამკვიდრდება, და ის ქვეყანა არის ქვეყანა, რომელიც უხვად არის აღვსილი უკანასკნელი წვიმის უწყებით. იერიხონი 1863 წელს აღადგინეს, ხოლო კვირის კანონის ჟამს იერიხონი დაეცემა.</w:t>
      </w:r>
    </w:p>
    <w:p>
      <w:pPr>
        <w:pStyle w:val="ArticleScripture"/>
        <w:jc w:val="left"/>
      </w:pPr>
      <w:r>
        <w:rPr>
          <w:rFonts w:ascii="Sylfaen" w:hAnsi="Sylfaen" w:eastAsia="Sylfaen" w:cs="Sylfaen"/>
        </w:rPr>
        <w:t>მაგრამ ქვეყანა, რომლის დასამკვიდრებლადაც მიდიხართ, არის მთებისა და ხეობების ქვეყანა და სვამს წყალს ცის წვიმისგან. მეორე რჯული 11:11.</w:t>
      </w:r>
    </w:p>
    <w:p>
      <w:pPr>
        <w:pStyle w:val="ArticleBody"/>
        <w:jc w:val="left"/>
      </w:pPr>
      <w:r>
        <w:rPr>
          <w:rFonts w:ascii="Sylfaen" w:hAnsi="Sylfaen" w:eastAsia="Sylfaen" w:cs="Sylfaen"/>
        </w:rPr>
        <w:t>ქალაქი არის სამეფო, და გამარჯვებული ეკლესია წარმოადგენს ქრისტეს დიდების სამეფოს. გამარჯვებული ეკლესიის ეს სამეფო იწყება კვირის კანონის დროს, როდესაც მისი ეკლესია ამაღლდება და განდიდდება ყველა მთასა და ბორცვზე მაღლა.</w:t>
      </w:r>
    </w:p>
    <w:p>
      <w:pPr>
        <w:pStyle w:val="ArticleScripture"/>
        <w:jc w:val="left"/>
      </w:pPr>
      <w:r>
        <w:rPr>
          <w:rFonts w:ascii="Sylfaen" w:hAnsi="Sylfaen" w:eastAsia="Sylfaen" w:cs="Sylfaen"/>
        </w:rPr>
        <w:t>მართალთა კურთხევით ქალაქი მაღლდება, ხოლო ბოროტთა პირით იგი ინგრევა. იგავნი 11:11.</w:t>
      </w:r>
    </w:p>
    <w:p>
      <w:pPr>
        <w:pStyle w:val="ArticleBody"/>
        <w:jc w:val="left"/>
      </w:pPr>
      <w:r>
        <w:rPr>
          <w:rFonts w:ascii="Sylfaen" w:hAnsi="Sylfaen" w:eastAsia="Sylfaen" w:cs="Sylfaen"/>
        </w:rPr>
        <w:t>მეცხრე საათი იყო, როცა ანგელოზი მოვიდა კორნელიოსთან და უბრძანა, პეტრესთვის მოეწოდებინა; ამით განისაზღვრება ის დრო, როდესაც სახარება მიდის წარმართებთან საკვირაო კანონის დროს. როცა პეტრეს ღმერთმა უბრძანა, წასულიყო, ეს მოხდა უწმინდური ცხოველების ჭამის ხილვის კონტექსტში. ეს აღსრულდება საკვირაო კანონის დროს. მეცხრე საათი შეესაბამება მეცხრე საათს, როცა ქრისტე მოკვდა. მეცხრე საათი გამოხატავს იმ პერიოდის დასასრულს, რომელიც იწყება მესამე საათზე, როცა იესო ჯვარს აცვეს, და ექვსი საათის შემდეგ მოკვდა. ეს არის იგივე პერიოდი პეტრესთან დაკავშირებითაც, რომელიც მესამე საათზე ზემო ოთახშია, ხოლო მეცხრე საათზე — ტაძარში. ერთი მეცხრე საათი სრულდება ქრისტეს სიკვდილით; მომდევნო მეცხრე საათზე პეტრე ტაძარშია და იოელის უწყებას ქადაგებს. ქრისტეს სიკვდილმა დაასრულა აღთქმითი ურთიერთობა ისრაელთან და კარი გაუხსნა წარმართებს, რომელთაც კორნელიოსი წარმოადგენს.</w:t>
      </w:r>
    </w:p>
    <w:p>
      <w:pPr>
        <w:pStyle w:val="ArticleScripture"/>
        <w:jc w:val="left"/>
      </w:pPr>
      <w:r>
        <w:rPr>
          <w:rFonts w:ascii="Sylfaen" w:hAnsi="Sylfaen" w:eastAsia="Sylfaen" w:cs="Sylfaen"/>
        </w:rPr>
        <w:t>და, აჰა, მყისვე სამი კაცი უკვე მოვიდა იმ სახლთან, სადაც მე ვიყავი, ჩემთან გამოგზავნილნი კესარიიდან. საქმეები 11:11.</w:t>
      </w:r>
    </w:p>
    <w:p>
      <w:pPr>
        <w:pStyle w:val="ArticleScripture"/>
        <w:jc w:val="left"/>
      </w:pPr>
      <w:r>
        <w:rPr>
          <w:rFonts w:ascii="Sylfaen" w:hAnsi="Sylfaen" w:eastAsia="Sylfaen" w:cs="Sylfaen"/>
        </w:rPr>
        <w:t>ისინი თქვენთვის საზიზღრობად იყვნენ; მათ ხორცს ნუ შეჭამთ, და მათი გვამები საზიზღრობად გქონდეთ. ლევიანნი 11:11.</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„მესიზმრა, რომ ღმერთმა, უხილავი ხელით, გამომიგზავნა საოცარი ოსტატობით ნაკეთი პატარა კიდობანი, სიგრძით დაახლოებით ათი დუიმი და სიგანით ექვსი, შავი ხისა და მარგალიტის ოსტატურად ჩასმული მოზაიკით დამზადებული. კიდობანს გასაღები ჰქონდა მიმაგრებული. დაუყოვნებლივ ავიღე გასაღები და გავხსენი კიდობანი; და, ჩემდა განცვიფრებად და გასაოცრად, ვიხილე, რომ იგი სავსე იყო ყოველგვარი სახისა და ზომის ძვირფასეულობით, ბრილიანტებით, პატიოსანი ქვებითა და ყოველგვარი ზომისა და ღირებულების ოქროსა და ვერცხლის მონეტებით, რომლებიც მშვენივრად იყო განლაგებული კიდობანში თავ-თავიანთ ადგილებზე; და ამგვარად დალაგებულნი ირეკლავდნენ ნათელსა და დიდებას, რომელსაც მხოლოდ მზე თუ გაუტოლდებოდა. …“</w:t>
      </w:r>
    </w:p>
    <w:p>
      <w:pPr>
        <w:pStyle w:val="ArticleScripture"/>
        <w:jc w:val="left"/>
      </w:pPr>
      <w:r>
        <w:rPr>
          <w:rFonts w:ascii="Sylfaen" w:hAnsi="Sylfaen" w:eastAsia="Sylfaen" w:cs="Sylfaen"/>
        </w:rPr>
        <w:t>„მე შევიხედე კიდობანში, მაგრამ ამ სანახაობამ თვალები დამიბრმავა. ისინი ათჯერ უფრო ბრწყინავდნენ, ვიდრე უწინ ჰქონდათ დიდება. მეგონა, თითქოს ისინი ქვიშაში გაეხეხათ იმ ბოროტ ადამიანთა ფეხებს, რომელთაც ისინი გაფანტეს და მტვერში გათელეს. ისინი კიდობანში მშვენიერი წესრიგით იყო დალაგებული, თითოეული თავის ადგილზე, ისე, რომ არ ჩანდა იმ კაცის ძალისხმევის არავითარი კვალი, რომელმაც ისინი იქ მოათავსა. სიხარულისგან ხმამაღლა შევძახე, და იმ შეძახებამ გამომაღვიძა.“ Early Writings, 81–83.</w:t>
      </w:r>
    </w:p>
    <w:p>
      <w:pPr>
        <w:pStyle w:val="ArticleScripture"/>
        <w:jc w:val="left"/>
      </w:pPr>
      <w:r>
        <w:rPr>
          <w:rFonts w:ascii="Sylfaen" w:hAnsi="Sylfaen" w:eastAsia="Sylfaen" w:cs="Sylfaen"/>
        </w:rPr>
        <w:t>„თქვენ უფლის მოსვლას მეტისმეტად შორეულად მიიჩნევთ. მე ვიხილე, რომ გვიანი წვიმა მოდიოდა როგორც [ისეთივე უეცრობით, როგორც] შუაღამის ძახილი, და ათმაგი ძალით.“ Spalding and Magan, 5.</w:t>
      </w:r>
    </w:p>
    <w:p>
      <w:pPr>
        <w:pStyle w:val="ArticleScripture"/>
        <w:jc w:val="left"/>
      </w:pPr>
      <w:r>
        <w:rPr>
          <w:rFonts w:ascii="Sylfaen" w:hAnsi="Sylfaen" w:eastAsia="Sylfaen" w:cs="Sylfaen"/>
        </w:rPr>
        <w:t>და ყოველგვარ სიბრძნისა და გონიერების საქმეში, რაზედაც მეფე ეკითხებოდა მათ, ჰპოვა ისინი თავის მთელ სამეფოში მყოფ ყველა ჯადოქარსა და ასტროლოგზე ათჯერ უმჯობესნი. დანიელი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ოცდაერთი</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