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იოლის წიგნი და ლაოდიკიის მეშვიდე დღის ადვენტისტური ეკლესია — ოცდამეშვიდე ნაწყვეტი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2026-01-29</w:t>
      </w:r>
    </w:p>
    <w:p>
      <w:pPr>
        <w:pStyle w:val="ArticleHeading"/>
        <w:jc w:val="left"/>
      </w:pPr>
      <w:r>
        <w:rPr>
          <w:rFonts w:ascii="Sylfaen" w:hAnsi="Sylfaen" w:eastAsia="Sylfaen" w:cs="Sylfaen"/>
        </w:rPr>
        <w:t>ნომერი ოცდაჩვიდმეტი</w:t>
      </w:r>
    </w:p>
    <w:p>
      <w:pPr>
        <w:pStyle w:val="ArticleBody"/>
        <w:jc w:val="left"/>
      </w:pPr>
      <w:r>
        <w:rPr>
          <w:rFonts w:ascii="Sylfaen" w:hAnsi="Sylfaen" w:eastAsia="Sylfaen" w:cs="Sylfaen"/>
        </w:rPr>
        <w:t>უილიამ მილერის სიზმარში დასაწყისში არსებული „აურ-ზაური“, როცა ხალხმა ძვირფასი ქვების შეწუხება დაიწყო, წინ უძღოდა ის, რომ მილერმა ძვირფასი ქვები შეკრიბა და მოუწოდა: „მოდით და იხილეთ.“ ქრისტე, როგორც მტვრის ჯაგრისიანი კაცი, ცოცხს იყენებს, რათა გამოგავოს ნაგავი, შეკრიბოს ძვირფასი ქვები ბევრად უფრო დიდ ყუთში, და შემდეგ მან მილერს მოუწოდა: „მოდით და იხილეთ.“ როცა ქრისტე იწყებს თავის ცოცხის საქმეს, ოთახი ცარიელია, რადგან მილერმა ჩაწერა, რომ „კარი გაიღო და ერთი კაცი შევიდა ოთახში, რის შემდეგაც ხალხმა ყველამ დატოვა იგი; და მას, რომელსაც ხელში მტვრის ჯაგრისი ეჭირა, ფანჯრები გააღო და ოთახიდან მტვრისა და ნაგვის გამოხვეტა დაიწყო.“</w:t>
      </w:r>
    </w:p>
    <w:p>
      <w:pPr>
        <w:pStyle w:val="ArticleBody"/>
        <w:jc w:val="left"/>
      </w:pPr>
      <w:r>
        <w:rPr>
          <w:rFonts w:ascii="Sylfaen" w:hAnsi="Sylfaen" w:eastAsia="Sylfaen" w:cs="Sylfaen"/>
        </w:rPr>
        <w:t>მტვრის ჯაგრისიანი კაცი ოთახში შედის მას შემდეგ, რაც ყველა ადამიანმა იგი დატოვა. 2023 წელს მტვრის ჯაგრისიანი კაცი შევიდა ცარიელ ოთახში, რადგან ას ორმოცდაოთხი ათასის მოძრაობა დაიმსხვრა და გაიფანტა. ჰაბაკუკის 2012 წლის დაფებით წარმოდგენილი ჭეშმარიტებანი ნაგავში იყო დამარხული, და ოთახი ცარიელი იყო. მტვრის ჯაგრისიანი კაცი არის იგი, ვინც იოანე ნათლისმცემლის შემდეგ მოვიდა, ვისზედაც იოანემ თქვა, რომ მას ჰქონდა სავენტილებელი ნიჩაბი და რომ იგი ამ ნიჩაბს გამოიყენებდა თავისი კალოს საფუძვლიანად გასაწმედად.</w:t>
      </w:r>
    </w:p>
    <w:p>
      <w:pPr>
        <w:pStyle w:val="ArticleScripture"/>
        <w:jc w:val="left"/>
      </w:pPr>
      <w:r>
        <w:rPr>
          <w:rFonts w:ascii="Sylfaen" w:hAnsi="Sylfaen" w:eastAsia="Sylfaen" w:cs="Sylfaen"/>
        </w:rPr>
        <w:t>მე ნამდვილად გნათლავთ წყლით სინანულად; ხოლო ის, ვინც ჩემს შემდეგ მოდის, ჩემზე უძლიერესია, რომლის ხამლების ტარების ღირსიც არა ვარ; იგი გნათლავთ თქვენ სულიწმიდითა და ცეცხლითა; რომლის ნიჩაბი მის ხელშია, და იგი საფუძვლიანად გაწმენდს თავის კალოს, და თავის ხორბალს ბეღელში შეკრებს; ხოლო ბზეს დაუშრეტელი ცეცხლით დაწვავს. მაშინ მოვიდა იესო გალილეიდან იორდანესთან იოანესთან, რათა მისგან ნათელიღოს. მათე 3:11–13.</w:t>
      </w:r>
    </w:p>
    <w:p>
      <w:pPr>
        <w:pStyle w:val="ArticleBody"/>
        <w:jc w:val="left"/>
      </w:pPr>
      <w:r>
        <w:rPr>
          <w:rFonts w:ascii="Sylfaen" w:hAnsi="Sylfaen" w:eastAsia="Sylfaen" w:cs="Sylfaen"/>
        </w:rPr>
        <w:t>გალილეა გარდამტეხი მომენტის სიმბოლოა, ხოლო იორდანეზე ის ადგილი, სადაც იესო მოევლინა ნათლისღებისთვის, იწოდება ბეთაბარად, და ეს ნიშნავს „გადასასვლელ ბორანს“, და აღნიშნავს იმ ადგილს, სადაც ძველმა ისრაელმა აღთქმულ მიწაზე გადაიარა. როდესაც იესო მოინათლა, იგი შემდეგ გახდა იესო ქრისტე. გალილეა, იორდანე, ბეთაბარა და იესოს ქრისტედ ქცევა—all ეს ერთად უსვამს ხაზს დისპენსაციის ცვლილებას, რასაც კარიც წარმოადგენს, განსაკუთრებით ფილადელფიელთათვის, რომელთაც ეძლევათ ღია და დახშული კარის გასაღები.</w:t>
      </w:r>
    </w:p>
    <w:p>
      <w:pPr>
        <w:pStyle w:val="ArticleScripture"/>
        <w:jc w:val="left"/>
      </w:pPr>
      <w:r>
        <w:rPr>
          <w:rFonts w:ascii="Sylfaen" w:hAnsi="Sylfaen" w:eastAsia="Sylfaen" w:cs="Sylfaen"/>
        </w:rPr>
        <w:t>და ფილადელფიის ეკლესიის ანგელოზს მისწერე: ამას ამბობს წმიდა, ჭეშმარიტი, დავითის გასაღების მქონე, რომელიც აღებს და ვერავინ დახურავს; და ხურავს და ვერავინ აღებს: ვიცი შენი საქმენი; აჰა, დაგიდგინე შენ წინაშე გახსნილი კარი, და ვერავინ შეძლებს მის დახურვას; რადგან მცირე ძალა გაქვს, და დაიმარხე ჩემი სიტყვა, და არ უარყავ ჩემი სახელი. გამოცხადება 3:7, 8.</w:t>
      </w:r>
    </w:p>
    <w:p>
      <w:pPr>
        <w:pStyle w:val="ArticleBody"/>
        <w:jc w:val="left"/>
      </w:pPr>
      <w:r>
        <w:rPr>
          <w:rFonts w:ascii="Sylfaen" w:hAnsi="Sylfaen" w:eastAsia="Sylfaen" w:cs="Sylfaen"/>
        </w:rPr>
        <w:t>როდესაც ქრისტემ „გააღო“ „კარი“ და „შევიდა ოთახში“, ეს ოთახი „მისი ოთახი“ იყო, რადგან იგი სრულად წმენდს „თავის კალოს“. თუ ეს მისი კალოა, მაშინ ეს მისი ოთახიცაა.</w:t>
      </w:r>
    </w:p>
    <w:p>
      <w:pPr>
        <w:pStyle w:val="ArticleScripture"/>
        <w:jc w:val="left"/>
      </w:pPr>
      <w:r>
        <w:rPr>
          <w:rFonts w:ascii="Sylfaen" w:hAnsi="Sylfaen" w:eastAsia="Sylfaen" w:cs="Sylfaen"/>
        </w:rPr>
        <w:t>„კაპერნაუმში იესო ცხოვრობდა თავისი მიმოსვლითი მოგზაურობების შუალედებში, და მას ეწოდა „მისი საკუთარი ქალაქი“. იგი მდებარეობდა გალილეის ზღვის ნაპირებზე და გენესარეთის მშვენიერი ველის საზღვრებთან, თუ არა უშუალოდ მასზე.“ — The Desire of Ages, 252.</w:t>
      </w:r>
    </w:p>
    <w:p>
      <w:pPr>
        <w:pStyle w:val="ArticleBody"/>
        <w:jc w:val="left"/>
      </w:pPr>
      <w:r>
        <w:rPr>
          <w:rFonts w:ascii="Sylfaen" w:hAnsi="Sylfaen" w:eastAsia="Sylfaen" w:cs="Sylfaen"/>
        </w:rPr>
        <w:t>ის შედის თავის ოთახში, რათა შეკრიბოს თავისი ხორბალი და შეკრიბოს და დაწვას ღვარძლი. განგებულების ცვლილება, რომელსაც წარმოადგენს გალილეა, იორდანე, ბეთაბარა, ნათლობა, იოანედან იესოზე გადასვლა, შეესაბამება ლაოდიკეის მებრძოლი ეკლესიიდან ფილადელფიის მოზეიმე ეკლესიაზე გადასვლას. იგი თავის ოთახში შევიდა 2023 წლის ივლისში. მილერმა თვალები დახუჭა 2020 წლის 18 ივლისის აურზაურში, და როცა თვალები გაახილა, ოთახი ხალხისგან დაცარიელებული იყო; ჭეშმარიტება ცდომილების ქვეშ იყო დამარხული, და შემდეგ მტვრის ჯაგრისიანი კაცი ფანჯრები გააღო და ნაგვის გამოხვეტა დაიწყო.</w:t>
      </w:r>
    </w:p>
    <w:p>
      <w:pPr>
        <w:pStyle w:val="ArticleScripture"/>
        <w:jc w:val="left"/>
      </w:pPr>
      <w:r>
        <w:rPr>
          <w:rFonts w:ascii="Sylfaen" w:hAnsi="Sylfaen" w:eastAsia="Sylfaen" w:cs="Sylfaen"/>
        </w:rPr>
        <w:t>„ვის ხელშიც ფიწალია, და იგი საფუძვლიანად გაწმენდს თავის კალოს და თავის ხორბალს ბეღელში შეკრებს.“ მათე 3:12. ეს იყო განწმენდის ერთ-ერთი დრო. ჭეშმარიტების სიტყვებით ბზე ხორბლისგან გამოეყოფოდა. რადგან ისინი მეტისმეტად ამაყნი და თვითმართალნი იყვნენ შეგონების მისაღებად, მეტისმეტად სოფლის მოყვარულნი — სიმდაბლის ცხოვრების მისაღებად, მრავალნი განუდგნენ იესოს. მრავალნი დღესაც იმავეს აკეთებენ. სულები დღესაც გამოიცდებიან, როგორც იმ მოწაფეებმა კაპერნაუმის სინაგოგაში. როდესაც ჭეშმარიტება გულამდეა მიტანილი, ისინი ხედავენ, რომ მათი ცხოვრება ღვთის ნებას არ შეესაბამება. ისინი ხედავენ, რომ თვით მათში სრული ცვლილებაა საჭირო; მაგრამ ისინი არ არიან მზად, ხელი მოჰკიდონ თვითუარმყოფელ საქმეს. ამიტომ განრისხდებიან, როცა მათი ცოდვები გამოაშკარავდება. ისინი წყენით მიდიან, როგორც მოწაფეები განეშორნენ იესოს და დრტვინვით ამბობდნენ: „ეს მძიმე სიტყვაა; ვის შეუძლია მისი მოსმენა?“ The Desire of Ages, 392.</w:t>
      </w:r>
    </w:p>
    <w:p>
      <w:pPr>
        <w:pStyle w:val="ArticleBody"/>
        <w:jc w:val="left"/>
      </w:pPr>
      <w:r>
        <w:rPr>
          <w:rFonts w:ascii="Sylfaen" w:hAnsi="Sylfaen" w:eastAsia="Sylfaen" w:cs="Sylfaen"/>
        </w:rPr>
        <w:t>2023 წლის უკანასკნელ დღეს, რომელიც 2024 წლის პირველ დღეს ებმის, იუდას ტომის ლომმა დაიწყო საკუთარი თავის გამოცხადების თანდათანობითი ახსნა. დანიელის მეთორმეტე თავის ახსნის სამსაფეხურიანი გამოცდის პროცესის თანახმად, ამის შემდეგ იქნებოდა სამი გამოცდა, წარმოდგენილი სიტყვებით: „განწმედილნი, გათეთრებულნი და გამოცდილნი“.</w:t>
      </w:r>
    </w:p>
    <w:p>
      <w:pPr>
        <w:pStyle w:val="ArticleScripture"/>
        <w:jc w:val="left"/>
      </w:pPr>
      <w:r>
        <w:rPr>
          <w:rFonts w:ascii="Sylfaen" w:hAnsi="Sylfaen" w:eastAsia="Sylfaen" w:cs="Sylfaen"/>
        </w:rPr>
        <w:t>და მან თქვა: წადი შენს გზაზე, დანიელ, რადგან ეს სიტყვები დახურული და დაბეჭდილია აღსასრულის დრომდე. მრავალნი განიწმინდებიან, გათეთრდებიან და გამოიცდებიან; ხოლო ბოროტნი ბოროტებას იქმან; და ბოროტთაგან ვერცერთი გაიგებს, ხოლო ბრძენნი გაიგებენ. დანიელი 12:9, 10.</w:t>
      </w:r>
    </w:p>
    <w:p>
      <w:pPr>
        <w:pStyle w:val="ArticleBody"/>
        <w:jc w:val="left"/>
      </w:pPr>
      <w:r>
        <w:rPr>
          <w:rFonts w:ascii="Sylfaen" w:hAnsi="Sylfaen" w:eastAsia="Sylfaen" w:cs="Sylfaen"/>
        </w:rPr>
        <w:t>პირველი ანგელოზი განასახიერებს განწმენდას, რადგან მხილებული ცოდვილი ეზოში თავის ცოდვებს მსხვერპლს აკისრებს, სადაც იგი სისხლით მართლდება.</w:t>
      </w:r>
    </w:p>
    <w:p>
      <w:pPr>
        <w:pStyle w:val="ArticleBody"/>
        <w:jc w:val="left"/>
      </w:pPr>
      <w:r>
        <w:rPr>
          <w:rFonts w:ascii="Sylfaen" w:hAnsi="Sylfaen" w:eastAsia="Sylfaen" w:cs="Sylfaen"/>
        </w:rPr>
        <w:t>შემდეგ სისხლი შეაქვთ წმიდა ადგილზე, სადაც სიწმიდის განწმედის პროცესი წარმოდგენილია როგორც გათეთრება ეზოდან მოტანილი სისხლით განბანვის მეშვეობით. იქ სიმართლე ცხადდება მათში, ვინც სძლევს სისხლითა და თავისი მოწმობის სიტყვით.</w:t>
      </w:r>
    </w:p>
    <w:p>
      <w:pPr>
        <w:pStyle w:val="ArticleBody"/>
        <w:jc w:val="left"/>
      </w:pPr>
      <w:r>
        <w:rPr>
          <w:rFonts w:ascii="Sylfaen" w:hAnsi="Sylfaen" w:eastAsia="Sylfaen" w:cs="Sylfaen"/>
        </w:rPr>
        <w:t>შემდეგ ისინი გამოიცდებიან, და უკანასკნელ დღეებში აღმოჩნდებიან ბაბილონის ყველა სხვა ბრძენზე ათგზის უკეთესნი. მესამე გამოცდა არის ის, სადაც ისინი განდიდდებიან უწმიდეს ადგილას და გამოირჩევიან მხოლოდ სახელით ბრძენ კაცთა სხვა კლასისაგან. ეს მესამე გამოცდა არის კვირადღის კანონი, ხოლო პირველი გამოცდა არის პირველი ანგელოზის მოწოდება საფუძვლებთან დასაბრუნებლად, ვინაიდან მომდევნო საფეხურზე ტაძარი აღიმართება. ეს მომდევნო საფეხური არის მეორე ანგელოზის გამყოფი უწყება, რომელსაც მოსდევს მესამე ანგელოზის გადამწყვეტი გამოცდა.</w:t>
      </w:r>
    </w:p>
    <w:p>
      <w:pPr>
        <w:pStyle w:val="ArticleBody"/>
        <w:jc w:val="left"/>
      </w:pPr>
      <w:r>
        <w:rPr>
          <w:rFonts w:ascii="Sylfaen" w:hAnsi="Sylfaen" w:eastAsia="Sylfaen" w:cs="Sylfaen"/>
        </w:rPr>
        <w:t>2023 წელს პირველი ანგელოზი მოვიდა, როგორც მოვიდა 1840 წლის 11 აგვისტოს, როდესაც იგი ჩამოვიდა მეორე ვაების ისლამის შესახებ უწყებით. იგი ჩამოვიდა, როგორც 9/11-ზე ჩამოვიდა, მესამე ვაების ისლამის შესახებ უწყებით და ძველ ბილიკებზე დაბრუნების მოწოდებით. მილერიტული ისტორიის საფუძვლები დამყარდა მას შემდეგ, რაც 1840 წლის 11 აგვისტოს მეორე ვაების უწყება აღსრულდა. ამის შემდეგ გამოცხადების მეათე თავის ანგელოზი ჩამოვიდა, რითაც წინასახედ იქცა გამოცხადების მეთვრამეტე თავის ანგელოზის ჩამოსვლისა და მესამე ვაების დადგომისა.</w:t>
      </w:r>
    </w:p>
    <w:p>
      <w:pPr>
        <w:pStyle w:val="ArticleBody"/>
        <w:jc w:val="left"/>
      </w:pPr>
      <w:r>
        <w:rPr>
          <w:rFonts w:ascii="Sylfaen" w:hAnsi="Sylfaen" w:eastAsia="Sylfaen" w:cs="Sylfaen"/>
        </w:rPr>
        <w:t>იოსია ლიჩი არის ის ისტორიული პიროვნება, რომელიც დაკავშირებულია 1840 წლის 11 აგვისტოს ჩაყრილ საფუძვლებთან. სახელი „იოსია“ ნიშნავს „ღვთის საფუძველს“, ხოლო მეფე იოსია, წმინდა ისტორიაში, წარმოადგენს იოსიას რეფორმაციას, რომელიც მოიცავდა მოსეს წყევლის აღმოჩენას, სიწმინდეს შიგნით ნანგრევებს შორის დაფლულს, ისევე როგორც მილერის სამკაულები იყო ოთახში დაფლული.</w:t>
      </w:r>
    </w:p>
    <w:p>
      <w:pPr>
        <w:pStyle w:val="ArticleBody"/>
        <w:jc w:val="left"/>
      </w:pPr>
      <w:r>
        <w:rPr>
          <w:rFonts w:ascii="Sylfaen" w:hAnsi="Sylfaen" w:eastAsia="Sylfaen" w:cs="Sylfaen"/>
        </w:rPr>
        <w:t>მეფე იოშია მეგიდოში მოკვდა, რაც არის გამოცხადების მეთექვსმეტე თავის არმაგედონი. იოშიას რეფორმაცია იყო იმ წინასწარმეტყველების აღსრულება, რომელიც დაუმორჩილებელმა წინასწარმეტყველმა წარმოთქვა, როცა იერობოამმა ბეთელსა და დანში ორი სამსხვერპლო აღმართა. ის დაუმორჩილებელი წინასწარმეტყველი სახედარსა და ლომს შორის მოკვდა. მეფე იოშია სახელით იყო წინასწარ ნაწინასწარმეტყველები, და მისი რეფორმაციაც ამ წინასწარმეტყველების ნაწილი იყო, რომელიც იმასაც მოიცავდა, რომ მომავალი მეფე იოშია დაანგრევდა სწორედ იმ სამსხვერპლოს, სადაც დაუმორჩილებელი წინასწარმეტყველი წინ აღუდგა ბოროტ მეფე იერობოამს.</w:t>
      </w:r>
    </w:p>
    <w:p>
      <w:pPr>
        <w:pStyle w:val="ArticleBody"/>
        <w:jc w:val="left"/>
      </w:pPr>
      <w:r>
        <w:rPr>
          <w:rFonts w:ascii="Sylfaen" w:hAnsi="Sylfaen" w:eastAsia="Sylfaen" w:cs="Sylfaen"/>
        </w:rPr>
        <w:t>იოშია ნიშნავს ღვთის საფუძველს, და მეფე იოშიამ აღასრულა მისი მეფობამდე დაახლოებით 340 წლით ადრე მოცემული წინასწარმეტყველება. იგი წინ წაუძღვა გამოცოცხლებასა და რეფორმაციას, რომელმაც საბოლოოდ მიაღწია იმ სამსხვერპლოსთან, სადაც იუდადან მოსულმა წინასწარმეტყველმა მეფე იერობოამს დაუპირისპირდა. იქ მისულმა იოშიამ სამსხვერპლო დაამსხვრია, როგორც წინასწარმეტყველებაში იყო ნათქვამი, რომ მოიმოქმედებდა. იერობოამის ის ორი სამსხვერპლო განზრახ შექმნილი ყალბი შესატყვისი იყო იერუსალიმის ტაძრისა; იერობოამმა ყალბი სადღესასწაულო დღეებიც კი დააწესა. ამით იგი უბრალოდ იმას აკეთებდა, რაც აარონმა გააკეთა ოქროს ხბოს შემთხვევაში. აარონის ამბოხება ძველი ისრაელის წმინდა ისტორიის საფუძველში იდგა. ეს მაშინ მოხდა, როცა მოსე რჯულს იღებდა, რომელიც ღვთის მმართველობის საფუძველია.</w:t>
      </w:r>
    </w:p>
    <w:p>
      <w:pPr>
        <w:pStyle w:val="ArticleBody"/>
        <w:jc w:val="left"/>
      </w:pPr>
      <w:r>
        <w:rPr>
          <w:rFonts w:ascii="Sylfaen" w:hAnsi="Sylfaen" w:eastAsia="Sylfaen" w:cs="Sylfaen"/>
        </w:rPr>
        <w:t>აარონის აჯანყება საფუძველმდებარე აჯანყება იყო, და იგი კვლავ განმეორდა მაშინ, როდესაც იერობოამმა ჩრდილოეთის ათი ტომი ისრაელად დააფუძნა. მოსემ ამხილა აარონი, და მოსე არის ალფა, ანუ საფუძველი ქრისტესთან, ომეგასთან მიმართებით. აარონი და მოსე წარმოადგენენ ორ კლასს საფუძველმდებარე აჯანყებაში, ხოლო მესამე კლასს წარმოადგენენ ის გმირები, რომლებიც მოსეს მხარეს დადგნენ — ლევიანები. მეფე იერობოამი და იუდადან მოსული წინასწარმეტყველი არიან ჩრდილოეთის სამეფოს საფუძველმდებარე აჯანყების ორი კლასი, და კვლავაც ლევიანები არიან გმირები.</w:t>
      </w:r>
    </w:p>
    <w:p>
      <w:pPr>
        <w:pStyle w:val="ArticleBody"/>
        <w:jc w:val="left"/>
      </w:pPr>
      <w:r>
        <w:rPr>
          <w:rFonts w:ascii="Sylfaen" w:hAnsi="Sylfaen" w:eastAsia="Sylfaen" w:cs="Sylfaen"/>
        </w:rPr>
        <w:t>იერობოამის საფუძვლოვანი აჯანყების დროს იუდადან მოსული წინასწარმეტყველი ამხილებს მას და წინასწარმეტყველებს მეფეზე, რომელსაც ერქმევა „ღვთის საფუძველი“ — იოშია. ნაწინასწარმეტყველები რეფორმაციის აღსრულება მოიცავდა იმას, რომ როდესაც იოშიამ თავისი გამოცოცხლება და რეფორმაცია დაიწყო, აღმოაჩინეს მოსეს წყევლა, და მოსეს წმიდა სიტყვების წაკითხვამ ძალა შემატა იმ გამოცოცხლებასა და რეფორმაციას, რომელიც უკვე დაწყებული იყო. იოშია, ცხადად წინასწარმეტყველური სიმბოლო, განასახიერებს გამოცოცხლებასა და რეფორმაციას, რომელიც ძალმოსილდება მაშინ, როდესაც აღმოჩენილია წინასწარმეტყველება მოსეს წერილთაგან.</w:t>
      </w:r>
    </w:p>
    <w:p>
      <w:pPr>
        <w:pStyle w:val="ArticleBody"/>
        <w:jc w:val="left"/>
      </w:pPr>
      <w:r>
        <w:rPr>
          <w:rFonts w:ascii="Sylfaen" w:hAnsi="Sylfaen" w:eastAsia="Sylfaen" w:cs="Sylfaen"/>
        </w:rPr>
        <w:t>მეფე იერობოამის ისტორიაში არსებული ფუძემდებლური ამბოხება წარმოდგენილია ისრაელის მეფის მიერ, აგრეთვე იუდადან გამოგზავნილი წინასწარმეტყველის მიერ, რომელიც გაიგზავნა ღვთიური განაჩენით იერობოამის ფუძემდებლური ამბოხების წინააღმდეგ და მითითებებით წინასწარმეტყველისთვის, თუ რომელ გზას უნდა არიდებოდა იუდაში დაბრუნებისას. იუდადან მოსული წინასწარმეტყველი უარყოფს იერობოამის თხოვნას, რომ დარჩეს, მაგრამ ამის შემდეგ იღებს ბეთელის ცრუ წინასწარმეტყველის მიწვევას და ამით ბეჭედს ასვამს საკუთარ ხვედრს. ურჩი წინასწარმეტყველი მოკვდებოდა სახედარსა და ლომს შორის, ხოლო შემდეგ დაიმარხებოდა ცრუ წინასწარმეტყველის სამარხში.</w:t>
      </w:r>
    </w:p>
    <w:p>
      <w:pPr>
        <w:pStyle w:val="ArticleBody"/>
        <w:jc w:val="left"/>
      </w:pPr>
      <w:r>
        <w:rPr>
          <w:rFonts w:ascii="Sylfaen" w:hAnsi="Sylfaen" w:eastAsia="Sylfaen" w:cs="Sylfaen"/>
        </w:rPr>
        <w:t>1840 წლის 11 აგვისტოს აღსრულდა მეორე ვაის წინასწარმეტყველება და ჩაეყარა ადვენტიზმის საფუძვლები. იოსია ლიჩმა ეს წინასწარმეტყველება 1838 წელს წარმოადგინა, ხოლო შემდეგ, 1840 წლის 11 აგვისტომდე ათი დღით ადრე, მან დააზუსტა თავისი გამოთვლები და იწინასწარმეტყველა 1840 წლის 11 აგვისტო, როგორც დღე, როდესაც ოსმალთა უზენაესობა შეწყდებოდა, ისლამის შესახებ მეორე ვაის წინასწარმეტყველების აღსრულებად.</w:t>
      </w:r>
    </w:p>
    <w:p>
      <w:pPr>
        <w:pStyle w:val="ArticleBody"/>
        <w:jc w:val="left"/>
      </w:pPr>
      <w:r>
        <w:rPr>
          <w:rFonts w:ascii="Sylfaen" w:hAnsi="Sylfaen" w:eastAsia="Sylfaen" w:cs="Sylfaen"/>
        </w:rPr>
        <w:t>მეფე იოშია სიმბოლურად გამოხატავს საბოლოო გამოცოცხლებასა და რეფორმაციას, რადგან ყოველი წინასწარმეტყველი უკანასკნელ დღეებზე უფრო უშუალოდ ლაპარაკობს, ვიდრე რომელიმე უწინდელ დღეებზე. მეფე იოშია სიმბოლურად გამოხატავს საბოლოო გამოცოცხლებასა და რეფორმაციას, და ეს რეფორმაცია ბიბლიაში წინასწარმეტყველური უწყებით არის წარმოდგენილი. იოელის წიგნი განსაზღვრავს საბოლოო გამოცოცხლებასა და რეფორმაციას, რომელიც ხდება მათ შორის, ვინც ას ორმოცდაოთხი ათასი იქნება. იოშიას გამოცოცხლება ორ საფეხურად წარიმართა: იგი დაიწყო, შემდეგ კი გაიხსნა წინასწარმეტყველება, რომელმაც საქმეს ახალი იმპულსი შემატა. ეს ორი საფეხურია ადრეული და გვიანი წვიმა, როგორც იოელის წიგნშია წარმოდგენილი, და როგორც აღსრულდა საქმეების წიგნში, შემდეგ კი კვლავ აღსრულდა მილერიტული მოძრაობის ისტორიაში.</w:t>
      </w:r>
    </w:p>
    <w:p>
      <w:pPr>
        <w:pStyle w:val="ArticleBody"/>
        <w:jc w:val="left"/>
      </w:pPr>
      <w:r>
        <w:rPr>
          <w:rFonts w:ascii="Sylfaen" w:hAnsi="Sylfaen" w:eastAsia="Sylfaen" w:cs="Sylfaen"/>
        </w:rPr>
        <w:t>აარონის, მეფე იერობოამისა და იუდადან მოსული წინასწარმეტყველის მიერ მეფე იოშიამდე მიმდინარე საძირკვლოვან ამბოხებებში, ხოლო შემდეგ იოშია ლიჩამდე, იგი საძირკვლოვანი გამოცდის შესახებ მოწმობის ხაზს განასხვავებს. საძირკვლოვანი გამოცდა არის პირველი გამოცდა, რომელსაც მოჰყვება ტაძრის გამოცდა, როცა ქვის თხემი დაიდგმება. ამის შემდეგ დგება მესამე გამოცდა — ლაკმუსის გამოცდა.</w:t>
      </w:r>
    </w:p>
    <w:p>
      <w:pPr>
        <w:pStyle w:val="ArticleBody"/>
        <w:jc w:val="left"/>
      </w:pPr>
      <w:r>
        <w:rPr>
          <w:rFonts w:ascii="Sylfaen" w:hAnsi="Sylfaen" w:eastAsia="Sylfaen" w:cs="Sylfaen"/>
        </w:rPr>
        <w:t>ოქროს ხბოდან იერობოამის სამსხვერპლოებამდე ბეთელსა და დანში, მეფე იოშიამდე, იოშია ლიჩი წარმოადგენს წინასწარმეტყველურ ნაბიჯთა მთელ რიგს, რომელიც 9/11-ის საფუძველმდებარე გამოცდამდე მიემართება. როდესაც 9/11-ზე ნიუ-იორკის დიდი შენობები დაეცა, მესამე ვაის წინასწარმეტყველებამ გამოავლინა ის გამოცდა, რომელიც ძველ, საფუძველმდებარე ბილიკებთან დაბრუნებას მოითხოვდა, რადგან 1840 წლის 11 აგვისტოსა და 9/11-ის პარალელი შეეძლო დაენახა ყოველ ლაოდიკიელ მეშვიდე დღის ადვენტისტს, ვინც კი დანახვას აირჩევდა. ალ-ქაიდას მონაწილეობა 9/11-ში ხშირად ეჭვქვეშ დგება ამ შეთქმულების თეორიებით სავსე დღეებში, რომლებიც, ზოგადად, ჭეშმარიტია, მაგრამ „ალ-ქაიდა“ ნიშნავს „საფუძველს“, და მათ, როგორც ორგანიზაციას, დასაბამი მიეცა აღსასრულის ჟამამდე ერთი წლით ადრე, 1989 წელს, უფრო ზუსტად კი 1988 წლის 11 აგვისტოს.</w:t>
      </w:r>
    </w:p>
    <w:p>
      <w:pPr>
        <w:pStyle w:val="ArticleBody"/>
        <w:jc w:val="left"/>
      </w:pPr>
      <w:r>
        <w:rPr>
          <w:rFonts w:ascii="Sylfaen" w:hAnsi="Sylfaen" w:eastAsia="Sylfaen" w:cs="Sylfaen"/>
        </w:rPr>
        <w:t>თუ საფუძვლების წინასწარმეტყველურ სიმბოლიკასთან დაკავშირებული ეს დეტალები შეუმჩნეველი დარჩება, მრავალი რამ იკარგება. 9/11-ზე საფუძვლები დაიყარა პირველ საფეხურზე. მეორე საფეხურზე ტაძარი დასრულებულია, როდესაც თავსართავი ქვა თავსდება. მესამე საფეხური არის კვირა კანონის დახურული კარი. 9/11-იდან კვირა კანონამდე უწყება უმთავრესად მიმართულია ლაოდიკიელ მეშვიდე დღის ადვენტისტებს, რადგან სამართალი ღვთის სახლიდან იწყება, ხოლო ღვთის სახლისათვის იგი კვირა კანონზე სრულდება. იქ და მაშინ ლაოდიკიელი მეშვიდე დღის ადვენტიზმი განივლილია; როგორც პროტესტანტები მილერიტულ ისტორიაში, და იუდეველები ქრისტეს ისტორიაში, და როგორც ისინი, ვინც ორმოც წელზე მეტი ხნის განმავლობაში დაიხოცნენ მოსეს ისტორიაში.</w:t>
      </w:r>
    </w:p>
    <w:p>
      <w:pPr>
        <w:pStyle w:val="ArticleBody"/>
        <w:jc w:val="left"/>
      </w:pPr>
      <w:r>
        <w:rPr>
          <w:rFonts w:ascii="Sylfaen" w:hAnsi="Sylfaen" w:eastAsia="Sylfaen" w:cs="Sylfaen"/>
        </w:rPr>
        <w:t>9/11-ის მესამე ვაი წინასწარ იყო ტიპიფიცირებული 1840 წლის 11 აგვისტოს მეორე ვაით, და ამ დონეზე ორივე გზასანიშნავი წარმოდგენილია ვირით, ისლამის პირველი სიმბოლოთი ბიბლიურ წინასწარმეტყველებაში. საკვირაო კანონი არის მხეცის ნიშანი, ხოლო ეს მხეცი ხშირად წარმოდგენილია როგორც ლომი, რითაც ყალბად ბაძავს იუდას ტომის ლომს. საკვირაო კანონი არის ლომი, და იუდადან ურჩი წინასწარმეტყველი მოკვდა ვირსა და ლომს შორის, და დაიმარხა იმავე სამარხში, სადაც ბეთელის ცრუ წინასწარმეტყველი. იგი მოკვდა წინასწარმეტყველურ პერიოდში 9/11-დან საკვირაო კანონამდე, რომელიც არის წინასწარმეტყველური პერიოდი ვირიდან ლომამდე. ეს გამოცდის პერიოდი არის ბეთელის ცრუ წინასწარმეტყველის სამარხი, რომელმაც იუდადან ურჩი წინასწარმეტყველი სწორედ თავის საკუთარ სამარხში დამარხა.</w:t>
      </w:r>
    </w:p>
    <w:p>
      <w:pPr>
        <w:pStyle w:val="ArticleBody"/>
        <w:jc w:val="left"/>
      </w:pPr>
      <w:r>
        <w:rPr>
          <w:rFonts w:ascii="Sylfaen" w:hAnsi="Sylfaen" w:eastAsia="Sylfaen" w:cs="Sylfaen"/>
        </w:rPr>
        <w:t>იერობოამის სამეფო, რომელიც წარმოდგენილია როგორც იუდას სამეფოს ყალბი ნიმუში, სადაც იერუსალიმი და ტაძარი მდებარეობს, წარმოადგენდა მილერიტული ისტორიის პროტესტანტებს, რომლებიც უკვე აღარ იყვნენ ღვთის ხალხი. მათ აღთქმისეული სახელდება დაკარგეს 1840 წლის 11 აგვისტოსა და 1844 წლის 22 ოქტომბრის დახურულ კარს შორის. ეს ისტორია შეესაბამება 9/11-დან კვირის კანონის დადგომამდე პერიოდს, და ამ მიზეზით იუდას ურჩი წინასწარმეტყველი იმავე სამარხშია დამარხული, რომელშიც იყვნენ განდგომილი პროტესტანტები, რომლებიც ბეთელის ცრუ წინასწარმეტყველით იყვნენ წარმოდგენილნი.</w:t>
      </w:r>
    </w:p>
    <w:p>
      <w:pPr>
        <w:pStyle w:val="ArticleBody"/>
        <w:jc w:val="left"/>
      </w:pPr>
      <w:r>
        <w:rPr>
          <w:rFonts w:ascii="Sylfaen" w:hAnsi="Sylfaen" w:eastAsia="Sylfaen" w:cs="Sylfaen"/>
        </w:rPr>
        <w:t>საერთოდ, მეფე იოშია კარგი მეფე იყო, მაგრამ იგი მეგიდოში მოკვდა, რაც აშკარა და პირდაპირი გამოყენებაა არმაგედონთან მიმართებით. იგი გზას აცდა, რადგან უარყო ნექოს გამაფრთხილებელი უწყება. ნექო, ეგვიპტის მეფე და, შესაბამისად, სამხრეთის მეფე, ბაბილონთან, ჩრდილოეთის მეფესთან, საბრძოლველად მიემართებოდა. იოშია წარმოადგენს იმ იუდეველებს, რომლებიც არმაგედონში იღუპებიან, რადგან მათ უარყვეს სამხრეთის მეფისა და ჩრდილოეთის მეფის ბრძოლის შესახებ გამაფრთხილებელი უწყება დანიელის 11:40–45-ში. ეს უწყება 9/11-ზე საფუძვლად იქცა.</w:t>
      </w:r>
    </w:p>
    <w:p>
      <w:pPr>
        <w:pStyle w:val="ArticleBody"/>
        <w:jc w:val="left"/>
      </w:pPr>
      <w:r>
        <w:rPr>
          <w:rFonts w:ascii="Sylfaen" w:hAnsi="Sylfaen" w:eastAsia="Sylfaen" w:cs="Sylfaen"/>
        </w:rPr>
        <w:t>პირველი გამოცდა არის პირველი ანგელოზის მოწოდება საფუძვლებთან დაბრუნებისაკენ.</w:t>
      </w:r>
    </w:p>
    <w:p>
      <w:pPr>
        <w:pStyle w:val="ArticleBody"/>
        <w:jc w:val="left"/>
      </w:pPr>
      <w:r>
        <w:rPr>
          <w:rFonts w:ascii="Sylfaen" w:hAnsi="Sylfaen" w:eastAsia="Sylfaen" w:cs="Sylfaen"/>
        </w:rPr>
        <w:t>მეორე გამოცდა არის მეორე ანგელოზის მოწოდება, რომ გამოყოფილ იქნეს და დასრულდეს ტაძარი.</w:t>
      </w:r>
    </w:p>
    <w:p>
      <w:pPr>
        <w:pStyle w:val="ArticleBody"/>
        <w:jc w:val="left"/>
      </w:pPr>
      <w:r>
        <w:rPr>
          <w:rFonts w:ascii="Sylfaen" w:hAnsi="Sylfaen" w:eastAsia="Sylfaen" w:cs="Sylfaen"/>
        </w:rPr>
        <w:t>მესამე გამოცდა არის მესამე ანგელოზის ლაკმუსის გამოცდა — ბეჭდისა თუ ნიშნის.</w:t>
      </w:r>
    </w:p>
    <w:p>
      <w:pPr>
        <w:pStyle w:val="ArticleBody"/>
        <w:jc w:val="left"/>
      </w:pPr>
      <w:r>
        <w:rPr>
          <w:rFonts w:ascii="Sylfaen" w:hAnsi="Sylfaen" w:eastAsia="Sylfaen" w:cs="Sylfaen"/>
        </w:rPr>
        <w:t>პირველი გამოცდა არის გამოცდა საფუძვლებზე, და 2024 წელს შაბათის Zoom-შეხვედრებში ჩართულთა დაახლოებით ნახევარი წავიდა სწორედ იმ ერთადერთი დოქტრინალური დავის გამო, რომელიც 1843 წლის სქემაზეა წარმოდგენილი. ეს დავა იყო იმ სიმბოლოს შესახებ, რომელიც უკანასკნელ დღეებში ღვთის ხალხის ხილვას ამყარებს. მილერიტულ დავაში პროტესტანტები ამტკიცებდნენ, რომ ანტიოქე ეპიფანე, ან ისლამი იყო ის ძალა, რომელიც თავს აღამაღლებს და ეცემა, რათა დანიელის მეთერთმეტე თავის მეთოთხმეტე მუხლში ხილვა დაადგინოს.</w:t>
      </w:r>
    </w:p>
    <w:p>
      <w:pPr>
        <w:pStyle w:val="ArticleScripture"/>
        <w:jc w:val="left"/>
      </w:pPr>
      <w:r>
        <w:rPr>
          <w:rFonts w:ascii="Sylfaen" w:hAnsi="Sylfaen" w:eastAsia="Sylfaen" w:cs="Sylfaen"/>
        </w:rPr>
        <w:t>და იმ დროს მრავალნი აღდგებიან სამხრეთის მეფის წინააღმდეგ; ასევე, შენი ხალხის მოძალადენი აღიმაღლებენ თავს, რათა ხილვა დაამტკიცონ; მაგრამ დაეცემიან. დანიელი 11:14.</w:t>
      </w:r>
    </w:p>
    <w:p>
      <w:pPr>
        <w:pStyle w:val="ArticleBody"/>
        <w:jc w:val="left"/>
      </w:pPr>
      <w:r>
        <w:rPr>
          <w:rFonts w:ascii="Sylfaen" w:hAnsi="Sylfaen" w:eastAsia="Sylfaen" w:cs="Sylfaen"/>
        </w:rPr>
        <w:t>იყო ისლამი ან ანტიოქოს ეპიფანე შენი ხალხის მძარცველნი, თუ რომი, როგორც მილერმა განსაზღვრა? მილერს ესმოდა, რომ წარმართობისა და პაპიზმის გამაპარტახებელი ძალები ორივენი იყვნენ ის ძალა, რომელმაც თავი აღიმაღლა, დაეცა და რომელიც ღვთის ხალხის მძარცველნი იყვნენ. ეს არგუმენტი წარმოდგენილია იმ დიაგრამაზე, რომელიც „ღვთის ხელით იყო წარმართული და არ უნდა შეიცვალოს“, და რომელიც აბაკუმის ორივე დაფაზე ერთადერთი გამოსახულებაა, რომელიც აღნიშნავს მოვლენას, რომელსაც წინასწარმეტყველურ სიტყვაში პირდაპირი მითითება არ ჰქონდა. დიაგრამაზე ეს მითითება გაკეთდა იმისათვის, რომ ხაზგასმულიყო ის ფუძემდებლური არგუმენტი, როგორც ღვთის წინასწარმეტყველური სიტყვის განმაცალკევებელი ძალის სიმბოლო.</w:t>
      </w:r>
    </w:p>
    <w:p>
      <w:pPr>
        <w:pStyle w:val="ArticleBody"/>
        <w:jc w:val="left"/>
      </w:pPr>
      <w:r>
        <w:rPr>
          <w:rFonts w:ascii="Sylfaen" w:hAnsi="Sylfaen" w:eastAsia="Sylfaen" w:cs="Sylfaen"/>
        </w:rPr>
        <w:t>2024 წელს, Zoom-ის ჯგუფის დაახლოებით ნახევარი წავიდა იმ მცდარი გაგების გამო, თითქოს ხილვას ამყარებს შეერთებული შტატები და არა რომი, როგორც ამას მილერიტები ასე ზედმიწევნით იცავდნენ.</w:t>
      </w:r>
    </w:p>
    <w:p>
      <w:pPr>
        <w:pStyle w:val="ArticleBody"/>
        <w:jc w:val="left"/>
      </w:pPr>
      <w:r>
        <w:rPr>
          <w:rFonts w:ascii="Sylfaen" w:hAnsi="Sylfaen" w:eastAsia="Sylfaen" w:cs="Sylfaen"/>
        </w:rPr>
        <w:t>გაწმენდა, რომელიც 2023 წელს დაიწყო, მაშინ დაიწყო, როცა ქრისტე თავის განიავებლის ფრთით შევიდა ოთახში, ხოლო ეს ფრთა არის მისი ჭეშმარიტების სიტყვები. როდესაც იგი თავის ოთახში შევიდა, იგი ადამიანებისგან ცარიელი იყო; ამიტომ მან აღადგინა ხმა უდაბნოში, რათა უფლის გზა მოემზადებინა. ეს ხმა უნდა ამზადებდეს გზას აღთქმის მაცნისათვის, რათა იგი უეცრად მოვიდეს თავის ტაძარში — თავის ას ორმოცდაოთხი ათასის ტაძარში.</w:t>
      </w:r>
    </w:p>
    <w:p>
      <w:pPr>
        <w:pStyle w:val="ArticleBody"/>
        <w:jc w:val="left"/>
      </w:pPr>
      <w:r>
        <w:rPr>
          <w:rFonts w:ascii="Sylfaen" w:hAnsi="Sylfaen" w:eastAsia="Sylfaen" w:cs="Sylfaen"/>
        </w:rPr>
        <w:t>შემდეგ, 2024 წელს, პირველი გამოცდა — საფუძვლების გამოცდა, გამოცდა იმისა, თუ ვინ ამყარებს ხილვას — იმ ხილვას, რომელიც ნარჩომს ბეჭდავს. შინაგანი ხილვა, რომელიც ნარჩომს ბეჭდავს, არის ქრისტეს ხილვა მეათე თავში, ხოლო გარეგანი ხილვა არის ის ხილვა, რომელსაც ანტიქრისტე ამყარებს, და ანტიქრისტე არის რომი. ქრისტეს შინაგანი ხილვა და ანტიქრისტეს გარეგანი ხილვა. დაბეჭდვა არის ჭეშმარიტებაში დამკვიდრება, როგორც სულიერად, ისე გონებრივად; და მეათე თავის შინაგანი ხილვა არის სულიერი, ხოლო მეთერთმეტე თავის გარეგანი ხილვა — გონებრივი. ორივე ხილვის გაგება და მათთან შესაბამისი გამოცდილება არის აუცილებელი კრიტერიუმი ყოველი ადამიანისათვის, ვინც უნდა დაიბეჭდოს, როგორც ამას დანიელი წარმოადგენს დანიელის მეათე თავის პირველ მუხლში.</w:t>
      </w:r>
    </w:p>
    <w:p>
      <w:pPr>
        <w:pStyle w:val="ArticleScripture"/>
        <w:jc w:val="left"/>
      </w:pPr>
      <w:r>
        <w:rPr>
          <w:rFonts w:ascii="Sylfaen" w:hAnsi="Sylfaen" w:eastAsia="Sylfaen" w:cs="Sylfaen"/>
        </w:rPr>
        <w:t>სპარსთა მეფის, კიროსის, მეფობის მესამე წელს გამოცხადებულ იქნა საქმე დანიელისათვის, რომელსაც ბელტეშაცარი ერქვა; და ეს საქმე ჭეშმარიტი იყო, ხოლო განსაზღვრული დრო — ხანგრძლივი; და მან შეიცნო ეს საქმე და ჰქონდა ხილვის გაგება. დანიელი 10:1.</w:t>
      </w:r>
    </w:p>
    <w:p>
      <w:pPr>
        <w:pStyle w:val="ArticleBody"/>
        <w:jc w:val="left"/>
      </w:pPr>
      <w:r>
        <w:rPr>
          <w:rFonts w:ascii="Sylfaen" w:hAnsi="Sylfaen" w:eastAsia="Sylfaen" w:cs="Sylfaen"/>
        </w:rPr>
        <w:t>საფუძვლების ალფა-გამოცდა დანიელის მეთერთმეტე თავის მეთოთხმეტე მუხლთან დაკავშირებით იყო, და იგი პარალელი იყო მილერიტთა იმავე საძირკვლოვანი გამოცდისა; ხოლო ეს გამოცდა იყო მილერიტთა ისტორიიდან ერთადერთი სადავო საკითხი, რომელიც წარმოდგენილია იმ ცხრილზე, რომლის შესახებაც აბაკუმის გუშაგს ებრძანა დაეწერა და ნათლად წარმოეჩინა. 2024 წლის საძირკვლოვანი გამოცდა იყო პირველი ანგელოზის ჩამოსვლა, როგორც ეს წარმოდგენილია 1840 წლის 11 აგვისტოთი, 1888 წლითა და 9/11-ით.</w:t>
      </w:r>
    </w:p>
    <w:p>
      <w:pPr>
        <w:pStyle w:val="ArticleBody"/>
        <w:jc w:val="left"/>
      </w:pPr>
      <w:r>
        <w:rPr>
          <w:rFonts w:ascii="Sylfaen" w:hAnsi="Sylfaen" w:eastAsia="Sylfaen" w:cs="Sylfaen"/>
        </w:rPr>
        <w:t>ეს ანგელოზი მიხეილადაც ჩამოვიდა, რადგან მიხეილია ის, ვინც მოსე აღადგინა, ხოლო მოსე ელიასთან ერთად 2023 წლის უკანასკნელ დღეს აღდგა. ეს აღდგომა ეზეკიელთან წარმოდგენილია როგორც შესრულებული ოთხი ქარის წინასწარმეტყველებით, რასაც და უაიტი უწოდებს აღშფოთებულ, შეკავებულ ცხენს, რაც არის ისლამი 1840 წლის 11 აგვისტოსა და 9/11-ისა. ალფა გამოცდა იყო საფუძვლისმიერი, გარეგანი ხილვის გამოცდა. ომეგა გამოცდა იქნებოდა შინაგანი, კაპსტონის ხილვა.</w:t>
      </w:r>
    </w:p>
    <w:p>
      <w:pPr>
        <w:pStyle w:val="ArticleBody"/>
        <w:jc w:val="left"/>
      </w:pPr>
      <w:r>
        <w:rPr>
          <w:rFonts w:ascii="Sylfaen" w:hAnsi="Sylfaen" w:eastAsia="Sylfaen" w:cs="Sylfaen"/>
        </w:rPr>
        <w:t>რატომ უნდა არსებობდეს ალფა და ომეგა, რომელთაც უნდა მოჰყვეს მესამე გამოცდა? სწორედ ამ საკითხს ვასახელებ. 2024 წლის ალფა-გარეგანი გამოცდის ხილვა სამ გამოცდას შორის პირველია. ეს საფუძველმდებელი გამოცდა უნდა ჩაიბაროს, რათა ადამიანი ჩართული იყოს მწვერვალ-ქვის ომეგა გამოცდაში. ეს ორი გამოცდა მესამე გამოცდისგან განსხვავებული წინასწარმეტყველური ბუნებისაა. მესამე გამოცდა ლაკმუსის გამოცდაა, რომელიც აჩვენებს, ნამდვილად გაიარა თუ არა კანდიდატმა წინა ორი საფეხური.</w:t>
      </w:r>
    </w:p>
    <w:p>
      <w:pPr>
        <w:pStyle w:val="ArticleBody"/>
        <w:jc w:val="left"/>
      </w:pPr>
      <w:r>
        <w:rPr>
          <w:rFonts w:ascii="Sylfaen" w:hAnsi="Sylfaen" w:eastAsia="Sylfaen" w:cs="Sylfaen"/>
        </w:rPr>
        <w:t>პირველი გამოცდა არის საფუძველი, ხოლო მეორე გამოცდა — დასრულებული ტაძარი. ტაძრის საფუძველი დაიდგა ბაბილონიდან გამოსვლის პირველი ბრძანებულების ისტორიის განმავლობაში. მეორე ბრძანებულების ისტორიაში ტაძარი დასრულდა. მესამე ბრძანებულება განსხვავებული იყო, რადგან ამ ბრძანებულებაში იუდას ეროვნული სუვერენიტეტი აღდგა, რაც მათ ანიჭებდა უფლებამოსილებას, სამოქალაქო და რელიგიური დანაშაულები ედევნათ სამართლებრივად. მესამე ბრძანებულებისას განაჩენი აღდგება. 2024 წელს საფუძვლიანმა ალფა გამოცდამ გამოყო ისინი ჭუჭყიანი ფუნჯიანი კაცის თითქმის ცარიელ ოთახში.</w:t>
      </w:r>
    </w:p>
    <w:p>
      <w:pPr>
        <w:pStyle w:val="ArticleBody"/>
        <w:jc w:val="left"/>
      </w:pPr>
      <w:r>
        <w:rPr>
          <w:rFonts w:ascii="Sylfaen" w:hAnsi="Sylfaen" w:eastAsia="Sylfaen" w:cs="Sylfaen"/>
        </w:rPr>
        <w:t>ომეგას გამოცდა არის ის დრო, როდესაც ტაძარი სრულდება, როგორც ეს გამოხატულია კაპსტონის დადგმით. ტაძრის დასრულება არის გამარჯვებული ეკლესია, რომელიც მყარდება მაშინ, როდესაც ღვარძლი მოიშორება. მილერის სიზმარში ტაძრის დასრულება იყო მაშინ, როდესაც ძვირფასეულობა კვლავ დიდ სკივრში ჩაყარეს „იმ კაცის ყოველგვარი ხილული ძალისხმევის გარეშე, რომელმაც ისინი შიგ ჩაყარა.“ მას შემდეგ, რაც მილერი აიგივებს მტვრის ჯაგრისიან კაცს იმასთან, ვინც ძვირფასეულობას დიდ სკივრში ყრის, იგი თავის მოწმობას ამ სიტყვებით ასრულებს: „სიხარულისაგან შევყვირე, და იმ შეძახილმა გამაღვიძა.“</w:t>
      </w:r>
    </w:p>
    <w:p>
      <w:pPr>
        <w:pStyle w:val="ArticleBody"/>
        <w:jc w:val="left"/>
      </w:pPr>
      <w:r>
        <w:rPr>
          <w:rFonts w:ascii="Sylfaen" w:hAnsi="Sylfaen" w:eastAsia="Sylfaen" w:cs="Sylfaen"/>
        </w:rPr>
        <w:t>გაითვალისწინეთ, რომ მილერის გამაღვიძებელი „ხმამაღალი ძახილი“ „სიხარულით“ იყო გაძლიერებული. სიხარული იოელთან იმათ სიმბოლოა, რომელთაც აქვთ „ახალი ღვინო“, ხოლო „სირცხვილი“ აწევს ღვინის იმ სხვა მსმელებს, რომელთაც ახალი ღვინო მოეკვეთათ. მილერს რომ აღვიძებს შუაღამის ძახილი, მოსდევს მას შემდეგ, რაც მტვრის საწმენდი კაცი ძვირფას ქვებს უფრო დიდ ყუთში ჩაყრის. უფრო დიდი ყუთი სავსეა იმ ძვირფასი ქვებით, რომლებიც ნაგვისგან გამოაცალკევეს და ყუთში ჩაყარეს; ეს ყუთი არის როგორც ასორმოცდაოთხი ათასის ტაძარი, ისე შუაღამის ძახილის უწყებაც. ტაძარი სრულდება მეორე განკარგულებაში, ანუ მეორე ანგელოზში, ანუ მეორე და ომეგა გამოცდაში. მილერის სიზმარში ომეგა გამოცდა წარმოდგენილია მაშინ, როდესაც ზეცის სარკმლები იხსნება.</w:t>
      </w:r>
    </w:p>
    <w:p>
      <w:pPr>
        <w:pStyle w:val="ArticleScripture"/>
        <w:jc w:val="left"/>
      </w:pPr>
      <w:r>
        <w:rPr>
          <w:rFonts w:ascii="Sylfaen" w:hAnsi="Sylfaen" w:eastAsia="Sylfaen" w:cs="Sylfaen"/>
        </w:rPr>
        <w:t>და მოვისმინე ვითარცა ხმა დიდძალი სიმრავლისა, და ვითარცა ხმა მრავალთა წყალთა, და ვითარცა ხმა ძლიერთა ქუხილთა, რომელნიც იტყოდნენ: ალილუია, ვინაიდან უფალი ღმერთი ყოვლისმპყრობელი სუფევს. ვიხარებდეთ და ვიშვებდეთ, და დიდებას მივაგებდეთ მას, ვინაიდან მოვიდა კრავის ქორწილი და მისი ცოლი განმზადებულა. და მიეცა მას, რათა შეიმოსოს წმიდა და სპეტაკი ბისონი, ვინაიდან ბისონი არის სიმართლე წმიდათა. და მეუბნება მე: დაწერე: ნეტარ არიან კრავის საქორწინო სერობაზე მოწოდებულნი. და მეუბნება მე: ესენი არიან ჭეშმარიტი სიტყვანი ღვთისანი. გამოცხადება 19:6–9.</w:t>
      </w:r>
    </w:p>
    <w:p>
      <w:pPr>
        <w:pStyle w:val="ArticleBody"/>
        <w:jc w:val="left"/>
      </w:pPr>
      <w:r>
        <w:rPr>
          <w:rFonts w:ascii="Sylfaen" w:hAnsi="Sylfaen" w:eastAsia="Sylfaen" w:cs="Sylfaen"/>
        </w:rPr>
        <w:t>1844 წლის 22 ოქტომბერს „ქრისტეს ოთხი მოსვლა“ აღსრულდა, და ამ ოთხივე მოსვლა კიდევ უფრო სრულყოფილად აღსრულდება მალე მოსახდენი კვირადღის კანონის დროს. იგი მოვიდა, როგორც აღთქმის მაცნე, მალაქიას მესამე თავში აღწერილი ლევიანთა განწმედისა და განწმენდის აღსასრულებლად. იგი მოვიდა სამეფოს მისაღებად დანიელის 7:13-ის აღსრულებით. იგი მოვიდა საწმიდარის განსაწმენდად დანიელის 8:14-ის აღსრულებით და ასევე მოვიდა ქორწილზე. ქორწილი ხდება მაშინ, როდესაც პატარძალმა თავი გაამზადა.</w:t>
      </w:r>
    </w:p>
    <w:p>
      <w:pPr>
        <w:pStyle w:val="ArticleScripture"/>
        <w:jc w:val="left"/>
      </w:pPr>
      <w:r>
        <w:rPr>
          <w:rFonts w:ascii="Sylfaen" w:hAnsi="Sylfaen" w:eastAsia="Sylfaen" w:cs="Sylfaen"/>
        </w:rPr>
        <w:t>„როცა ნაყოფი მომწიფდება, მაშინვე მოუქნევს ნამგალს, რადგან მკა დადგა.“ ქრისტე სანატრელი სურვილით ელის თავისი თავის გამოვლენას თავის ეკლესიაში. როცა ქრისტეს ხასიათი სრულყოფილად აღიბეჭდება მის ხალხში, მაშინ იგი მოვა, რათა ისინი თავის საკუთრებად მოითხოვოს.“ Christ’s Object Lessons, 69.</w:t>
      </w:r>
    </w:p>
    <w:p>
      <w:pPr>
        <w:pStyle w:val="ArticleBody"/>
        <w:jc w:val="left"/>
      </w:pPr>
      <w:r>
        <w:rPr>
          <w:rFonts w:ascii="Sylfaen" w:hAnsi="Sylfaen" w:eastAsia="Sylfaen" w:cs="Sylfaen"/>
        </w:rPr>
        <w:t>შთაგონების თანახმად, „სამყარო შეიძლება მხოლოდ გაფრთხილებულ იქნეს“ იმით, რომ კვირადღის კანონის კრიზისის დროს „დაინახავს კაცებსა და ქალებს“ ღვთის ბეჭდით.</w:t>
      </w:r>
    </w:p>
    <w:p>
      <w:pPr>
        <w:pStyle w:val="ArticleScripture"/>
        <w:jc w:val="left"/>
      </w:pPr>
      <w:r>
        <w:rPr>
          <w:rFonts w:ascii="Sylfaen" w:hAnsi="Sylfaen" w:eastAsia="Sylfaen" w:cs="Sylfaen"/>
        </w:rPr>
        <w:t>„სულიწმიდის საქმეა სამყაროს ცოდვაზე, სიმართლეზე და სამსჯავროზე მხილება. სამყაროს გაფრთხილება მხოლოდ მაშინ არის შესაძლებელი, როცა ისინი, რომელთაც ჭეშმარიტება სწამთ, ჭეშმარიტებით განწმედილნი ჩანან, ამაღლებული და წმიდა პრინციპებით მოქმედებენ და მკაფიოდ, მაღალ სულიერ მნიშვნელობაში, წარმოაჩენენ გამიჯვნის ხაზს მათ შორის, ვინც ღვთის მცნებებს იცავს, და მათ შორის, ვინც მათ ფეხქვეშ თელავს. სულის მიერ განწმედა აღნიშნავს განსხვავებას მათ შორის, რომელთაც ღვთის ბეჭედი აქვთ, და მათ შორის, ვინც ყალბ განსვენების დღეს იცავს. როცა გამოცდა მოვა, ნათლად გამოჩნდება, რა არის მხეცის ნიშანი. ეს არის კვირა დღის დაცვა. ისინი, ვინც ჭეშმარიტების მოსმენის შემდეგაც აგრძელებენ ამ დღის წმიდად მიჩნევას, ატარებენ ცოდვის კაცის ხელმოწერას, რომელმაც განიზრახა ჟამთა და რჯულთა შეცვლა.“ Bible Training School, December 1, 1903.</w:t>
      </w:r>
    </w:p>
    <w:p>
      <w:pPr>
        <w:pStyle w:val="ArticleBody"/>
        <w:jc w:val="left"/>
      </w:pPr>
      <w:r>
        <w:rPr>
          <w:rFonts w:ascii="Sylfaen" w:hAnsi="Sylfaen" w:eastAsia="Sylfaen" w:cs="Sylfaen"/>
        </w:rPr>
        <w:t>როცა სასძლო თავს განიმზადებს, მკა დამდგარია. მკა იწყება პირველნაყოფი ხორბლის შესაწირავის შეკრებით, რომელიც მაღლა აიტანება, როგორც რხევის შესაწირავი ნიშანი. პირველად იკრიბებიან პირველნაყოფნი, რომლებიც გამოცხადების წიგნში მოხსენიებული ას ორმოცდაოთხი ათასნი არიან, ხოლო შემდეგ — სხვა ფარა, რომელიც არის დიდი სიმრავლე. ნიშანი მისი ძლიერი ლაშქარია, და მისი ძლიერი ლაშქარი შემოსილია წმინდა თეთრი სელით. ქორწინებისას ას ორმოცდაოთხი ათასის ტაძარი დასრულებულია საკვირაო კანონის სამსჯავროს წინასწარ, და ეს ტაძარი არის არა მხოლოდ მილერის უფრო დიდი კიდობანი, არამედ ის ეკლესია გამარჯვებული, რომელიც ფლობს ყოველგვარ ნიჭს, წინასწარმეტყველების სულის ჩათვლით.</w:t>
      </w:r>
    </w:p>
    <w:p>
      <w:pPr>
        <w:pStyle w:val="ArticleScripture"/>
        <w:jc w:val="left"/>
      </w:pPr>
      <w:r>
        <w:rPr>
          <w:rFonts w:ascii="Sylfaen" w:hAnsi="Sylfaen" w:eastAsia="Sylfaen" w:cs="Sylfaen"/>
        </w:rPr>
        <w:t>და მის ფეხებთან დავეცი, რათა თაყვანი მეცა მისთვის. და მითხრა მე: ეგ ნუ ჰყოფ; მე შენი თანამონა ვარ და შენი ძმებისა, რომელთაც იესოს მოწმობა აქვთ; ღმერთს ეცი თაყვანი, რადგან იესოს მოწმობა წინასწარმეტყველების სულია. გამოცხადება 19:10.</w:t>
      </w:r>
    </w:p>
    <w:p>
      <w:pPr>
        <w:pStyle w:val="ArticleBody"/>
        <w:jc w:val="left"/>
      </w:pPr>
      <w:r>
        <w:rPr>
          <w:rFonts w:ascii="Sylfaen" w:hAnsi="Sylfaen" w:eastAsia="Sylfaen" w:cs="Sylfaen"/>
        </w:rPr>
        <w:t>ას ორმოცდაოთხი ათასი არიან ისინი, რომელთაც აქვთ იესოს მოწმობა, ხოლო იესოს მოწმობა წარმოდგენილია „სტრიქონზე სტრიქონი“ როგორც ბიბლიაში, ისე წინასწარმეტყველების სულში. როდესაც ას ორმოცდაოთხი ათასის ლაოდიკიური მოძრაობა გარდაიქმნება ას ორმოცდაოთხი ათასის ფილადელფიურ მოძრაობად, ისინი ყველანი თავიანთი მოწმობის წარსადგენად გამოიყენებენ „სტრიქონზე სტრიქონი“ მეთოდოლოგიას. ეს მოწმობა არის ღვთიური სისხლისა და ადამიანური მოწმობის ერთობლიობა.</w:t>
      </w:r>
    </w:p>
    <w:p>
      <w:pPr>
        <w:pStyle w:val="ArticleScripture"/>
        <w:jc w:val="left"/>
      </w:pPr>
      <w:r>
        <w:rPr>
          <w:rFonts w:ascii="Sylfaen" w:hAnsi="Sylfaen" w:eastAsia="Sylfaen" w:cs="Sylfaen"/>
        </w:rPr>
        <w:t>და მათ სძლიეს მას კრავის სისხლით და თავიანთი მოწმობის სიტყვით; და არ შეიყვარეს თავიანთი სიცოცხლე სიკვდილამდეც კი. გამოცხადება 12:11.</w:t>
      </w:r>
    </w:p>
    <w:p>
      <w:pPr>
        <w:pStyle w:val="ArticleBody"/>
        <w:jc w:val="left"/>
      </w:pPr>
      <w:r>
        <w:rPr>
          <w:rFonts w:ascii="Sylfaen" w:hAnsi="Sylfaen" w:eastAsia="Sylfaen" w:cs="Sylfaen"/>
        </w:rPr>
        <w:t>კაცობრიობის მოწმობა, რომელიც შეერთებულია ღვთაებრიობის სისხლთან, არის მოსესა და კრავის მოწმობა. მოსე იყო კაცობრიობა, ალფა ომეგა კრავის ღვთაებრიობის სისხლის მიმართ. ყველა ნიჭი აღდგება იმავე წამს, როგორც კი სასძლო თავს მოამზადებს, და როგორც თეთრი სელის სამოსლით შემოსილი ძლიერი ლაშქარი, იგი იკავებს თავის ადგილს, როგორც უფლის წინმსვლელი ლაშქრის დროშა. ის საბრძოლო მსვლელობა იწყება მაშინ, როდესაც სასძლო მომზადებულია და თეთრით არის შემოსილი, რაც არის ის დრო, როცა ზეცის სარკმლები იხსნება, როგორც ეს მილერის სიზმარში იყო.</w:t>
      </w:r>
    </w:p>
    <w:p>
      <w:pPr>
        <w:pStyle w:val="ArticleScripture"/>
        <w:jc w:val="left"/>
      </w:pPr>
      <w:r>
        <w:rPr>
          <w:rFonts w:ascii="Sylfaen" w:hAnsi="Sylfaen" w:eastAsia="Sylfaen" w:cs="Sylfaen"/>
        </w:rPr>
        <w:t>და ვიხილე გახსნილი ცა, და აჰა, თეთრი ცხენი; და მასზე მჯდომს ეწოდებოდა ერთგული და ჭეშმარიტი, და სიმართლით ასამართლებს და იბრძვის. მისი თვალები იყო როგორც ცეცხლის ალი, და მის თავზე იყო მრავალი გვირგვინი; და ჰქონდა დაწერილი სახელი, რომელიც არავინ იცოდა, გარდა თავად მისი. და შემოსილი იყო სისხლში შეღებილი სამოსლით; და მისი სახელი ეწოდება ღვთის სიტყვა. და ზეცაში მყოფი ლაშქრები მიჰყვებოდნენ მას თეთრ ცხენებზე ამხედრებულნი, შემოსილნი წმინდა სელით, თეთრითა და წმინდით. და მისი პირიდან გამოდის მახვილი მახვილი, რათა მისით დასცეს ხალხები; და ის დამწყემსავს მათ რკინის კვერთხით; და იგი თელავს ყოვლადძლიერი ღვთის მძვინვარებისა და რისხვის ღვინის საწნახელს. და მის სამოსელზე და მის თეძოზე დაწერილი ჰქონდა სახელი: მეფეთა მეფე და უფალთა უფალი. გამოცხადება 19:11–16.</w:t>
      </w:r>
    </w:p>
    <w:p>
      <w:pPr>
        <w:pStyle w:val="ArticleBody"/>
        <w:jc w:val="left"/>
      </w:pPr>
      <w:r>
        <w:rPr>
          <w:rFonts w:ascii="Sylfaen" w:hAnsi="Sylfaen" w:eastAsia="Sylfaen" w:cs="Sylfaen"/>
        </w:rPr>
        <w:t>როცა მტვრის ჯაგრისიანი კაცი ცარიელ ოთახში შედის და ფანჯრებს აღებს, იგი ძვირფას ქვებს აგროვებს და უფრო დიდ ომეგას კუბოში ყრის. ჯეიმზ უაიტი ამ ძვირფას ქვებს ღმერთის ხალხად მიიჩნევდა, მაგრამ უილიამ მილერი გეტყოდათ, რომ სიმბოლოებს ერთზე მეტი მნიშვნელობა აქვს, და ეს ძვირფასი ქვები აღნიშნავს არა მხოლოდ გაფანტულ საფუძველმდებარე ჭეშმარიტებებს, არამედ იმ გაფანტულ ძვირფას ქვებსაც, რომლებიც მაღლა აღმართულ გვირგვინზეა, რაც ქრისტეს დიდების სამეფოს წარმოადგენს.</w:t>
      </w:r>
    </w:p>
    <w:p>
      <w:pPr>
        <w:pStyle w:val="ArticleScripture"/>
        <w:jc w:val="left"/>
      </w:pPr>
      <w:r>
        <w:rPr>
          <w:rFonts w:ascii="Sylfaen" w:hAnsi="Sylfaen" w:eastAsia="Sylfaen" w:cs="Sylfaen"/>
        </w:rPr>
        <w:t>და უფალი მათი ღმერთი იხსნის მათ იმ დღეს, როგორც თავისი ერის ფარას; რადგან ისინი იქნებიან როგორც გვირგვინის ქვები, აღმართულნი, ვითარცა დროშა, მის მიწაზე. ზაქარია 9:16.</w:t>
      </w:r>
    </w:p>
    <w:p>
      <w:pPr>
        <w:pStyle w:val="ArticleBody"/>
        <w:jc w:val="left"/>
      </w:pPr>
      <w:r>
        <w:rPr>
          <w:rFonts w:ascii="Sylfaen" w:hAnsi="Sylfaen" w:eastAsia="Sylfaen" w:cs="Sylfaen"/>
        </w:rPr>
        <w:t>რომის მიერ ხილვის დამამტკიცებელი საფუძვლოვანი ალფა გამოცდის შემდეგ ომეგა და მეორე გამოცდა არის კენწერო ქვისებრი ომეგა გამოცდა. ეს არის ტაძრის გამოცდის დასრულება, რომელიც წინ უძღვის სამსჯავროს მესამე განმსაზღვრელ გამოცდას. ეს გამოცდა ერთმანეთისაგან წმენდს თაყვანისმცემელთა ორ კლასს და ჰყოფს ბრძენთ უგუნურთაგან ზეთის საფუძველზე, რომელიც არის უწყება, ანუ, როგორც და უაითმა აღნიშნა კაპერნაუმის სინაგოგის შესახებ თავის განმარტებაში — „ჭეშმარიტების სიტყვები“.</w:t>
      </w:r>
    </w:p>
    <w:p>
      <w:pPr>
        <w:pStyle w:val="ArticleBody"/>
        <w:jc w:val="left"/>
      </w:pPr>
      <w:r>
        <w:rPr>
          <w:rFonts w:ascii="Sylfaen" w:hAnsi="Sylfaen" w:eastAsia="Sylfaen" w:cs="Sylfaen"/>
        </w:rPr>
        <w:t>კაპერნაუმი ის ადგილია, სადაც იოანეს 6:66-ში იესომ ერთდროულად მოწაფეთა უდიდესი რაოდენობა დაკარგა, და ეს მოწაფეები აღარასოდეს დაბრუნებულან. როგორც ქრისტეს დროს მოწაფეობის უდიდესი გამოცდა, კაპერნაუმი სიმბოლოა ქრისტეს დროს მოწაფეობის ომეგა გამოცდისა, რაც, თავის მხრივ, ტიპოლოგიურად ასახავს მოწაფეობის ომეგა გამოცდას სამსაფეხურიან საგამოცდო პროცესში, რომელიც 2023 წელს დაიწყო. კაპერნაუმში ეს გამოცდა ზეციური პურით იყო წარმოდგენილი, და მან გამოავლინა იუდეველთა მარცხი იმ კონტექსტში, რომ მათ არ შეეძლოთ წინასწარმეტყველების გაგება, რადგან არ სურდათ მიეღოთ, რომ როდესაც იესო ბუნებრივ საგნებზე საუბრობდა, ეს სულიერი მნიშვნელობით უნდა ყოფილიყო გაგებული.</w:t>
      </w:r>
    </w:p>
    <w:p>
      <w:pPr>
        <w:pStyle w:val="ArticleBody"/>
        <w:jc w:val="left"/>
      </w:pPr>
      <w:r>
        <w:rPr>
          <w:rFonts w:ascii="Sylfaen" w:hAnsi="Sylfaen" w:eastAsia="Sylfaen" w:cs="Sylfaen"/>
        </w:rPr>
        <w:t>ამ საკითხების განხილვას მომდევნო სტატიაში გავაგრძელებთ.</w:t>
      </w:r>
    </w:p>
    <w:p>
      <w:pPr>
        <w:pStyle w:val="ArticleScripture"/>
        <w:jc w:val="left"/>
      </w:pPr>
      <w:r>
        <w:rPr>
          <w:rFonts w:ascii="Sylfaen" w:hAnsi="Sylfaen" w:eastAsia="Sylfaen" w:cs="Sylfaen"/>
        </w:rPr>
        <w:t>„ქრისტეს სიტყვა სინაგოგაში სიცოცხლის პურის შესახებ გარდამტეხი მომენტი იყო იუდასის ისტორიაში. მან მოისმინა სიტყვები: „თუ არ შეჭამთ კაცის ძის ხორცს და არ შესვამთ მის სისხლს, სიცოცხლე არ გექნებათ თქვენში“. იოანე 6:53. მან დაინახა, რომ ქრისტე სთავაზობდა სულიერ და არა ამქვეყნიურ სიკეთეს. იგი თავს შორსმჭვრეტელად მიიჩნევდა და ფიქრობდა, რომ ხედავდა, იესოს არ ექნებოდა პატივი და რომ იგი თავის მიმდევრებს ვერ მიანიჭებდა მაღალ მდგომარეობას. მან გადაწყვიტა, ასე მჭიდროდ არ შეერთებოდა ქრისტეს, რათა შეძლებოდა ჩამოშორება. იგი დააკვირდებოდა. და მართლაც დააკვირდა.“</w:t>
      </w:r>
    </w:p>
    <w:p>
      <w:pPr>
        <w:pStyle w:val="ArticleScripture"/>
        <w:jc w:val="left"/>
      </w:pPr>
      <w:r>
        <w:rPr>
          <w:rFonts w:ascii="Sylfaen" w:hAnsi="Sylfaen" w:eastAsia="Sylfaen" w:cs="Sylfaen"/>
        </w:rPr>
        <w:t>„იმ დროიდან იგი გამოთქვამდა ეჭვებს, რომლებიც მოწაფეებს აბნევდა. …“ ქრისტეს სურვილი, 719.</w:t>
      </w:r>
    </w:p>
    <w:p>
      <w:pPr>
        <w:pStyle w:val="ArticleHeading"/>
        <w:jc w:val="left"/>
      </w:pPr>
      <w:r>
        <w:rPr>
          <w:rFonts w:ascii="Sylfaen" w:hAnsi="Sylfaen" w:eastAsia="Sylfaen" w:cs="Sylfaen"/>
        </w:rPr>
        <w:t>პირველი გამოცდა</w:t>
      </w:r>
    </w:p>
    <w:p>
      <w:pPr>
        <w:pStyle w:val="ArticleScripture"/>
        <w:jc w:val="left"/>
      </w:pPr>
      <w:r>
        <w:rPr>
          <w:rFonts w:ascii="Sylfaen" w:hAnsi="Sylfaen" w:eastAsia="Sylfaen" w:cs="Sylfaen"/>
        </w:rPr>
        <w:t>იესოს მიერ ეგოისტ იუდასთვის მიპყრობილმა მზერამ დაარწმუნა იგი, რომ მოძღვარმა შეაღწია მის თვალთმაქცობაში და ამოიკითხა მისი მდაბიო, საძაგელი ხასიათი. ეს უფრო პირდაპირი მხილება იყო, ვიდრე იუდას მანამდე ოდესმე მიეღო. ამან იგი გააღიზიანა და ამგვარად გაიღო კარი, რომლითაც სატანა შევიდა მის აზრთა სამართავად. მონანიების ნაცვლად მან შურისძიება განიზრახა. საკუთარი ცოდვის შეგნებით განგმირულმა და შეშლილობამდე გაღიზიანებულმა იმის გამო, რომ მისი დანაშაული ცნობილი გახდა, იგი წამოდგა სუფრიდან და წავიდა მღვდელმთავრის სასახლეში, სადაც კრებული შეკრებილი დახვდა. იგი სატანის სულით იყო გამსჭვალული და იქცეოდა, როგორც გონებადაკარგული. მისი მოძღვრის გაცემისთვის აღთქმული საზღაური ოცდაათი ვერცხლი იყო; და იმ ნელსაცხებლის ყუთის ღირებულებაზე ბევრად ნაკლებ თანხად მან მხსნელი გაყიდა.</w:t>
      </w:r>
    </w:p>
    <w:p>
      <w:pPr>
        <w:pStyle w:val="ArticleScripture"/>
        <w:jc w:val="left"/>
      </w:pPr>
      <w:r>
        <w:rPr>
          <w:rFonts w:ascii="Sylfaen" w:hAnsi="Sylfaen" w:eastAsia="Sylfaen" w:cs="Sylfaen"/>
        </w:rPr>
        <w:t>„სულითა და ქცევით მრავალნი იუდას ჰგვანან. ვიდრე მათ ხასიათში არსებული წყლულის ლაქის შესახებ დუმილია, აშკარა მტრობა არ ჩანს; მაგრამ როცა მათ ამხელენ, სიმწარე ავსებს მათ გულებს.“ Youth Instructor, July 12, 1900.</w:t>
      </w:r>
    </w:p>
    <w:p>
      <w:pPr>
        <w:pStyle w:val="ArticleHeading"/>
        <w:jc w:val="left"/>
      </w:pPr>
      <w:r>
        <w:rPr>
          <w:rFonts w:ascii="Sylfaen" w:hAnsi="Sylfaen" w:eastAsia="Sylfaen" w:cs="Sylfaen"/>
        </w:rPr>
        <w:t>მეორე გამოცდა</w:t>
      </w:r>
    </w:p>
    <w:p>
      <w:pPr>
        <w:pStyle w:val="ArticleScripture"/>
        <w:jc w:val="left"/>
      </w:pPr>
      <w:r>
        <w:rPr>
          <w:rFonts w:ascii="Sylfaen" w:hAnsi="Sylfaen" w:eastAsia="Sylfaen" w:cs="Sylfaen"/>
        </w:rPr>
        <w:t>„პასექის წინ იუდა მეორედ შეხვდა მღვდელმთავრებსა და მწიგნობრებს და დაასრულა შეთანხმება, რომ იესო მათ ხელში ჩაეგდო.... იუდა ახლა შეურაცხყოფილი იყო ქრისტეს იმ საქციელით, რომ მან თავის მოწაფეებს ფეხები დაბანა. თუ იესოს შეეძლო ასე დაემდაბლებინა საკუთარი თავი, ფიქრობდა იგი, მაშინ ის ვერ იქნებოდა ისრაელის მეფე. წუთიერი სამეფოს ფარგლებში ამქვეყნიური პატივის ყოველგვარი იმედი განადგურდა. იუდა დარწმუნდა, რომ ქრისტეს გაყოლით არაფერს მოიგებდა. მას შემდეგ, რაც, როგორც თავად მიაჩნდა, დაინახა, რომ მან თავი დაიმცირა, იგი საბოლოოდ დამკვიდრდა თავის განზრახვაში, რომ უარეყო იგი და ეღიარებინა, რომ მოტყუებული იყო. მას დემონი დაეპატრონა და გადაწყვიტა დაესრულებინა ის საქმე, რომლის გაკეთებაზეც თანახმა იყო — თავისი უფლის გაცემაზე.“ The Desire of Ages, 645.</w:t>
      </w:r>
    </w:p>
    <w:p>
      <w:pPr>
        <w:pStyle w:val="ArticleHeading"/>
        <w:jc w:val="left"/>
      </w:pPr>
      <w:r>
        <w:rPr>
          <w:rFonts w:ascii="Sylfaen" w:hAnsi="Sylfaen" w:eastAsia="Sylfaen" w:cs="Sylfaen"/>
        </w:rPr>
        <w:t>საბოლოო გადაწყვეტილება</w:t>
      </w:r>
    </w:p>
    <w:p>
      <w:pPr>
        <w:pStyle w:val="ArticleScripture"/>
        <w:jc w:val="left"/>
      </w:pPr>
      <w:r>
        <w:rPr>
          <w:rFonts w:ascii="Sylfaen" w:hAnsi="Sylfaen" w:eastAsia="Sylfaen" w:cs="Sylfaen"/>
        </w:rPr>
        <w:t>თავისი განზრახვის გამჟღავნებით გამოწვეული გაოცებისა და დაბნეულობის გამო, იუდა ნაჩქარევად წამოდგა, რათა ოთახი დაეტოვებინა. „მაშინ უთხრა იესომ მას: რასაც აკეთებ, მალე გააკეთე.... მან კი, ლუკმა რომ მიიღო, მაშინვე გავიდა გარეთ; და იყო ღამე.“ ღამე იყო მოღალატისთვისაც, როცა ქრისტესგან განშორდა და გარესკნელ ბნელში შევიდა.</w:t>
      </w:r>
    </w:p>
    <w:p>
      <w:pPr>
        <w:pStyle w:val="ArticleScripture"/>
        <w:jc w:val="left"/>
      </w:pPr>
      <w:r>
        <w:rPr>
          <w:rFonts w:ascii="Sylfaen" w:hAnsi="Sylfaen" w:eastAsia="Sylfaen" w:cs="Sylfaen"/>
        </w:rPr>
        <w:t>„სანამ ეს ნაბიჯი გადაიდგმებოდა, იუდას ჯერ კიდევ არ ჰქონდა გადალახული მონანიების შესაძლებლობის ზღვარი. მაგრამ როდესაც მან დატოვა თავისი უფლისა და თანამოწაფეთა თანდასწრება, საბოლოო გადაწყვეტილება უკვე მიღებული იყო. მან გადაკვეთა საზღვარი.“</w:t>
      </w:r>
    </w:p>
    <w:p>
      <w:pPr>
        <w:pStyle w:val="ArticleScripture"/>
        <w:jc w:val="left"/>
      </w:pPr>
      <w:r>
        <w:rPr>
          <w:rFonts w:ascii="Sylfaen" w:hAnsi="Sylfaen" w:eastAsia="Sylfaen" w:cs="Sylfaen"/>
        </w:rPr>
        <w:t>საოცარი იყო იესოს სულგრძელება ამ ცდუნებულ სულთან მოპყრობაში. არაფერი, რაც შეიძლებოდა გაკეთებულიყო იუდას გადასარჩენად, უგულებელყოფილი არ დარჩენილა. მას შემდეგაც კი, რაც ორჯერ დადო აღთქმა, რომ თავის უფალს გასცემდა, იესომ კვლავ მისცა მას მონანიების შესაძლებლობა. მოღალატის გულის დაფარული განზრახვის ამოკითხვით ქრისტემ იუდას მისცა თავისი ღვთაებრიობის უკანასკნელი, დამაჯერებელი მტკიცებულება. ეს იყო ცრუმოწაფისთვის მონანიებისკენ უკანასკნელი მოწოდება. არ ყოფილა დაზოგილი არც ერთი მიმართვა, რომლის მოხდენაც ქრისტეს ღვთაებრივ-ადამიანურ გულს შეეძლო. ჯიუტი სიამაყის მიერ უკუგდებული წყალობის ტალღები უფრო ძლიერი მოქცევით კვლავ დაბრუნდნენ დამმორჩილებელი სიყვარულის სახით. მაგრამ თუმცა თავისი დანაშაულის გამომჟღავნებით გაოცებული და შეძრწუნებული იყო, იუდა მხოლოდ კიდევ უფრო მეტად განმტკიცდა თავის გადაწყვეტილებაში. საიდუმლო სერობიდან იგი გავიდა, რათა ღალატის საქმე აღესრულებინა.</w:t>
      </w:r>
    </w:p>
    <w:p>
      <w:pPr>
        <w:pStyle w:val="ArticleScripture"/>
        <w:jc w:val="left"/>
      </w:pPr>
      <w:r>
        <w:rPr>
          <w:rFonts w:ascii="Sylfaen" w:hAnsi="Sylfaen" w:eastAsia="Sylfaen" w:cs="Sylfaen"/>
        </w:rPr>
        <w:t>„იუდასზე ვაიის გამოცხადებით ქრისტეს თავისი მოწაფეების მიმართაც წყალობის განზრახვა ჰქონდა. ამით მან მათ მისცა თავისი მესიანობის უმაღლესი დამადასტურებელი მტკიცებულება. „ახლავე გეუბნებით, ვიდრე ახდება,“ — თქვა მან, — „რათა, როდესაც ახდება, ირწმუნოთ, რომ მე ვარ.“ იესო მდუმარედ რომ დარჩენილიყო, თითქოსდა უმეცარი იმისა, რაც მას უნდა დასტყდომოდა, მოწაფეებს შეიძლებოდა ეფიქრათ, რომ მათ მოძღვარს არ ჰქონდა ღვთაებრივი წინასწარხედვა და რომ იგი მოულოდნელად შეიპყრეს და გასცეს მკვლელი ბრბოს ხელში. ერთი წლით ადრე იესომ მოწაფეებს უთხრა, რომ თორმეტი აერჩია და რომ ერთი მათგანი ეშმაკი იყო. ახლა კი მისი სიტყვები იუდას მიმართ, რომლებიც აჩვენებდა, რომ მისი გამცემლობა სრულიად ცნობილი იყო მისი მოძღვრისათვის, განამტკიცებდა ქრისტეს ჭეშმარიტ მიმდევართა რწმენას მისი დამცირების ჟამს. და როდესაც იუდა თავის საზარელ აღსასრულს მიაღწევდა, მათ გაახსენდებოდათ ის ვაი, რომელიც იესომ გამომცემელზე წარმოთქვა.“ The Desire of Ages, 653–655.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იოლის წიგნი და ლაოდიკიის მეშვიდე დღის ადვენტისტური ეკლესია — ოცდამეშვიდე ნაწყვეტი</dc:title>
  <dc:subject/>
  <dc:creator>Jeff Pippenger</dc:creator>
  <cp:keywords/>
  <dc:description>Generated by ArticleDigger from joel\37_joel.json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