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ორმოცდაორი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2026-02-09</w:t>
      </w:r>
    </w:p>
    <w:p>
      <w:pPr>
        <w:pStyle w:val="ArticleHeading"/>
        <w:jc w:val="left"/>
      </w:pPr>
      <w:r>
        <w:rPr>
          <w:rFonts w:ascii="Sylfaen" w:hAnsi="Sylfaen" w:eastAsia="Sylfaen" w:cs="Sylfaen"/>
        </w:rPr>
        <w:t>რიცხვი ორმოცდაორი</w:t>
      </w:r>
    </w:p>
    <w:p>
      <w:pPr>
        <w:pStyle w:val="ArticleBody"/>
        <w:jc w:val="left"/>
      </w:pPr>
      <w:r>
        <w:rPr>
          <w:rFonts w:ascii="Sylfaen" w:hAnsi="Sylfaen" w:eastAsia="Sylfaen" w:cs="Sylfaen"/>
        </w:rPr>
        <w:t>როდესაც ლევიანნი ოცდამესამე თავი ქრისტეს იმ ხაზთან ერთად, სადაც გაზაფხულის დღესასწაულებმა თავიანთი ანტიტიპი ჰპოვეს, ოცდაორი მუხლის ორ თანაბარ ხაზად იყოფა, შეგვიძლია წარმოვაჩინოთ ხაზი, რომელიც იწყება პარასკევის საღამოს პასექის, შაბათის უფუარი პურისა და კვირის პირველი დღის პირველნაყოფთა სამი საფეხურით. ეს არის ერთი გზანიშნული, როგორც ეს ქრისტეს ნათლობით არის წარმოდგენილი, მაგრამ ამ ერთ გზანიშნულს სამი საფეხური აქვს.</w:t>
      </w:r>
    </w:p>
    <w:p>
      <w:pPr>
        <w:pStyle w:val="ArticleBody"/>
        <w:jc w:val="left"/>
      </w:pPr>
      <w:r>
        <w:rPr>
          <w:rFonts w:ascii="Sylfaen" w:hAnsi="Sylfaen" w:eastAsia="Sylfaen" w:cs="Sylfaen"/>
        </w:rPr>
        <w:t>როდესაც აღდგომიდან ვიწყებთ და მომავალში ორმოცი დღით ვაგრძელებთ, მივდივართ გარდამტეხ წერტილამდე, რადგან სწორედ მაშინ შეწყვიტა ქრისტემ პირისპირ სწავლება და ღრუბლებში ამაღლდა. ას ორმოცდაოთხი ათასიც ასევე ღრუბლებში ამაღლდება.</w:t>
      </w:r>
    </w:p>
    <w:p>
      <w:pPr>
        <w:pStyle w:val="ArticleScripture"/>
        <w:jc w:val="left"/>
      </w:pPr>
      <w:r>
        <w:rPr>
          <w:rFonts w:ascii="Sylfaen" w:hAnsi="Sylfaen" w:eastAsia="Sylfaen" w:cs="Sylfaen"/>
        </w:rPr>
        <w:t>და მოესმათ მათ დიდი ხმა ზეციდან, რომელიც ეუბნებოდა: ამოდით აქ. და ავიდნენ ზეცად ღრუბელში; და იხილეს ისინი მათმა მტრებმა. და იმავე ჟამს მოხდა დიდი მიწისძვრა, და ქალაქის მეათედი დაეცა, და მიწისძვრისაგან მოიკლა კაცთა შვიდი ათასი; ხოლო დანარჩენნი შეძრწუნდნენ და დიდება მისცეს ზეცის ღმერთს. მეორე ვაი გავიდა; და აჰა, მესამე ვაი მალე მოვა. და დაჰბერა მეშვიდე ანგელოზმა; და გაისმა დიდი ხმები ზეცაში, რომლებიც ამბობდნენ: ქვეყნიერების სამეფოები იქცნენ ჩვენი უფლისა და მისი ქრისტეს სამეფოებად, და ის იმეფებს უკუნითი უკუნისამდე. გამოცხადება 11:12–15.</w:t>
      </w:r>
    </w:p>
    <w:p>
      <w:pPr>
        <w:pStyle w:val="ArticleBody"/>
        <w:jc w:val="left"/>
      </w:pPr>
      <w:r>
        <w:rPr>
          <w:rFonts w:ascii="Sylfaen" w:hAnsi="Sylfaen" w:eastAsia="Sylfaen" w:cs="Sylfaen"/>
        </w:rPr>
        <w:t>მეორე და მესამე ვაი არის ისლამი, ხოლო მეშვიდე ანგელოზი არის მესამე ვაი, რომელიც, კიდევ ერთხელ, ისლამია. მესამე ვაი სწრაფად მოდის მიწისძვრის დროს. მიწისძვრა არის კვირადღის კანონი შეერთებულ შტატებში; შეერთებული შტატები არის გამოცხადების მეცამეტე თავის მიწის მხეცი, ხოლო კვირადღის კანონი არის შერყევა, რაც ძვრას ნიშნავს. მიწის მხეცი არის ათი მეფის უპირველესი მეფე, და როდესაც შეერთებული შტატები დაემხობა კვირადღის კანონის დროს, ქალაქის მეათედი ნაწილი დაეცემა. კვირადღის კანონის იმავე ჟამს, ორი მოწმე, რომლებიც წარმოდგენილნი არიან ელიასა და მოსეს მიერ, იგივე ორი მოწმე, რომლებიც ქრისტესთან ერთად ფერისცვალებულნი გამოეცხადნენ პეტრეს, იაკობსა და იოანეს, ღრუბელში აყვანილნი არიან ზეცად, და ყველა ხედავს, რადგან მათმა მტრებმა იხილეს ისინი.</w:t>
      </w:r>
    </w:p>
    <w:p>
      <w:pPr>
        <w:pStyle w:val="ArticleBody"/>
        <w:jc w:val="left"/>
      </w:pPr>
      <w:r>
        <w:rPr>
          <w:rFonts w:ascii="Sylfaen" w:hAnsi="Sylfaen" w:eastAsia="Sylfaen" w:cs="Sylfaen"/>
        </w:rPr>
        <w:t>აღდგომიდან ორმოცი დღის შემდეგ იესო ღრუბლებში „ამაღლდა“ და დაიწყო ზედა ოთახში გატარებული ათი დღე. ამაღლება ხილული გამოცდაა, ისევე როგორც სამი ანგელოზიდან მეორე. მისი ამაღლებისას ანგელოზებმა განაცხადეს, რომ იგი ღრუბლებით დაბრუნდებოდა, როგორც ახლახან ღრუბლებით ამაღლდა.</w:t>
      </w:r>
    </w:p>
    <w:p>
      <w:pPr>
        <w:pStyle w:val="ArticleScripture"/>
        <w:jc w:val="left"/>
      </w:pPr>
      <w:r>
        <w:rPr>
          <w:rFonts w:ascii="Sylfaen" w:hAnsi="Sylfaen" w:eastAsia="Sylfaen" w:cs="Sylfaen"/>
        </w:rPr>
        <w:t>და როცა ეს თქვა, მათ თვალწინ ამაღლდა; და ღრუბელმა დაფარა იგი მათ თვალთაგან. და როცა ისინი მტკიცედ შეჰყურებდნენ ცას, მისი ამაღლებისას, აჰა, ორი კაცი თეთრი სამოსლით დაუდგა მათ; რომელთაც აგრეთვე თქვეს: გალილეველნო კაცნო, რად დგახართ და შეჰყურებთ ცას? ესzelfde იესო, რომელიც თქვენგან იქნა აყვანილი ზეცად, ისევე მოვა, როგორც იხილეთ, ზეცად რომ ადიოდა. საქმეები 1:9–11.</w:t>
      </w:r>
    </w:p>
    <w:p>
      <w:pPr>
        <w:pStyle w:val="ArticleBody"/>
        <w:jc w:val="left"/>
      </w:pPr>
      <w:r>
        <w:rPr>
          <w:rFonts w:ascii="Sylfaen" w:hAnsi="Sylfaen" w:eastAsia="Sylfaen" w:cs="Sylfaen"/>
        </w:rPr>
        <w:t>მისი დაბრუნება თავისი მეორე მოსვლისას მისი სამეფოს „დიდებით“ იქნება.</w:t>
      </w:r>
    </w:p>
    <w:p>
      <w:pPr>
        <w:pStyle w:val="ArticleScripture"/>
        <w:jc w:val="left"/>
      </w:pPr>
      <w:r>
        <w:rPr>
          <w:rFonts w:ascii="Sylfaen" w:hAnsi="Sylfaen" w:eastAsia="Sylfaen" w:cs="Sylfaen"/>
        </w:rPr>
        <w:t>ვინც, მაშასადამე, შერცხვება ჩემი და ჩემი სიტყვებისა ამ მრუშ და ცოდვილ თაობაში, მისი ასევე შერცხვება კაცის ძესაც, როცა მოვა თავისი მამის დიდებით წმიდა ანგელოზებთან ერთად. მარკოზი 8:38.</w:t>
      </w:r>
    </w:p>
    <w:p>
      <w:pPr>
        <w:pStyle w:val="ArticleBody"/>
        <w:jc w:val="left"/>
      </w:pPr>
      <w:r>
        <w:rPr>
          <w:rFonts w:ascii="Sylfaen" w:hAnsi="Sylfaen" w:eastAsia="Sylfaen" w:cs="Sylfaen"/>
        </w:rPr>
        <w:t>იგივე ეს „დიდება“ იყო ის, რასაც პეტრე, იაკობი და იოანე ფერისცვალების მთაზე შეესწრნენ. ფერისცვალების მთა ასევე მეორე საფეხური იყო, რომელსაც წინ უსწრებდა კესარია ფილიპესი და რომელსაც მოსდევდა კესარია მარიტიმა. მეორე გამოცდა ასევე არის მხეცის ხატის გამოცდა — გამოცდა, რომელიც მოითხოვს წინასწარმეტყველურ ცნობას, რომ მხეცის ხატი ყალიბდება. მეორე გამოცდა ასევე არის მელცარის მიერ დანიელისა და მისი მეგობრების დათვალიერება, რათა მათი სახის შესახედაობა შეედარებინა იმათთან, ვინც მწვანილს არ ჭამდა. ეს არის ხილული გამოცდა. აბრამის აღთქმის ისტორიის სამსააღთქმო საფეხურთაგან მეორე საფეხური იყო წინადაცვეთის „ნიშანი“. მეორე საფეხური წარმოადგენს ღვთის ხალხის დაბეჭდვას, როცა ისინი აღიმართებიან როგორც დროშა. მეორე საფეხურზე ცხადდება „დიდება“, რადგან პირველი ანგელოზის სამი საფეხურია: შიში, „დიდება“ და სამსჯავრო. სულთმოფენობის ჟამის მეორმოცე დღე ფერისცვალების მთას შეესაბამება. გაიხადე შენი ფეხსაცმელი, რადგან წმიდა მიწაზე დგახარ.</w:t>
      </w:r>
    </w:p>
    <w:p>
      <w:pPr>
        <w:pStyle w:val="ArticleBody"/>
        <w:jc w:val="left"/>
      </w:pPr>
      <w:r>
        <w:rPr>
          <w:rFonts w:ascii="Sylfaen" w:hAnsi="Sylfaen" w:eastAsia="Sylfaen" w:cs="Sylfaen"/>
        </w:rPr>
        <w:t>ამაღლება ხილული გამოცდაა, და დღესასწაულთა რიგში, ორმოცდღიან ნიშნულზე ამაღლებას წინ უსწრებს ხუთი დღე საყვირთა დღესასწაულთან ერთად. საყვირთა დღესასწაული აღნიშნავს მეშვიდე საყვირის გაფრთხილებას, რაც ისლამის გაფრთხილებაა.</w:t>
      </w:r>
    </w:p>
    <w:p>
      <w:pPr>
        <w:pStyle w:val="ArticleBody"/>
        <w:jc w:val="left"/>
      </w:pPr>
      <w:r>
        <w:rPr>
          <w:rFonts w:ascii="Sylfaen" w:hAnsi="Sylfaen" w:eastAsia="Sylfaen" w:cs="Sylfaen"/>
        </w:rPr>
        <w:t>ამაღლება საყვირებს ხუთი დღით მოსდევს, ხოლო შემდეგ, ამაღლებიდან ხუთი დღის შემდეგ, გამოსყიდვის დღე განკითხვას აღნიშნავს. საყვირი არის ძველი ბილიკები, იგი არის ლაოდიკეის უწყება, იგი არის ისლამი და იგი არის პირველი ანგელოზის საფუძველმდებარე უწყება. ხუთი დღის შემდეგ, როდესაც „პირისპირ“ დარიგება სრულდება, მეორე ანგელოზის მეორე, ხილული გამოცდა ამაღლებით აღინიშნება. ამის შემდეგ ხუთი დღის შემდეგ, განკითხვა მესამე ანგელოზს აღნიშნავს.</w:t>
      </w:r>
    </w:p>
    <w:p>
      <w:pPr>
        <w:pStyle w:val="ArticleBody"/>
        <w:jc w:val="left"/>
      </w:pPr>
      <w:r>
        <w:rPr>
          <w:rFonts w:ascii="Sylfaen" w:hAnsi="Sylfaen" w:eastAsia="Sylfaen" w:cs="Sylfaen"/>
        </w:rPr>
        <w:t>ღვთის სახლზე მსჯავრის დასრულებიდან ხუთი დღის შემდეგ, შეერთებულ შტატებზე მოდის მსჯავრი, როგორც ეს სულთმოფენობის დღით არის აღნიშნული.</w:t>
      </w:r>
    </w:p>
    <w:p>
      <w:pPr>
        <w:pStyle w:val="ArticleScripture"/>
        <w:jc w:val="left"/>
      </w:pPr>
      <w:r>
        <w:rPr>
          <w:rFonts w:ascii="Sylfaen" w:hAnsi="Sylfaen" w:eastAsia="Sylfaen" w:cs="Sylfaen"/>
        </w:rPr>
        <w:t>და უთხრა აბრამს: დანამდვილებით იცოდე, რომ შენი შთამომავლობა ხიზნად იქნება ქვეყანაში, რომელიც მათი არ არის, და ემსახურებიან მათ; და ჩაგრავენ მათ ოთხას წელიწადს; და იმ ერსაც, რომელსაც ისინი ემსახურებიან, მე განვსჯი; და შემდეგ გამოვლენ დიდი ქონებით. დაბადება 15:13, 14.</w:t>
      </w:r>
    </w:p>
    <w:p>
      <w:pPr>
        <w:pStyle w:val="ArticleBody"/>
        <w:jc w:val="left"/>
      </w:pPr>
      <w:r>
        <w:rPr>
          <w:rFonts w:ascii="Sylfaen" w:hAnsi="Sylfaen" w:eastAsia="Sylfaen" w:cs="Sylfaen"/>
        </w:rPr>
        <w:t>„დიდი სიმდიდრე“, რომელსაც ას ორმოცდაოთხი ათასი ფლობს კვირადღის კანონთან დაკავშირებით, როდესაც შეერთებული შტატების „ერი“ განიკითხება, არის ესაიას მეექვსე თავის სიმდიდრე, რომელიც ღვთაებრიობას წარმოადგენს. აბრაამის აღთქმის წინასწარმეტყველება ამბობს: „და იმ ერსაც“, რითაც ამოიცნობა, რომ ღვთის ხალხი კვირადღის კანონამდეა დაბეჭდილი. შემდეგ კი, კვირადღის კანონთან, იმ პერიოდში, რომელსაც კარვობის დღესასწაულის შვიდი დღეები წარმოადგენს, გვიანი წვიმა საზომის გარეშე გადმოიღვრება, მაშინ როცა განკითხვა სრულდება იმ დიდ სიმრავლეზე, რომელიც ღვთის სახლის გარეთაა.</w:t>
      </w:r>
    </w:p>
    <w:p>
      <w:pPr>
        <w:pStyle w:val="ArticleBody"/>
        <w:jc w:val="left"/>
      </w:pPr>
      <w:r>
        <w:rPr>
          <w:rFonts w:ascii="Sylfaen" w:hAnsi="Sylfaen" w:eastAsia="Sylfaen" w:cs="Sylfaen"/>
        </w:rPr>
        <w:t>2020 წლის 18 ივლისს ორი მოწმე მოკლეს სოდომისა და ეგვიპტის ქუჩებში. ეს ორი მოწმე იყვნენ მოსე და ელია, ხოლო უილიამ მილერი თავისი ისტორიის ელია იყო. თავის სიზმარში მან თვალები ერთი წამით დახუჭა, და 2020 წლის 18 ივლისს მან წინასწარმეტყველურად დახუჭა თვალები სიკვდილში. როდესაც მან თვალები გაახილა, ოთახი ცარიელი იყო, კარი და ფანჯრები ღია იყო. ხოლო როცა მილერმა დაინახა საქმე, რომელსაც მტვრის ჯაგრისიანი კაცი ასრულებდა, შეევედრა მას, ფრთხილად ყოფილიყო, და მტვრის ჯაგრისიანმა კაცმა დაარწმუნა იგი, რომ ყველაფერი კარგად იქნებოდა.</w:t>
      </w:r>
    </w:p>
    <w:p>
      <w:pPr>
        <w:pStyle w:val="ArticleBody"/>
        <w:jc w:val="left"/>
      </w:pPr>
      <w:r>
        <w:rPr>
          <w:rFonts w:ascii="Sylfaen" w:hAnsi="Sylfaen" w:eastAsia="Sylfaen" w:cs="Sylfaen"/>
        </w:rPr>
        <w:t>როდესაც მილერმა უდაბნოში გაიღვიძა, 2023 წლის ივლისში, უფუარი პურის დღესასწაული დადგა, 2023 წლის 31 დეკემბრის აღდგომის უშუალო წინ. იმ დროს დაიწყო გახსნა ჭეშმარიტი შუაღამის ძახილის წინასწარმეტყველური უწყებისა — იმ „ძახილისა“, რომელსაც ყოველი სხვა წინასწარმეტყველური უწყება, რომელიც ოდესმე გახსნილა, წინასახედ წარმოადგენდა; რადგან სამნახევარი დღის დასასრული აღნიშნავს „აღსასრულის ჟამს“, ხოლო „აღსასრულის ჟამს“ ყოველთვის ხდება წინასწარმეტყველური გახსნა. ეს მუდამ ასეა, რადგან ქრისტე იგივეა გუშინ, დღეს და უკუნისამდე. მისი ურთიერთობა ადამიანებთან მარად ერთია, ვინაიდან იგი ახლა იმავე „ხაზებით“ მოქმედებს, როგორც ყოველთვის მოქმედებდა. სამნახევარი დღის დასასრულს იესო ქრისტეს გამოცხადება გაიხსნა.</w:t>
      </w:r>
    </w:p>
    <w:p>
      <w:pPr>
        <w:pStyle w:val="ArticleBody"/>
        <w:jc w:val="left"/>
      </w:pPr>
      <w:r>
        <w:rPr>
          <w:rFonts w:ascii="Sylfaen" w:hAnsi="Sylfaen" w:eastAsia="Sylfaen" w:cs="Sylfaen"/>
        </w:rPr>
        <w:t>აღდგომილი სხეული წინასწარ იყო განსახიერებული ადამში, რომელიც პირველად ჩამოყალიბდა, ხოლო შემდეგ სიცოცხლის სუნთქვა შთაებერა. ეზეკიელის 37-ის მკვდარი, გამხმარი ძვლებიც ასევე პირველად ჩამოყალიბდა ერთი წინასწარმეტყველებით, ხოლო ამის შემდეგ სიცოცხლე მიეცა მეორე წინასწარმეტყველებით, რომელმაც უსიცოცხლო სხეულს სიცოცხლის სუნთქვა მოუტანა ოთხი ქარის შესახებ უწყებით, რაც არის დაბეჭდვის უწყება. ორივე ილუსტრაციაში გახსნილი წინასწარმეტყველება ორნაწილიანია, და ეს ნაწილები სხვადასხვაგვარად არის წარმოდგენილი. ისინი არიან შინაგანი და გარეგანი; ისინი არიან ულაისა და ხიდეკელის მდინარეების ხილვა; ისინი არიან chazon და mareh ხილვები; ისინი არიან ორი მოწმე, ორი ოქროს მილი და ასე შემდეგ.</w:t>
      </w:r>
    </w:p>
    <w:p>
      <w:pPr>
        <w:pStyle w:val="ArticleBody"/>
        <w:jc w:val="left"/>
      </w:pPr>
      <w:r>
        <w:rPr>
          <w:rFonts w:ascii="Sylfaen" w:hAnsi="Sylfaen" w:eastAsia="Sylfaen" w:cs="Sylfaen"/>
        </w:rPr>
        <w:t>მილერიტულ ისტორიაში შუაღამის ძახილი იყო ის წინასწარმეტყველება, რომელიც შეერთდა მეორე ანგელოზის წინასწარმეტყველებას. ორეტაპიანი წინასწარმეტყველება. როდესაც მკვდარი, გამშრალი ძვლები 2023 წელს აღდგებოდნენ, წინასწარმეტყველური აუცილებლობით მათ უნდა გაევლოთ გამოცდა, რადგან წინასწარმეტყველების ბეჭდის ახსნა ყოველთვის იწყებს სამეტაპიან გამოცდის პროცესს. პირველი ორი გამოცდა იქნებოდა საფუძვლის გამოცდა და შემდეგ ტაძრის გამოცდა.</w:t>
      </w:r>
    </w:p>
    <w:p>
      <w:pPr>
        <w:pStyle w:val="ArticleBody"/>
        <w:jc w:val="left"/>
      </w:pPr>
      <w:r>
        <w:rPr>
          <w:rFonts w:ascii="Sylfaen" w:hAnsi="Sylfaen" w:eastAsia="Sylfaen" w:cs="Sylfaen"/>
        </w:rPr>
        <w:t>აღდგომიდან ხუთი დღის შემდეგ — უდაბნოში მღაღადებლის ხმა, რომელიც ხმიადის დღეების პერიოდით არის წარმოდგენილი, სრულდება, რადგან ელიამ, რომელიც მილერითა და იოანე ნათლისმცემლით არის წარმოდგენილი, ორივემ გზა გაუმზადა მას, ვისი ფეხსაცმლის ტარების ღირსნიც არ იყვნენ. აღდგომისას იესო იწყებს თავისი სწავლების პერიოდს „პირისპირ“ ორმოცი დღის განმავლობაში. ეს „პირისპირ“ სწავლება დანიელისთვის იწყება ოცდამეორე დღეს მეათე თავში. იქ იგი წარმოდგენილია როგორც სამი ნაბიჯი და სამი შეხება, აგრეთვე გაძლიერების გაორმაგებასთან ერთად.</w:t>
      </w:r>
    </w:p>
    <w:p>
      <w:pPr>
        <w:pStyle w:val="ArticleBody"/>
        <w:jc w:val="left"/>
      </w:pPr>
      <w:r>
        <w:rPr>
          <w:rFonts w:ascii="Sylfaen" w:hAnsi="Sylfaen" w:eastAsia="Sylfaen" w:cs="Sylfaen"/>
        </w:rPr>
        <w:t>ორმოცი დღის დასრულებამდე ხუთი დღით ადრე ისმის ისლამის საყვირის გაფრთხილება. ისლამის გაფრთხილება წარმოდგენილი იყო იმ სახედრით, რომელზეც ქრისტე იერუსალიმში თავისი ტრიუმფალური შესვლისას ამხედრდა. ვიდრე ზეთისხილის მთის ფერდობებით იერუსალიმში დაეშვებოდა, მან ჯერ თავის მოწაფეებს უბრძანა, წასულიყვნენ და სახედარი აეხსნათ.</w:t>
      </w:r>
    </w:p>
    <w:p>
      <w:pPr>
        <w:pStyle w:val="ArticleScripture"/>
        <w:jc w:val="left"/>
      </w:pPr>
      <w:r>
        <w:rPr>
          <w:rFonts w:ascii="Sylfaen" w:hAnsi="Sylfaen" w:eastAsia="Sylfaen" w:cs="Sylfaen"/>
        </w:rPr>
        <w:t>„ეს ხილვა მიეცა 1847 წელს, როდესაც შაბათს დამცველ ადვენტისტ ძმათაგან მხოლოდ ძალზე მცირენი იყვნენ, და მათგანაც მხოლოდ ცოტანი მიიჩნევდნენ, რომ მისი დაცვა იმდენად მნიშვნელოვანი იყო, რომ ღმერთის ხალხსა და ურწმუნოთა შორის განმყოფელი ხაზი გაევლო. ახლა ამ ხილვის აღსრულების ხილვა უკვე იწყება. აქ მოხსენიებული ‘იმ გასაჭირის დროის დასაწყისი’ არ ეხება იმ დროს, როდესაც წყლულები იწყებს გადმოღვრას, არამედ მოკლე პერიოდს უშუალოდ მათ გადმოღვრამდე, მაშინ, როდესაც ქრისტე ჯერ კიდევ საწმიდარშია. იმ დროს, როცა ხსნის საქმე დასასრულს უახლოვდება, უბედურება მოადგება დედამიწას, და ერები განრისხდებიან, თუმცა შეკავებულნი იქნებიან, რათა არ შეუშალონ ხელი მესამე ანგელოზის საქმეს. იმ დროს მოვა ‘გვიანი წვიმა,’ ანუ განახლება უფლის თანდასწრებისაგან, რათა ძალა მისცეს მესამე ანგელოზის ძლიერ ხმას და წმიდანნი მოამზადოს იმისთვის, რომ მტკიცედ იდგნენ იმ ჟამს, როდესაც შვიდი უკანასკნელი წყლული გადმოიღვრება.“ Early Writings, 85.</w:t>
      </w:r>
    </w:p>
    <w:p>
      <w:pPr>
        <w:pStyle w:val="ArticleBody"/>
        <w:jc w:val="left"/>
      </w:pPr>
      <w:r>
        <w:rPr>
          <w:rFonts w:ascii="Sylfaen" w:hAnsi="Sylfaen" w:eastAsia="Sylfaen" w:cs="Sylfaen"/>
        </w:rPr>
        <w:t>9/11-ზე მან თავის ანგელოზებს უბრძანა, ეხსნათ სახედარი, შემდეგ კი უმცროსმა ჯორჯ ბუშმა სახედარი შეაკავა. კიროსი განასახიერებს პირველ ანგელოზს, რადგან მან გამოაცხადა პირველი განჩინება. ამიტომ იგი წარმოადგენს როგორც 1840 წლის 11 აგვისტოს, ასევე 9/11-ს; და 9/11-ზე ისლამი, რომელიც წარმოდგენილია „ერების განრისხებით“, გათავისუფლდა და შემდეგ შეკავებულ იქნა. იმ დროს გვიანი წვიმა დაიწყო გადმოღვრად. კიროსი წარმოადგენს ისლამის ორივე ნიშნულს — 1840 წლის 11 აგვისტოს და 9/11-ს.</w:t>
      </w:r>
    </w:p>
    <w:p>
      <w:pPr>
        <w:pStyle w:val="ArticleScripture"/>
        <w:jc w:val="left"/>
      </w:pPr>
      <w:r>
        <w:rPr>
          <w:rFonts w:ascii="Sylfaen" w:hAnsi="Sylfaen" w:eastAsia="Sylfaen" w:cs="Sylfaen"/>
        </w:rPr>
        <w:t>„სამი კვირის განმავლობაში გაბრიელი ებრძოდა ბნელეთის ძალებს, რათა წინ აღდგომოდა იმ ზემოქმედებებს, რომლებიც კიროსის გონებაზე მოქმედებდნენ; და ვიდრე ეს ბრძოლა დასრულდებოდა, თვით ქრისტე მოვიდა გაბრიელის შესაწევნად. „სპარსეთის სამეფოს მთავარი წინ აღმიდგა ოცდაერთ დღეს,“ — აცხადებს გაბრიელი; „მაგრამ, აჰა, მიქაელი, ერთ-ერთი მთავართაგანი, მოვიდა ჩემს დასახმარებლად; და მე იქ დავრჩი სპარსეთის მეფეებთან.“ დანიელი 10:13. ყოველივე, რაც ცას შეეძლო გაეკეთებინა ღვთის ხალხის სასარგებლოდ, გაკეთდა. გამარჯვება საბოლოოდ იქნა მოპოვებული; მტრის ძალები შეკავებული იყვნენ კიროსის მთელი დღეების განმავლობაში და მისი ძის, კამბისესის, მთელი დღეების განმავლობაში, რომელიც მეფობდა დაახლოებით შვიდნახევარი წლის მანძილზე.“ წინასწარმეტყველები და მეფეები, 571.</w:t>
      </w:r>
    </w:p>
    <w:p>
      <w:pPr>
        <w:pStyle w:val="ArticleBody"/>
        <w:jc w:val="left"/>
      </w:pPr>
      <w:r>
        <w:rPr>
          <w:rFonts w:ascii="Sylfaen" w:hAnsi="Sylfaen" w:eastAsia="Sylfaen" w:cs="Sylfaen"/>
        </w:rPr>
        <w:t>კიროსი, 1840 წლის 11 აგვისტო, როდესაც ოსმალთა უზენაესობა შეწყდა, როგორც ამას პიონერები გამოხატავდნენ, მეორე ვაის ისლამი შეკავებულ იქნა. ეს შეზღუდვა აღნიშნავდა სამას ოთხმოცდათერთმეტი წლისა და თხუთმეტი დღის დროის წინასწარმეტყველების დასასრულს, რომელიც დაიწყო მაშინ, როდესაც ოთხი ანგელოზი, რომლებიც ოთხ ისლამურ სულთანს წარმოადგენდნენ, გათავისუფლდნენ მეექვსე ანგელოზის მიერ, რომელიც ისლამის სამი ვაიდან მეორეს წარმოადგენდა. 9/11-ზე ისლამმა დაარტყა და შემდეგ შეიკავა თავი, როგორც ეს წარმოდგენილია შეკავებით კიროსისა და 1840 წლის ისტორიაში. ეს სამივე მოწმე მიუთითებს ისლამის შეკავებასა თუ გათავისუფლებაზე, და ქრისტეს ტრიუმფალური შესვლის დასაწყისში, სახედარი გახსნილ იქნა.</w:t>
      </w:r>
    </w:p>
    <w:p>
      <w:pPr>
        <w:pStyle w:val="ArticleBody"/>
        <w:jc w:val="left"/>
      </w:pPr>
      <w:r>
        <w:rPr>
          <w:rFonts w:ascii="Sylfaen" w:hAnsi="Sylfaen" w:eastAsia="Sylfaen" w:cs="Sylfaen"/>
        </w:rPr>
        <w:t>სახედრის წინასწარი ახსნა მის ტრიუმფალურ შესვლამდე განსაზღვრავს საყვირის უწყებას, რომელიც ამაღლებამდე ხუთი დღით ადრე მოდის. უწყება იმის შესახებ, რომ ისლამი კვლავ გათავისუფლდება, როგორც ეს 11 სექტემბერს მოხდა, და როგორც იგი კვლავ გათავისუფლდება თხუთმეტი დღის შემდეგ საკვირაო კანონთან, რომელიც არის ორმოცდამეათე დღე, არის ის უწყება, რომელიც შუაღამის ღაღადის დასაწყისს აღნიშნავს. სახედრის გათავისუფლება აღნიშნავს შუაღამის ღაღადის უწყების გამოცხადების დასაწყისს, ანუ ალფას, ხოლო საკვირაო კანონთან, სადაც შუაღამის ღაღადი დიდ ღაღადად იცვლება, ისლამი კვლავ დაარტყამს მიწის მხეცს.</w:t>
      </w:r>
    </w:p>
    <w:p>
      <w:pPr>
        <w:pStyle w:val="ArticleBody"/>
        <w:jc w:val="left"/>
      </w:pPr>
      <w:r>
        <w:rPr>
          <w:rFonts w:ascii="Sylfaen" w:hAnsi="Sylfaen" w:eastAsia="Sylfaen" w:cs="Sylfaen"/>
        </w:rPr>
        <w:t>შუაღამის ძახილის პერიოდი იწყება ისლამის ალფა დარტყმით და სრულდება ისლამის ომეგა დარტყმით. ისლამის დარტყმები შეერთებული შტატების წინააღმდეგ წარმოდგენილია ბალაამისა და მისი სახედრის მოწმობაში, რომელიც, რასაკვირველია, გადმოცემულია რიცხვთა წიგნის ოცდამეორე თავში. ლაოდიკიური მეშვიდე დღის ადვენტისტური ეკლესიის ხვედრი, როგორც დედამიწის მხეცის პროტესტანტული რქისა, წარმოდგენილია ესაია 22:22-ში (შინაგანი), ხოლო რესპუბლიკური რქის ხვედრი გადმოცემულია რიცხვთა 22:22-ში (გარეგანი) და შემდგომ მუხლებში.</w:t>
      </w:r>
    </w:p>
    <w:p>
      <w:pPr>
        <w:pStyle w:val="ArticleScripture"/>
        <w:jc w:val="left"/>
      </w:pPr>
      <w:r>
        <w:rPr>
          <w:rFonts w:ascii="Sylfaen" w:hAnsi="Sylfaen" w:eastAsia="Sylfaen" w:cs="Sylfaen"/>
        </w:rPr>
        <w:t>და აღიძრა ღმერთის რისხვა, რადგან იგი წავიდა; და უფლის ანგელოზი გზაზე დაუდგა, რათა მის მოწინააღმდეგედ ყოფილიყო. ხოლო იგი თავის ვირზე იჯდა, და მისი ორი მსახური მასთან იყვნენ.</w:t>
      </w:r>
    </w:p>
    <w:p>
      <w:pPr>
        <w:pStyle w:val="ArticleScripture"/>
        <w:jc w:val="left"/>
      </w:pPr>
      <w:r>
        <w:rPr>
          <w:rFonts w:ascii="Sylfaen" w:hAnsi="Sylfaen" w:eastAsia="Sylfaen" w:cs="Sylfaen"/>
        </w:rPr>
        <w:t>და იხილა სახედარმა უფლის ანგელოზი, გზაზე მდგომი, და მის ხელში ამოღებული მახვილი; და გადაუხვია სახედარმა გზას და წავიდა ველად; ხოლო ბალაამმა სცემა სახედარს, რათა გზაზე დაებრუნებინა იგი. რიცხვნი 22:22, 23.</w:t>
      </w:r>
    </w:p>
    <w:p>
      <w:pPr>
        <w:pStyle w:val="ArticleBody"/>
        <w:jc w:val="left"/>
      </w:pPr>
      <w:r>
        <w:rPr>
          <w:rFonts w:ascii="Sylfaen" w:hAnsi="Sylfaen" w:eastAsia="Sylfaen" w:cs="Sylfaen"/>
        </w:rPr>
        <w:t>9/11-ზე ბალაამი, ცრუ წინასწარმეტყველი, რომელიც წარმოადგენს შეერთებულ შტატებსა და უმცროს ჯორჯ ბუშს, ცდილობდა დაესრულებინა ის საქმე, რომელიც მამამისმა, ჯორჯ ბუშმა უფროსმა, დაიწყო გლობალისტთა მცდელობაში შეერთებული შტატების დასამხობად და იმის განსახორციელებლად, რასაც იგი „ახალ მსოფლიო წესრიგს“ უწოდებდა. გლობალისტთა ბიბლიური მოტივაციაა ღვთის ნატამალი ხალხის მოკვლა, ხოლო უმცროსი ჯორჯ ბუში წარმოადგენს თავისი მამის წინასწარმეტყველური მემკვიდრეობის დასასრულს, რომელიც, როგორც თვითონ უწოდებდა, „ახალი მსოფლიო წესრიგის“ დამკვიდრებას ემსახურებოდა. ბუშის „ახალი მსოფლიო წესრიგი“ აღწევს დრაკონის, მხეცისა და ცრუ წინასწარმეტყველის სამმაგ კავშირს კვირის კანონის დროს, ხოლო უმცროსი ჯორჯ ბუში აღნიშნავს იმ პერიოდის დასაწყისს, რომელიც კულმინაციას აღწევს კვირის კანონში, რაც არის დაბეჭდვის დრო, მხეცის ხატის გამოცდის დრო, პერიოდი, რომელიც გამოცხადების მეთვრამეტე თავის პირველი ხმით არის წარმოდგენილი, და კიდევ მრავალი სხვა. ბალაამის სახედარმა გლობალისტური დღის წესრიგი განზე გადასწია, ვიდრე ას ორმოცდაოთხი ათასი თავიანთ შუბლზე არ დაიბეჭდება.</w:t>
      </w:r>
    </w:p>
    <w:p>
      <w:pPr>
        <w:pStyle w:val="ArticleScripture"/>
        <w:jc w:val="left"/>
      </w:pPr>
      <w:r>
        <w:rPr>
          <w:rFonts w:ascii="Sylfaen" w:hAnsi="Sylfaen" w:eastAsia="Sylfaen" w:cs="Sylfaen"/>
        </w:rPr>
        <w:t>ასაფის გალობა ანუ ფსალმუნი. ნუ დადუმდები, ღმერთო; ნუ შეინარჩუნებ დუმილს, და ნუ იქნები უძრავად, ღმერთო. რადგან, აჰა, შენმა მტრებმა შფოთი აღძრეს, და შენს მოძულეებს თავი აუმაღლებიათ. მზაკვრულად მოითათბირეს შენი ხალხის წინააღმდეგ და განიზრახეს შენს დაფარულთა წინააღმდეგ. თქვეს: მოდით, მოვსპოთ ისინი, რათა აღარ იყვნენ ერად, და ისრაელის სახელი მეტად აღარ იხსენიებოდეს. რადგან ერთსულოვნად მოითათბირეს; შენს წინააღმდეგ შეკავშირებულნი არიან. ფსალმუნნი 83:1–5.</w:t>
      </w:r>
    </w:p>
    <w:p>
      <w:pPr>
        <w:pStyle w:val="ArticleBody"/>
        <w:jc w:val="left"/>
      </w:pPr>
      <w:r>
        <w:rPr>
          <w:rFonts w:ascii="Sylfaen" w:hAnsi="Sylfaen" w:eastAsia="Sylfaen" w:cs="Sylfaen"/>
        </w:rPr>
        <w:t>მეექვსე მუხლიდან და შემდგომ „მტრებად“ აღიარებულნი არიან „ათი“ ერი, რომლებიც გამოცხადების მეჩვიდმეტე თავში ათი მეფით არიან წარმოდგენილნი. იქ ეს ათი მეფე ერთსულოვანნი არიან, მაგრამ ასაფი ამბობს: „ერთად მოითათბირეს ერთსულოვნებით; შეკრულნი არიან შენს წინააღმდეგ.“ ეს ათი მეფე უკანასკნელი დღეების გლობალისტური ბოროტი კავშირია, რომელთაც გადაუწყვეტიათ, „მოკვეთონ“ „ისრაელი“ — „შენი დაფარულნი“ — ისე, რომ აღარ იყოს იგი „ერად“. ამ ათი მეფის კავშირის საქმე, რომლებიც პაპის ძალაუფლებას „აღამაღლებენ“, როგორც სამმაგი კავშირის „თავს“, არის სულიერი „ისრაელის“ აღმოფხვრა, რომელიც დაფარულია „უზენაესის საიდუმლო სავანეში.“</w:t>
      </w:r>
    </w:p>
    <w:p>
      <w:pPr>
        <w:pStyle w:val="ArticleBody"/>
        <w:jc w:val="left"/>
      </w:pPr>
      <w:r>
        <w:rPr>
          <w:rFonts w:ascii="Sylfaen" w:hAnsi="Sylfaen" w:eastAsia="Sylfaen" w:cs="Sylfaen"/>
        </w:rPr>
        <w:t>9/11-ის დროს ისლამის სახედარმა დრაკონის გეგმა თავისი გზიდან გადაიყვანა, რადგან გამოცხადების 18-ის ძლიერი ანგელოზი ხელში მახვილით ჩამოვიდა. მაშინ შინაგანი გამოცდა იყო ძველ ბილიკებზე დაბრუნება. იმ მომენტში დაიწყო მილერიტული ისტორიების, როგორც პირველი, ისე მეორე ანგელოზის, გამეორება, როგორც ეს წარმოდგენილია გამოცხადების მეთვრამეტეს პირველი სამი მუხლის ისტორიაში. ეს პირველი სამი მუხლი სწორედ ის მუხლებია, რომელთა შესახებაც დაორმა უაითმა განაცხადა, რომ აღსრულდებოდა, როდესაც ნიუ-იორკის დიდი შენობები ჩამოინგრეოდა.</w:t>
      </w:r>
    </w:p>
    <w:p>
      <w:pPr>
        <w:pStyle w:val="ArticleBody"/>
        <w:jc w:val="left"/>
      </w:pPr>
      <w:r>
        <w:rPr>
          <w:rFonts w:ascii="Sylfaen" w:hAnsi="Sylfaen" w:eastAsia="Sylfaen" w:cs="Sylfaen"/>
        </w:rPr>
        <w:t>9/11-ზე გამოცხადების 18:1–3 აღსრულდა, და პირველი ანგელოზის პარალელი, რომელიც 1840 წლის 11 აგვისტოს ჩამოვიდა, რათა დედამიწა თავისი დიდებით გაენათებინა, მაშინ შეერთდა მეორე ანგელოზს, რომელმაც ბაბილონის დაცემა გამოაცხადა. ბალაამი პირველი ანგელოზის სიმბოლო იყო, და ბალაამს თან ახლდა მისი ორი მსახური, რომლებიც მეორე ანგელოზს წარმოადგენდნენ.</w:t>
      </w:r>
    </w:p>
    <w:p>
      <w:pPr>
        <w:pStyle w:val="ArticleBody"/>
        <w:jc w:val="left"/>
      </w:pPr>
      <w:r>
        <w:rPr>
          <w:rFonts w:ascii="Sylfaen" w:hAnsi="Sylfaen" w:eastAsia="Sylfaen" w:cs="Sylfaen"/>
        </w:rPr>
        <w:t>ბალაამის მიერ ცრუ წინასწარმეტყველის რესპუბლიკური რქის ილუსტრაციაში, ბალაამს კიდევ ორი დაპირისპირება ექნებოდა ისლამის სახედართან. მესამე დაპირისპირებისას სახედარი „ილაპარაკებდა“, ხოლო წინასწარმეტყველების ამეტყველება კვირა კანონს აღნიშნავს. 2023 წლის 7 ოქტომბერს სახედარმა კვლავ დაჰკრა, მაგრამ არა სულიერ თანამედროვე დიდებულ ქვეყანას. მან დაჰკრა სიტყვასიტყვით უძველეს დიდებულ ქვეყანას, და ბალაამი და მისი სახედარი ახლა თავიანთ მეორე დაპირისპირებაში იყვნენ.</w:t>
      </w:r>
    </w:p>
    <w:p>
      <w:pPr>
        <w:pStyle w:val="ArticleScripture"/>
        <w:jc w:val="left"/>
      </w:pPr>
      <w:r>
        <w:rPr>
          <w:rFonts w:ascii="Sylfaen" w:hAnsi="Sylfaen" w:eastAsia="Sylfaen" w:cs="Sylfaen"/>
        </w:rPr>
        <w:t>მაგრამ უფლის ანგელოზი იდგა ვენახების ბილიკზე, კედელი იყო აქეთ მხარესაც და კედელი იყო იქით მხარესაც. და როცა სახედარმა იხილა უფლის ანგელოზი, კედლისკენ მიაწყდა და ბალაამს ფეხი კედელს მიაჭყლიტა; და მან კვლავ სცემა იგი. რიცხვნი 22:24, 25.</w:t>
      </w:r>
    </w:p>
    <w:p>
      <w:pPr>
        <w:pStyle w:val="ArticleBody"/>
        <w:jc w:val="left"/>
      </w:pPr>
      <w:r>
        <w:rPr>
          <w:rFonts w:ascii="Sylfaen" w:hAnsi="Sylfaen" w:eastAsia="Sylfaen" w:cs="Sylfaen"/>
        </w:rPr>
        <w:t>ძველი ისრაელის ვენახი ლაოდიკეელი მეშვიდე დღის ადვენტიზმის ვენახს ასახავს. ორივე არის აღთქმის ხალხი, რომელსაც მიეცა პასუხისმგებლობა ყოფილიყო ღვთის რჯულის დამცველი, რომელიც „კედლად“ არის სიმბოლიზებული და ვენახის შემადგენელ ერთ-ერთ ელემენტს წარმოადგენს.</w:t>
      </w:r>
    </w:p>
    <w:p>
      <w:pPr>
        <w:pStyle w:val="ArticleScripture"/>
        <w:jc w:val="left"/>
      </w:pPr>
      <w:r>
        <w:rPr>
          <w:rFonts w:ascii="Sylfaen" w:hAnsi="Sylfaen" w:eastAsia="Sylfaen" w:cs="Sylfaen"/>
        </w:rPr>
        <w:t>რა შეიძლებოდა კიდევ გამეკეთებინა ჩემი ვენახისთვის, რაც არ გამიკეთებია მასში? მაშ, როდესაც ველოდი, რომ იგი გამოიღებდა ყურძენს, რატომ გამოიღო ველური ყურძენი? და ახლა, აბა, გეტყვით, რას ვუზამ ჩემს ვენახს: მოვხსნი მის ზღუდეს და იგი შეიჭმევა; დავანგრევ მის კედელს და იგი გაითელება. ესაია 5:4, 5.</w:t>
      </w:r>
    </w:p>
    <w:p>
      <w:pPr>
        <w:pStyle w:val="ArticleBody"/>
        <w:jc w:val="left"/>
      </w:pPr>
      <w:r>
        <w:rPr>
          <w:rFonts w:ascii="Sylfaen" w:hAnsi="Sylfaen" w:eastAsia="Sylfaen" w:cs="Sylfaen"/>
        </w:rPr>
        <w:t>ძველი სიტყვასიტყვითი და თანამედროვე სულიერი ისრაელიც აჯანყდნენ და უარყვეს თავიანთი წმინდა პასუხისმგებლობები. 9/11-იდან კვირადღის კანონამდე წინასწარმეტყველური საკითხი წარმოდგენილია „კედლით“. წინასწარმეტყველური საკითხი არის ეკლესიისა და სახელმწიფოს გამყოფი „კედლის“ დანგრევა ამერიკის შეერთებული შტატების კონსტიტუციის ფარგლებში. 9/11-ზე ბუშმა აამოქმედა Patriot Act, რაც კონსტიტუციის გაუქმებისკენ გადადგმული უმნიშვნელოვანესი ნაბიჯი იყო, რადგან სწორედ იქ კონსტიტუციას წარმმართველი ფილოსოფია თავდაყირა დადგა, როდესაც რომაული სამართლის პრინციპები, რომლებიც ამტკიცებს, რომ ადამიანი დამნაშავეა, ვიდრე უდანაშაულობა დაუმტკიცდება, მიღებულ იქნა ინგლისური სამართლის იმ პრინციპზე მაღლა, რომელიც ამყარებს, რომ ადამიანი უდანაშაულოა, ვიდრე მისი დამნაშავეობა დამტკიცდება.</w:t>
      </w:r>
    </w:p>
    <w:p>
      <w:pPr>
        <w:pStyle w:val="ArticleBody"/>
        <w:jc w:val="left"/>
      </w:pPr>
      <w:r>
        <w:rPr>
          <w:rFonts w:ascii="Sylfaen" w:hAnsi="Sylfaen" w:eastAsia="Sylfaen" w:cs="Sylfaen"/>
        </w:rPr>
        <w:t>11 სექტემბრიდან კვირის კანონის დადგინებამდე პერიოდი შეიცავს „კედლების“ შესახებ წინასწარმეტყველურ მინიშნებებს. ისლამი, რომელიც ბალაამის ვირის მსგავსად ამსხვრევს კედლებს, მიუთითებს, რომ სწორედ ისლამის საკითხი იქნება ის, რაც მცდარ ლოგიკას უზრუნველყოფს კონსტიტუციის შიგნით არსებული პრინციპების გადასაბრუნებლად. ამ წინასწარმეტყველური აზრით, ისლამი — ბიბლიური ცრუ წინასწარმეტყველი — არის ის, რაც შეერთებულ შტატებს აცდუნებს მხეცის ხატის გამოცდის ჟამს, ისევე როგორც შეერთებული შტატების ცრუ წინასწარმეტყველი აცდუნებს მთელ მსოფლიოს მსოფლიოსთვის მხეცის ხატის გამოცდის ჟამს.</w:t>
      </w:r>
    </w:p>
    <w:p>
      <w:pPr>
        <w:pStyle w:val="ArticleBody"/>
        <w:jc w:val="left"/>
      </w:pPr>
      <w:r>
        <w:rPr>
          <w:rFonts w:ascii="Sylfaen" w:hAnsi="Sylfaen" w:eastAsia="Sylfaen" w:cs="Sylfaen"/>
        </w:rPr>
        <w:t>2023 წლის 7 ოქტომბერს ისლამის ვირმა შეუტია ძველ, პირდაპირი მნიშვნელობით დიდებულ ქვეყანას; და როდესაც ვირი გაუშვებენ შუაღამის ღაღადის გამოცხადებამდე, ისლამი კვლავ დაარტყამს შეერთებულ შტატებს — თანამედროვე სულიერ დიდებულ ქვეყანას — როგორც ეს 11 სექტემბერს მოიმოქმედა. მეორედ, როცა ბალაამი ვირს სცემს, ეს მეორე ანგელოზია, და მეორე ანგელოზი მუდამ წარმოშობს გაორმაგებას, როგორც ეს წარმოდგენილია „ვენახების ბილიკით“ ორ კედელს შორის.</w:t>
      </w:r>
    </w:p>
    <w:p>
      <w:pPr>
        <w:pStyle w:val="ArticleScripture"/>
        <w:jc w:val="left"/>
      </w:pPr>
      <w:r>
        <w:rPr>
          <w:rFonts w:ascii="Sylfaen" w:hAnsi="Sylfaen" w:eastAsia="Sylfaen" w:cs="Sylfaen"/>
        </w:rPr>
        <w:t>და უფლის ანგელოზი უფრო წინ წავიდა და დადგა ვიწრო ადგილას, სადაც არც მარჯვნივ იყო გადახვევის გზა და არც მარცხნივ. და როცა სახედარმა იხილა უფლის ანგელოზი, ბალაამის ქვეშ დაეცა; და აღენთო ბალაამის რისხვა, და სახედარს კვერთხით სცა. და უფალმა გაუხსნა პირი სახედარს, და მან უთხრა ბალაამს: რა დაგიშავე, რომ ეს სამჯერ მცემე? რიცხვნი 22:26–28.</w:t>
      </w:r>
    </w:p>
    <w:p>
      <w:pPr>
        <w:pStyle w:val="ArticleBody"/>
        <w:jc w:val="left"/>
      </w:pPr>
      <w:r>
        <w:rPr>
          <w:rFonts w:ascii="Sylfaen" w:hAnsi="Sylfaen" w:eastAsia="Sylfaen" w:cs="Sylfaen"/>
        </w:rPr>
        <w:t>როდესაც ოცდამეორე და მომდევნო სამ მუხლს უფრო ახლოდან განვიხილავთ, ვხედავთ, რომ სინამდვილეში ვირი პირველად ოცდამესამე მუხლში ირტყმება.</w:t>
      </w:r>
    </w:p>
    <w:p>
      <w:pPr>
        <w:pStyle w:val="ArticleScripture"/>
        <w:jc w:val="left"/>
      </w:pPr>
      <w:r>
        <w:rPr>
          <w:rFonts w:ascii="Sylfaen" w:hAnsi="Sylfaen" w:eastAsia="Sylfaen" w:cs="Sylfaen"/>
        </w:rPr>
        <w:t>და აღიგზნო ღვთის რისხვა, რადგან იგი მიდიოდა; და უფლის ანგელოზი გზაზე დაუდგა მას მოწინააღმდეგედ. ხოლო იგი თავის სახედარზე იჯდა და მისი ორი მსახური მასთან იყვნენ.</w:t>
      </w:r>
    </w:p>
    <w:p>
      <w:pPr>
        <w:pStyle w:val="ArticleScripture"/>
        <w:jc w:val="left"/>
      </w:pPr>
      <w:r>
        <w:rPr>
          <w:rFonts w:ascii="Sylfaen" w:hAnsi="Sylfaen" w:eastAsia="Sylfaen" w:cs="Sylfaen"/>
        </w:rPr>
        <w:t>და ვირმა იხილა უფლის ანგელოზი, გზაზე მდგომი, ხელში გაშიშვლებული მახვილით; და ვირი გადაუხვია გზიდან და შევიდა ველად; ხოლო ბალაამმა სცემა ვირს, რათა გზაზე დაებრუნებინა იგი. რიცხვნი 22:22, 23.</w:t>
      </w:r>
    </w:p>
    <w:p>
      <w:pPr>
        <w:pStyle w:val="ArticleBody"/>
        <w:jc w:val="left"/>
      </w:pPr>
      <w:r>
        <w:rPr>
          <w:rFonts w:ascii="Sylfaen" w:hAnsi="Sylfaen" w:eastAsia="Sylfaen" w:cs="Sylfaen"/>
        </w:rPr>
        <w:t>ღმერთის რისხვა ბალაამის მიმართ, იმის გამო, რომ მან მიიღო თხოვნა ცრუწინასწარმეტყველი გამხდარიყო, პარალელი იყო იმისა, რომ ქრისტემ შეწყვიტა თავისი საუბარი მოკამათე იუდეველებთან მათეს 22-ის უკანასკნელ მუხლში. რიცხვთა 22-ის ოცდამესამე მუხლი შეესაბამება მათეს 23-ე თავს, ხოლო რიცხვთა ოცდამეოთხე და ოცდამეხუთე მუხლები შეესაბამება მათეს 24-ე და 25-ე თავებს. ოცდამეექვსე, ოცდამეშვიდე და ოცდამერვე მუხლები შეესაბამება მათეს 26-ე, 27-ე და 28-ე თავებს.</w:t>
      </w:r>
    </w:p>
    <w:p>
      <w:pPr>
        <w:pStyle w:val="ArticleBody"/>
        <w:jc w:val="left"/>
      </w:pPr>
      <w:r>
        <w:rPr>
          <w:rFonts w:ascii="Sylfaen" w:hAnsi="Sylfaen" w:eastAsia="Sylfaen" w:cs="Sylfaen"/>
        </w:rPr>
        <w:t>მათეს 23 არის პირველი ანგელოზი, 24 და 25 — მეორე ანგელოზი, ხოლო 26, 27 და 28 — მესამე ანგელოზი. რიცხვთა 22-ში, 23-ე მუხლი არის პირველი ანგელოზი, 24-ე და 25-ე მუხლები — მეორე ანგელოზი, ხოლო 26-ე, 27-ე და 28-ე მუხლები — მესამე ანგელოზი. მათე მიმართავს აღთქმის ხალხს, ძველსა და ახალს; რიცხვნი განსაზღვრავს ისლამის როლს, როგორც ღვთის სასჯელის იარაღს კვირადღის თაყვანისცემის წინააღმდეგ, რომელიც იწყება შეერთებულ შტატებში და შემდეგ მთელ მსოფლიოში ვრცელდება. მესამე დარტყმის შემდეგ, როდესაც სახედარი ალაპარაკდება, ბალაამს გაენათლება, რა იყო ახლახან მომხდარი.</w:t>
      </w:r>
    </w:p>
    <w:p>
      <w:pPr>
        <w:pStyle w:val="ArticleScripture"/>
        <w:jc w:val="left"/>
      </w:pPr>
      <w:r>
        <w:rPr>
          <w:rFonts w:ascii="Sylfaen" w:hAnsi="Sylfaen" w:eastAsia="Sylfaen" w:cs="Sylfaen"/>
        </w:rPr>
        <w:t>მაშინ უფალმა ბალაამს თვალები აუხილა, და მან იხილა უფლის ანგელოზი, გზაზე მდგომი, ხელში გაშიშვლებული მახვილით; და თავი დახარა და პირქვე დაემხო. და უფლის ანგელოზმა უთხრა მას: რად სცემე შენი სახედარი ამ სამჯერ? აჰა, მე გამოვედი, რათა წინ აღვდგომოდი შენ, რადგან შენი გზა უკუღმართია ჩემს წინაშე. და სახედარმა მიხილა მე და ამ სამჯერ ამარიდა თავი; მას რომ არ აერიდებინა თავი ჩემგან, უეჭველად ახლა შენც მოგკლავდი და მას ცოცხალს დავტოვებდი. და უთხრა ბალაამმა უფლის ანგელოზს: შევცოდე, რადგან არ ვიცოდი, რომ შენ იდექი გზაზე ჩემს წინააღმდეგ; და ახლა, თუ ეს შენს თვალში ცუდია, უკან დავბრუნდები. რიცხვნი 22:31–34.</w:t>
      </w:r>
    </w:p>
    <w:p>
      <w:pPr>
        <w:pStyle w:val="ArticleBody"/>
        <w:jc w:val="left"/>
      </w:pPr>
      <w:r>
        <w:rPr>
          <w:rFonts w:ascii="Sylfaen" w:hAnsi="Sylfaen" w:eastAsia="Sylfaen" w:cs="Sylfaen"/>
        </w:rPr>
        <w:t>ბალაამი წარმოადგენს ცრუ წინასწარმეტყველს, რომელიც არის შეერთებული შტატები, და რომელიც კვირის კანონის დროს ლაპარაკობს, როგორც გველეშაპი. კვირის კანონის დროს, როდესაც იგი ნათელყოფილია, იგი წარმოადგენს მათ, ვინც ჯერ კიდევ ბაბილონში არიან, რომლებიც შემდეგ იღვიძებენ კვირის კანონის საკითხთან მიმართებით და ბაბილონიდან არიან მოხმობილნი.</w:t>
      </w:r>
    </w:p>
    <w:p>
      <w:pPr>
        <w:pStyle w:val="ArticleBody"/>
        <w:jc w:val="left"/>
      </w:pPr>
      <w:r>
        <w:rPr>
          <w:rFonts w:ascii="Sylfaen" w:hAnsi="Sylfaen" w:eastAsia="Sylfaen" w:cs="Sylfaen"/>
        </w:rPr>
        <w:t>მილერის მიერ უფუარი პურის უწყების ხუთი დღის განმავლობაში სწავლება, შემდეგ კი ქრისტეს მიერ თავისი მღვდლების ოცდაათი დღის განმავლობაში სწავლება, რაც წარმოდგენილია ოცდით, მიჰყავს საყვირის გამაფრთხილებელ უწყებამდე ვირის ახსნის შესახებ, რომელიც ხუთი დღით უსწრებს ნიშნის აღმართვას; ეს კი ხუთი დღით უსწრებს დახურულ კარს ათი ქალწულის იგავში; და ეს კვლავ ხუთი დღით უსწრებს ორმოცდაათობის საკვირაო კანონს, რომელიც შემოიყვანს კარვობის შვიდდღიან პერიოდს, რაც არის გვიანი წვიმის სრული გადმოღვრა საკვირაო კანონის კრიზისის განმავლობაში, რადგან იმ პერიოდის გამოცდა მეშვიდე დღეს შეეხება.</w:t>
      </w:r>
    </w:p>
    <w:p>
      <w:pPr>
        <w:pStyle w:val="ArticleBody"/>
        <w:jc w:val="left"/>
      </w:pPr>
      <w:r>
        <w:rPr>
          <w:rFonts w:ascii="Sylfaen" w:hAnsi="Sylfaen" w:eastAsia="Sylfaen" w:cs="Sylfaen"/>
        </w:rPr>
        <w:t>რიცხვი ხუთი ქალწულთა სიმბოლოა, გონიერთა იქნება ისინი თუ უგუნურთა. რიცხვი ოცდაათი მღვდელთა სიმბოლოა, რასაც სახელწოდება „ლევიანნი“ მიუთითებს. რიცხვი შვიდი შაბათია. ლევიანნი ოცდასამი ასახავს მღვდელთა ისტორიას, მალაქიას მესამე თავის ლევიტელთა, გონიერ ქალწულთა და ას ორმოცდაოთხი ათასთა ისტორიას შაბათის გამოცდის ჟამს.</w:t>
      </w:r>
    </w:p>
    <w:p>
      <w:pPr>
        <w:pStyle w:val="ArticleBody"/>
        <w:jc w:val="left"/>
      </w:pPr>
      <w:r>
        <w:rPr>
          <w:rFonts w:ascii="Sylfaen" w:hAnsi="Sylfaen" w:eastAsia="Sylfaen" w:cs="Sylfaen"/>
        </w:rPr>
        <w:t>ჩვენ განვაგრძობთ ამ საკითხების განხილვას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ორმოცდაორი</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