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პანიუმი — ნომერი სამი</w:t>
      </w:r>
    </w:p>
    <w:p>
      <w:pPr>
        <w:pStyle w:val="ArticleSubtitle"/>
        <w:jc w:val="left"/>
      </w:pPr>
      <w:r>
        <w:rPr>
          <w:rFonts w:ascii="Sylfaen" w:hAnsi="Sylfaen" w:eastAsia="Sylfaen" w:cs="Sylfaen"/>
        </w:rPr>
        <w:t>ხილვა და დათქმული ჟამი: წინასწარმეტყველური პარალელი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2025-02-28</w:t>
      </w:r>
    </w:p>
    <w:p>
      <w:pPr>
        <w:pStyle w:val="ArticleBody"/>
        <w:jc w:val="left"/>
      </w:pPr>
      <w:r>
        <w:rPr>
          <w:rFonts w:ascii="Sylfaen" w:hAnsi="Sylfaen" w:eastAsia="Sylfaen" w:cs="Sylfaen"/>
        </w:rPr>
        <w:t>ათი ქალწულის იგავი ზუსტად ასო-ასომდე მეორდება ას ორმოცდაოთხი ათასის ისტორიაში. აბაკუმის მეორე თავი წარმოაჩენს ამ იგავის არსს, როდესაც მიუთითებს ხილვაზე, რომელიც დასასრულს მეტყველებს.</w:t>
      </w:r>
    </w:p>
    <w:p>
      <w:pPr>
        <w:pStyle w:val="ArticleScripture"/>
        <w:jc w:val="left"/>
      </w:pPr>
      <w:r>
        <w:rPr>
          <w:rFonts w:ascii="Sylfaen" w:hAnsi="Sylfaen" w:eastAsia="Sylfaen" w:cs="Sylfaen"/>
        </w:rPr>
        <w:t>დავდგები ჩემს სადარაჯოზე და დავდგები გოდოლზე, რათა ვუცადო ხილვას, რას მეტყვის იგი და რა ვუპასუხო, როცა შემაგონებს. და მიპასუხა უფალმა და მითხრა: ჩაწერე ხილვა და მკაფიოდ გამოსახე დაფებზე, რათა მორბოდეს მისი წამკითხველი. რადგან ხილვა ჯერ კიდევ დანიშნული ჟამისთვისაა, მაგრამ აღსასრულს ალაპარაკდება და არ იცრუებს; თუმცა დაყოვნდეს, ელოდე მას, რადგან უეჭველად მოვა, არ დააგვიანებს. აჰა, ამპარტავნებით აღზევებული სული მართალი არ არის მასში; ხოლო მართალი თავისი რწმენით იცოცხლებს. აბაკუმი 2:1–4.</w:t>
      </w:r>
    </w:p>
    <w:p>
      <w:pPr>
        <w:pStyle w:val="ArticleBody"/>
        <w:jc w:val="left"/>
      </w:pPr>
      <w:r>
        <w:rPr>
          <w:rFonts w:ascii="Sylfaen" w:hAnsi="Sylfaen" w:eastAsia="Sylfaen" w:cs="Sylfaen"/>
        </w:rPr>
        <w:t>დანიელის მეთერთმეტე თავის ოცდამეშვიდე მუხლიც ასევე განსაზღვრავს „დანიშნულ დროს“.</w:t>
      </w:r>
    </w:p>
    <w:p>
      <w:pPr>
        <w:pStyle w:val="ArticleScripture"/>
        <w:jc w:val="left"/>
      </w:pPr>
      <w:r>
        <w:rPr>
          <w:rFonts w:ascii="Sylfaen" w:hAnsi="Sylfaen" w:eastAsia="Sylfaen" w:cs="Sylfaen"/>
        </w:rPr>
        <w:t>და ორივე ამ მეფის გული ბოროტების ქმნისკენ იქნება მიმართული, და ერთსა და იმავე სუფრასთან სიცრუეს ილაპარაკებენ; მაგრამ ეს ვერ იქადაგებს წარმატებას, რადგან დასასრული ჯერ კიდევ დანიშნულ დროს იქნება. დანიელი 11:27.</w:t>
      </w:r>
    </w:p>
    <w:p>
      <w:pPr>
        <w:pStyle w:val="ArticleBody"/>
        <w:jc w:val="left"/>
      </w:pPr>
      <w:r>
        <w:rPr>
          <w:rFonts w:ascii="Sylfaen" w:hAnsi="Sylfaen" w:eastAsia="Sylfaen" w:cs="Sylfaen"/>
        </w:rPr>
        <w:t>„ხილვა“, რომელსაც რომი ამყარებს, არის „დანიშნული დროისთვის“, და ორი მეფე, რომელთა გულიც ბოროტების ქმნისაკენ არის მიქცეული და რომლებიც ერთ სუფრასთან სიცრუეს ლაპარაკობენ, მიუთითებენ წინასწარმეტყველურ ნიშნულზე, რომელიც დგება მანამდე, ვიდრე ხილვა „ალაპარაკდება“. დანიშნულ დრომდე ორი მეფე „სიცრუეს“ ლაპარაკობს, ხოლო როცა ხილვა დანიშნულ დროს ალაპარაკდება, იგი არ ცრუობს. დანიშნული დრო არის კვირადღის კანონი აშშ-ში, ხოლო სუფრასთან შეხვედრა აღნიშნავს წინასწარმეტყველური პერიოდის დასაწყისს. „ხილვა“ ისტორიაში სრულდება კვირადღის კანონის დროს, მაგრამ იგი დადგენილია კვირადღის კანონამდე. ეს ცხადია, რადგან ერთგულებს ეუბნებიან, დაელოდონ ხილვას, და ეუბნებიან, გამოაქვეყნონ ხილვა. მათ ვერ გამოაქვეყნებდნენ მას ხილვის აღსრულებამდე, თუკი ხილვა ჯერ კიდევ არ იქნებოდა დადგენილი.</w:t>
      </w:r>
    </w:p>
    <w:p>
      <w:pPr>
        <w:pStyle w:val="ArticleBody"/>
        <w:jc w:val="left"/>
      </w:pPr>
      <w:r>
        <w:rPr>
          <w:rFonts w:ascii="Sylfaen" w:hAnsi="Sylfaen" w:eastAsia="Sylfaen" w:cs="Sylfaen"/>
        </w:rPr>
        <w:t>იერემია წარმოადგენს მათ, ვინც ხილვას „ელის“:</w:t>
      </w:r>
    </w:p>
    <w:p>
      <w:pPr>
        <w:pStyle w:val="ArticleScripture"/>
        <w:jc w:val="left"/>
      </w:pPr>
      <w:r>
        <w:rPr>
          <w:rFonts w:ascii="Sylfaen" w:hAnsi="Sylfaen" w:eastAsia="Sylfaen" w:cs="Sylfaen"/>
        </w:rPr>
        <w:t>უფალო, შენ იცი: გამიხსენე მე, მომხედე მე და შური იძიე ჩემი მდევნელებისაგან; ნუ წამიყვან შენს სულგრძელებაში: იცოდე, რომ შენს გამო ვიტანდი შეურაცხყოფას. აღმოჩნდა შენი სიტყვები და შევჭამე ისინი; და შენი სიტყვა იყო ჩემთვის ჩემი გულის სიხარული და ლხენა, რადგან შენი სახელით ვიწოდები მე, უფალო ღმერთო ცაბაოთ. მე არ ვმჯდარვარ დამცინავთა საკრებულოში და არ მიხაროდა; მარტო ვიჯექი შენი ხელის გამო, რადგან რისხვით აღმავსე. რატომ არის ჩემი ტკივილი მუდმივი და ჩემი ჭრილობა უკურნებელი, რომელიც არ ისურვებს განკურნებას? ნუთუ ნამდვილად მატყუარასავით იქნები ჩემთვის, და როგორც წყლები, რომლებიც წყდება? ამიტომ ასე ამბობს უფალი: თუ მოიქცევი, კვლავ დაგაბრუნებ და ჩემს წინაშე დადგები; და თუ ძვირფასს გამოარჩევ უღირსისაგან, იქნები როგორც ჩემი ბაგე; ისინი შენკენ მოიქცნენ, შენ კი ნუ მოიქცევი მათკენ. და გაქცევ ამ ხალხისთვის გამაგრებულ სპილენძის კედლად; და გებრძოლონ შენ, მაგრამ ვერ გძლიონ, რადგან მე შენთანა ვარ, რათა გიხსნა და გადაგარჩინო, ამბობს უფალი. და გიხსნი ბოროტთა ხელიდან და გამოგიხსნი საშინელთა ხელიდან. იერემია 15:15–21.</w:t>
      </w:r>
    </w:p>
    <w:p>
      <w:pPr>
        <w:pStyle w:val="ArticleBody"/>
        <w:jc w:val="left"/>
      </w:pPr>
      <w:r>
        <w:rPr>
          <w:rFonts w:ascii="Sylfaen" w:hAnsi="Sylfaen" w:eastAsia="Sylfaen" w:cs="Sylfaen"/>
        </w:rPr>
        <w:t>კვირის კანონი აშშ-ში არის ის ადგილი, სადაც „გახსენების“ სიმბოლო აღინიშნება. იქ შაბათი, რომელიც მუდამ სახსოვრად უნდა იყოს, საბოლოო გამოცდის საკითხად იქცევა. იქ ახსენდებათ ტვიროსის მეძავი, რომელიც დავიწყებული იყო. იქ ღმერთი იხსენებს ბაბილონის ცოდვებს და მას ორმაგ სასჯელს მიუზღავს.</w:t>
      </w:r>
    </w:p>
    <w:p>
      <w:pPr>
        <w:pStyle w:val="ArticleBody"/>
        <w:jc w:val="left"/>
      </w:pPr>
      <w:r>
        <w:rPr>
          <w:rFonts w:ascii="Sylfaen" w:hAnsi="Sylfaen" w:eastAsia="Sylfaen" w:cs="Sylfaen"/>
        </w:rPr>
        <w:t>საეტაპო ნიშანი, სადაც მეტყველება მდებარეობს, არის კვირა დღის კანონი ამერიკის შეერთებულ შტატებში, რადგან იქ მიწის მხეცი დრაკონივით „მეტყველებს“. იმავე საეტაპო ნიშნზე ბალაამის წინასწარმეტყველების ხაზში ვირი „მეტყველებს“. როდესაც იოანე ნათლისმცემელი იბადება, მისი მამა, ზაქარია, რომელსაც ღმერთის მიერ მეტყველება შეზღუდული ჰქონდა, „მეტყველებს“.</w:t>
      </w:r>
    </w:p>
    <w:p>
      <w:pPr>
        <w:pStyle w:val="ArticleScripture"/>
        <w:jc w:val="left"/>
      </w:pPr>
      <w:r>
        <w:rPr>
          <w:rFonts w:ascii="Sylfaen" w:hAnsi="Sylfaen" w:eastAsia="Sylfaen" w:cs="Sylfaen"/>
        </w:rPr>
        <w:t>და მოხდა ასე, რომ მერვე დღეს მოვიდნენ ყრმის წინადაცვეთისათვის; და სურდათ, მისი მამის სახელის მიხედვით ზაქარია დაერქმიათ. ხოლო დედამისმა მიუგო და თქვა: არა, არამედ იოანე დაერქმევა. და უთხრეს მას: შენს ნათესავებში არავინაა, ვისაც ეს სახელი ჰქვია. და ნიშნებით ეკითხებოდნენ მის მამას, რა სახელით სურდა მისი წოდება. მან კი საწერი დაფა ითხოვა და დაწერა: მისი სახელია იოანე. და ყველას გაუკვირდა. და მყისვე გაეხსნა პირი და აეხსნა ენა, და ალაპარაკდა და ადიდებდა ღმერთს. ლუკა 1:59–64.</w:t>
      </w:r>
    </w:p>
    <w:p>
      <w:pPr>
        <w:pStyle w:val="ArticleBody"/>
        <w:jc w:val="left"/>
      </w:pPr>
      <w:r>
        <w:rPr>
          <w:rFonts w:ascii="Sylfaen" w:hAnsi="Sylfaen" w:eastAsia="Sylfaen" w:cs="Sylfaen"/>
        </w:rPr>
        <w:t>აშშ-ში კვირადღის კანონის გამოცხადებისას პაპობის სასიკვდილო ჭრილობა განიკურნება, და იგი ხდება მერვე სამეფო, რომელიც შვიდთაგანია, როცა აშშ, რომლის პრეზიდენტი დონალდ ტრამპია, არის მერვე პრეზიდენტი, რომელიც შვიდთაგანია. დროის იმავე მონაკვეთში ას ორმოცდაოთხი ათასი აღიმართებიან, როგორც დროშა. ას ორმოცდაოთხი ათასი არის მერვე ეკლესია, რომელიც შვიდთაგანია. კვირადღის კანონისას აღნიშნულია რიცხვი რვა, და სწორედ მერვე დღეს წინადაიცვითა იოანე და ალაპარაკდა ზაქარია. ზაქარია ნიშნავს: ღმერთმა „გაიხსენა“. კვირადღის კანონი არის ჭეშმარიტი შაბათის ყალბი შემცვლელი, რომლის „გახსენებაც“ იყო ნაბრძანები. კვირადღის კანონისას ტვიროსის მეძავი „გაიხსენება“. სწორედ კვირადღის კანონისას ღმერთი „იხსენებს“ ბაბილონის ცოდვებს და ორმაგად უმძიმებს მას სასჯელს.</w:t>
      </w:r>
    </w:p>
    <w:p>
      <w:pPr>
        <w:pStyle w:val="ArticleBody"/>
        <w:jc w:val="left"/>
      </w:pPr>
      <w:r>
        <w:rPr>
          <w:rFonts w:ascii="Sylfaen" w:hAnsi="Sylfaen" w:eastAsia="Sylfaen" w:cs="Sylfaen"/>
        </w:rPr>
        <w:t>იერემია წარმოადგენს მათ, ვინც პირველი იმედგაცრუება განიცადა და ვინც ელოდება ხილვას, რომელიც იგვიანებს. იგი წარმოადგენს ერთგულთ, რომლებიც ღმერთის პირი ხდებიან დანიშნულ ჟამს, როდესაც ხილვა ალაპარაკდება და არ ცრუობს. ხილვას, რომელიც დანიშნულ დროს ალაპარაკდება, წინ უძღვის ორი მეფე, რომლებიც ერთ სუფრასთან ერთმანეთს სიცრუეს ეუბნებიან. ეს მოვლენა წინ უსწრებს კვირადღის კანონს და ამიტომ ვითარდება პანიუმის ისტორიაში, როგორც ეს მოცემულია მეცამეტედან მეთხუთმეტე მუხლებამდე, და ეს არის იგივე პერიოდი, როდესაც „ხალხის მძარცველები“ ამყარებენ „ხილვას“.</w:t>
      </w:r>
    </w:p>
    <w:p>
      <w:pPr>
        <w:pStyle w:val="ArticleScripture"/>
        <w:jc w:val="left"/>
      </w:pPr>
      <w:r>
        <w:rPr>
          <w:rFonts w:ascii="Sylfaen" w:hAnsi="Sylfaen" w:eastAsia="Sylfaen" w:cs="Sylfaen"/>
        </w:rPr>
        <w:t>და იმ ჟამებში მრავალნი აღდგებიან სამხრეთის მეფის წინააღმდეგ; აგრეთვე, შენი ხალხის მძარცველნი აღიმაღლებენ თავს, რათა ხილვა დაამყარონ; მაგრამ დაეცემიან. დანიელი 11:14.</w:t>
      </w:r>
    </w:p>
    <w:p>
      <w:pPr>
        <w:pStyle w:val="ArticleBody"/>
        <w:jc w:val="left"/>
      </w:pPr>
      <w:r>
        <w:rPr>
          <w:rFonts w:ascii="Sylfaen" w:hAnsi="Sylfaen" w:eastAsia="Sylfaen" w:cs="Sylfaen"/>
        </w:rPr>
        <w:t>„ყაჩაღები“ არიან რომი, ხოლო რომი უკანასკნელ დღეებში არის კათოლიციზმი. პაპი ამყარებს ხილვას, და ამას აკეთებს კვირადღის კანონის უშუალოდ წინარე პერიოდში. იგი ამას ახორციელებს პანიუმის ბრძოლაში ჩარევით, სადაც ტრამპი პუტინზე იმარჯვებს. ეს ბრძოლა მოხდა ძვ. წ. 200 წელს, იმავე წელს, როდესაც წარმართული რომი შევიდა წინასწარმეტყველურ ისტორიაში. პომპეუს დიდმა იერუსალიმი დაიპყრო ძვ. წ. 63 წელს. ეს მოვლენა მოხდა მის აღმოსავლურ ლაშქრობაში, როდესაც იგი ჩაერია სამოქალაქო ომში ჰასმონეველ ძმებს — ჰირკანე II-სა და არისტობულე II-ს — შორის. პომპეუსმა მხარი დაუჭირა ჰირკანე II-ს, ალყა შემოარტყა იერუსალიმს და, საბოლოოდ, სამთვიანი ალყის შემდეგ ქალაქი აიღო. ამით აღინიშნა იუდეის დამოუკიდებლობის დასასრული და რეგიონზე რომაული კონტროლის დასაწყისი, რომელიც მოგვიანებით რომის მმართველობის ქვეშ მყოფ პროვინციად იქცა.</w:t>
      </w:r>
    </w:p>
    <w:p>
      <w:pPr>
        <w:pStyle w:val="ArticleBody"/>
        <w:jc w:val="left"/>
      </w:pPr>
      <w:r>
        <w:rPr>
          <w:rFonts w:ascii="Sylfaen" w:hAnsi="Sylfaen" w:eastAsia="Sylfaen" w:cs="Sylfaen"/>
        </w:rPr>
        <w:t>კვირის კანონის წინ პაპი ჩაერევა პანიუმის ბრძოლისთან დაკავშირებულ ისტორიაში. როდესაც იგი წინასწარმეტყველურ ისტორიაში შემოდის, მისი გამოჩენა ამყარებს ხილვას; ხილვას, რომელიც ჯერ კიდევ „ილაპარაკებს“ კვირის კანონის „დანიშნულ ჟამს“ აშშ-ში. „ხილვა“, რომელმაც დაყოვნა, არის შეუსრულებელი წინასწარმეტყველება, რომელმაც მონიშნა დაყოვნების დროის დასაწყისი ათი ქალწულის იგავში. მანვე აღნიშნა გამოცხადების მეთოთხმეტე თავის სამი ანგელოზიდან მეორე ანგელოზის მოსვლაც. შეუსრულებელმა წინასწარმეტყველებამ, რომელმაც მოლოდინის პერიოდი შემოიღო, და გამხნევებამ, რომ „დაველოდოთ“ მის აღსრულებას, თუმცა იგი აყოვნებდა.</w:t>
      </w:r>
    </w:p>
    <w:p>
      <w:pPr>
        <w:pStyle w:val="ArticleBody"/>
        <w:jc w:val="left"/>
      </w:pPr>
      <w:r>
        <w:rPr>
          <w:rFonts w:ascii="Sylfaen" w:hAnsi="Sylfaen" w:eastAsia="Sylfaen" w:cs="Sylfaen"/>
        </w:rPr>
        <w:t>მილერიტთა ისტორიაში დაყოვნების ჟამი დასრულდა ექსეტერის კარვის შეკრებაზე 1844 წლის 12 აგვისტოდან 17 აგვისტომდე. წარუმატებელი წინასწარმეტყველებით გამოწვეულმა იმედგაცრუებამ შემოიტანა მოლოდინის პერიოდი, რომელიც განზრახული იყო ქალწულთა ორ კლასში ხასიათის საბოლოოდ დასამოწმებლად, რასაც მოჰყვა ადრე წარუმატებელი წინასწარმეტყველების ახსნა. ექსეტერში მოცემული ახსნა განსაზღვრავს იმ დეტალებს, რომლებიც ხილვასთან არის დაკავშირებული მისი აღსრულებისას. იგივე ნიშნები შეიძლება შევნიშნოთ მათეს მეთექვსმეტე თავში, როდესაც ქრისტემ თავისი მოწაფეები კესარია ფილიპეში წაიყვანა. იმ მომენტიდან მოყოლებული ქრისტე მოწაფეებს უშუალოდ ასწავლიდა, რა უნდა მომხდარიყო ჯვარზე.</w:t>
      </w:r>
    </w:p>
    <w:p>
      <w:pPr>
        <w:pStyle w:val="ArticleScripture"/>
        <w:jc w:val="left"/>
      </w:pPr>
      <w:r>
        <w:rPr>
          <w:rFonts w:ascii="Sylfaen" w:hAnsi="Sylfaen" w:eastAsia="Sylfaen" w:cs="Sylfaen"/>
        </w:rPr>
        <w:t>იმ დროიდან მოყოლებული, იესომ დაიწყო თავის მოწაფეთათვის იმის განცხადება, რომ მას უნდა წასულიყო იერუსალიმში, და მრავალი ტანჯვა დაეთმინა უხუცესთაგან, მღვდელმთავართაგან და მწიგნობართაგან, და მოკლულიყო, და მესამე დღეს აღმდგარიყო. მათე 16:21.</w:t>
      </w:r>
    </w:p>
    <w:p>
      <w:pPr>
        <w:pStyle w:val="ArticleBody"/>
        <w:jc w:val="left"/>
      </w:pPr>
      <w:r>
        <w:rPr>
          <w:rFonts w:ascii="Sylfaen" w:hAnsi="Sylfaen" w:eastAsia="Sylfaen" w:cs="Sylfaen"/>
        </w:rPr>
        <w:t>უნდა აღინიშნოს, რომ ახლახან ციტირებული მუხლი იმ მომენტებს შორის დგას, როდესაც იესომ აღნიშნა, რომ პეტრე სულიწმიდის მიერ იყო წარმართული, როცა იესო აღიარა ქრისტედ, ცოცხალი ღვთის ძედ. ხოლო შემდეგ, როცა ქრისტემ დაიწყო მათთვის მოახლოებული ჯვრის შესახებ სწავლება, პეტრე წინ აღუდგა ამ უწყებას, და ქრისტემ პეტრეს სატანა უწოდა. უწყება, რომელიც იხსნება, როდესაც ხილვა დამკვიდრდება, წარმოშობს თაყვანისმცემელთა ორ კლასს, რომელთაგან ორივეს პეტრე წარმოადგენს.</w:t>
      </w:r>
    </w:p>
    <w:p>
      <w:pPr>
        <w:pStyle w:val="ArticleBody"/>
        <w:jc w:val="left"/>
      </w:pPr>
      <w:r>
        <w:rPr>
          <w:rFonts w:ascii="Sylfaen" w:hAnsi="Sylfaen" w:eastAsia="Sylfaen" w:cs="Sylfaen"/>
        </w:rPr>
        <w:t>კესარია ფილიპე არის პანიუმი, და ორივე მიჰყავს ჯვრის დანიშნულ ჟამამდე ქრისტეს ხაზში, 1844 წლის 22 ოქტომბრამდე მილერიტულ ისტორიაში და დღევანდელ კვირის კანონდებლობამდე. პანიუმი, კესარია ფილიპე და ექსეტერის ბანაკური კრება ერთი და იგივე წინასწარმეტყველური გზამარკერია. სწორედ ამ გზამარკერზე მტკიცდება ხილვა პაპის თხრობაში შემოყვანით. ხილვის დამტკიცება წინ უძღვის დანიშნულ ჟამს, რადგან კესარია ფილიპე წინ უძღოდა ჯვარს, ექსეტერის ბანაკური კრება წინ უძღოდა 1844 წლის 22 ოქტომბერს, ხოლო პანიუმი ძვ. წ. 200 წელს წინ უძღოდა პომპეუსის მიერ იერუსალიმის დაპყრობას ძვ. წ. 63 წელს. აშშ-ში კვირის კანონის ამოქმედებამდე რაღაც ხნით ადრე პაპი, რომელიც ტვიროსის მეძავია, აშკარად შევა წინასწარმეტყველურ ისტორიაში. როდესაც ეს მოხდება, ხილვა დამტკიცდება.</w:t>
      </w:r>
    </w:p>
    <w:p>
      <w:pPr>
        <w:pStyle w:val="ArticleBody"/>
        <w:jc w:val="left"/>
      </w:pPr>
      <w:r>
        <w:rPr>
          <w:rFonts w:ascii="Sylfaen" w:hAnsi="Sylfaen" w:eastAsia="Sylfaen" w:cs="Sylfaen"/>
        </w:rPr>
        <w:t>ხილვა დამკვიდრებულია მეთერთმეტე თავის მესამე პროქსი-ომში. პირველი პროქსი-ომი ასახავს უკანასკნელ პროქსი-ომს, ამიტომ უკანასკნელი პროქსი-ომი პირველისავე წინასწარმეტყველურ მახასიათებლებს იქონიებს. სამხრეთის მეფე, რომელიც წარმოდგენილია სახელით ვლადიმირი, რაც ნიშნავს საზოგადოების მმართველს, წალეკილ იქნება პაპსა და ამერიკის შეერთებული შტატების პრეზიდენტს შორის ალიანსის მეშვეობით. საბოლოო პაპი იქნება მერვე, რომელიც შვიდთაგან არის, გამოცხადების მეჩვიდმეტე თავის აღსრულებით, და უკანასკნელი პრეზიდენტიც იქნება მერვე, რომელიც შვიდთაგან არის, ისევე როგორც ას ორმოცდაოთხი ათასის დროშა.</w:t>
      </w:r>
    </w:p>
    <w:p>
      <w:pPr>
        <w:pStyle w:val="ArticleBody"/>
        <w:jc w:val="left"/>
      </w:pPr>
      <w:r>
        <w:rPr>
          <w:rFonts w:ascii="Sylfaen" w:hAnsi="Sylfaen" w:eastAsia="Sylfaen" w:cs="Sylfaen"/>
        </w:rPr>
        <w:t>თავდაპირველად პაპსა და პრეზიდენტს შორის ურთიერთობა იყო „საიდუმლო კავშირი“, და მერვე და საბოლოო პრეზიდენტის კავშირიც პაპთან ასევე „საიდუმლო“ იქნება, რადგან ამ პერიოდში ტვიროსის მეძავი წინასწარმეტყველურად „დავიწყებულია“. რეიგანსა და პაპ იოანე პავლე II-ს შორის კავშირი საიდუმლო იყო, მაგრამ იმავე დროს პაპი დედამიწაზე ყველაზე ადვილად საცნობ სახედ იქცა. რაც „დავიწყებულია“ ტვიროსის იმ მეძავთან დაკავშირებით, რომელიც მრუშობს დედამიწის ყველა მეფესთან, არის პაპობის ერთი განსაზღვრული ნიშან-თვისება, რომელიც მის ყველა ცოდვას ამბოხების ერთ კატეგორიაში აერთიანებს. ეს ნიშან-თვისებაა კათოლიკური ეკლესიის პრეტენზია „უცდომელობაზე“. ეს ფაქტი იმდენად მნიშვნელოვანია დასანახად, რომ ახლა ამ სტატიას დავასრულებ და მოვიყვან დას უაითის ერთი თავს. ამ ხაზების განხილვას მომდევნო სტატიაში გავაგრძელებთ, მაგრამ როდესაც ქვემოთ მოცემულ თავს „დიადი ბრძოლის“ წიგნიდან წაიკითხავთ, გახსოვდეთ, რომ ტრამპის კაბინეტის წევრთა თითქმის ყველა რომის კათოლიკეა, ორმოცდაათიანელთა შერევით და ფრანკლინ გრემის მუდამ არსებული გავლენით, რომელმაც ახლახან საჯარო ლოცვებისკენ მოუწოდა ბიბლიური წინასწარმეტყველების ანტიქრისტესათვის.</w:t>
      </w:r>
    </w:p>
    <w:p>
      <w:pPr>
        <w:pStyle w:val="ArticleHeading"/>
        <w:jc w:val="left"/>
      </w:pPr>
      <w:r>
        <w:rPr>
          <w:rFonts w:ascii="Sylfaen" w:hAnsi="Sylfaen" w:eastAsia="Sylfaen" w:cs="Sylfaen"/>
        </w:rPr>
        <w:t>„სინდისის თავისუფლება საფრთხის წინაშე“</w:t>
      </w:r>
    </w:p>
    <w:p>
      <w:pPr>
        <w:pStyle w:val="ArticleScripture"/>
        <w:jc w:val="left"/>
      </w:pPr>
      <w:r>
        <w:rPr>
          <w:rFonts w:ascii="Sylfaen" w:hAnsi="Sylfaen" w:eastAsia="Sylfaen" w:cs="Sylfaen"/>
        </w:rPr>
        <w:t>„რომანიზმს ახლა პროტესტანტები უწინდელ წლებთან შედარებით ბევრად უფრო კეთილგანწყობით უყურებენ. იმ ქვეყნებში, სადაც კათოლიციზმი გაბატონებულ მდგომარეობაში არ არის და პაპისტები გავლენის მოსაპოვებლად შემრიგებლურ კურსს ადგანან, სულ უფრო იზრდება გულგრილობა იმ მოძღვრებათა მიმართ, რომლებიც რეფორმირებულ ეკლესიებს პაპის იერარქიისგან განასხვავებს; სულ უფრო მყარდება შეხედულება, რომ, საბოლოო ჯამში, სასიცოცხლოდ მნიშვნელოვან საკითხებში ჩვენ ისეთი ფართო განსხვავება არც გვაქვს, როგორც ეს ეგონათ, და რომ ჩვენი მხრიდან მცირედი დათმობა რომთან უკეთეს ურთიერთგაგებამდე მიგვიყვანს. იყო დრო, როდესაც პროტესტანტები დიდად აფასებდნენ სინდისის თავისუფლებას, რომელიც ასე ძვირად იყო მოპოვებული. ისინი თავიანთ შვილებს ასწავლიდნენ, რომ სძულებოდათ პაპიზმი, და მიაჩნდათ, რომ რომთან თანხმობის ძიება ღვთისადმი არაერთგულება იქნებოდა. მაგრამ რაოდენ დიდად განსხვავებულია ახლა გამოთქმული განწყობები!“</w:t>
      </w:r>
    </w:p>
    <w:p>
      <w:pPr>
        <w:pStyle w:val="ArticleScripture"/>
        <w:jc w:val="left"/>
      </w:pPr>
      <w:r>
        <w:rPr>
          <w:rFonts w:ascii="Sylfaen" w:hAnsi="Sylfaen" w:eastAsia="Sylfaen" w:cs="Sylfaen"/>
        </w:rPr>
        <w:t>პაპობის დამცველნი აცხადებენ, რომ ეკლესიას ცილი დასწამეს, და პროტესტანტულ სამყაროს ეს განცხადება მიღებისაკენ აქვს მიდრეკილება. ბევრნი ამტკიცებენ, რომ უსამართლოა დღევანდელი ეკლესიის განსჯა იმ სისაძაგლეებისა და აბსურდულობების მიხედვით, რომლებიც მის მმართველობას უმეცრებისა და წყვდიადის საუკუნეებში ახასიათებდა. ისინი მის შემზარავ სისასტიკეს იმ დროის ბარბაროსობის შედეგად ამართლებენ და ირწმუნებიან, რომ თანამედროვე ცივილიზაციის გავლენამ მისი განწყობილებანი შეცვალა.</w:t>
      </w:r>
    </w:p>
    <w:p>
      <w:pPr>
        <w:pStyle w:val="ArticleScripture"/>
        <w:jc w:val="left"/>
      </w:pPr>
      <w:r>
        <w:rPr>
          <w:rFonts w:ascii="Sylfaen" w:hAnsi="Sylfaen" w:eastAsia="Sylfaen" w:cs="Sylfaen"/>
        </w:rPr>
        <w:t>„ნუთუ ამ ადამიანებს დავიწყებული აქვთ უშეცდომობის ის პრეტენზია, რომელსაც ეს ამაყი ძალაუფლება რვაასი წლის განმავლობაში აყენებდა? დათმობას კი არა, ეს პრეტენზია მეცხრამეტე საუკუნეში უფრო დიდი კატეგორიულობით იქნა დადასტურებული, ვიდრე ოდესმე უწინ. რადგან რომი ამტკიცებს, რომ „ეკლესიას არასოდეს შეუცოდავს; და არც არასოდეს შესცოდავს, წმინდა წერილების თანახმად“ (John L. von Mosheim, Institutes of Ecclesiastical History, book 3, century II, part 2, chapter 2, section 9, note 17), როგორ შეუძლია მას უარყოს ის პრინციპები, რომლებიც წარსულ საუკუნეებში მის მოქმედებას წარმართავდა?“</w:t>
      </w:r>
    </w:p>
    <w:p>
      <w:pPr>
        <w:pStyle w:val="ArticleScripture"/>
        <w:jc w:val="left"/>
      </w:pPr>
      <w:r>
        <w:rPr>
          <w:rFonts w:ascii="Sylfaen" w:hAnsi="Sylfaen" w:eastAsia="Sylfaen" w:cs="Sylfaen"/>
        </w:rPr>
        <w:t>პაპის ეკლესია არასოდეს უარყოფს თავის პრეტენზიას უცდომელობაზე. ყოველივე, რაც მან გააკეთა იმათ დევნაში, ვინც მის დოგმებს უარყოფს, მას სწორად მიაჩნია; და განა იგი იმავე მოქმედებებს კვლავ არ გაიმეორებდა, ამის შესაძლებლობა რომ მიეცეს? მოიხსნას ის შეზღუდვები, რომელთაც ახლა საერო მთავრობები აწესებენ, და რომს კვლავ დაუბრუნდეს მისი წინანდელი ძალაუფლება, და მალე კვლავ აღდგება მისი ტირანია და დევნა.</w:t>
      </w:r>
    </w:p>
    <w:p>
      <w:pPr>
        <w:pStyle w:val="ArticleScripture"/>
        <w:jc w:val="left"/>
      </w:pPr>
      <w:r>
        <w:rPr>
          <w:rFonts w:ascii="Sylfaen" w:hAnsi="Sylfaen" w:eastAsia="Sylfaen" w:cs="Sylfaen"/>
        </w:rPr>
        <w:t>„ცნობილი მწერალი ასე საუბრობს პაპის იერარქიის დამოკიდებულებაზე სინდისის თავისუფლების მიმართ და იმ საფრთხეებზე, რომლებიც მისი პოლიტიკის წარმატების შედეგად განსაკუთრებით შეერთებულ შტატებს ემუქრება: „ბევრია ისეთი, ვინც შეერთებულ შტატებში რომაული კათოლიციზმისადმი ყოველგვარ შიშს მიკერძოებას ან ბავშვურობას მიაწერს. ასეთები რომანიზმის ხასიათსა და დამოკიდებულებაში ვერაფერს ხედავენ ისეთს, რაც ჩვენი თავისუფალი ინსტიტუტებისადმი მტრულია, ან მის ზრდაში ვერაფერს პოულობენ საგანგაშოს. მაშ, უწინარესად შევადაროთ ჩვენი მთავრობის ზოგიერთი ფუნდამენტური პრინციპი კათოლიკური ეკლესიის პრინციპებს.“</w:t>
      </w:r>
    </w:p>
    <w:p>
      <w:pPr>
        <w:pStyle w:val="ArticleScripture"/>
        <w:jc w:val="left"/>
      </w:pPr>
      <w:r>
        <w:rPr>
          <w:rFonts w:ascii="Sylfaen" w:hAnsi="Sylfaen" w:eastAsia="Sylfaen" w:cs="Sylfaen"/>
        </w:rPr>
        <w:t>„ამერიკის შეერთებული შტატების კონსტიტუცია სინდისის თავისუფლებას უზრუნველყოფს. არაფერი არსებობს, რაც მასზე უფრო ძვირფასი ან უფრო ფუნდამენტური იყოს. პაპმა პიუს IX-მ, 1854 წლის 15 აგვისტოს თავის ენციკლიკურ წერილში, თქვა: „სინდისის თავისუფლების დასაცავად წამოყენებული აბსურდული და მცდარი მოძღვრებანი, ანუ ბოდვანი, არის უკიდურესად მომაკვდინებელი ცდომილება — ჭირი, რომელიც სახელმწიფოში ყველა სხვაზე მეტად არის საშიში.“ იმავე პაპმა, 1864 წლის 8 დეკემბრის თავის ენციკლიკურ წერილში, ანათემას გადასცა „ისინი, ვინც ამტკიცებენ სინდისის თავისუფლებასა და რელიგიური თაყვანისცემის თავისუფლებას“, აგრეთვე „ყველა ისინი, ვინც ამტკიცებენ, რომ ეკლესიამ ძალა არ უნდა გამოიყენოს.“</w:t>
      </w:r>
    </w:p>
    <w:p>
      <w:pPr>
        <w:pStyle w:val="ArticleScripture"/>
        <w:jc w:val="left"/>
      </w:pPr>
      <w:r>
        <w:rPr>
          <w:rFonts w:ascii="Sylfaen" w:hAnsi="Sylfaen" w:eastAsia="Sylfaen" w:cs="Sylfaen"/>
        </w:rPr>
        <w:t>„რომის განსაკუთრებული ტონი შეერთებულ შტატებში არ გულისხმობს გულის შეცვლას. იგი შემწყნარებელია იქ, სადაც უძლურია. ეპისკოპოსი ო’კონორი ამბობს: „რელიგიური თავისუფლება მხოლოდ აიტანება მანამდე, ვიდრე საპირისპიროს განხორციელება შესაძლებელი გახდება კათოლიკური სამყაროსათვის საფრთხის გარეშე.“… სენტ-ლუისის არქიეპისკოპოსმა ერთხელ თქვა: „ერესი და ურწმუნოება დანაშაულია; და ქრისტიანულ ქვეყნებში, როგორც, მაგალითად, იტალიასა და ესპანეთში, სადაც მთელი ხალხი კათოლიკეა და სადაც კათოლიკური რელიგია ქვეყნის კანონის არსებითი ნაწილია, ისინი ისევე ისჯებიან, როგორც სხვა დანაშაულები.“…</w:t>
      </w:r>
    </w:p>
    <w:p>
      <w:pPr>
        <w:pStyle w:val="ArticleScripture"/>
        <w:jc w:val="left"/>
      </w:pPr>
      <w:r>
        <w:rPr>
          <w:rFonts w:ascii="Sylfaen" w:hAnsi="Sylfaen" w:eastAsia="Sylfaen" w:cs="Sylfaen"/>
        </w:rPr>
        <w:t>„კათოლიკურ ეკლესიაში ყოველი კარდინალი, არქიეპისკოპოსი და ეპისკოპოსი პაპისადმი ერთგულების ფიცს დებს, რომელშიც შემდეგი სიტყვებია: „ერეტიკოსებს, სქიზმატიკოსებს და ჩვენი ზემოხსენებული უფლის (პაპის), ან მისი ზემოხსენებული მემკვიდრეების წინააღმდეგ ამბოხებულებს, ჩემი ძალის უმაღლეს საზღვრამდე ვდევნი და აღვუდგები.“ —Josiah Strong, Our Country, ch. 5, pars. 2–4.</w:t>
      </w:r>
    </w:p>
    <w:p>
      <w:pPr>
        <w:pStyle w:val="ArticleScripture"/>
        <w:jc w:val="left"/>
      </w:pPr>
      <w:r>
        <w:rPr>
          <w:rFonts w:ascii="Sylfaen" w:hAnsi="Sylfaen" w:eastAsia="Sylfaen" w:cs="Sylfaen"/>
        </w:rPr>
        <w:t>„ჭეშმარიტია, რომ რომის კათოლიკურ ერთობაში ნამდვილი ქრისტიანებიც არიან. იმ ეკლესიაში ათასები ემსახურებიან ღმერთს იმ საუკეთესო ნათლის მიხედვით, რაც მათ აქვთ. მათ არ ეძლევათ მის სიტყვასთან მისადგომობა, და ამიტომ ვერ ცნობენ ჭეშმარიტებას. მათ არასოდეს უხილავთ განსხვავება ცოცხალი გულისმიერი მსახურებისა და მხოლოდ ფორმებისა და წეს-ჩვეულებათა გარეგნული მიმდევრობის შორის. ღმერთი შემბრალებელი სინაზით უყურებს ამ სულებს, აღზრდილთ რწმენაში, რომელიც მაცდურია და დაუკმაყოფილებელი. იგი მოავლენს ნათლის სხივებს, რათა გაარღვიონ მკვრივი წყვდიადი, რომელიც მათ გარს აკრავს. იგი გაუცხადებს მათ ჭეშმარიტებას, როგორც იგი არის იესოში, და მრავალნი ჯერ კიდევ დაიკავებენ თავიანთ ადგილს მის ხალხთან ერთად.“</w:t>
      </w:r>
    </w:p>
    <w:p>
      <w:pPr>
        <w:pStyle w:val="ArticleScripture"/>
        <w:jc w:val="left"/>
      </w:pPr>
      <w:r>
        <w:rPr>
          <w:rFonts w:ascii="Sylfaen" w:hAnsi="Sylfaen" w:eastAsia="Sylfaen" w:cs="Sylfaen"/>
        </w:rPr>
        <w:t>„მაგრამ რომანიზმი, როგორც სისტემა, დღეს ქრისტეს სახარებასთან უფრო მეტად თანხმობაში არ არის, ვიდრე თავისი ისტორიის რომელიმე წინა პერიოდში იყო. პროტესტანტული ეკლესიები დიდ სიბნელეში არიან, თორემ დროის ნიშნებს გაარჩევდნენ. რომის ეკლესია შორსმიმავალია თავის გეგმებსა და მოქმედების ხერხებში. იგი ყოველგვარ საშუალებას იყენებს, რათა გააფართოოს თავისი გავლენა და გაზარდოს თავისი ძალაუფლება, მზადებაში სასტიკი და მტკიცედ გადაწყვეტილი ბრძოლისათვის, რათა კვლავ დაიბრუნოს სამყაროზე კონტროლი, ხელახლა აღადგინოს დევნა და გააუქმოს ყოველივე, რაც პროტესტანტიზმმა გააკეთა. კათოლიციზმი ყოველი მხრიდან იკრებს ძალას. შეხედეთ მისი ეკლესიებისა და სამლოცველოების მზარდ რაოდენობას პროტესტანტულ ქვეყნებში. შეხედეთ მისი კოლეჯებისა და სემინარიების პოპულარობას ამერიკაში, რომელთაც ასე ფართოდ მფარველობენ პროტესტანტები. შეხედეთ რიტუალიზმის ზრდას ინგლისში და კათოლიკეთა რიგებში ხშირ გადასვლებს. ამ ყველაფერმა უნდა გააღვიძოს შფოთვა ყველასში, ვინც სახარების წმინდა პრინციპებს აფასებს.“</w:t>
      </w:r>
    </w:p>
    <w:p>
      <w:pPr>
        <w:pStyle w:val="ArticleScripture"/>
        <w:jc w:val="left"/>
      </w:pPr>
      <w:r>
        <w:rPr>
          <w:rFonts w:ascii="Sylfaen" w:hAnsi="Sylfaen" w:eastAsia="Sylfaen" w:cs="Sylfaen"/>
        </w:rPr>
        <w:t>„პროტესტანტებმა პაპობასთან გარიგება დადეს და მფარველობაც გაუწიეს მას; მათ წასვლები და დათმობები გააკეთეს, რომელთა ხილვაც თვით პაპისტებს უკვირთ და ვერ უგიათ. ადამიანები თვალს ხუჭავენ რომანიზმის ნამდვილ ხასიათსა და იმ საფრთხეებზე, რომელთაც მისი უზენაესობიდან უნდა მოველოდეთ. ხალხი უნდა გამოაფხიზლონ, რათა წინ აღუდგეს სამოქალაქო და რელიგიური თავისუფლების ამ უაღრესად სახიფათო მტრის შემოტევებს.“</w:t>
      </w:r>
    </w:p>
    <w:p>
      <w:pPr>
        <w:pStyle w:val="ArticleScripture"/>
        <w:jc w:val="left"/>
      </w:pPr>
      <w:r>
        <w:rPr>
          <w:rFonts w:ascii="Sylfaen" w:hAnsi="Sylfaen" w:eastAsia="Sylfaen" w:cs="Sylfaen"/>
        </w:rPr>
        <w:t>„ბევრ პროტესტანტს ჰგონია, რომ კათოლიკური სარწმუნოება არამიმზიდველია და რომ მისი ღვთისმსახურება მოსაწყენი, უაზრო ცერემონიების ერთფეროვანი წრეა. აქ ისინი ცდებიან. თუმცა რომანიზმი მოტყუებაზეა დაფუძნებული, იგი უხეში და მოუხერხებელი სიყალბე არ არის. რომის ეკლესიის რელიგიური მსახურება უაღრესად შთამბეჭდავი ცერემონიალია. მისი ბრწყინვალე იერი და საზეიმო რიტუალები ხალხის გრძნობებზე მომხიბლავად მოქმედებს და ახშობს გონებისა და სინდისის ხმას. თვალი მოხიბლულია. დიდებული ტაძრები, შთამბეჭდავი მსვლელობები, ოქროს საკურთხევლები, ძვირფასეულობით შემკული სიწმიდეები, რჩეული ფერწერული ნამუშევრები და დახვეწილი ქანდაკებები სილამაზის სიყვარულს მიმართავს. ყურიც დატყვევებულია. მუსიკა უბადლოა. ღრმა ჟღერადობის ორღანის მდიდარი ხმები, მრავალ ხმათა მელოდიასთან შერწყმული, როცა მისი დიდებული კათედრალების მაღალ გუმბათებსა და სვეტებიან ნავებში იღვრება, ვერაფრით ვერ დარჩება ისე, რომ გონებაში შიში და მოწიწება არ აღბეჭდოს.“</w:t>
      </w:r>
    </w:p>
    <w:p>
      <w:pPr>
        <w:pStyle w:val="ArticleScripture"/>
        <w:jc w:val="left"/>
      </w:pPr>
      <w:r>
        <w:rPr>
          <w:rFonts w:ascii="Sylfaen" w:hAnsi="Sylfaen" w:eastAsia="Sylfaen" w:cs="Sylfaen"/>
        </w:rPr>
        <w:t>„ეს გარეგნული ბრწყინვალება, პომპა და ცერემონია, რომელიც მხოლოდ დასცინის ცოდვით დასნეულებული სულის ნატვრას, შინაგანი გახრწნილების მტკიცებულებაა. ქრისტეს სარწმუნოებას თავის წარმოსაჩენად ასეთი მიმზიდველობები არ სჭირდება. ჯვრისაგან გამომავალ ნათელში ჭეშმარიტი ქრისტიანობა ისე წმინდა და მშვენიერი ჩანს, რომ ვერავითარი გარეგანი შემკულობა ვერ შემატებს მის ჭეშმარიტ ღირსებას. სიწმინდის მშვენიერება, მშვიდი და მდაბალი სული — აი, რაც ფასეულია ღმერთის წინაშე.“</w:t>
      </w:r>
    </w:p>
    <w:p>
      <w:pPr>
        <w:pStyle w:val="ArticleScripture"/>
        <w:jc w:val="left"/>
      </w:pPr>
      <w:r>
        <w:rPr>
          <w:rFonts w:ascii="Sylfaen" w:hAnsi="Sylfaen" w:eastAsia="Sylfaen" w:cs="Sylfaen"/>
        </w:rPr>
        <w:t>„სტილის ბრწყინვალება აუცილებელი როდია წმინდა, ამაღლებული აზროვნების მაჩვენებელი იყოს. ხელოვნების მაღალი წარმოდგენები, გემოვნების ნატიფი დახვეწილობა, ხშირად არსებობს იმ გონებებში, რომლებიც მიწიერი და ხორციელია. სატანა მათ ხშირად იყენებს, რათა ადამიანები მიიყვანოს იქამდე, რომ დაავიწყდეთ სულის საჭიროებები, თვალთახედვიდან დაკარგონ მომავალი, უკვდავი სიცოცხლე, განუდგნენ თავიანთ უსაზღვრო შემწეს და იცხოვრონ მხოლოდ ამქვეყნად.“</w:t>
      </w:r>
    </w:p>
    <w:p>
      <w:pPr>
        <w:pStyle w:val="ArticleScripture"/>
        <w:jc w:val="left"/>
      </w:pPr>
      <w:r>
        <w:rPr>
          <w:rFonts w:ascii="Sylfaen" w:hAnsi="Sylfaen" w:eastAsia="Sylfaen" w:cs="Sylfaen"/>
        </w:rPr>
        <w:t>გარეგნულობებზე დაფუძნებული რელიგია განუახლებელი გულისათვის მიმზიდველია. კათოლიკური თაყვანისცემის ბრწყინვალებასა და ცერემონიალს აქვს მაცდური, მომაჯადოებელი ძალა, რომლითაც მრავალი ცდება; და ისინი რომის ეკლესიას თვით ზეცის კარიბჭედ მიიჩნევენ. მის გავლენას ვერავინ გაუძლებს, გარდა იმათისა, რომელთაც თავიანთი ფეხი მტკიცედ დაუდგიათ ჭეშმარიტების საფუძველზე და რომელთა გულებიც ღვთის სულით არიან განახლებული. ათასები, რომელთაც ქრისტეს შესახებ გამოცდილებითი ცოდნა არა აქვთ, წარიმართებიან იქით, რომ მიიღონ ღვთისმოსაობის ფორმები ძალის გარეშე. სწორედ ასეთი რელიგია სურს ხალხთა სიმრავლეს.</w:t>
      </w:r>
    </w:p>
    <w:p>
      <w:pPr>
        <w:pStyle w:val="ArticleScripture"/>
        <w:jc w:val="left"/>
      </w:pPr>
      <w:r>
        <w:rPr>
          <w:rFonts w:ascii="Sylfaen" w:hAnsi="Sylfaen" w:eastAsia="Sylfaen" w:cs="Sylfaen"/>
        </w:rPr>
        <w:t>ეკლესიის პრეტენზია შეწყალების უფლებაზე რომანისტს ცოდვის ჩადენის თავისუფლების განცდას უჩენს; ხოლო აღსარების წესი, რომლის გარეშეც მისგან შეწყალება არ მიენიჭება, ბოროტებისთვის ნებართვის მიცემისკენაც იხრება. ვინც დაცემული ადამიანის წინაშე მუხლს იყრის და აღსარებაში თავისი გულის საიდუმლო აზრებსა და წარმოსახვებს ხსნის, ის ამცირებს თავის კაცობრივ ღირსებას და ამდაბლებს თავისი სულის ყოველ კეთილშობილურ მისწრაფებას. როდესაც იგი თავისი ცხოვრების ცოდვებს მღვდელს უმხელს,—შემცდარ, ცოდვილ მოკვდავს, და მეტისმეტად ხშირად ღვინითა და გარყვნილებით გახრწნილს,—მისი ზნეობრივი საზომი ქვეითდება, და ამის შედეგად იგი შებილწული ხდება. მისი აზრი ღმერთზე დაცემული კაცობრიობის მსგავსებამდე ქვეითდება, რადგან მღვდელი ღმერთის წარმომადგენლად დგას. ადამიანის მიერ ადამიანისადმი ეს დამამცირებელი აღსარება ის ფარული წყაროა, საიდანაც მომდინარეობდა იმ ბოროტების დიდი ნაწილი, რომელიც სამყაროს ბილწავს და მას საბოლოო განადგურებისთვის ამზადებს. და მაინც, მას, ვისაც თავის ნებაზე ცხოვრება უყვარს, უფრო საამოა თანამოკვდავს აღიაროს, ვიდრე სული ღმერთს გაუხსნას. ადამიანური ბუნებისთვის უფრო მისაღებია სინანულის სასჯელის აღსრულება, ვიდრე ცოდვაზე უარის თქმა; უფრო იოლია ხორცის დათრგუნვა ძაძით, ჭინჭრებითა და მტანჯველი ჯაჭვებით, ვიდრე ხორციელი გულისთქმების ჯვარცმა. მძიმეა ის უღელი, რომლის ტარებაც ხორციელ გულს ურჩევნია, ვიდრე ქრისტეს უღელს დაემორჩილოს.</w:t>
      </w:r>
    </w:p>
    <w:p>
      <w:pPr>
        <w:pStyle w:val="ArticleScripture"/>
        <w:jc w:val="left"/>
      </w:pPr>
      <w:r>
        <w:rPr>
          <w:rFonts w:ascii="Sylfaen" w:hAnsi="Sylfaen" w:eastAsia="Sylfaen" w:cs="Sylfaen"/>
        </w:rPr>
        <w:t>არსებობს თვალსაჩინო მსგავსება რომის ეკლესიასა და იუდეველთა ეკლესიას შორის ქრისტეს პირველი მოსვლის დროს. მაშინ, როდესაც იუდეველები ფარულად თელავდნენ ღვთის რჯულის ყოველ პრინციპს, გარეგნულად ისინი მკაცრად იცავდნენ მის დადგენილებებს, ზედ აწყობდნენ მოთხოვნებსა და ტრადიციებს, რომლებიც მორჩილებას მტკივნეულსა და მძიმე ტვირთად აქცევდა. როგორც იუდეველები აცხადებდნენ, რომ პატივს მიაგებდნენ რჯულს, ასევე რომაელი კათოლიკენიც აცხადებენ, რომ პატივს მიაგებენ ჯვარს. ისინი განადიდებენ ქრისტეს ტანჯვის სიმბოლოს, მაშინ როდესაც თავიანთ ცხოვრებაში უარყოფენ მას, ვისაც იგი წარმოადგენს.</w:t>
      </w:r>
    </w:p>
    <w:p>
      <w:pPr>
        <w:pStyle w:val="ArticleScripture"/>
        <w:jc w:val="left"/>
      </w:pPr>
      <w:r>
        <w:rPr>
          <w:rFonts w:ascii="Sylfaen" w:hAnsi="Sylfaen" w:eastAsia="Sylfaen" w:cs="Sylfaen"/>
        </w:rPr>
        <w:t>„პაპისტები ჯვრებს აყენებენ თავიანთ ეკლესიებზე, თავიანთ სამსხვერპლოებზე და თავიანთ სამოსზე. ყველგან ჩანს ჯვრის ნიშანი. ყველგან მას გარეგნულად პატივს მიაგებენ და აღამაღლებენ. მაგრამ ქრისტეს მოძღვრებანი დაფლულია უაზრო ტრადიციების, ყალბი განმარტებებისა და მკაცრი მოთხოვნების გროვის ქვეშ. მაცხოვრის სიტყვები, რომლებიც ეხებოდა ფანატიკოს იუდეველებს, კიდევ უფრო მეტი ძალით ესადაგება რომის კათოლიკური ეკლესიის წინამძღოლებს: „მძიმე ტვირთებს კრავენ და ძნელად სატარებელს, და ადამიანებს მხრებზე აჰკიდებენ; თვითონ კი თითის განძრევაც არ სურთ მათ მოსაძრავად.“ მათე 23:4. სინდისიერი სულები მუდმივ შიშში ჰყავთ, რადგან ეშინიათ შეურაცხყოფილი ღმერთის რისხვისა, მაშინ როცა ეკლესიის მრავალი დიდებული ფუფუნებასა და ხორციელ სიამეებში ცხოვრობს.“</w:t>
      </w:r>
    </w:p>
    <w:p>
      <w:pPr>
        <w:pStyle w:val="ArticleScripture"/>
        <w:jc w:val="left"/>
      </w:pPr>
      <w:r>
        <w:rPr>
          <w:rFonts w:ascii="Sylfaen" w:hAnsi="Sylfaen" w:eastAsia="Sylfaen" w:cs="Sylfaen"/>
        </w:rPr>
        <w:t>ხატებისა და წმინდა ნაწილების თაყვანისცემა, წმინდანთა მოხმობა და პაპის აღზევება სატანის მზაკვრობანია, რათა ხალხის გონება ღმერთისა და მისი ძისგან მიიზიდოს. მათი დაღუპვის მისაღწევად იგი ცდილობს მათი ყურადღება აარიდოს მას, ვის მეშვეობითაც მხოლოდ შეუძლიათ ხსნის პოვნა. იგი მათ მიმართავს ყოველგვარი საგნისაკენ, რომელიც შეიძლება ჩაანაცვლოს მას, ვინც თქვა: „მოდით ჩემთან ყოველნი მაშვრალნი და ტვირთმძიმენი, და მე მოგასვენებთ თქვენ.“ მათე 11:28.</w:t>
      </w:r>
    </w:p>
    <w:p>
      <w:pPr>
        <w:pStyle w:val="ArticleScripture"/>
        <w:jc w:val="left"/>
      </w:pPr>
      <w:r>
        <w:rPr>
          <w:rFonts w:ascii="Sylfaen" w:hAnsi="Sylfaen" w:eastAsia="Sylfaen" w:cs="Sylfaen"/>
        </w:rPr>
        <w:t>„სატანის მუდმივი ძალისხმევაა, მცდარად წარმოაჩინოს ღვთის ხასიათი, ცოდვის ბუნება და დიად ბრძოლაში სასწორზე დამდგარი ნამდვილი საკითხები. მისი სოფისტიკა ამცირებს ღვთიური რჯულისადმი ვალდებულებას და ადამიანებს ცოდვის ნებართვას აძლევს. ამავე დროს, იგი მათში აღძრავს ღმერთის შესახებ მცდარ წარმოდგენებს, რათა მათ იგი სიყვარულით კი არა, შიშითა და სიძულვილით უყურონ. მისივე ხასიათისთვის დამახასიათებელი სისასტიკე შემოქმედს მიეწერება; იგი ხორცს ისხამს რელიგიურ სისტემებში და გამოიხატება თაყვანისცემის სახეებში. ამგვარად ადამიანთა გონება ბრმავდება და სატანა მათ თავის იარაღებად იპყრობს, რათა ღმერთის წინააღმდეგ იბრძოლონ. ღვთიური თვისებების შესახებ დამახინჯებული წარმოდგენების გამო, წარმართ ერებს მიაჩნდათ, რომ ღვთაების კეთილგანწყობის მოსაპოვებლად ადამიანური მსხვერპლი აუცილებელი იყო; და კერპთაყვანისმცემლობის სხვადასხვა ფორმის ქვეშ ჩადენილ იქნა შემზარავი სისასტიკენი.“</w:t>
      </w:r>
    </w:p>
    <w:p>
      <w:pPr>
        <w:pStyle w:val="ArticleScripture"/>
        <w:jc w:val="left"/>
      </w:pPr>
      <w:r>
        <w:rPr>
          <w:rFonts w:ascii="Sylfaen" w:hAnsi="Sylfaen" w:eastAsia="Sylfaen" w:cs="Sylfaen"/>
        </w:rPr>
        <w:t>რომის კათოლიკურმა ეკლესიამ, რომელმაც გააერთიანა წარმართობისა და ქრისტიანობის ფორმები და, წარმართობის მსგავსად, ღვთის ხასიათი არასწორად წარმოაჩინა, მიმართა არანაკლებ სასტიკ და შემზარავ პრაქტიკებს. რომის უზენაესობის დღეებში არსებობდა წამების იარაღები, რათა ადამიანები მისი მოძღვრებებისადმი თანხმობაზე იძულებულიყვნენ. არსებობდა კოცონი მათთვის, ვინც მის პრეტენზიებს არ დათმობდა. არსებობდა ხოცვა-ჟლეტა ისეთი მასშტაბით, რომლის სრული მოცულობაც არასოდეს გახდება ცნობილი, ვიდრე იგი სამსჯავროზე არ გამოცხადდება. ეკლესიის დიდმოხელენი, სატანის, თავიანთი ბატონის, ხელმძღვანელობით, ცდილობდნენ გამოეგონათ ისეთი საშუალებები, რომლებიც შესაძლო უდიდეს ტანჯვას გამოიწვევდა და მაინც არ წაართმევდა მსხვერპლს სიცოცხლეს. მრავალ შემთხვევაში ეს ჯოჯოხეთური პროცესი განმეორდებოდა ადამიანური გამძლეობის უკიდურეს ზღვრამდე, ვიდრე ბუნება ბრძოლას დათმობდა და ტანჯული სიკვდილს ტკბილ განთავისუფლებად მიესალმებოდა.</w:t>
      </w:r>
    </w:p>
    <w:p>
      <w:pPr>
        <w:pStyle w:val="ArticleScripture"/>
        <w:jc w:val="left"/>
      </w:pPr>
      <w:r>
        <w:rPr>
          <w:rFonts w:ascii="Sylfaen" w:hAnsi="Sylfaen" w:eastAsia="Sylfaen" w:cs="Sylfaen"/>
        </w:rPr>
        <w:t>ასეთი იყო რომის მოწინააღმდეგეთა ხვედრი. ხოლო თავისი მიმდევრებისთვის მას მზად ჰქონდა შოლტის დისციპლინა, მშიერი შიმშილი, სხეულის ასკეტური ტანჯვანი ყოველგვარ წარმოსადგენ, გულისშემძვრელ სახეში. ზეცის კეთილგანწყობის მოსაპოვებლად, მომნანიებელნი არღვევდნენ ღვთის კანონებს ბუნების კანონების დარღვევით. მათ ასწავლიდნენ გაეწყვიტათ ის კავშირები, რომლებიც მან დაადგინა, რათა ეკურთხებინა და გაეხარებინა ადამიანის მიწიერი მსვლელობა. სასაფლაო მილიონობით მსხვერპლს ინახავს, რომლებმაც თავიანთი სიცოცხლე ამაოდ დახარჯეს უშედეგო ძალისხმევაში, დაემორჩილებინათ თავიანთი ბუნებრივი გრძნობები და ჩაეხშოთ, როგორც ღვთისთვის შეურაცხმყოფელი, თანაგრძნობის ყოველი აზრი და გრძნობა თავიანთ თანამოძმეებთან მიმართებით.</w:t>
      </w:r>
    </w:p>
    <w:p>
      <w:pPr>
        <w:pStyle w:val="ArticleScripture"/>
        <w:jc w:val="left"/>
      </w:pPr>
      <w:r>
        <w:rPr>
          <w:rFonts w:ascii="Sylfaen" w:hAnsi="Sylfaen" w:eastAsia="Sylfaen" w:cs="Sylfaen"/>
        </w:rPr>
        <w:t>„თუ გვსურს გავიგოთ სატანის განზრახული სისასტიკე, რომელიც ასეულობით წლის განმავლობაში ვლინდებოდა არა მათ შორის, რომელთაც ღმერთის შესახებ არასოდეს სმენიათ, არამედ თვით ქრისტიანული სამყაროს გულში და მის მთელ სივრცეში, საკმარისია რომის კათოლიციზმის ისტორიას შევხედოთ. მოტყუების ამ უზარმაზარი სისტემის მეშვეობით ბოროტების მთავარი აღწევს თავის მიზანს — ღმერთს შეურაცხყოფა მიაყენოს და ადამიანს უბედურება მოუტანოს. და როდესაც ვხედავთ, როგორ ახერხებს იგი ეკლესიის წინამძღოლთა მეშვეობით საკუთარი თავის შენიღბვას და თავისი საქმის აღსრულებას, უკეთ შეგვიძლია გავიგოთ, რატომ აქვს მას ასეთი დიდი სიძულვილი ბიბლიის მიმართ. თუ ეს წიგნი იკითხება, ღვთის წყალობა და სიყვარული გამოცხადდება; გამოჩნდება, რომ იგი ადამიანებს ამ მძიმე ტვირთთაგან არც ერთს არ აკისრებს. ყველაფერი, რასაც იგი ითხოვს, არის შემუსვრილი და შემნანიებელი გული, მდაბალი და მორჩილი სული.“</w:t>
      </w:r>
    </w:p>
    <w:p>
      <w:pPr>
        <w:pStyle w:val="ArticleScripture"/>
        <w:jc w:val="left"/>
      </w:pPr>
      <w:r>
        <w:rPr>
          <w:rFonts w:ascii="Sylfaen" w:hAnsi="Sylfaen" w:eastAsia="Sylfaen" w:cs="Sylfaen"/>
        </w:rPr>
        <w:t>„ქრისტე თავისი ცხოვრებით არ იძლევა არავითარ მაგალითს იმისა, რომ კაცებმა და ქალებმა თავი მონასტრებში გამოიკეტონ, რათა ზეცისთვის შესაფერისნი გახდნენ. მას არასოდეს უსწავლებია, რომ სიყვარული და თანაგრძნობა უნდა იქნეს დათრგუნული. მაცხოვრის გული სიყვარულით გადმოდიოდა. რაც უფრო უახლოვდება ადამიანი ზნეობრივ სრულყოფილებას, მით უფრო გამძაფრებულია მისი გრძნობიერება, მით უფრო მკვეთრია მისი ცოდვის აღქმა და მით უფრო ღრმაა მისი თანაგრძნობა ტანჯულთა მიმართ. პაპი აცხადებს, რომ იგი ქრისტეს ნაცვალია; მაგრამ როგორ უძლებს მისი ხასიათი შედარებას ჩვენს მაცხოვართან? ოდესმე ყოფილა ცნობილი, რომ ქრისტეს ადამიანები სატუსაღოში ან საწამებელ იარაღზე გაეგზავნოს მხოლოდ იმიტომ, რომ მას, როგორც ზეცის მეფეს, თაყვანი არ სცეს? ისმოდა კი მისი ხმა სასიკვდილოდ მსჯავრის დამდებად მათთვის, ვინც იგი არ მიიღო? როდესაც სამარიული სოფლის მცხოვრებლებმა იგი შეურაცხყვეს, მოციქული იოანე აღივსო აღშფოთებით და იკითხა: „უფალო, გნებავს თუ არა, რომ ვბრძანოთ, ცეცხლი ჩამოვიდეს ზეციდან და შთანთქას ისინი, როგორც ელიამ ჰქმნა?“ იესო თანაგრძნობით შეხედა თავის მოწაფეს და გაკიცხა მისი მკაცრი სული, თქვა: „კაცის ძე არ მოსულა ადამიანთა სიცოცხლის დასაღუპავად, არამედ გადასარჩენად.“ ლუკა 9:54, 56. რაოდენ განსხვავებულია ქრისტეს მიერ გამოვლენილი სულისაგან ის სული, რომელიც მის მიერ აღიარებულ ნაცვალში ვლინდება.“</w:t>
      </w:r>
    </w:p>
    <w:p>
      <w:pPr>
        <w:pStyle w:val="ArticleScripture"/>
        <w:jc w:val="left"/>
      </w:pPr>
      <w:r>
        <w:rPr>
          <w:rFonts w:ascii="Sylfaen" w:hAnsi="Sylfaen" w:eastAsia="Sylfaen" w:cs="Sylfaen"/>
        </w:rPr>
        <w:t>„რომის ეკლესია ახლა ქვეყნიერების წინაშე მშვენიერ სახეს აჩენს და ბოდიშებით ფარავს თავის საზარელი სისასტიკეების ისტორიას. იგი ქრისტესმაგვარ სამოსელში შეიმოსა; მაგრამ არ შეცვლილა. პაპობის ყოველი პრინციპი, რომელიც წარსულ საუკუნეებში არსებობდა, დღესაც არსებობს. ყველაზე ბნელ ხანებში შეთხზული მოძღვრებანი დღემდე მტკიცედაა დაცული. ნურავინ მოიტყუებს თავს. პაპობა, რომელსაც პროტესტანტები ახლა ასე მზად არიან პატივი მიაგონ, იგივეა, რომელიც რეფორმაციის დღეებში მსოფლიოზე ბატონობდა, როდესაც ღვთის კაცები, თავიანთი სიცოცხლის საფრთხეში ჩაგდებით, აღდგნენ მისი ურჯულოების სამხილებლად. მას აქვს იგივე სიამაყე და ქედმაღლური პრეტენზია, რომელიც მეფეებსა და მთავრებზე ბატონობდა და ღვთის უფლებამოსილებებს ითვისებდა. მისი სული დღესაც არანაკლებ სასტიკი და დესპოტურია, ვიდრე მაშინ, როცა მან ადამიანური თავისუფლება გასრისა და უზენაესის წმიდები დახოცა.“</w:t>
      </w:r>
    </w:p>
    <w:p>
      <w:pPr>
        <w:pStyle w:val="ArticleScripture"/>
        <w:jc w:val="left"/>
      </w:pPr>
      <w:r>
        <w:rPr>
          <w:rFonts w:ascii="Sylfaen" w:hAnsi="Sylfaen" w:eastAsia="Sylfaen" w:cs="Sylfaen"/>
        </w:rPr>
        <w:t>„პაპობა სწორედ ის არის, რაც წინასწარმეტყველებამ გამოაცხადა, რომ იქნებოდა — უკანასკნელი ჟამის განდგომილება. 2 თესალონიკელთა 2:3, 4. მისი პოლიტიკის ნაწილია, მიიღოს ისეთი სახე, რომელიც საუკეთესოდ მოემსახურება მის მიზანს; მაგრამ ქამელეონის ცვალებადი გარეგნობის ქვეშ იგი მალავს გველის უცვლელ შხამს. „რწმენა არ უნდა იყოს დაცული ერეტიკოსებთან, არც იმ პირებთან, რომელთაც ერესში ეჭვობენ“ (Lenfant, ტომი 1, გვ. 516), — აცხადებს იგი. უნდა იქნეს ახლა აღიარებული ქრისტეს ეკლესიის ნაწილად ეს ძალა, რომლის ათასწლოვანი ისტორია წმიდათა სისხლით არის დაწერილი?“</w:t>
      </w:r>
    </w:p>
    <w:p>
      <w:pPr>
        <w:pStyle w:val="ArticleScripture"/>
        <w:jc w:val="left"/>
      </w:pPr>
      <w:r>
        <w:rPr>
          <w:rFonts w:ascii="Sylfaen" w:hAnsi="Sylfaen" w:eastAsia="Sylfaen" w:cs="Sylfaen"/>
        </w:rPr>
        <w:t>უმიზეზოდ არ არის, რომ პროტესტანტულ ქვეყნებში წამოყენებულია მტკიცება, თითქოს კათოლიციზმი პროტესტანტიზმისგან უწინდელ დროებთან შედარებით ნაკლებად განსხვავდებოდეს. ცვლილება ნამდვილად მოხდა; მაგრამ ეს ცვლილება პაპობაში არ არის. კათოლიციზმი მართლაც წააგავს დღევანდელი პროტესტანტიზმის დიდ ნაწილს, რადგან პროტესტანტიზმი რეფორმატორთა დღეების შემდეგ ასე ძლიერ არის გადაგვარებული.</w:t>
      </w:r>
    </w:p>
    <w:p>
      <w:pPr>
        <w:pStyle w:val="ArticleScripture"/>
        <w:jc w:val="left"/>
      </w:pPr>
      <w:r>
        <w:rPr>
          <w:rFonts w:ascii="Sylfaen" w:hAnsi="Sylfaen" w:eastAsia="Sylfaen" w:cs="Sylfaen"/>
        </w:rPr>
        <w:t>„რადგან პროტესტანტული ეკლესიები სამყაროს კეთილგანწყობის ძიებაში იყვნენ, ცრუმა ქველმოქმედებამ მათი თვალები დააბრმავა. ისინი ვერ ხედავენ, რომ ბოროტთა შესახებ კეთილის დაჯერება სწორია, და ამის გარდაუვალი შედეგი ის იქნება, რომ ბოლოს ყველა კეთილის შესახებ ბოროტს დაიჯერებენ. იმის ნაცვლად, რომ წმიდათათვის ერთხელ გადაცემული რწმენის დასაცავად იდგნენ, ისინი ახლა, თითქოსდა, რომს მის მიმართ თავიანთი არაქველმოქმედური შეხედულებისათვის ბოდიშს უხდიან და თავიანთი ფანატიზმისათვის პატიებას ითხოვენ.“</w:t>
      </w:r>
    </w:p>
    <w:p>
      <w:pPr>
        <w:pStyle w:val="ArticleScripture"/>
        <w:jc w:val="left"/>
      </w:pPr>
      <w:r>
        <w:rPr>
          <w:rFonts w:ascii="Sylfaen" w:hAnsi="Sylfaen" w:eastAsia="Sylfaen" w:cs="Sylfaen"/>
        </w:rPr>
        <w:t>“დიდი ჯგუფი, თვით იმათ შორისაც, რომელნიც რომანიზმს კეთილგანწყობით არ უყურებენ, მცირედ თუ ხედავენ საფრთხეს მის ძლიერებასა და გავლენაში. მრავალნი ამტკიცებენ, რომ შუა საუკუნეებში გამეფებულმა გონებრივმა და ზნეობრივმა სიბნელემ ხელი შეუწყო მისი დოგმების, ცრურწმენებისა და ჩაგვრის გავრცელებას, და რომ თანამედროვე დროის უფრო მაღალი განათლება, ცოდნის საყოველთაო გავრცელება და რელიგიის საკითხებში მზარდი შემწყნარებლობა დაუშვებს არა შეუწყნარებლობისა და ტირანიის აღორძინებას. თვით აზრი იმის შესახებ, რომ ასეთ მდგომარეობას ადგილი ექნება ამ განათლებულ ხანაში, დასაცინად მიაჩნიათ. მართალია, დიდი ნათელი, გონებრივი, ზნეობრივი და რელიგიური, ანათებს ამ თაობას. ღვთის წმიდა სიტყვის გახსნილ ფურცლებზე ზეციური ნათელი მოეფინა სამყაროს. მაგრამ უნდა გვახსოვდეს, რომ რაც უფრო დიდია ბოძებული ნათელი, მით უფრო დიდია იმათი სიბნელე, ვინც მას ამახინჯებს და უარყოფს.</w:t>
      </w:r>
    </w:p>
    <w:p>
      <w:pPr>
        <w:pStyle w:val="ArticleScripture"/>
        <w:jc w:val="left"/>
      </w:pPr>
      <w:r>
        <w:rPr>
          <w:rFonts w:ascii="Sylfaen" w:hAnsi="Sylfaen" w:eastAsia="Sylfaen" w:cs="Sylfaen"/>
        </w:rPr>
        <w:t>ბიბლიის ლოცვითი შესწავლა პროტესტანტებს პაპობის ჭეშმარიტ ხასიათს დაანახვებდა და გამოიწვევდა, რომ შეეძულებინათ და არიდებოდნენ მას; მაგრამ მრავალი საკუთარი თავით ისეა მოხიბლული, რომ არ გრძნობს საჭიროებას, სიმდაბლით ეძიოს ღმერთი, რათა ჭეშმარიტებაში იქნეს წაყვანილი. თუმცა თავიანთი განათლებით იწონებენ თავს, მათ უცოდინარობით სცოდნიათ როგორც წერილნი, ისე ღვთის ძალა. მათ აუცილებლად ესაჭიროებათ რაიმე საშუალება, რათა თავიანთი სინდისი დაამშვიდონ, და ეძიებენ იმას, რაც ყველაზე ნაკლებად სულიერია და დამამდაბლებელი. რაც მათ სურთ, არის ღმერთის დავიწყების ისეთი ხერხი, რომელიც მის მოხსენიებად გასაღდება. პაპობა ზედგამოჭრილია ყოველივე ამის მსურველთა საჭიროებების დასაკმაყოფილებლად. იგი გამზადებულია კაცობრიობის ორი ჯგუფისთვის, რომლებიც თითქმის მთელ მსოფლიოს მოიცავენ — მათთვის, ვისაც საკუთარი დამსახურებით სურს ხსნა, და მათთვის, ვისაც საკუთარ ცოდვებში სურს ხსნა. აქ არის მისი ძალის საიდუმლო.</w:t>
      </w:r>
    </w:p>
    <w:p>
      <w:pPr>
        <w:pStyle w:val="ArticleScripture"/>
        <w:jc w:val="left"/>
      </w:pPr>
      <w:r>
        <w:rPr>
          <w:rFonts w:ascii="Sylfaen" w:hAnsi="Sylfaen" w:eastAsia="Sylfaen" w:cs="Sylfaen"/>
        </w:rPr>
        <w:t>„დიდი გონებრივი სიბნელის დღე ნაჩვენები იქნა, როგორც პაპობის წარმატებისთვის ხელსაყრელი. კვლავაც გამოჩნდება, რომ დიდი გონებრივი ნათლის დღეც თანაბრად ხელსაყრელია მისი წარმატებისთვის. წარსულ საუკუნეებში, როცა ადამიანებს არ ჰქონდათ ღვთის სიტყვა და არც ჭეშმარიტების ცოდნა, მათი თვალები დახუჭული იყო, და ათასები გაებნენ მახეში, რადგან ვერ ხედავდნენ თავიანთ ფეხებთან გაშლილ ბადეს. ამ თაობაში ბევრია ისეთი, ვისი თვალებიც ადამიანურ ვარაუდთა ბრწყინვალებისგან ბრმავდება, „მეცნიერებისა, ტყუილად ასე წოდებულისა“; ისინი ვერ ამჩნევენ ბადეს და მასში ისე ადვილად შედიან, თითქოს თვალახვეულნი იყვნენ. ღმერთმა განიზრახა, რომ ადამიანის გონებრივი ძალები მის შემოქმედისგან ბოძებულ ნიჭად მიჩნეულიყო და ჭეშმარიტებისა და სიმართლის სამსახურში ყოფილიყო გამოყენებული; მაგრამ როცა პატივმოყვარეობასა და ამბიციას ზრდიან, და ადამიანები საკუთარ თეორიებს ღვთის სიტყვაზე მაღლა აყენებენ, მაშინ გონებას შეუძლია უმეცრებაზე უფრო დიდი ზიანი მოიტანოს. ამგვარად, დღევანდელი ცრუ მეცნიერება, რომელიც ბიბლიისადმი რწმენას ძირს უთხრის, პაპობის მიღების გზის მომზადებაში, თავისი საამო ფორმებით, ისეთივე წარმატებული აღმოჩნდება, როგორიც ცოდნის დაფარვა იყო მისი განდიდებისათვის გზის გახსნაში ბნელი საუკუნეების ჟამს.“</w:t>
      </w:r>
    </w:p>
    <w:p>
      <w:pPr>
        <w:pStyle w:val="ArticleScripture"/>
        <w:jc w:val="left"/>
      </w:pPr>
      <w:r>
        <w:rPr>
          <w:rFonts w:ascii="Sylfaen" w:hAnsi="Sylfaen" w:eastAsia="Sylfaen" w:cs="Sylfaen"/>
        </w:rPr>
        <w:t>„აშშ-ში ახლა მიმდინარე იმ მოძრაობებში, რომლებიც მიზნად ისახავს ეკლესიის დაწესებულებებსა და წეს-ჩვეულებებს სახელმწიფოს მხარდაჭერა მოუპოვოს, პროტესტანტები პაპისტების კვალს მიჰყვებიან. მეტიც, ისინი პაპობას კარს უღებენ, რათა მან პროტესტანტულ ამერიკაში კვლავ მოიპოვოს ის უზენაესობა, რომელიც ძველ სამყაროში დაკარგა. და ის, რაც ამ მოძრაობას კიდევ უფრო დიდ მნიშვნელობას ანიჭებს, არის ის ფაქტი, რომ მის წინასწარ განზრახულ მთავარ მიზანს კვირადღის დაცვის იძულებით აღსრულება წარმოადგენს — ჩვეულებისა, რომელიც რომიდან იღებს სათავეს და რომელსაც იგი თავისი ხელისუფლების ნიშნად აცხადებს. სწორედ პაპობის სულია — ამქვეყნიურ ჩვეულებებთან შეგუების სული, ადამიანურ გადმოცემათა პატივისცემა ღვთის მცნებებზე მაღლა — რომელიც ჟონავს პროტესტანტულ ეკლესიებში და მიჰყავს ისინი იმისკენ, რომ აღასრულონ კვირადღის იმავე სახით განდიდების საქმე, რომელიც მათზე უწინ პაპობამ აღასრულა.“</w:t>
      </w:r>
    </w:p>
    <w:p>
      <w:pPr>
        <w:pStyle w:val="ArticleScripture"/>
        <w:jc w:val="left"/>
      </w:pPr>
      <w:r>
        <w:rPr>
          <w:rFonts w:ascii="Sylfaen" w:hAnsi="Sylfaen" w:eastAsia="Sylfaen" w:cs="Sylfaen"/>
        </w:rPr>
        <w:t>„თუ მკითხველს სურს გაიგოს, რა ძალები იქნება გამოყენებული მალე მოსალოდნელ ბრძოლაში, მას მხოლოდ ისღა ევალება, რომ მიადევნოს თვალი იმ საშუალებათა ჩანაწერს, რომელნიც რომმა იმავე მიზნისათვის წარსულ საუკუნეებში გამოიყენა. თუ მას სურს იცოდეს, როგორ მოექცევიან პაპისტებისა და პროტესტანტების გაერთიანებული ძალები მათ, ვინც მათ დოგმატებს უარყოფს, დაე, იხილოს ის სული, რომელიც რომმა შაბათისა და მისი დამცველების მიმართ გამოავლინა.</w:t>
      </w:r>
    </w:p>
    <w:p>
      <w:pPr>
        <w:pStyle w:val="ArticleScripture"/>
        <w:jc w:val="left"/>
      </w:pPr>
      <w:r>
        <w:rPr>
          <w:rFonts w:ascii="Sylfaen" w:hAnsi="Sylfaen" w:eastAsia="Sylfaen" w:cs="Sylfaen"/>
        </w:rPr>
        <w:t>სამეფო ედიქტები, საეკლესიო საყოველთაო კრებები და საერო ძალაუფლებით გამყარებული ეკლესიური განჩინებები იყო ის საფეხურები, რომელთა მეშვეობითაც წარმართულმა დღესასწაულმა ქრისტიანულ სამყაროში საპატიო ადგილი დაიმკვიდრა. კვირა დღის დაცვის აღმსრულებელი პირველი საჯარო ღონისძიება იყო კონსტანტინეს მიერ გამოცემული კანონი. (ახ. წ. 321) ეს ედიქტი ქალაქის მცხოვრებთ ავალდებულებდა დაესვენათ „მზის პატივსაცემ დღეს“, ხოლო სოფლის მკვიდრთ ნებას რთავდა გაეგრძელებინათ თავიანთი სასოფლო-სამეურნეო საქმიანობა. თუმცა, არსებითად წარმართული დადგენილება იყო, იგი იმპერატორმა თავისი ქრისტიანობის სახელობითი მიღების შემდეგ აღასრულა.</w:t>
      </w:r>
    </w:p>
    <w:p>
      <w:pPr>
        <w:pStyle w:val="ArticleScripture"/>
        <w:jc w:val="left"/>
      </w:pPr>
      <w:r>
        <w:rPr>
          <w:rFonts w:ascii="Sylfaen" w:hAnsi="Sylfaen" w:eastAsia="Sylfaen" w:cs="Sylfaen"/>
        </w:rPr>
        <w:t>„რაკი სამეფო მანდატი საკმარის შემცვლელად ვერ აღმოჩნდა ღვთიური ავტორიტეტისათვის, ევსები, ეპისკოპოსი, რომელიც მთავართა კეთილგანწყობას ეძიებდა და კონსტანტინეს განსაკუთრებული მეგობარი და მლიქვნელი იყო, წამოაყენა მტკიცება, რომ ქრისტემ შაბათი კვირა დღეს გადასცა. ახალი მოძღვრების დასამტკიცებლად წმინდა წერილიდან არც ერთი მოწმობა არ ყოფილა წარმოდგენილი. თვით ევსებიც, შეუგნებლად, აღიარებს მის სიცრუეს და ცვლილების ნამდვილ ავტორებზე მიუთითებს. „ყოველივე,“ ამბობს იგი, „რაც შაბათს გასაკეთებლად მოვალეობა იყო, ეს ჩვენ უფლის დღეს გადავიტანეთ.“ — Robert Cox, Sabbath Laws and Sabbath Duties, page 538. მაგრამ კვირა დღის სასარგებლოდ მოყვანილი არგუმენტი, საფუძველს მოკლებული მიუხედავად, მაინც ამხნევებდა ადამიანებს, რომ უფლის შაბათი ფეხქვეშ გაეთელათ. ყველა, ვისაც ქვეყნიერების მიერ პატივი სურდა, იღებდა ამ პოპულარულ დღესასწაულს.“</w:t>
      </w:r>
    </w:p>
    <w:p>
      <w:pPr>
        <w:pStyle w:val="ArticleScripture"/>
        <w:jc w:val="left"/>
      </w:pPr>
      <w:r>
        <w:rPr>
          <w:rFonts w:ascii="Sylfaen" w:hAnsi="Sylfaen" w:eastAsia="Sylfaen" w:cs="Sylfaen"/>
        </w:rPr>
        <w:t>როდესაც პაპობა მტკიცედ დამყარდა, კვირის ამაღლების საქმე გაგრძელდა. ერთხანს ხალხი სასოფლო-სამეურნეო შრომით იყო დაკავებული, როცა ეკლესიაში არ ესწრებოდა, და მეშვიდე დღე კვლავ შაბათად მიიჩნეოდა. მაგრამ თანდათანობით ცვლილება დამკვიდრდა. წმინდა თანამდებობაზე მყოფთ აეკრძალათ კვირა დღეს რაიმე სამოქალაქო დავაზე განაჩენის გამოტანა. მალე ყოველ ადამიანს, რა წოდებისაც უნდა ყოფილიყო, დაევალა, თავი შეეკავებინა ჩვეულებრივი შრომისგან, თავისუფალთათვის ჯარიმის, ხოლო მსახურთათვის სხეულებრივი სასჯელის შიშით. მოგვიანებით დადგენილ იქნა, რომ მდიდრები თავიანთი ქონების ნახევრის დაკარგვით უნდა დასჯილიყვნენ; და ბოლოს, თუ კვლავ ურჩობაში დარჩებოდნენ, მონებად უნდა ექციათ. დაბალ ფენებს სამუდამო გადასახლება უნდა დაეთმინათ.</w:t>
      </w:r>
    </w:p>
    <w:p>
      <w:pPr>
        <w:pStyle w:val="ArticleScripture"/>
        <w:jc w:val="left"/>
      </w:pPr>
      <w:r>
        <w:rPr>
          <w:rFonts w:ascii="Sylfaen" w:hAnsi="Sylfaen" w:eastAsia="Sylfaen" w:cs="Sylfaen"/>
        </w:rPr>
        <w:t>„სასწაულებიც მოიხმეს. სხვა საკვირველებათა შორის იუწყებოდნენ, რომ ერთმა გლეხმა, რომელიც კვირა დღეს თავისი მინდვრის ხვნას აპირებდა, როცა სახნისს რკინით წმენდდა, ის რკინა ხელზე მიეკრო და ორი წლის განმავლობაში თან დაატარებდა მას, „თავისი მეტისმეტად დიდი ტკივილისა და სირცხვილისათვის.“ —Francis West, Historical and Practical Discourse on the Lord’s Day, page 174.</w:t>
      </w:r>
    </w:p>
    <w:p>
      <w:pPr>
        <w:pStyle w:val="ArticleScripture"/>
        <w:jc w:val="left"/>
      </w:pPr>
      <w:r>
        <w:rPr>
          <w:rFonts w:ascii="Sylfaen" w:hAnsi="Sylfaen" w:eastAsia="Sylfaen" w:cs="Sylfaen"/>
        </w:rPr>
        <w:t>„შემდგომში პაპმა გასცა მითითებები, რომ სამრევლოს მღვდელს უნდა გაეფრთხილებინა კვირა დღის დამრღვევნი და ერჩია მათთვის ეკლესიაში წასვლა და თავიანთი ლოცვების აღვლენა, რათა თავზე და მეზობლებზე რაიმე დიდი უბედურება არ დაეტეხათ. საეკლესიო კრებამ წამოაყენა ის არგუმენტი, რომელიც მას შემდეგ ასე ფართოდ გამოიყენებოდა, თვით პროტესტანტთაგანაც კი, რომ, რადგან ადამიანები კვირა დღეს შრომის დროს ელვამ იმსხვერპლა, მაშასადამე, იგი შაბათი უნდა ყოფილიყო. „ცხადია,“ თქვეს იერარქებმა, „თუ რაოდენ დიდი იყო ღვთის რისხვა ამ დღის უგულებელყოფის გამო.“ შემდეგ მოწოდება გაკეთდა, რომ მღვდლებმა და მსახურებმა, მეფეებმა და მთავრებმა, და ყველა ერთგულმა ადამიანმა, „იხმარონ თავიანთი უმაღლესი ძალისხმევა და ზრუნვა, რათა ამ დღეს დაუბრუნდეს მისი პატივი და, ქრისტიანობის ღირსებისათვის, მომავალშიც უფრო ღვთისმოსავურად იქნეს დაცული.“—Thomas Morer, Discourse in Six Dialogues on the Name, Notion, and Observation of the Lord’s Day, page 271.</w:t>
      </w:r>
    </w:p>
    <w:p>
      <w:pPr>
        <w:pStyle w:val="ArticleScripture"/>
        <w:jc w:val="left"/>
      </w:pPr>
      <w:r>
        <w:rPr>
          <w:rFonts w:ascii="Sylfaen" w:hAnsi="Sylfaen" w:eastAsia="Sylfaen" w:cs="Sylfaen"/>
        </w:rPr>
        <w:t>რაკი კრებათა დადგენილებები არასაკმარისი აღმოჩნდა, საერო ხელისუფალნი შეევედრნენ, გამოეცათ ედიქტი, რომელიც შიშის ზარს დასცემდა ხალხის გულებს და აიძულებდა მათ, კვირა დღეს შრომისგან თავი შეეკავებინათ. რომში გამართულ სინოდზე ყველა წინანდელი გადაწყვეტილება მეტი ძალითა და საზეიმოობით იქნა კვლავ დადასტურებული. ისინი საეკლესიო კანონმდებლობაშიც იქნა შეტანილი და სამოქალაქო ხელისუფლების მიერ ქრისტიანული სამყაროს თითქმის მთელ ფარგალში აღსრულდებოდა. (იხ. Heylyn, History of the Sabbath, pt. 2, ch. 5, sec. 7.)</w:t>
      </w:r>
    </w:p>
    <w:p>
      <w:pPr>
        <w:pStyle w:val="ArticleScripture"/>
        <w:jc w:val="left"/>
      </w:pPr>
      <w:r>
        <w:rPr>
          <w:rFonts w:ascii="Sylfaen" w:hAnsi="Sylfaen" w:eastAsia="Sylfaen" w:cs="Sylfaen"/>
        </w:rPr>
        <w:t>მაინც, კვირადღის დაცვასთან დაკავშირებით წმინდა წერილში ავტორიტეტის არქონა არამცირე უხერხულობას იწვევდა. ხალხი კითხვის ნიშნის ქვეშ აყენებდა თავიანთ მასწავლებელთა უფლებას, განზე გადაედოთ იეჰოვას ეს მკაფიო განცხადება: „მეშვიდე დღე არის შაბათი უფლისა, შენი ღვთისა“, რათა პატივი მიეგოთ მზის დღისათვის. ბიბლიური მოწმობის ნაკლებობის შესავსებად სხვა საშუალებანი გახდა საჭირო. კვირადღის ერთმა გულმოდგინე დამცველმა, რომელმაც დაახლოებით მეთორმეტე საუკუნის დასასრულს ინგლისის ეკლესიები მოინახულა, წინააღმდეგობა შეხვდა ჭეშმარიტების ერთგულ მოწმეთაგან; და იმდენად უნაყოფო აღმოჩნდა მისი ძალისხმევა, რომ მან დროებით დატოვა ქვეყანა და ყოველმხრივ ეძებდა რაიმე საშუალებას თავისი მოძღვრების გასამყარებლად. როდესაც იგი დაბრუნდა, ეს ნაკლი უკვე შევსებული იყო და მის შემდგომ შრომაში მეტ წარმატებასაც მიაღწია. მას თან მოჰქონდა გრაგნილი, რომელიც თითქოს თვით ღმერთისაგან იყო და რომელიც შეიცავდა კვირადღის დაცვისათვის საჭირო ბრძანებას, საშინელი მუქარებით, რათა ურჩნი დაეშინებინა. ამ ძვირფას დოკუმენტზე — ისეთივე მდაბიო ყალბზე, როგორიც იყო დაწესებულება, რომელსაც იგი მხარს უჭერდა — ამბობდნენ, რომ ზეციდან იყო ჩამოვარდნილი და იერუსალიმში, წმინდა სიმეონის საკურთხეველზე, გოლგოთაში, იყო ნაპოვნი. მაგრამ სინამდვილეში წყარო, საიდანაც იგი გამოვიდა, რომის პონტიფიკალური სასახლე იყო. ეკლესიის ძალაუფლებისა და კეთილდღეობის გასაძლიერებლად თაღლითობანი და ყალბი საბუთები ყველა საუკუნეში კანონიერად არის მიჩნეული პაპის იერარქიის მიერ.</w:t>
      </w:r>
    </w:p>
    <w:p>
      <w:pPr>
        <w:pStyle w:val="ArticleScripture"/>
        <w:jc w:val="left"/>
      </w:pPr>
      <w:r>
        <w:rPr>
          <w:rFonts w:ascii="Sylfaen" w:hAnsi="Sylfaen" w:eastAsia="Sylfaen" w:cs="Sylfaen"/>
        </w:rPr>
        <w:t>„გრაგნილი კრძალავდა შრომას მეცხრე საათიდან, ანუ შაბათის დღის სამ საათიდან, ორშაბათის მზის ამოსვლამდე; და გამოცხადებული იყო, რომ მისი ძალაუფლება მრავალი სასწაულით იყო დამტკიცებული. იუწყებოდნენ, რომ დანიშნული საათის შემდეგ მშრომელებს დამბლა ეცემოდათ. ერთმა მეწისქვილემ, რომელმაც თავისი მარცვლის დაფქვა სცადა, ფქვილის ნაცვლად იხილა, რომ სისხლის ნიაღვარი გადმოვიდა, და წისქვილის ბორბალი გაჩერდა, მიუხედავად წყლის ძლიერი დინებისა. ქალმა, რომელმაც ცომი ღუმელში ჩადო, გამოღებისას უმი იპოვა, თუმცა ღუმელი ძალიან ცხელი იყო. სხვამ, რომელსაც მეცხრე საათისთვის საცხობად გამზადებული ცომი ჰქონდა, მაგრამ მისი ორშაბათამდე გადადება გადაწყვიტა, მეორე დღეს აღმოაჩინა, რომ იგი ღვთიური ძალით პურებად იყო ქცეული და გამომცხვარი. კაცმა, რომელმაც შაბათს მეცხრე საათის შემდეგ პური გამოაცხო, მეორე დილით, როცა იგი გატეხა, ნახა, რომ იქიდან სისხლი გადმოსკდა. ამგვარი აბსურდული და ცრუმორწმუნეობრივი შეთხზულებებით ცდილობდნენ კვირის დღის დამცველები მისი სიწმინდის დამკვიდრებას. (იხ. Roger de Hoveden, Annals, ტ. 2, გვ. 526–530.)</w:t>
      </w:r>
    </w:p>
    <w:p>
      <w:pPr>
        <w:pStyle w:val="ArticleScripture"/>
        <w:jc w:val="left"/>
      </w:pPr>
      <w:r>
        <w:rPr>
          <w:rFonts w:ascii="Sylfaen" w:hAnsi="Sylfaen" w:eastAsia="Sylfaen" w:cs="Sylfaen"/>
        </w:rPr>
        <w:t>შოტლანდიაში, ისევე როგორც ინგლისში, კვირა დღისადმი უფრო დიდი პატივისცემა მიღწეულ იქნა მასთან ძველი შაბათის ნაწილის შეერთებით. თუმცა, წმიდად შესანახი დრო სხვადასხვაგვარად განისაზღვრებოდა. შოტლანდიის მეფის ერთმა ედიქტმა გამოაცხადა, რომ „შაბათი დღე შუადღის თორმეტი საათიდან წმიდად უნდა ჩაითვალოს“ და რომ იმ დროიდან ორშაბათის დილამდე არავის უნდა ეწარმოებინოს ამქვეყნიური საქმე.—Morer, გვერდები 290, 291.</w:t>
      </w:r>
    </w:p>
    <w:p>
      <w:pPr>
        <w:pStyle w:val="ArticleScripture"/>
        <w:jc w:val="left"/>
      </w:pPr>
      <w:r>
        <w:rPr>
          <w:rFonts w:ascii="Sylfaen" w:hAnsi="Sylfaen" w:eastAsia="Sylfaen" w:cs="Sylfaen"/>
        </w:rPr>
        <w:t>„მაგრამ, კვირადღის სიწმინდის დასამყარებლად მიმართული ყოველგვარი ძალისხმევის მიუხედავად, თავად პაპისტებმაც საჯაროდ აღიარეს შაბათის საღვთო ავტორიტეტი და იმ დადგენილების ადამიანური წარმოშობა, რომლითაც იგი ჩანაცვლებულ იქნა. მეთექვსმეტე საუკუნეში ერთმა პაპურმა კრებამ აშკარად განაცხადა: ‘ყველა ქრისტიანს ახსოვდეს, რომ მეშვიდე დღე ღმერთმა აკურთხა და წმიდად განაწესა, და რომ იგი მიღებულ და დაცულ იქნა არა მხოლოდ იუდეველთა მიერ, არამედ ყველა სხვათაგანაც, ვინც თავს ღმერთის თაყვანისმცემლად აცხადებს; თუმცა ჩვენ, ქრისტიანებმა, მათი შაბათი უფლის დღედ შევცვალეთ.’ —Ibid., pages 281, 282. ისინი, ვინც საღვთო რჯულში ხელყოფდნენ, არ იყვნენ უმეცარნი თავიანთი საქმის ხასიათის მიმართ. ისინი შეგნებულად აყენებდნენ თავს ღმერთზე მაღლა.</w:t>
      </w:r>
    </w:p>
    <w:p>
      <w:pPr>
        <w:pStyle w:val="ArticleScripture"/>
        <w:jc w:val="left"/>
      </w:pPr>
      <w:r>
        <w:rPr>
          <w:rFonts w:ascii="Sylfaen" w:hAnsi="Sylfaen" w:eastAsia="Sylfaen" w:cs="Sylfaen"/>
        </w:rPr>
        <w:t>რომის იმ პოლიტიკის თვალსაჩინო ილუსტრაცია, რომელსაც იგი თავისთან შეუთანხმებელთა მიმართ ატარებდა, ვლინდებოდა ვალდენსთა ხანგრძლივ და სისხლიან დევნაში; მათგან ზოგნი შაბათის დამცველნი იყვნენ. სხვებმაც მსგავსადვე ივნეს მეოთხე მცნებისადმი თავიანთი ერთგულების გამო. ეთიოპიისა და აბისინიის ეკლესიათა ისტორია განსაკუთრებით მნიშვნელოვანია. ბნელი საუკუნეების წყვდიადში ცენტრალური აფრიკის ქრისტიანები მხედველობიდან დაიკარგნენ და ქვეყნიერებამ დაივიწყა ისინი, და მრავალი საუკუნის განმავლობაში ისინი თავიანთი სარწმუნოების აღსრულებაში თავისუფლებით სარგებლობდნენ. მაგრამ ბოლოს რომმა მათი არსებობის შესახებ შეიტყო, და აბისინიის იმპერატორი მალე აცდუნეს, რათა ეცნო პაპი ქრისტეს ნაცვლადმდგომელად. ამას სხვა დათმობებიც მოჰყვა.</w:t>
      </w:r>
    </w:p>
    <w:p>
      <w:pPr>
        <w:pStyle w:val="ArticleScripture"/>
        <w:jc w:val="left"/>
      </w:pPr>
      <w:r>
        <w:rPr>
          <w:rFonts w:ascii="Sylfaen" w:hAnsi="Sylfaen" w:eastAsia="Sylfaen" w:cs="Sylfaen"/>
        </w:rPr>
        <w:t>გამოცემულ იქნა ედიქტი, რომელიც კრძალავდა შაბათის დაცვას უმკაცრესი სასჯელების მუქარით. (იხ. Michael Geddes, Church History of Ethiopia, გვ. 311, 312.) მაგრამ პაპისეული ტირანია მალე იქცა უღლად, იმდენად მტანჯველად, რომ აბისინიელებმა გადაწყვიტეს, იგი თავიანთი ქედიდან მოეხსნათ. საშინელი ბრძოლის შემდეგ რომაელები განიდევნენ მათი სამფლობელოებიდან და აღდგენილ იქნა ძველი სარწმუნოება. ეკლესიები ხარობდნენ თავიანთი თავისუფლებით და არასოდეს დავიწყებიათ ის გაკვეთილი, რომელიც ისწავლეს რომის მზაკვრობის, ფანატიზმისა და დესპოტური ძალაუფლების შესახებ. თავიანთ განმარტოებულ სამეფოში ისინი კმაყოფილნი იყვნენ დარჩენილიყვნენ ქრისტიანული სამყაროს დანარჩენი ნაწილისათვის უცნობნი.</w:t>
      </w:r>
    </w:p>
    <w:p>
      <w:pPr>
        <w:pStyle w:val="ArticleScripture"/>
        <w:jc w:val="left"/>
      </w:pPr>
      <w:r>
        <w:rPr>
          <w:rFonts w:ascii="Sylfaen" w:hAnsi="Sylfaen" w:eastAsia="Sylfaen" w:cs="Sylfaen"/>
        </w:rPr>
        <w:t>აფრიკის ეკლესიები შაბათს იცავდნენ ისე, როგორც მას პაპის ეკლესია იცავდა მის სრულ განდგომამდე. მაშინ როცა ისინი მეშვიდე დღეს ღვთის მცნებისადმი მორჩილებით იცავდნენ, კვირა დღესაც თავს იკავებდნენ შრომისგან ეკლესიის ჩვეულებასთან თანხმობაში. უზენაესი ძალაუფლების მოპოვების შემდეგ რომმა ღვთის შაბათი გათელა, რათა საკუთარი აემაღლებინა; მაგრამ აფრიკის ეკლესიები, თითქმის ათასი წლის განმავლობაში დაფარულნი, ამ განდგომაში მონაწილეობას არ იღებდნენ. როდესაც ისინი რომის ბატონობის ქვეშ მოექცნენ, აიძულეს ჭეშმარიტი გადაედოთ გვერდზე და ცრუ შაბათი აემაღლებინათ; მაგრამ როგორც კი კვლავ მოიპოვეს თავიანთი დამოუკიდებლობა, დაუბრუნდნენ მეოთხე მცნებისადმი მორჩილებას.</w:t>
      </w:r>
    </w:p>
    <w:p>
      <w:pPr>
        <w:pStyle w:val="ArticleScripture"/>
        <w:jc w:val="left"/>
      </w:pPr>
      <w:r>
        <w:rPr>
          <w:rFonts w:ascii="Sylfaen" w:hAnsi="Sylfaen" w:eastAsia="Sylfaen" w:cs="Sylfaen"/>
        </w:rPr>
        <w:t>„წარსულის ეს ჩანაწერები ნათლად ავლენს რომის მტრობას ჭეშმარიტი შაბათისადმი და მისი დამცველებისადმი, აგრეთვე იმ საშუალებებს, რომლებსაც იგი იყენებს თავისივე შექმნილი დაწესებულების პატივსაცემად. ღვთის სიტყვა გვასწავლის, რომ ეს მოვლენები კვლავ განმეორდება, როდესაც რომის კათოლიკეები და პროტესტანტები კვირადღის ამაღლებისათვის გაერთიანდებიან.</w:t>
      </w:r>
    </w:p>
    <w:p>
      <w:pPr>
        <w:pStyle w:val="ArticleScripture"/>
        <w:jc w:val="left"/>
      </w:pPr>
      <w:r>
        <w:rPr>
          <w:rFonts w:ascii="Sylfaen" w:hAnsi="Sylfaen" w:eastAsia="Sylfaen" w:cs="Sylfaen"/>
        </w:rPr>
        <w:t>გამოცხადების 13-ე თავის წინასწარმეტყველება აცხადებს, რომ ძალა, რომელიც კრავის მსგავსი რქების მქონე მხეცით არის წარმოდგენილი, აიძულებს „მიწას და მასზე დამკვიდრებულთ“ თაყვანი სცენ პაპობას — რომელიც აქ სიმბოლურად წარმოდგენილია „ავაზას მსგავს“ მხეცად. ორრქიან მხეცსაც მართებს უთხრას „მიწაზე დამკვიდრებულთ, რათა გააკეთონ მხეცის ხატი“; და მეტიც, მას მართებს უბრძანოს ყველას, „მცირესა და დიდს, მდიდარსა და ღარიბს, თავისუფალსა და მონას“, მიიღონ მხეცის ნიშანი. გამოცხადება 13:11–16. ნაჩვენებია, რომ შეერთებული შტატები არის ის ძალა, რომელიც წარმოდგენილია კრავის მსგავსი რქების მქონე მხეცით, და რომ ეს წინასწარმეტყველება აღსრულდება, როდესაც შეერთებული შტატები კვირის დღის დაცვას აღასრულებინებს, რომელსაც რომი თავისი უზენაესობის განსაკუთრებულ აღიარებად მიიჩნევს. მაგრამ პაპობის მიმართ ამ პატივის მიგებაში შეერთებული შტატები მარტო არ იქნება. რომის გავლენა იმ ქვეყნებში, რომლებიც ოდესღაც მის ბატონობას აღიარებდნენ, ჯერაც შორს არის განადგურებისგან. და წინასწარმეტყველება გვაუწყებს მისი ძალაუფლების აღდგენას. „ვიხილე მისი ერთი თავი, ვითარცა სასიკვდილოდ დაჭრილი; და მისი სასიკვდილო ჭრილობა განიკურნა; და მთელი ქვეყნიერება გაჰყვა გაოცებით მხეცს.“ მუხლი 3. სასიკვდილო ჭრილობის მიყენება მიუთითებს პაპობის დაცემაზე 1798 წელს. ამის შემდეგ, ამბობს წინასწარმეტყველი, „მისი სასიკვდილო ჭრილობა განიკურნა; და მთელი ქვეყნიერება გაჰყვა გაოცებით მხეცს.“ პავლე ნათლად აცხადებს, რომ „ცოდვის კაცი“ გაგრძელდება მეორედ მოსვლამდე. 2 თესალონიკელთა 2:3–8. დროის აღსასრულამდე იგი განაგრძობს ცდუნების საქმეს. და გამოცხადების მწერალიც, პაპობაზე მითითებით, აცხადებს: „ყველანი, ვინც დედამიწაზე მკვიდრობენ, თაყვანს სცემენ მას, რომელთა სახელებიც არაა ჩაწერილი სიცოცხლის წიგნში.“ გამოცხადება 13:8. როგორც ძველ, ისე ახალ სამყაროში, პაპობა მიიღებს პატივის მიგებას იმ პატივისცემაში, რომელიც მიეგება კვირადღის დადგენილებას, რომელიც მთლიანად მხოლოდ რომის ეკლესიის ავტორიტეტს ემყარება.</w:t>
      </w:r>
    </w:p>
    <w:p>
      <w:pPr>
        <w:pStyle w:val="ArticleScripture"/>
        <w:jc w:val="left"/>
      </w:pPr>
      <w:r>
        <w:rPr>
          <w:rFonts w:ascii="Sylfaen" w:hAnsi="Sylfaen" w:eastAsia="Sylfaen" w:cs="Sylfaen"/>
        </w:rPr>
        <w:t>„მეცხრამეტე საუკუნის შუახანებიდან მოყოლებული, ამერიკის შეერთებულ შტატებში წინასწარმეტყველების შემსწავლელებმა ეს დამოწმება მსოფლიოს წარუდგინეს. ამჟამად მიმდინარე მოვლენებში ჩანს სწრაფი წინსვლა ამ წინასწარმეტყველების აღსრულებისკენ. პროტესტანტ მასწავლებელთა შორისაც იგივე პრეტენზიაა კვირადღის დაცვასთან დაკავშირებით ღვთიური ავტორიტეტის შესახებ და, იმავე დროს, წმინდა წერილზე დაფუძნებული მტკიცებულების იგივე ნაკლებობა, როგორიც იყო იმ პაპის ხელმძღვანელებთან, რომლებმაც სასწაულები შეთხზეს, რათა ღვთისგან მოცემული მცნების ადგილი შეევსოთ. კვლავ განმეორდება მტკიცება, რომ ღვთის სასჯელები ადამიანებს ეწვევა მათ მიერ კვირა-შაბათის დარღვევის გამო; ეს აზრი უკვე იწყებს დაჟინებით წარდგენას. და მოძრაობა, რომელიც კვირადღის დაცვას აიძულებს, სწრაფად იკრებს ძალას.“</w:t>
      </w:r>
    </w:p>
    <w:p>
      <w:pPr>
        <w:pStyle w:val="ArticleScripture"/>
        <w:jc w:val="left"/>
      </w:pPr>
      <w:r>
        <w:rPr>
          <w:rFonts w:ascii="Sylfaen" w:hAnsi="Sylfaen" w:eastAsia="Sylfaen" w:cs="Sylfaen"/>
        </w:rPr>
        <w:t>„საოცარია თავისი მოხერხებულობითა და ცბიერებით რომის ეკლესია. მას ძალუძს წაიკითხოს, რაც უნდა მოხდეს. იგი დროს ითმენს, რადგან ხედავს, რომ პროტესტანტული ეკლესიები პატივს მიაგებენ მას ცრუ შაბათის მიღებით და რომ ემზადებიან მის დასამკვიდრებლად სწორედ იმავე საშუალებებით, რომელთაც თავადვე იყენებდა იგი წარსულ დღეებში. ისინი, ვინც უარყოფენ ჭეშმარიტების ნათელს, ბოლოს მაინც მოიძიებენ ამ თვითგამოცხადებული უცდომელი ძალის შემწეობას, რათა აღამაღლონ დაწესებულება, რომელმაც დასაბამი მისგან მიიღო. რამდენად მზად იქნება იგი ამ საქმეში პროტესტანტების დასახმარებლად, ამის მიხვედრა ძნელი არ არის. ვის ესმის პაპის წინამძღოლებზე უკეთ, როგორ უნდა მოეპყრან მათ, ვინც ეკლესიისადმი ურჩია?“</w:t>
      </w:r>
    </w:p>
    <w:p>
      <w:pPr>
        <w:pStyle w:val="ArticleScripture"/>
        <w:jc w:val="left"/>
      </w:pPr>
      <w:r>
        <w:rPr>
          <w:rFonts w:ascii="Sylfaen" w:hAnsi="Sylfaen" w:eastAsia="Sylfaen" w:cs="Sylfaen"/>
        </w:rPr>
        <w:t>რომის კათოლიკური ეკლესია, თავისი ყველა განშტოებით მთელ მსოფლიოში, წარმოადგენს ერთ უზარმაზარ ორგანიზაციას, რომელიც პაპის საყდრის კონტროლქვეშაა და გამიზნულია მისი ინტერესების სამსახურისათვის. მისი მილიონობით წევრი, დედამიწის ყოველი ქვეყნის მასშტაბით, დარიგებულნი არიან, რომ თავი ჩათვალონ პაპისადმი ერთგულებით შეკრულებად. როგორიც უნდა იყოს მათი ეროვნება ან მათი ხელისუფლება, მათ ეკლესიის ავტორიტეტი ყოველგვარ სხვა ავტორიტეტზე მაღლა უნდა დააყენონ. თუმც მათ შეიძლება დადონ ფიცი, რომლითაც სახელმწიფოსადმი თავიანთ ერთგულებას აღუთქვამენ, ამის მიღმა მაინც დგას რომისადმი მორჩილების აღთქმა, რომელიც მათ ათავისუფლებს ყოველგვარი იმ ვალდებულებისაგან, რაც მის ინტერესებს ეწინააღმდეგება.</w:t>
      </w:r>
    </w:p>
    <w:p>
      <w:pPr>
        <w:pStyle w:val="ArticleScripture"/>
        <w:jc w:val="left"/>
      </w:pPr>
      <w:r>
        <w:rPr>
          <w:rFonts w:ascii="Sylfaen" w:hAnsi="Sylfaen" w:eastAsia="Sylfaen" w:cs="Sylfaen"/>
        </w:rPr>
        <w:t>„ისტორია მოწმობს მის მოხერხებულ და შეუპოვარ მცდელობებზე, რომ ჩუმად შეეღწია ერთა საქმეებში; და, როცა საყრდენს მოიპოვებდა, შემდგომში ხელი შეეწყო თავისი საკუთარი მიზნებისთვის, თვით მთავართა და ხალხთა დაღუპვის ფასადაც კი. 1204 წელს პაპმა ინოკენტი III-მ არაგონის მეფე პედრო II-ისგან მოითხოვა შემდეგი უჩვეულო ფიცი: „მე, პედრო, არაგონელთა მეფე, ვაღიარებ და ვპირდები, რომ მარად ერთგული და მორჩილი ვიქნები ჩემი უფლის, პაპ ინოკენტის, მისი კათოლიკე მემკვიდრეებისა და რომის ეკლესიის მიმართ, და ერთგულად შევინარჩუნებ ჩემს სამეფოს მის მორჩილებაში, დავიცავ კათოლიკე სარწმუნოებას და ვიდევნი მწვალებლურ გარყვნილებას.“ —John Dowling, The History of Romanism, b. 5, ch. 6, sec.</w:t>
      </w:r>
    </w:p>
    <w:p>
      <w:pPr>
        <w:pStyle w:val="ArticleScripture"/>
        <w:jc w:val="left"/>
      </w:pPr>
      <w:r>
        <w:rPr>
          <w:rFonts w:ascii="Sylfaen" w:hAnsi="Sylfaen" w:eastAsia="Sylfaen" w:cs="Sylfaen"/>
        </w:rPr>
        <w:t>„55. ეს თანხმობაშია რომაელი პონტიფიკოსის ძალაუფლების შესახებ არსებულ მტკიცებებთან, კერძოდ, „რომ მისთვის კანონიერია იმპერატორთა ჩამოგდება“ და „რომ მას შეუძლია ქვეშევრდომთა გათავისუფლება უსამართლო მმართველთა მიმართ მათი ერთგულებისაგან.“ —Mosheim, b. 3, cent. 11, pt. 2, ch. 2, sec. 9, note 17.</w:t>
      </w:r>
    </w:p>
    <w:p>
      <w:pPr>
        <w:pStyle w:val="ArticleScripture"/>
        <w:jc w:val="left"/>
      </w:pPr>
      <w:r>
        <w:rPr>
          <w:rFonts w:ascii="Sylfaen" w:hAnsi="Sylfaen" w:eastAsia="Sylfaen" w:cs="Sylfaen"/>
        </w:rPr>
        <w:t>„და გახსოვდეთ: რომის საამაყო მტკიცებაა, რომ იგი არასოდეს იცვლება. გრიგოლ VII-ისა და ინოკენტი III-ის პრინციპები დღესაც რომის კათოლიკური ეკლესიის პრინციპებად რჩება. და მას მხოლოდ ძალაუფლება რომ ჰქონდეს, ის მათ დღესაც ისეთივე სიმკაცრით განახორციელებდა, როგორც გასულ საუკუნეებში. პროტესტანტებმა ნაკლებად უწყიან, რას სჩადიან, როდესაც კვირა დღის განდიდების საქმეში რომის დახმარების მიღებას აპირებენ. მაშინ, როცა ისინი თავიანთი განზრახვის განხორციელებისკენ არიან მიმართულნი, რომი თავისი ძალაუფლების აღდგენას ესწრაფვის, რათა დაიბრუნოს თავისი დაკარგული უზენაესობა. საკმარისია, ამერიკის შეერთებულ შტატებში ერთხელ დამკვიდრდეს ის პრინციპი, რომ ეკლესიას შეუძლია გამოიყენოს ან აკონტროლოს სახელმწიფოს ძალაუფლება; რომ რელიგიური წეს-ჩვეულებების დაცვა შეიძლება საერო კანონებით აიძულონ; მოკლედ, რომ ეკლესიისა და სახელმწიფოს ავტორიტეტი სინდისზე უნდა ბატონობდეს, — და ამ ქვეყანაში რომის ტრიუმფი უზრუნველყოფილი იქნება.“</w:t>
      </w:r>
    </w:p>
    <w:p>
      <w:pPr>
        <w:pStyle w:val="ArticleScripture"/>
        <w:jc w:val="left"/>
      </w:pPr>
      <w:r>
        <w:rPr>
          <w:rFonts w:ascii="Sylfaen" w:hAnsi="Sylfaen" w:eastAsia="Sylfaen" w:cs="Sylfaen"/>
        </w:rPr>
        <w:t>„ღვთის სიტყვამ გააფრთხილა მოსალოდნელი საფრთხის შესახებ; თუ ამას უგულებელყოფენ, პროტესტანტული სამყარო მხოლოდ მაშინ გაიგებს, სინამდვილეში რა არის რომის განზრახვები, როცა მახიდან თავის დაღწევა უკვე გვიანი იქნება. იგი ჩუმად იზრდება ძალაუფლებაში. მისი მოძღვრებანი თავიანთ ზემოქმედებას ახდენენ საკანონმდებლო დარბაზებში, ეკლესიებში და ადამიანთა გულებში. იგი აღმართავს თავის მაღალ და მასიურ ნაგებობებს, რომელთა საიდუმლო სიღრმეებში კვლავ განმეორდება მისი ძველი დევნა. ფარულად და შეუმჩნევლად იგი აძლიერებს თავის ძალებს, რათა თავისი მიზნები განახორციელოს, როცა მისთვის დარტყმის დრო დადგება. ყველაფერი, რაც მას სურს, ხელსაყრელი პოზიციაა, და ეს უკვე ეძლევა. ჩვენ მალე დავინახავთ და ვიგრძნობთ, რა არის რომაული ელემენტის მიზანი. ვინც ირწმუნებს და დაემორჩილება ღვთის სიტყვას, ამის გამო დაიმსახურებს გმობასა და დევნას.“ The Great Controversy, 563–581.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პანიუმი — ნომერი სამი</dc:title>
  <dc:subject>ხილვა და დათქმული ჟამი: წინასწარმეტყველური პარალელი</dc:subject>
  <dc:creator>Jeff Pippenger</dc:creator>
  <cp:keywords/>
  <dc:description>Generated by ArticleDigger from panium\03_panium.json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