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ცხრა</w:t>
      </w:r>
    </w:p>
    <w:p>
      <w:pPr>
        <w:pStyle w:val="ArticleSubtitle"/>
        <w:jc w:val="left"/>
      </w:pPr>
      <w:r>
        <w:rPr>
          <w:rFonts w:ascii="Sylfaen" w:hAnsi="Sylfaen" w:eastAsia="Sylfaen" w:cs="Sylfaen"/>
        </w:rPr>
        <w:t>მეოთხე ხაზი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2025-04-01</w:t>
      </w:r>
    </w:p>
    <w:p>
      <w:pPr>
        <w:pStyle w:val="ArticleScripture"/>
        <w:jc w:val="left"/>
      </w:pPr>
      <w:r>
        <w:rPr>
          <w:rFonts w:ascii="Sylfaen" w:hAnsi="Sylfaen" w:eastAsia="Sylfaen" w:cs="Sylfaen"/>
        </w:rPr>
        <w:t>და სამხრეთის მეფე რისხვით აღიძვრება, გამოვა და შეებრძოლება მას, ჩრდილოეთის მეფესაც; და იგი დაძრავს დიდ სიმრავლეს, მაგრამ ეს სიმრავლე მის ხელში მიეცემა. და როცა წაიღებს ამ სიმრავლეს, მისი გული აღიმაღლებს თავს; და დასცემს მრავალ ათეულ ათასს, მაგრამ ამით არ გაძლიერდება. დანიელი 11:11, 12.</w:t>
      </w:r>
    </w:p>
    <w:p>
      <w:pPr>
        <w:pStyle w:val="ArticleBody"/>
        <w:jc w:val="left"/>
      </w:pPr>
      <w:r>
        <w:rPr>
          <w:rFonts w:ascii="Sylfaen" w:hAnsi="Sylfaen" w:eastAsia="Sylfaen" w:cs="Sylfaen"/>
        </w:rPr>
        <w:t>მეთერთმეტე და მეთორმეტე მუხლები მიუთითებს პუტინის გამარჯვებაზე უკრაინასა და ევროკავშირზე, აგრეთვე მის გამარჯვებასთან დაკავშირებულ შემდგომ ვითარებასა და შედეგებზე უკრაინის ომის შემდეგ, რაც წარმოდგენილია პტოლემეს სახით მისი გამარჯვებით რაფიასთან ძვ. წ. 217 წელს და მისი დაცემით მეთორმეტე მუხლში. ამ მუხლების თემა არის სამხრეთის მეფის აღზევება და დაცემა.</w:t>
      </w:r>
    </w:p>
    <w:p>
      <w:pPr>
        <w:pStyle w:val="ArticleBody"/>
        <w:jc w:val="left"/>
      </w:pPr>
      <w:r>
        <w:rPr>
          <w:rFonts w:ascii="Sylfaen" w:hAnsi="Sylfaen" w:eastAsia="Sylfaen" w:cs="Sylfaen"/>
        </w:rPr>
        <w:t>ამ დრომდე სტატიები განსაზღვრავდნენ მეთერთმეტე თავის წინასწარმეტყველური ხაზების ძირითად თემებს. მეთერთმეტე მუხლი საჭიროებს ცოტა მეტ დროს, ვიდრე თავში წინ გადავინაცვლებთ. დანიელის მეთერთმეტე თავის მეთერთმეტე მუხლი შეესაბამება გამოცხადების მეთერთმეტე თავის მეთერთმეტე მუხლს.</w:t>
      </w:r>
    </w:p>
    <w:p>
      <w:pPr>
        <w:pStyle w:val="ArticleScripture"/>
        <w:jc w:val="left"/>
      </w:pPr>
      <w:r>
        <w:rPr>
          <w:rFonts w:ascii="Sylfaen" w:hAnsi="Sylfaen" w:eastAsia="Sylfaen" w:cs="Sylfaen"/>
        </w:rPr>
        <w:t>და სამი დღის და ნახევრის შემდეგ ღვთისაგან სიცოცხლის სული შევიდა მათში, და დადგნენ თავიანთ ფეხებზე; და დიდი შიში დაეცა მათზე, ვინც იხილა ისინი. გამოცხადება 11:11.</w:t>
      </w:r>
    </w:p>
    <w:p>
      <w:pPr>
        <w:pStyle w:val="ArticleBody"/>
        <w:jc w:val="left"/>
      </w:pPr>
      <w:r>
        <w:rPr>
          <w:rFonts w:ascii="Sylfaen" w:hAnsi="Sylfaen" w:eastAsia="Sylfaen" w:cs="Sylfaen"/>
        </w:rPr>
        <w:t>2023 წელს უფსკრულიდან ამოსული მხეცის მიერ მოკლული ორი მოწმე თავიანთ ფეხებზე დადგა. რესპუბლიკური რქის მოწმობა დაიწყო 2015 წელს, როდესაც დონალდ ტრამპმა პრეზიდენტობისთვის კენჭისყრაში მონაწილეობის შესახებ განაცხადა, ხოლო 2020 წელს დრაკონმა, რომელსაც ქვეყნიერებაში გლობალისტები წარმოადგენენ, და გლობალისტებმა, რომლებიც დემოკრატიულ პარტიას წარმოადგენენ, რესპუბლიკური პარტიის გლობალისტებთან (RINO-ებთან) კავშირში, არჩევნები მოიპარეს და ჯო ბაიდენი დააყენეს, რითაც დონალდ ტრამპი ქუჩაში მოკლეს. პროტესტანტული რქა, რომელსაც მსახურება Future for America წარმოადგენს, მოკლულ იქნა მცდარი წინასწარმეტყველების გავრცელებით, რომელიც ნეშვილზე ისლამის თავდასხმას აღწერდა. 2023 წელს როგორც რესპუბლიკური, ისე პროტესტანტული რქები აღდგა. მეთერთმეტე მუხლი მიუთითებს უკრაინული ომის დასაწყისზე 2014 წლიდან მოყოლებული პუტინისა და რუსეთის საბოლოო გამარჯვებამდე.</w:t>
      </w:r>
    </w:p>
    <w:p>
      <w:pPr>
        <w:pStyle w:val="ArticleBody"/>
        <w:jc w:val="left"/>
      </w:pPr>
      <w:r>
        <w:rPr>
          <w:rFonts w:ascii="Sylfaen" w:hAnsi="Sylfaen" w:eastAsia="Sylfaen" w:cs="Sylfaen"/>
        </w:rPr>
        <w:t>მეთერთმეტე მუხლი არის ხილვადი გამოცდა, რომელიც განსჯაში კულმინაციას აღწევს ადვენტიზმისთვის ზოგადად, ასევე მათთვისაც, რომლებმაც მიიღეს 9/11-ის ნათელი და მესამე ვაიის მოსვლა; მაგრამ უპირველესად იგი განკუთვნილია მათთვის, ვისაც პასუხი მოეთხოვება წინასწარმეტყველების იმ ნათლის გამო, რომელიც 2023 წლის ივლისიდან მოყოლებული თანდათანობით იხსნებოდა.</w:t>
      </w:r>
    </w:p>
    <w:p>
      <w:pPr>
        <w:pStyle w:val="ArticleBody"/>
        <w:jc w:val="left"/>
      </w:pPr>
      <w:r>
        <w:rPr>
          <w:rFonts w:ascii="Sylfaen" w:hAnsi="Sylfaen" w:eastAsia="Sylfaen" w:cs="Sylfaen"/>
        </w:rPr>
        <w:t>ადვენტიზმის ხელმძღვანელობა 1989 წელს იქნა გვერდით გადადებული, როგორც ეს წინასწარმეტყველური პერიოდის განმავლობაში ქრისტეს შობით იყო წინასახული. ქრისტეს ნათლობისას მან დაიწყო მოწაფეთა მოწოდება, რომლებიც ქრისტიანული ეკლესიის „საფუძველი“ იყვნენ; ამით წინასახავდა 9/11-ს, როდესაც მესამე ვაიის ისლამის მოსვლასთან ერთად უფალმა თავისი ხალხი კვლავ იერემიას ძველ ბილიკებზე მიიყვანა, რომლებიც ადვენტიზმის საფუძვლებს წარმოადგენს. 9/11-ზე ცოცხალთა სამსჯავრო ღვთის სახლით დაიწყო, და ადვენტიზმმა გამოცხადების მეთვრამეტე თავის ანგელოზის ნათელი უარყო ისევე უეჭველად, როგორც იუდეველებმა იესო მესიად უარყვეს. მათ, ვინც გამოცხადების მეთვრამეტე თავის ანგელოზის ნათელი მიიღეს, შემდეგ გამოიცადნენ 2020 წლის 18 ივლისის იმედგაცრუებით.</w:t>
      </w:r>
    </w:p>
    <w:p>
      <w:pPr>
        <w:pStyle w:val="ArticleBody"/>
        <w:jc w:val="left"/>
      </w:pPr>
      <w:r>
        <w:rPr>
          <w:rFonts w:ascii="Sylfaen" w:hAnsi="Sylfaen" w:eastAsia="Sylfaen" w:cs="Sylfaen"/>
        </w:rPr>
        <w:t>2023 წლის ივლისში დანიელის მეთერთმეტე თავის მეთერთმეტე მუხლის ნათელი განსაზღვრავს დღევანდელი ჭეშმარიტების გარეგან ხაზს. გარეგანი წინასწარმეტყველური აღსრულების ეს ნათელი, რომელიც დანიელის მეთერთმეტე თავის მეთერთმეტე მუხლში მოიპოვება, გაეხსნა აღდგომილ ქალწულებს გამოცხადების მეთერთმეტე თავის მეთერთმეტე მუხლში. გამოცხადება განსაზღვრავს იმ შინაგან ისტორიას, რომელსაც დანიელი ხსნის როგორც გარეგან ისტორიას.</w:t>
      </w:r>
    </w:p>
    <w:p>
      <w:pPr>
        <w:pStyle w:val="ArticleBody"/>
        <w:jc w:val="left"/>
      </w:pPr>
      <w:r>
        <w:rPr>
          <w:rFonts w:ascii="Sylfaen" w:hAnsi="Sylfaen" w:eastAsia="Sylfaen" w:cs="Sylfaen"/>
        </w:rPr>
        <w:t>მათ, ვინც განიხილა ის ნათელი, რომელიც 2023 წლის ივლისიდან გაიხსნა, წარმოადგენენ ორ განსხვავებულ კლასს, რადგან უკვე იყვნენ ისეთნიც, ვინც 2023 წლის ივლისის შემდეგ ოდესღაც ერთად დადიოდნენ, ხოლო ახლა აღარ დადიან ერთად. სამსჯავრო პროგრესულია და 9/11-იდან მეშვიდე დღის ადვენტისტთა ეკლესიას მიეცა „მონანიების დრო“ იმის გამო, რომ მან უარყო „წინასწარმეტყველური განმარტების წესები, რომლებიც მიიღეს მილერმა და მისმა თანამოაზრეებმა,“ და რომლებიც მან თანდათანობით უარყო 1863 წლიდან მოყოლებული. 9/11-იდან 2020 წლის 18 ივლისამდე მეშვიდე დღის ადვენტისტთა ეკლესიას მიეცა მონანიების უკანასკნელი შესაძლებლობა, და იმ მომენტში გამოიცადნენ ისინი, ვინც მონაწილეობდნენ 2020 წლის ნეშვილის გამოცხადებაში. ივლისში განწმენდის საბოლოო ფაზა წარმოდგენილია დანიელისა და გამოცხადების წიგნების მეთერთმეტე თავების მეთერთმეტე მუხლებით.</w:t>
      </w:r>
    </w:p>
    <w:p>
      <w:pPr>
        <w:pStyle w:val="ArticleBody"/>
        <w:jc w:val="left"/>
      </w:pPr>
      <w:r>
        <w:rPr>
          <w:rFonts w:ascii="Sylfaen" w:hAnsi="Sylfaen" w:eastAsia="Sylfaen" w:cs="Sylfaen"/>
        </w:rPr>
        <w:t>სწორედ ამ გამოცდის პროცესში სრულდება სამიდან მეორე გამოცდა. მეორე გამოცდა არის მხედველობითი გამოცდა, რომელსაც წინ უძღვის მადის გამოცდა და რომელიც სრულდება მესამე გამოცდით, რომელიც, წინამორბედი ორი გამოცდისგან განსხვავებით, ლაკმუსის გამოცდაა. როდესაც ქალწულები შუაღამისას იღვიძებენ შეძახილზე: „აჰა, სასიძო მოდის“, ერთ ჯგუფს აქვს საჭირო ზეთი, ხოლო მეორე დაიღუპება. მილერიტებმა სწორედ ეს გამოცდილება აღასრულეს და ამით გამოავლინეს როგორც გარეგანი, ისე შინაგანი წინასწარმეტყველური ხაზის გაგება.</w:t>
      </w:r>
    </w:p>
    <w:p>
      <w:pPr>
        <w:pStyle w:val="ArticleBody"/>
        <w:jc w:val="left"/>
      </w:pPr>
      <w:r>
        <w:rPr>
          <w:rFonts w:ascii="Sylfaen" w:hAnsi="Sylfaen" w:eastAsia="Sylfaen" w:cs="Sylfaen"/>
        </w:rPr>
        <w:t>როდესაც მათ მეორე ანგელოზის უწყება გამოაცხადეს იმით, რომ დაცემული პროტესტანტული ეკლესიები ბაბილონის ასულებად განსაზღვრეს, ისინი აცხადებდნენ უწყებას, რომელიც მათი გამოცდილების გარეთ იყო. შუაღამის შეძახილის უწყების საქადაგებლად მათ პირველად სჭირდებოდათ საკუთარი თავის დანახვა იმ ქალწულებად, რომლებიც დაყოვნების დროში იმყოფებოდნენ. დანიელისა და გამოცხადების მეთერთმეტე თავში, ორივეგან, მეთერთმეტე მუხლში, შიდა და გარე უწყებები აწმყო ჭეშმარიტებად გაიხსნა 2023 წლის ივლისიდან.</w:t>
      </w:r>
    </w:p>
    <w:p>
      <w:pPr>
        <w:pStyle w:val="ArticleBody"/>
        <w:jc w:val="left"/>
      </w:pPr>
      <w:r>
        <w:rPr>
          <w:rFonts w:ascii="Sylfaen" w:hAnsi="Sylfaen" w:eastAsia="Sylfaen" w:cs="Sylfaen"/>
        </w:rPr>
        <w:t>დანიელის პირველი თავის მიხედვით, მეორე და ხილული გამოცდა იყო მაშინ, როდესაც მათ აღმოაჩინეს, რომ დანიელისა და სამი ღირსეულის სახეები „შეხედულებით“ უფრო მშვენიერი და პირმსუყე იყო, ვიდრე მათი, ვინც ბაბილონურ საზრდოს იღებდა. მეორე თავში ხილული გამოცდა წარმოდგენილია როგორც წინასწარმეტყველური გამოცდა, რომელიც მოითხოვს ფარული უწყების სწორად განმარტებას, და რომელიც საბოლოოდ წარმოჩინდება, როგორც ბიბლიური წინასწარმეტყველების სამეფოთა ხატება. დანიელის პირველი, მეორე და მესამე თავები წარმოადგენს გამოცხადების მეთოთხმეტე თავის პირველი, მეორე და მესამე ანგელოზებს.</w:t>
      </w:r>
    </w:p>
    <w:p>
      <w:pPr>
        <w:pStyle w:val="ArticleBody"/>
        <w:jc w:val="left"/>
      </w:pPr>
      <w:r>
        <w:rPr>
          <w:rFonts w:ascii="Sylfaen" w:hAnsi="Sylfaen" w:eastAsia="Sylfaen" w:cs="Sylfaen"/>
        </w:rPr>
        <w:t>გამოცხადების მეთოთხმეტე თავის მეორე ანგელოზი მიმართავს მილერიტული ისტორიის გარეგან უწყებას, ხოლო დანიელის მეორე თავიც ასევე ეხება გარეგან ხაზს წინასწარმეტყველური ისტორიის მხეცთა ხატის მეშვეობით. პირველი თავის ხილული გამოცდა დაფუძნებული იყო დანიელსა და სამ ღირსეულზე და, ამდენად, წარმოადგენს შინაგან ხაზს. წინასწარმეტყველების გარეგანი და შინაგანი ხაზები, რომლებიც წარმოდგენილია დანიელის პირველი-მესამე თავების და გამოცხადების მეთოთხმეტე თავის სამი ანგელოზის პარალელით, წარმოშობს კიდევ ერთ მოწმობას მეორე ანგელოზის უწყების შესახებ, როგორც მილერიტების მიერ აღსრულებულისა.</w:t>
      </w:r>
    </w:p>
    <w:p>
      <w:pPr>
        <w:pStyle w:val="ArticleBody"/>
        <w:jc w:val="left"/>
      </w:pPr>
      <w:r>
        <w:rPr>
          <w:rFonts w:ascii="Sylfaen" w:hAnsi="Sylfaen" w:eastAsia="Sylfaen" w:cs="Sylfaen"/>
        </w:rPr>
        <w:t>მილერიტებმა შუაღამის ღაღადის გამოცხადების აღსრულებისას იქადაგეს როგორც გარეგანი, ისე შინაგანი უწყება. მათი გარეგანი უწყება იყო გამოცხადების მეთოთხმეტე თავის მეორე ანგელოზი, რითაც მილერიტების უწყება პირდაპირ უკავშირდებოდა მეორე ანგელოზსა და დანიელის მეორე თავის ხატებას. ეს ხატება წარმოადგენს ბიბლიური წინასწარმეტყველების გარეგან სამეფოებს, პირდაპირი ბაბილონიდან თანამედროვე ბაბილონამდე, რომელიც თავის დასასრულს აღწევს ადამიანური გამოცდის ვადის დახურვისას. მილერიტები კვლავ უკავშირდებიან ბაბილონის გარეგან უწყებას. დანიელის ხილვითი გამოცდა ემყარებოდა იმ საკვებს, რომლის ჭამაც მან აირჩია, ხოლო გამოცხადების მეათე თავის პირველი ანგელოზი, რომელიც ჩამოვიდა და ერთი ფეხი მიწაზე დადგა, მეორე კი ზღვაზე, ფლობდა გახსნილ პატარა წიგნს, რომლის ჭამაც იოანეს ებრძანა. პირველი ანგელოზი წარმოდგენილია მადით და მას ხილვითი გამოცდა მოსდევს. ხილვითი გამოცდა მოიცავს ჭეშმარიტების როგორც შინაგან, ისე გარეგან ხაზს.</w:t>
      </w:r>
    </w:p>
    <w:p>
      <w:pPr>
        <w:pStyle w:val="ArticleBody"/>
        <w:jc w:val="left"/>
      </w:pPr>
      <w:r>
        <w:rPr>
          <w:rFonts w:ascii="Sylfaen" w:hAnsi="Sylfaen" w:eastAsia="Sylfaen" w:cs="Sylfaen"/>
        </w:rPr>
        <w:t>დანიელის მეთერთმეტე თავის მეთერთმეტე მუხლი, გამოცხადების მეთერთმეტე თავის მეთერთმეტე მუხლთან პარალელში, წარმოადგენს ორგზის ხილულ გამოცდას. ეს გამოცდა სრულდება გადამწყვეტი გამოცდის ჟამს, როდესაც ქალწულნი გამოავლენენ, აქვთ თუ არა ზეთი. ეს გამოვლინება ხდება გამოსაცდელი დროის დახურვამდე უშუალოდ ადრე, შეერთებულ შტატებში კვირადღის კანონის დროს. გამოსაცდელი დროის დახურვა კვირადღის კანონის დროს წინასახედ იყო წარმოდგენილი 1844 წლის 22 ოქტომბრით. 1844 წლის 22 ოქტომბრამდე უშუალოდ ადრე, 1844 წლის 17 აგვისტოს, მილერიტებმა გზავნილი მოქცევის ტალღასავით გაატარეს შეერთებული შტატების აღმოსავლეთ სანაპიროს გასწვრივ.</w:t>
      </w:r>
    </w:p>
    <w:p>
      <w:pPr>
        <w:pStyle w:val="ArticleBody"/>
        <w:jc w:val="left"/>
      </w:pPr>
      <w:r>
        <w:rPr>
          <w:rFonts w:ascii="Sylfaen" w:hAnsi="Sylfaen" w:eastAsia="Sylfaen" w:cs="Sylfaen"/>
        </w:rPr>
        <w:t>1989 არის აღსასრულის დრო, როდესაც დანიელის წიგნიდან ბეჭედი მოიხსნა; და როდესაც დანიელის წიგნიდან ბეჭედი იხსნება, ყოველთვის ხდება ცოდნის გამრავლება, რომელიც წარმოშობს თაყვანისმცემელთა ორ კლასს. 1989 არის ამ სამი გამომცდელი საგზაო ნიშნულიდან პირველი, როგორც ეს წინასწარ იყო ნიმუშად წარმოდგენილი 1798 წელს პირველი ანგელოზის მოსვლით. როდესაც პირველი ანგელოზი ჩამოვიდა 1840 წლის 11 აგვისტოს, მან წინასწარ განასახიერა გამოცხადების მეთვრამეტე თავის ანგელოზის ჩამოსვლა 9/11-ზე. მილერიტთა ისტორიის პირველმა იმედგაცრუებამ აღნიშნა მეორე ანგელოზის მოსვლა და წინასწარ განასახიერა 2020 წლის 18 ივლისი და დაყოვნების დროის დასაწყისი. მილერიტები თანდათან გამოიღვიძეს მეორე ანგელოზის უწყების მიმართ და იმის მიმართ, რომ ისინი იყვნენ ქალწულნი ათი ქალწულის იგავში. ისინი სრულად გამოიღვიძეს 1844 წლის აგვისტოში, ექსეტერის საბანაკე შეკრებაზე. ას ორმოცდაოთხი ათასი გამოიღვიძა 2023 წლის ივლისში, როდესაც შუაღამის ძახილის უწყება თანდათანობით დაიწყო ბეჭდის ახსნა.</w:t>
      </w:r>
    </w:p>
    <w:p>
      <w:pPr>
        <w:pStyle w:val="ArticleBody"/>
        <w:jc w:val="left"/>
      </w:pPr>
      <w:r>
        <w:rPr>
          <w:rFonts w:ascii="Sylfaen" w:hAnsi="Sylfaen" w:eastAsia="Sylfaen" w:cs="Sylfaen"/>
        </w:rPr>
        <w:t>შეყოვნების დრო დასრულდა მილერიტებისთვის ექსეტერში, ისევე როგორც დასრულდა ლაზარეს ოჯახისათვის, როდესაც იესომ აღადგინა ლაზარე, რათა ეს ქცეულიყო ქრისტეს მსახურების გვირგვინოვან მოქმედებად, როდესაც ლაზარე გახდა მისი მსახურების „ბეჭედი“. ლაზარეს აღდგომა აღნიშნავს შეყოვნების დროის დასასრულს და ღვთის ხალხის დაბეჭდვას. ამის შემდგომი დიდებით შესვლა წინასახავდა შუაღამის ღაღადის უწყების გამოცხადებას მილერიტულ ისტორიაში. დანიელის მეთერთმეტე თავის მეთერთმეტე მუხლის თემა არის სამხრეთის მეფის აღზევება და დაცემა, და იგი მიდის პანიუმის ბრძოლამდე მეცამეტედან მეთხუთმეტე მუხლებამდე. ეს მუხლები არის სამხილი, სადაც ბეჭედი ესმება იმ მამაკაცთა და ქალთა შუბლზე, რომლებიც მეთექვსმეტე მუხლში დროშად უნდა იქნენ აღმართულნი.</w:t>
      </w:r>
    </w:p>
    <w:p>
      <w:pPr>
        <w:pStyle w:val="ArticleBody"/>
        <w:jc w:val="left"/>
      </w:pPr>
      <w:r>
        <w:rPr>
          <w:rFonts w:ascii="Sylfaen" w:hAnsi="Sylfaen" w:eastAsia="Sylfaen" w:cs="Sylfaen"/>
        </w:rPr>
        <w:t>მეთხუთმეტე მუხლი აღსრულდა პანიუმის ბრძოლაში, რაც შეესაბამება ქრისტეს სტუმრობას კესარია ფილიპეში. იქ, კესარია ფილიპეში, ქრისტემ სიმონ ბარიონას სახელი პეტრედ აქცია, რითაც აღინიშნა ას ორმოცდაოთხი ათასის დაბეჭდვა. იმ დროიდან მოწაფეებს გაეხსნათ მალე მოსასვლელი ჯვრის ნათელი. როდესაც ქრისტემ სიმონს სახელი შეუცვალა და პეტრე უწოდა, ჯვრამდე ცოტა ხნით ადრე, ეს შეესაბამებოდა ექსეტერისა და ლაზარეს ლაკმუსის გამოცდას, რომელსაც იერუსალიმში დიდებით შესვლა მოჰყვა. ექსეტერის ბანაკობრივი კრება 12-დან 17 აგვისტომდე წარმოადგენს ჭეშმარიტებაში საბოლოო დამკვიდრებას იმ შერყევამდე, რომელიც არის კვირადღის კანონის მიწისძვრა დანიელისა და გამოცხადების მეთერთმეტე თავებში.</w:t>
      </w:r>
    </w:p>
    <w:p>
      <w:pPr>
        <w:pStyle w:val="ArticleScripture"/>
        <w:jc w:val="left"/>
      </w:pPr>
      <w:r>
        <w:rPr>
          <w:rFonts w:ascii="Sylfaen" w:hAnsi="Sylfaen" w:eastAsia="Sylfaen" w:cs="Sylfaen"/>
        </w:rPr>
        <w:t>„ბეთლ-კრიკში საქმე იმავე წესის მიხედვით მიდის. სანატორიუმის ხელმძღვანელებმა ურწმუნონი შეურიეს თავიანთ წრეს და მეტ-ნაკლებად თავიანთ თათბირებშიც დაუშვეს, მაგრამ ეს იმას ჰგავს, საქმეს თვალდახუჭულნი რომ უდგებიან. მათ აკლიათ გარჩევის უნარი, რათა დაინახონ, რა შეიძლება ნებისმიერ დროს დაგვატყდეს თავს. არსებობს სასოწარკვეთილების, ომისა და სისხლისღვრის სული, და ეს სული თვით ჟამის დასასრულამდე კიდევ უფრო მოიმატებს. როგორც კი ღვთის ერი შუბლზე დაიბეჭდება — ეს არ არის რაიმე ხილული ბეჭედი ან ნიშანი, არამედ ჭეშმარიტებაში განმტკიცება, როგორც გონებრივად, ისე სულიერად, რათა ვეღარ შეირყნენ — როგორც კი ღვთის ერი დაიბეჭდება და შერყევისთვის მომზადდება, ეს მოვა. მართლაც, იგი უკვე დაწყებულია. ღვთის სასჯელები უკვე ქვეყანაზეა, რათა გაგვაფრთხილოს, რომ ვიცოდეთ, რა მოდის.“ Manuscript Releases, ტომი 10, 252.</w:t>
      </w:r>
    </w:p>
    <w:p>
      <w:pPr>
        <w:pStyle w:val="ArticleBody"/>
        <w:jc w:val="left"/>
      </w:pPr>
      <w:r>
        <w:rPr>
          <w:rFonts w:ascii="Sylfaen" w:hAnsi="Sylfaen" w:eastAsia="Sylfaen" w:cs="Sylfaen"/>
        </w:rPr>
        <w:t>ას ორმოცდაოთხი ათასის დაბეჭდვა წარმოდგენილი იყო ექსეტერის ბანაკობრივ შეკრებით, ქრისტეს მიერ სიმონის სახელის პეტრედ შეცვლით და ლაზარეს აღდგომით. ეს აღდგომა ტიპოლოგიურად აღნიშნავს გამოცხადების მეთერთმეტე თავის ორი მოწმის აღდგომას. მეათედან მეთექვსმეტე მუხლებამდე წარმოდგენილია ორმოცე მუხლის დაფარული ისტორია. ორმოცე მუხლის დაფარული ისტორიის გახსნა დაიწყო მეთერთმეტე მუხლისა და უკრაინული ომის ისტორიული აღსრულების ფარგლებში. 2023 წლის ივლისიდან ეს დაფარული ისტორია იუდას ტომის ლომის მიერ გახსნის პროცესშია.</w:t>
      </w:r>
    </w:p>
    <w:p>
      <w:pPr>
        <w:pStyle w:val="ArticleBody"/>
        <w:jc w:val="left"/>
      </w:pPr>
      <w:r>
        <w:rPr>
          <w:rFonts w:ascii="Sylfaen" w:hAnsi="Sylfaen" w:eastAsia="Sylfaen" w:cs="Sylfaen"/>
        </w:rPr>
        <w:t>როცა გამოცხადების მეთერთმეტე თავის მეთერთმეტე მუხლში ას ორმოცდაოთხი ათასში შესასვლელად მოწოდებული კანდიდატები აღდგნენ, დაიწყო ხილული წინასწარმეტყველური გამოცდა, რომელიც კვირადღის კანონის დროს მადლის ვადის დახურვამდე უნდა იქნეს გავლილი და რომელსაც და უაიტი მხეცის ხატის გამოცდად განსაზღვრავს.</w:t>
      </w:r>
    </w:p>
    <w:p>
      <w:pPr>
        <w:pStyle w:val="ArticleScripture"/>
        <w:jc w:val="left"/>
      </w:pPr>
      <w:r>
        <w:rPr>
          <w:rFonts w:ascii="Sylfaen" w:hAnsi="Sylfaen" w:eastAsia="Sylfaen" w:cs="Sylfaen"/>
        </w:rPr>
        <w:t>„უფალმა ნათლად მიჩვენა, რომ მხეცის ხატი ჩამოყალიბდება მადლის ჟამის დახურვამდე; რადგან იგი უნდა იყოს ღვთის ხალხისთვის დიდი გამოცდა, რომლის მეშვეობითაც მათი საუკუნო ხვედრი გადაწყდება. თქვენი პოზიცია ისეთი წინააღმდეგობებით აღსავსე არეულობაა, რომ მისით მხოლოდ მცირედნი თუ შეცდებიან.</w:t>
      </w:r>
    </w:p>
    <w:p>
      <w:pPr>
        <w:pStyle w:val="ArticleScripture"/>
        <w:jc w:val="left"/>
      </w:pPr>
      <w:r>
        <w:rPr>
          <w:rFonts w:ascii="Sylfaen" w:hAnsi="Sylfaen" w:eastAsia="Sylfaen" w:cs="Sylfaen"/>
        </w:rPr>
        <w:t>„გამოცხადების 13-ში ეს თემა მკაფიოდ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ის გამოცდა, რომელიც ღვთის ერს უნდა ჰქონდეს, ვიდრე ისინი დაიბეჭდებოდნენ. ყველა, ვინც დაამტკიცა თავისი ერთგულება ღვთისადმი მისი კანონის დაცვით და ყალბი შაბათის მიღებაზე უარის თქმით, დადგება უფალი ღმერთი იეჰოვას დროშის ქვეშ და მიიღებს ცოცხალი ღვთის ბეჭედს. ხოლო ისინი, ვინც ზეციური წარმოშობის ჭეშმარიტებას დათმობენ და კვირა დღის შაბათს მიიღებენ, მიიღებენ მხეცის ნიშანს.“ Manuscript Releases, ტომი 15, 15.</w:t>
      </w:r>
    </w:p>
    <w:p>
      <w:pPr>
        <w:pStyle w:val="ArticleBody"/>
        <w:jc w:val="left"/>
      </w:pPr>
      <w:r>
        <w:rPr>
          <w:rFonts w:ascii="Sylfaen" w:hAnsi="Sylfaen" w:eastAsia="Sylfaen" w:cs="Sylfaen"/>
        </w:rPr>
        <w:t>წინასწარმეტყველების გარეგანი ხაზი იხსნება დანიელის მეთერთმეტე თავის მეთერთმეტე მუხლის ისტორიაში, ხოლო შინაგანი ხაზი იხსნება გამოცხადების მეთერთმეტე თავის მეთერთმეტე მუხლში. გარეგანი ხაზი განსაზღვრავს, თუ როგორ ყალიბდება მხეცის ხატება, რომელიც წარმოადგენს ეკლესიისა და სახელმწიფოს შეერთებას, სადაც ურთიერთობაში ეკლესია აკონტროლებს, ცოცხალთა სამსჯავროს პერიოდში. შინაგანი ხაზი განსაზღვრავს, თუ როგორ ყალიბდება ქრისტეს ხატება, რომელიც წარმოადგენს ღვთაებრივისა და კაცობრივის შეერთებას, ცოცხალთა სამსჯავროს დროს.</w:t>
      </w:r>
    </w:p>
    <w:p>
      <w:pPr>
        <w:pStyle w:val="ArticleBody"/>
        <w:jc w:val="left"/>
      </w:pPr>
      <w:r>
        <w:rPr>
          <w:rFonts w:ascii="Sylfaen" w:hAnsi="Sylfaen" w:eastAsia="Sylfaen" w:cs="Sylfaen"/>
        </w:rPr>
        <w:t>მესამე ანგელოზისა და ას ორმოცდაოთხი ათასის რეფორმაციული მოძრაობა დასასრულის ჟამს, 1989 წელს, დაიწყო, როგორც ეს წარმოდგენილია დანიელის მეთერთმეტე თავის მეათე მუხლში. შემდეგ დაიწყო დანიელის მეთორმეტე თავის სრულყოფილი აღსრულება.</w:t>
      </w:r>
    </w:p>
    <w:p>
      <w:pPr>
        <w:pStyle w:val="ArticleScripture"/>
        <w:jc w:val="left"/>
      </w:pPr>
      <w:r>
        <w:rPr>
          <w:rFonts w:ascii="Sylfaen" w:hAnsi="Sylfaen" w:eastAsia="Sylfaen" w:cs="Sylfaen"/>
        </w:rPr>
        <w:t>და მან თქვა: წადი შენს გზაზე, დანიელ, რადგან ეს სიტყვები დახშულია და დაბეჭდილია აღსასრულის დრომდე. მრავალნი განიწმინდებიან, გათეთრდებიან და გამოიცდებიან; ხოლო ბოროტნი ბოროტებას მოიმოქმედებენ; და ბოროტთაგან ვერავინ გაიგებს; ხოლო ბრძენნი გაიგებენ. დანიელი 12:9, 10.</w:t>
      </w:r>
    </w:p>
    <w:p>
      <w:pPr>
        <w:pStyle w:val="ArticleBody"/>
        <w:jc w:val="left"/>
      </w:pPr>
      <w:r>
        <w:rPr>
          <w:rFonts w:ascii="Sylfaen" w:hAnsi="Sylfaen" w:eastAsia="Sylfaen" w:cs="Sylfaen"/>
        </w:rPr>
        <w:t>მეთერთმეტე თავის მეათე მუხლი წარმოადგენს „განწმენდის პროცესის“ დასაწყისს, რომელიც პირველი ანგელოზის მიერ ღმრთის შიშით არის წარმოდგენილი. მეთერთმეტე და მეთორმეტე მუხლები წარმოადგენენ იმას, სადაც ას ორმოცდაოთხი ათასი განიწმინდებიან. ზაქარიას წიგნი ამ გამოცდილებას განსაზღვრავს.</w:t>
      </w:r>
    </w:p>
    <w:p>
      <w:pPr>
        <w:pStyle w:val="ArticleScripture"/>
        <w:jc w:val="left"/>
      </w:pPr>
      <w:r>
        <w:rPr>
          <w:rFonts w:ascii="Sylfaen" w:hAnsi="Sylfaen" w:eastAsia="Sylfaen" w:cs="Sylfaen"/>
        </w:rPr>
        <w:t>და მან მიჩვენა იესო მღვდელმთავარი, რომელიც უფლის ანგელოზის წინ იდგა, და სატანა, რომელიც მის მარჯვნივ იდგა, რათა წინ აღდგომოდა მას. და უთხრა უფალმა სატანას: უფალმა შეგრისხოს შენ, სატანა; დიახ, უფალმა, რომელმაც იერუსალიმი გამოირჩია, შეგრისხოს შენ: განა ეს არ არის ცეცხლიდან გამოგლეჯილი მუგუზალი? ხოლო იესო შემოსილი იყო ბინძური სამოსლით და იდგა ანგელოზის წინ. და მან მიუგო და უთხრა მათ, ვინც მის წინ იდგა: გახადეთ მას ბინძური სამოსელი. და მას უთხრა: აჰა, ჩამოგაშორე შენს უსჯულოება და შეგმოსავ სადღესასწაულო სამოსლით. და მე ვთქვი: დაადგით მის თავს წმინდა კიდარი. და დაადგეს მის თავს წმინდა კიდარი და შემოსეს იგი სამოსლით. და უფლის ანგელოზი იქვე იდგა. ზაქარია 3:1–5.</w:t>
      </w:r>
    </w:p>
    <w:p>
      <w:pPr>
        <w:pStyle w:val="ArticleBody"/>
        <w:jc w:val="left"/>
      </w:pPr>
      <w:r>
        <w:rPr>
          <w:rFonts w:ascii="Sylfaen" w:hAnsi="Sylfaen" w:eastAsia="Sylfaen" w:cs="Sylfaen"/>
        </w:rPr>
        <w:t>ეს მონაკვეთი სრულდება ქრისტეს, როგორც მღვდელმთავრის, საბოლოო მსახურებაში და წარმოადგენს ას ორმოცდაოთხი ათასის დაბეჭდვას.</w:t>
      </w:r>
    </w:p>
    <w:p>
      <w:pPr>
        <w:pStyle w:val="ArticleScripture"/>
        <w:jc w:val="left"/>
      </w:pPr>
      <w:r>
        <w:rPr>
          <w:rFonts w:ascii="Sylfaen" w:hAnsi="Sylfaen" w:eastAsia="Sylfaen" w:cs="Sylfaen"/>
        </w:rPr>
        <w:t>„ზაქარიას ხილვა იესო მღვდელმთავრისა და ანგელოზის შესახებ განსაკუთრებული ძალით მიესადაგება ღვთის ხალხის გამოცდილებას შერიგების დიდი დღის დასკვნით სცენებში. მაშინ ნეშტად დარჩენილი ეკლესია დიდ განსაცდელსა და შეჭირვებაში იქნება შეყვანილი. ისინი, ვინც იცავენ ღვთის მცნებებს და იესოს რწმენას, იგრძნობენ გველეშაპისა და მისი ლაშქრის მძვინვარებას. სატანა სამყაროს თავის ქვეშევრდომებად აღრიცხავს; მან მრავალი სახელით ქრისტიანის ზედწოდების მატარებელზეც კი მოიპოვა კონტროლი. მაგრამ აქ არის მცირე გუნდი, რომელიც მის უზენაესობას ეწინააღმდეგება. მათი დედამიწიდან აღგვა რომ შეძლოს, მისი გამარჯვება სრული იქნებოდა. როგორც მან წარმართი ერები აღძრა ისრაელის გასანადგურებლად, ასევე ახლო მომავალში იგი აღძრავს დედამიწის ბოროტ ძალებს ღვთის ხალხის გასანადგურებლად. ადამიანებს მოეთხოვებათ დაემორჩილონ ადამიანურ დადგენილებებს ღვთიური რჯულის დარღვევით.“ წინასწარმეტყველნი და მეფენი, 587.</w:t>
      </w:r>
    </w:p>
    <w:p>
      <w:pPr>
        <w:pStyle w:val="ArticleBody"/>
        <w:jc w:val="left"/>
      </w:pPr>
      <w:r>
        <w:rPr>
          <w:rFonts w:ascii="Sylfaen" w:hAnsi="Sylfaen" w:eastAsia="Sylfaen" w:cs="Sylfaen"/>
        </w:rPr>
        <w:t>„შერიგების დიდი დღის უკანასკნელი სცენები“ არის, უპირველეს ყოვლისა, ას ორმოცდაოთხი ათასის დაბეჭდვა, რასაც შემდგომ მოჰყვება ღმერთის სხვა შვილების დაბეჭდვა, რომლებიც ამჟამად ბაბილონში არიან.</w:t>
      </w:r>
    </w:p>
    <w:p>
      <w:pPr>
        <w:pStyle w:val="ArticleScripture"/>
        <w:jc w:val="left"/>
      </w:pPr>
      <w:r>
        <w:rPr>
          <w:rFonts w:ascii="Sylfaen" w:hAnsi="Sylfaen" w:eastAsia="Sylfaen" w:cs="Sylfaen"/>
        </w:rPr>
        <w:t>„როდესაც ღვთის ერი მის წინაშე სულებს იმდაბლებს და გულის სიწმინდეს ევედრება, გაიცემა ბრძანება: „მოაშორეთ ბინძური სამოსელი“, და ისმის გამამხნევებელი სიტყვები: „აჰა, მოგაშორე შენი ურჯულოება და შეგმოსავ შესაცვლელი სამოსლით“. ზაქარია 3:4. ქრისტეს სიმართლის უმწიკვლო სამოსელი ეკისრება ღვთის გამოცდილ, გამოცდილებით გატანჯულ, ერთგულ შვილებს. მოძულებული ნაშთი შემოსილია დიდებული სამოსლით და აღარასოდეს შეიბილწება ამ ქვეყნის გახრწნილებით. მათი სახელები რჩება კრავის სიცოცხლის წიგნში, ჩაწერილი ყველა საუკუნის ერთგულთა შორის. მათ წინააღმდეგობა გაუწიეს მაცდურის მზაკვრობებს; გველეშაპის ღრიალმა ვერ გადააყენა ისინი ერთგულებიდან. ახლა ისინი სამუდამოდ დაცულნი არიან მაცდურის ხრიკებისაგან. მათი ცოდვები გადადის ცოდვის დამწყებზე. მათ თავებზე იდება „მშვენიერი თავსაბურავი“.“</w:t>
      </w:r>
    </w:p>
    <w:p>
      <w:pPr>
        <w:pStyle w:val="ArticleScripture"/>
        <w:jc w:val="left"/>
      </w:pPr>
      <w:r>
        <w:rPr>
          <w:rFonts w:ascii="Sylfaen" w:hAnsi="Sylfaen" w:eastAsia="Sylfaen" w:cs="Sylfaen"/>
        </w:rPr>
        <w:t>„სანამ სატანა თავის ბრალდებებს აღძრავდა, უხილავი წმიდა ანგელოზები მიმოდიოდნენ და ერთგულთ ცოცხალი ღმერთის ბეჭედს ასვამდნენ. ესენი არიან ისინი, რომელნიც სიონის მთაზე დგანან კრავთან ერთად და რომელთაც მამის სახელი შუბლზე უწერიათ. ისინი ტახტის წინაშე ახალ საგალობელს გალობენ — იმ საგალობელს, რომლის სწავლაც ვერავის ძალუძს, გარდა იმ ას ორმოცდაოთხი ათასისა, რომლებიც ქვეყნიდან არიან გამოსყიდულნი. „ესენი არიან ისინი, რომლებიც კრავს მისდევენ, სადაც კი წავა იგი. ესენი არიან ადამიანთაგან გამოსყიდულნი, როგორც პირველნაყოფნი ღმერთისა და კრავისათვის. და მათ ბაგეებში მზაკვრობა არ აღმოჩნდა, რადგან ისინი უმწიკვლონი არიან ღვთის ტახტის წინაშე.“ გამოცხადება 14:4, 5.</w:t>
      </w:r>
    </w:p>
    <w:p>
      <w:pPr>
        <w:pStyle w:val="ArticleScripture"/>
        <w:jc w:val="left"/>
      </w:pPr>
      <w:r>
        <w:rPr>
          <w:rFonts w:ascii="Sylfaen" w:hAnsi="Sylfaen" w:eastAsia="Sylfaen" w:cs="Sylfaen"/>
        </w:rPr>
        <w:t>„ახლა სრულად აღსრულდა ანგელოზის სიტყვები: ‘ისმინე ახლა, იესო მღვდელმთავარო, შენ და შენს წინ მსხდომნი, შენი თანამოზიარენი, რადგან ისინი საკვირველ კაცებად არიან მიჩნეულნი; რადგან, აჰა, მოვავლენ ჩემს მსახურს — რტოს.’ ზაქარია 3:8. ქრისტე წარმოჩენილია, როგორც თავისი ხალხის გამომსყიდველი და მხსნელი. ახლა ჭეშმარიტად ნარჩომნი არიან ‘საკვირველი კაცები,’ რადგან მათი მსვლელობის ცრემლებსა და დამცირებას ადგილი უთმობს სიხარულსა და პატივს ღმერთისა და კრავის წინაშე. ‘იმ დღეს უფლის რტო იქნება მშვენიერი და დიდებული, და ქვეყნის ნაყოფი — საუკეთესო და მშვენიერი ისრაელის გადარჩენილთათვის. და იქნება ასე: ვინც დარჩება სიონში და ვინც შერჩება იერუსალიმში, წმიდად იწოდება, ყოველი, ვინც იერუსალიმში ცოცხალთა შორის არის ჩაწერილი.’ ესაია 4:2, 3.“ წინასწარმეტყველები და მეფენი, 591, 592.</w:t>
      </w:r>
    </w:p>
    <w:p>
      <w:pPr>
        <w:pStyle w:val="ArticleBody"/>
        <w:jc w:val="left"/>
      </w:pPr>
      <w:r>
        <w:rPr>
          <w:rFonts w:ascii="Sylfaen" w:hAnsi="Sylfaen" w:eastAsia="Sylfaen" w:cs="Sylfaen"/>
        </w:rPr>
        <w:t>დაბეჭდვა არის დანიელის „გაწმენდილნი, გათეთრებულნი და გამოცდილნი“-ს მეორე საფეხური. მეთერთმეტე და მეთორმეტე მუხლები განსაზღვრავს რუსეთის საბოლოო აღზევებასა და დაცემას, წინასწარმეტყველურ სამხრეთის მეფეს, რომელიც უსწრებს პანიუმის ბრძოლას მეცამეტედან მეთხუთმეტე მუხლამდე. როდესაც ას ორმოცდაოთხი ათასს ქრისტე მოუხსნის მათ ბილწ სამოსელს დიდი გამოსყიდვის დღის დასასრულის სცენებში, ისინი მიიღებენ „მშვენიერ თავსაბურავს“, რაც არის დანიელის აღზევება მესამე მმართველად, ალისფერი სამოსლისა და ოქროს ჯაჭვის თანად. ეს აგრეთვე იოსების ოქროს ჯაჭვის ძღვენია, მისი აღზევება მეორე მმართველად და მეფის ბეჭდის ნიჭება. „ბეჭედი“ წარმოადგენს სამეფო ბეჭედს, რომლითაც მმართველი თავის კანონებს სამეფო ბეჭდით ამტკიცებდა.</w:t>
      </w:r>
    </w:p>
    <w:p>
      <w:pPr>
        <w:pStyle w:val="ArticleBody"/>
        <w:jc w:val="left"/>
      </w:pPr>
      <w:r>
        <w:rPr>
          <w:rFonts w:ascii="Sylfaen" w:hAnsi="Sylfaen" w:eastAsia="Sylfaen" w:cs="Sylfaen"/>
        </w:rPr>
        <w:t>დარიოსმა თავისი საბეჭდით ბეჭედი დასვა იმ ხაროზე, სადაც დანიელი ლომებს შორის იყო ჩაგდებული.</w:t>
      </w:r>
    </w:p>
    <w:p>
      <w:pPr>
        <w:pStyle w:val="ArticleScripture"/>
        <w:jc w:val="left"/>
      </w:pPr>
      <w:r>
        <w:rPr>
          <w:rFonts w:ascii="Sylfaen" w:hAnsi="Sylfaen" w:eastAsia="Sylfaen" w:cs="Sylfaen"/>
        </w:rPr>
        <w:t>მაშინ მეფემ ბრძანა, მოიყვანეს დანიელი და ლომთა ხაროში ჩააგდეს. ხოლო მეფემ უთხრა დანიელს: შენმა ღმერთმა, რომელსაც განუწყვეტლივ ემსახურები, მან გიხსნას შენ. და მოიტანეს ქვა და დაადეს ხაროს პირს; და დაბეჭდა იგი მეფემ თავისი ბეჭდით და თავისი დიდებულების ბეჭდებით, რათა დანიელის შესახებ განზრახვა არ შეცვლილიყო. დანიელი 6:16, 17.</w:t>
      </w:r>
    </w:p>
    <w:p>
      <w:pPr>
        <w:pStyle w:val="ArticleBody"/>
        <w:jc w:val="left"/>
      </w:pPr>
      <w:r>
        <w:rPr>
          <w:rFonts w:ascii="Sylfaen" w:hAnsi="Sylfaen" w:eastAsia="Sylfaen" w:cs="Sylfaen"/>
        </w:rPr>
        <w:t>ებრაული სიტყვა, რომელიც ითარგმნება როგორც „ბეჭედი“, სტრონგსის მიხედვით არის H5824 და მომდინარეობს ძირეული სიტყვისგან, რომელიც შეესაბამება H5823-ს; მნიშვნელობით — საბეჭდავი ბეჭედი (როგორც ამოტვიფრული). იესო ნავეს ძე ანგელოზის წინაშე, დანიელი ლომთა ხაროში, იოსები ფარაონის წინაშე წარმოადგენენ ას ორმოცდაოთხი ათასის დაბეჭდვას, რაც არის მეორე გამოცდა დანიელის მეთორმეტე თავში, სადაც ისინი, ვინც განიწმინდნენ, შემდეგ „გათეთრდებიან“, ვიდრე „გამოიცდებოდნენ“. ეს ხაზები ასევე წარმოდგენილია „ზერუბაბელით“, „შეალთიელის ძით“.</w:t>
      </w:r>
    </w:p>
    <w:p>
      <w:pPr>
        <w:pStyle w:val="ArticleScripture"/>
        <w:jc w:val="left"/>
      </w:pPr>
      <w:r>
        <w:rPr>
          <w:rFonts w:ascii="Sylfaen" w:hAnsi="Sylfaen" w:eastAsia="Sylfaen" w:cs="Sylfaen"/>
        </w:rPr>
        <w:t>იმ დღეს, ამბობს ცაბაოთ უფალი, აგიყვან შენ, ზერუბაბელ, ჩემო მსახურო, შეალთიელის ძეო, ამბობს უფალი, და დაგადგენ ბეჭდის ბეჭედად; რადგან მე აგირჩიე შენ, ამბობს ცაბაოთ უფალი. ანგია 2:23.</w:t>
      </w:r>
    </w:p>
    <w:p>
      <w:pPr>
        <w:pStyle w:val="ArticleBody"/>
        <w:jc w:val="left"/>
      </w:pPr>
      <w:r>
        <w:rPr>
          <w:rFonts w:ascii="Sylfaen" w:hAnsi="Sylfaen" w:eastAsia="Sylfaen" w:cs="Sylfaen"/>
        </w:rPr>
        <w:t>ზერუბაბელი ნიშნავს ბაბილონის შთამომავალს, ხოლო მისი მამა იყო შეალთიელი, რაც ნიშნავს „ღვთისაგან გამოთხოვილს“. ზერუბაბელი წარმოადგენს მეორე ანგელოზის უწყებას, რომელიც უკანასკნელ დღეებში ბაბილონის შთამომავლობას მოუწოდებს ღვთის სამწყსოში. „ლოცვის“ ელემენტი დაკავშირებულია ას ორმოცდაოთხ ათასთან, რომლებიც გამოჰყავთ ბაბილონის უკანასკნელი შთამომავლობა, რადგან ეს გამოცოცხლება მხოლოდ ლოცვით ხდება.</w:t>
      </w:r>
    </w:p>
    <w:p>
      <w:pPr>
        <w:pStyle w:val="ArticleScripture"/>
        <w:jc w:val="left"/>
      </w:pPr>
      <w:r>
        <w:rPr>
          <w:rFonts w:ascii="Sylfaen" w:hAnsi="Sylfaen" w:eastAsia="Sylfaen" w:cs="Sylfaen"/>
        </w:rPr>
        <w:t>„ჭეშმარიტი ღვთისმოსაობის აღორძინება ჩვენს შორის არის ჩვენი ყველა საჭიროებათაგან უდიდესი და უაღრესად გადაუდებელი. ამის ძიება უნდა იყოს ჩვენი პირველი საქმე. საჭიროა გულმოდგინე ძალისხმევა, რათა უფლის კურთხევა მივიღოთ, არა იმიტომ, რომ ღმერთი არ არის მზად, მოგვმადლოს თავისი კურთხევა, არამედ იმიტომ, რომ ჩვენ არ ვართ მზად მის მისაღებად. ჩვენი ზეციერი მამა უფრო მეტად არის მზად, მისცეს თავისი სულიწმიდა მათ, ვინც მას სთხოვს, ვიდრე მიწიერი მშობლები არიან მზად, კეთილი ძღვენი მისცენ თავიანთ შვილებს. მაგრამ ჩვენი საქმეა, აღსარებით, დამდაბლებით, მონანიებითა და მხურვალე ლოცვით აღვასრულოთ ის პირობები, რომელთა საფუძველზეც ღმერთმა აღგვითქვა, რომ მოგვმადლებს თავის კურთხევას. აღორძინებას უნდა ველოდეთ მხოლოდ ლოცვაზე პასუხად. ვიდრე ხალხი ასე მოკლებულია ღვთის სულიწმიდას, მათ არ ძალუძთ სიტყვის ქადაგების დაფასება; მაგრამ როცა სულის ძალა მათ გულებს შეეხება, მაშინ წარმოთქმული ქადაგებანი უნაყოფო აღარ იქნება. ღვთის სიტყვის მოძღვრებით წარმართულნი, მისი სულის გამოცხადების თანხლებით, გონიერი განსჯის გამოვლინებით, ისინი, ვინც ჩვენს შეკრებებს დაესწრებიან, შეიძენენ ძვირფას გამოცდილებას და, შინ დაბრუნებულნი, მზად იქნებიან, სასიკეთო გავლენა მოახდინონ.“</w:t>
      </w:r>
    </w:p>
    <w:p>
      <w:pPr>
        <w:pStyle w:val="ArticleScripture"/>
        <w:jc w:val="left"/>
      </w:pPr>
      <w:r>
        <w:rPr>
          <w:rFonts w:ascii="Sylfaen" w:hAnsi="Sylfaen" w:eastAsia="Sylfaen" w:cs="Sylfaen"/>
        </w:rPr>
        <w:t>„ძველმა დროშისმტვირთველებმა იცოდნენ, რას ნიშნავს ლოცვაში ღმერთთან ჭიდილი და მისი სულის გადმოღვრის გამოცდილებით ხარება. მაგრამ ისინი მოქმედების ასპარეზიდან გადიან; და ვინ გამოდიან, რათა მათი ადგილები შეავსონ? როგორ არის საქმე აღმავალ თაობასთან? მოქცეულნი არიან ისინი ღმერთთან? განღვიძებულნი ვართ თუ არა იმ საქმის მიმართ, რომელიც ზეციურ საწმიდარში მიმდინარეობს, თუ ველით, რომ ეკლესიაზე რაიმე შემაძრწუნებელი ძალა მოვიდეს, ვიდრე გამოვფხიზლდებით? იმედი ხომ არ გვაქვს, რომ ვიხილავთ მთელი ეკლესიის გამოცოცხლებას? ეს დრო არასოდეს დადგება.“</w:t>
      </w:r>
    </w:p>
    <w:p>
      <w:pPr>
        <w:pStyle w:val="ArticleScripture"/>
        <w:jc w:val="left"/>
      </w:pPr>
      <w:r>
        <w:rPr>
          <w:rFonts w:ascii="Sylfaen" w:hAnsi="Sylfaen" w:eastAsia="Sylfaen" w:cs="Sylfaen"/>
        </w:rPr>
        <w:t>„ეკლესიაში არიან ადამიანები, რომლებიც მოქცეულნი არ არიან და რომლებიც გულმოდგინე, ძლევამოსილ ლოცვაში არ გაერთიანდებიან. ჩვენ ამ საქმეს თითოეულმა ცალ-ცალკე უნდა შევუდგეთ. მეტი უნდა ვილოცოთ და ნაკლები ვილაპარაკოთ. ურჯულოება მრავლობს, და ხალხს უნდა ესწავლებოდეს, რომ არ დაკმაყოფილდნენ ღვთისმოსაობის გარეგნული სახით, სულისა და ძალის გარეშე. თუ ჩვენი საკუთარი გულების გამოკვლევას, ჩვენი ცოდვების მოშორებას და ჩვენი ბოროტი მიდრეკილებების გამოსწორებას ვესწრაფვით, ჩვენი სულები ამაოებისკენ არ აღიმართება; საკუთარი თავისადმი უნდობლები ვიქნებით და მტკიცე შეგნება გვექნება, რომ ჩვენი საკმარისობა ღვთისაგან არის.“ Selected Messages, წიგნი 1, 121, 122.</w:t>
      </w:r>
    </w:p>
    <w:p>
      <w:pPr>
        <w:pStyle w:val="ArticleBody"/>
        <w:jc w:val="left"/>
      </w:pPr>
      <w:r>
        <w:rPr>
          <w:rFonts w:ascii="Sylfaen" w:hAnsi="Sylfaen" w:eastAsia="Sylfaen" w:cs="Sylfaen"/>
        </w:rPr>
        <w:t>ლოცვის გზამკვლევი წარმოდგენილია დანიელის წიგნში: იქ აღწერილია ლოცვა მეორე თავში მოცემული გარეგანი უწყების გასაგებად, და აგრეთვე ლოცვა მეცხრე თავში წარმოდგენილი შინაგანი უწყების აღსასრულებლად. ზერუბაბელი და მისი მამა შეალთიელი წარმოადგენენ ას ორმოცდაოთხი ათასის დაბეჭდვას მეორე გამოცდის დროს, რომელიც არის მხეცის ხატის ხილული გამოცდა; ესვე არის შინაგანი გამოცდა, წარმოდგენილი გამოცხადების მეთერთმეტე თავის მეთერთმეტე მუხლში, და ასევე გარეგანი გამოცდა, წარმოდგენილი დანიელის მეთერთმეტე თავის მეთერთმეტე მუხლში.</w:t>
      </w:r>
    </w:p>
    <w:p>
      <w:pPr>
        <w:pStyle w:val="ArticleBody"/>
        <w:jc w:val="left"/>
      </w:pPr>
      <w:r>
        <w:rPr>
          <w:rFonts w:ascii="Sylfaen" w:hAnsi="Sylfaen" w:eastAsia="Sylfaen" w:cs="Sylfaen"/>
        </w:rPr>
        <w:t>ჩვენ გავაგრძელებთ მეთერთმეტე მუხლის განხილვას მომდევნო სტატიაში.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ცხრა</dc:title>
  <dc:subject>მეოთხე ხაზი</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