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თექვსმეტი</w:t>
      </w:r>
    </w:p>
    <w:p>
      <w:pPr>
        <w:pStyle w:val="ArticleSubtitle"/>
        <w:jc w:val="left"/>
      </w:pPr>
      <w:r>
        <w:rPr>
          <w:rFonts w:ascii="Sylfaen" w:hAnsi="Sylfaen" w:eastAsia="Sylfaen" w:cs="Sylfaen"/>
        </w:rPr>
        <w:t>აღსასრულის ჟამი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2026-02-19</w:t>
      </w:r>
    </w:p>
    <w:p>
      <w:pPr>
        <w:pStyle w:val="ArticleBody"/>
        <w:jc w:val="left"/>
      </w:pPr>
      <w:r>
        <w:rPr>
          <w:rFonts w:ascii="Sylfaen" w:hAnsi="Sylfaen" w:eastAsia="Sylfaen" w:cs="Sylfaen"/>
        </w:rPr>
        <w:t>დანიელის წიგნის მეთერთმეტე თავი იწყება დონალდ ტრამპის წარდგენით, როგორც ბიბლიური წინასწარმეტყველების მეექვსე სამეფოს საბოლოო პრეზიდენტისა. კიროსის მეფობის მესამე წელს, სადაც ხილვა მეათე თავში დაიწყო, მეთერთმეტე თავის პირველ მუხლში ამას ავსებს სიტყვა „ასევე“.</w:t>
      </w:r>
    </w:p>
    <w:p>
      <w:pPr>
        <w:pStyle w:val="ArticleScripture"/>
        <w:jc w:val="left"/>
      </w:pPr>
      <w:r>
        <w:rPr>
          <w:rFonts w:ascii="Sylfaen" w:hAnsi="Sylfaen" w:eastAsia="Sylfaen" w:cs="Sylfaen"/>
        </w:rPr>
        <w:t>და მე, მიდიელი დარიოსის მეფობის პირველ წელსვე, მე ვიდექი, რათა განმემტკიცებინა და გამეძლიერებინა იგი. დანიელი 11:1.</w:t>
      </w:r>
    </w:p>
    <w:p>
      <w:pPr>
        <w:pStyle w:val="ArticleBody"/>
        <w:jc w:val="left"/>
      </w:pPr>
      <w:r>
        <w:rPr>
          <w:rFonts w:ascii="Sylfaen" w:hAnsi="Sylfaen" w:eastAsia="Sylfaen" w:cs="Sylfaen"/>
        </w:rPr>
        <w:t>გაბრიელი ფრთხილად უბრუნდება დარიოსს და აკავშირებს მას კიროსთან, როდესაც მეთერთმეტე თავის თხრობას იწყებს. მეათე თავი გრძელდება როგორც ერთი ხილვა მეთორმეტე თავის უკანასკნელ მუხლამდე, და იგი იწყება კიროსის მესამე წელს.</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გამოცხადება ეუწყა დანიელს, რომელსაც ბელტეშაცარი ერქვა; და ეს გამოცხადება ჭეშმარიტი იყო, მაგრამ განსაზღვრული დრო ხანგრძლივი იყო; და მან შეიცნო ეს სიტყვა და ხილვაც გაიგო. დანიელი 10:1.</w:t>
      </w:r>
    </w:p>
    <w:p>
      <w:pPr>
        <w:pStyle w:val="ArticleBody"/>
        <w:jc w:val="left"/>
      </w:pPr>
      <w:r>
        <w:rPr>
          <w:rFonts w:ascii="Sylfaen" w:hAnsi="Sylfaen" w:eastAsia="Sylfaen" w:cs="Sylfaen"/>
        </w:rPr>
        <w:t>დარიოსი კიროსთან ერთად შეადგენს მიდიელთა და სპარსელთა ორმაგი ერის სიმბოლოს, რომელიც წარმოადგენს შეერთებულ შტატებში რესპუბლიკანიზმისა და პროტესტანტიზმის ორმაგ ძალაუფლებას; ამგვარად, წარმოადგენს აღსასრულის ჟამის ორმაგ სიმბოლოს. აარონისა და მოსეს დაბადებამ აღნიშნა აბრაამის ოთხასწლიანი წინასწარმეტყველების აღსასრულის ჟამი ძველი ისრაელის დასაწყისში; ასევე, იოანე ნათლისმცემლისა და ქრისტეს დაბადება წარმოადგენდა აღსასრულის ჟამის ორ სასაზღვრო ნიშნულს ძველი ისრაელის დასასრულს. იესო ყოველთვის დასასრულს დასაწყისის მეშვეობით წარმოაჩენს.</w:t>
      </w:r>
    </w:p>
    <w:p>
      <w:pPr>
        <w:pStyle w:val="ArticleBody"/>
        <w:jc w:val="left"/>
      </w:pPr>
      <w:r>
        <w:rPr>
          <w:rFonts w:ascii="Sylfaen" w:hAnsi="Sylfaen" w:eastAsia="Sylfaen" w:cs="Sylfaen"/>
        </w:rPr>
        <w:t>დარიოსი და კიროსი ერთად წარმოადგენენ იმ გზამკვლევ ნიშნულს, რომელიც წარმოდგენილია როგორც აღსასრულის დრო, როცა ბაბილონში სამოცდაათწლიანი ტყვეობა დასრულდა.</w:t>
      </w:r>
    </w:p>
    <w:p>
      <w:pPr>
        <w:pStyle w:val="ArticleScripture"/>
        <w:jc w:val="left"/>
      </w:pPr>
      <w:r>
        <w:rPr>
          <w:rFonts w:ascii="Sylfaen" w:hAnsi="Sylfaen" w:eastAsia="Sylfaen" w:cs="Sylfaen"/>
        </w:rPr>
        <w:t>„ღვთის ეკლესია დედამიწაზე ამ ხანგრძლივი, შეუნელებელი დევნის პერიოდში ისეთივე ჭეშმარიტი აზრით იმყოფებოდა ტყვეობაში, როგორც ისრაელის ძენი, რომლებიც გადასახლების ხანაში ბაბილონში იყვნენ დატყვევებულნი.“ წინასწარმეტყველები და მეფენი, 714.</w:t>
      </w:r>
    </w:p>
    <w:p>
      <w:pPr>
        <w:pStyle w:val="ArticleBody"/>
        <w:jc w:val="left"/>
      </w:pPr>
      <w:r>
        <w:rPr>
          <w:rFonts w:ascii="Sylfaen" w:hAnsi="Sylfaen" w:eastAsia="Sylfaen" w:cs="Sylfaen"/>
        </w:rPr>
        <w:t>დარიოსი და კიროსი წინასახავენ 1798 და 1799 წლებს, რომლებიც წარმოადგენენ აღსასრულის ჟამს, როცა სულიერი ისრაელის სულიერ ბაბილონში პარალელური ტყვეობა დასრულდა. 1798 წელმა აღნიშნო პაპობის პოლიტიკური სისტემის დასასრული, რომელიც მხეცად არის წარმოდგენილი და რომელზეც რომის მეძავი იჯდა.</w:t>
      </w:r>
    </w:p>
    <w:p>
      <w:pPr>
        <w:pStyle w:val="ArticleScripture"/>
        <w:jc w:val="left"/>
      </w:pPr>
      <w:r>
        <w:rPr>
          <w:rFonts w:ascii="Sylfaen" w:hAnsi="Sylfaen" w:eastAsia="Sylfaen" w:cs="Sylfaen"/>
        </w:rPr>
        <w:t>ამიტომ მან სულით წამიღო უდაბნოში; და ვიხილე დედაკაცი, მჯდომარე ალისფერფერ მხეცზე, რომელიც სავსე იყო ღვთისმგმობი სახელებით და ჰქონდა შვიდი თავი და ათი რქა. გამოცხადება 17:3.</w:t>
      </w:r>
    </w:p>
    <w:p>
      <w:pPr>
        <w:pStyle w:val="ArticleBody"/>
        <w:jc w:val="left"/>
      </w:pPr>
      <w:r>
        <w:rPr>
          <w:rFonts w:ascii="Sylfaen" w:hAnsi="Sylfaen" w:eastAsia="Sylfaen" w:cs="Sylfaen"/>
        </w:rPr>
        <w:t>ნაპოლეონმა 1798 წელს მხეცის სიცოცხლე დაასრულა, ხოლო 1799 წელს მხეცზე მჯდომი დედაკაცი დევნილობაში მოკვდა. 1989 წელს პრეზიდენტები იყვნენ როგორც რონალდ რეიგანი, ისე ჯორჯ ბუში უფროსი, რითაც 1989 წელი დასასრულის ჟამად აღინიშნა. დარიოსი და კიროსი რეიგანსა და ბუშ უფროსს წარმოადგენენ. მეორე მუხლი ამბობს:</w:t>
      </w:r>
    </w:p>
    <w:p>
      <w:pPr>
        <w:pStyle w:val="ArticleScripture"/>
        <w:jc w:val="left"/>
      </w:pPr>
      <w:r>
        <w:rPr>
          <w:rFonts w:ascii="Sylfaen" w:hAnsi="Sylfaen" w:eastAsia="Sylfaen" w:cs="Sylfaen"/>
        </w:rPr>
        <w:t>ახლა კი ჭეშმარიტებას გიჩვენებ: აჰა, სპარსეთში კიდევ სამი მეფე აღდგება, ხოლო მეოთხე ყველა მათგანზე მეტად გამდიდრდება; და თავისი ძლიერებით, თავისი სიმდიდრის წყალობით, ყველას აღძრავს საბერძნეთის სამეფოს წინააღმდეგ. დანიელი 11:2.</w:t>
      </w:r>
    </w:p>
    <w:p>
      <w:pPr>
        <w:pStyle w:val="ArticleHeading"/>
        <w:jc w:val="left"/>
      </w:pPr>
      <w:r>
        <w:rPr>
          <w:rFonts w:ascii="Sylfaen" w:hAnsi="Sylfaen" w:eastAsia="Sylfaen" w:cs="Sylfaen"/>
        </w:rPr>
        <w:t>გამოღვიძება</w:t>
      </w:r>
    </w:p>
    <w:p>
      <w:pPr>
        <w:pStyle w:val="ArticleBody"/>
        <w:jc w:val="left"/>
      </w:pPr>
      <w:r>
        <w:rPr>
          <w:rFonts w:ascii="Sylfaen" w:hAnsi="Sylfaen" w:eastAsia="Sylfaen" w:cs="Sylfaen"/>
        </w:rPr>
        <w:t>დარიოსი იყო რეიგანი, კიროსი — დიდი ბუში, ხოლო ის სამი, რომლებიც კიროსს მოჰყვნენ, იყვნენ კლინტონი, მცირე ბუში, ობამა — გამყოფი, და მეოთხე და „მრავალად უმდიდრესი“ პრეზიდენტი, რომელმაც აღძრა საბერძნეთის გლობალისტები, იყო ტრამპი. სიტყვა „აღძრა“ ნიშნავს გაღვიძებას. როდესაც ტრამპმა 2015 წელს თავისი კანდიდატურა გამოაცხადა, გლობალისტები, რომელთაც იოელი „წარმართებად“ მოიხსენიებს, გამოიღვიძნენ.</w:t>
      </w:r>
    </w:p>
    <w:p>
      <w:pPr>
        <w:pStyle w:val="ArticleScripture"/>
        <w:jc w:val="left"/>
      </w:pPr>
      <w:r>
        <w:rPr>
          <w:rFonts w:ascii="Sylfaen" w:hAnsi="Sylfaen" w:eastAsia="Sylfaen" w:cs="Sylfaen"/>
        </w:rPr>
        <w:t>გაიღვიძონ წარმართნი და ავიდნენ იეჰოშაფატის ველზე, რადგან იქ დავსხდები, რათა განვსაჯო ყველა წარმართი ირგვლივ. შეუშვით ნამგალი, რადგან სამკალი დამწიფებულია; მოდით, ჩამოდით, რადგან საწნახელი სავსეა, და საწნახლები გადმოედინება, რადგან დიდია მათი ბოროტება. ბრბოები, ბრბოები გადაწყვეტილების ველზე, რადგან ახლოს არის უფლის დღე გადაწყვეტილების ველზე. იოელი 3:12–14.</w:t>
      </w:r>
    </w:p>
    <w:p>
      <w:pPr>
        <w:pStyle w:val="ArticleBody"/>
        <w:jc w:val="left"/>
      </w:pPr>
      <w:r>
        <w:rPr>
          <w:rFonts w:ascii="Sylfaen" w:hAnsi="Sylfaen" w:eastAsia="Sylfaen" w:cs="Sylfaen"/>
        </w:rPr>
        <w:t>როდესაც „წარმართი“ გამოიღვიძებს, „უფლის დღე ახლოსაა“ იეჰოშაფატის ველზე. „იეჰოშაფატი“ ნიშნავს იეჰოვას სამსჯავროს; და ამ ველს აგრეთვე გადაწყვეტილების ველს უწოდებენ. 2015 წლიდან დედამიწის პლანეტის „სიმრავლენი“ დაიწყებენ გადაადგილებას იმ სხვადასხვა კონებად, რომლებიც მომზადებულია ყოველი იმ საბაბისთვის, რომელსაც ადამიანები ღმერთის მსახურების შესახებ გადაწყვეტილების არმიღებისათვის ასახელებენ. 9/11-ზე ცოცხალთა სამსჯავრო დაიწყო, ხოლო 2015 წელს ტრამპმა გამოაცხადა, რომ პრეზიდენტობის ძიებას აპირებდა. 9/11-ზე გვიანი წვიმის პირველი ფაზა დაიწყო გადმოღვრად, ხოლო გვიანი წვიმა არის ის, რაც ნაყოფამდე მიიყვანს მოსავალს, და 2015 წელს, იმ წვიმიდან თოთხმეტი წლის შემდეგ, რომელიც მომწიფებულ მკას წარმოქმნის, იოელის წიგნი აფრთხილებს, რომ როდესაც დონალდ ტრამპი „აღძრავს საბერძნეთის სამეფოს“, ან, როგორც იოელი ამბობს, როდესაც ტრამპი „აღვიძებს წარმართს 2015 წელს“, დედამიწის პლანეტის მოსავალი იწყებს დამწიფებას.</w:t>
      </w:r>
    </w:p>
    <w:p>
      <w:pPr>
        <w:pStyle w:val="ArticleBody"/>
        <w:jc w:val="left"/>
      </w:pPr>
      <w:r>
        <w:rPr>
          <w:rFonts w:ascii="Sylfaen" w:hAnsi="Sylfaen" w:eastAsia="Sylfaen" w:cs="Sylfaen"/>
        </w:rPr>
        <w:t>მნიშვნელოვანია აღიარება იმისა, რომ დანიელის მეთერთმეტე თავში მოხსენიებული პირველი ჭეშმარიტება დონალდ ტრამპის წინასწარმეტყველურ როლს ეხება. ბიბლიური წინასწარმეტყველების პირველი სამეფო, რომელიც დანიელის წიგნშია წარმოდგენილი, ბაბილონია. წარმოიდგინეთ ბაბილონის ისტორია დანიელის წიგნში, თუ ნაბუქოდონოსორი შთაგონების მიერ არ იქნებოდა გამოყენებული წინასწარმეტყველური ნიმუშის დასამყარებლად. ბიბლიური წინასწარმეტყველების მეექვსე სამეფო არასრულია ამ სამეფოს საბოლოო მმართველის მოწმობის გარეშე. პირველი მოხსენიების წესი ადგენს ტრამპის მნიშვნელობას, როგორც უმთავრესი მნიშვნელობის სიმბოლოს იმ ხილვაში, რომელიც დანიელმა მიიღო სამი კვირის მარხვის დასრულებიდან ოცდამეორე დღეს.</w:t>
      </w:r>
    </w:p>
    <w:p>
      <w:pPr>
        <w:pStyle w:val="ArticleScripture"/>
        <w:jc w:val="left"/>
      </w:pPr>
      <w:r>
        <w:rPr>
          <w:rFonts w:ascii="Sylfaen" w:hAnsi="Sylfaen" w:eastAsia="Sylfaen" w:cs="Sylfaen"/>
        </w:rPr>
        <w:t>მაგრამ სპარსეთის სამეფოს მთავარი მედგა წინ ოცდაერთი დღე; და აჰა, მიქაელი, ერთ-ერთი უპირველესი მთავარი, მოვიდა ჩემს დასახმარებლად; და მე იქ დავრჩი სპარსეთის მეფეებთან. ახლა მოვედი, რათა გაგაგებინო, რა შეემთხვევა შენს ხალხს უკანასკნელ დღეებში; რადგან ხილვა ჯერ კიდევ მრავალ დღეს ეხება. დანიელი 10:13, 14.</w:t>
      </w:r>
    </w:p>
    <w:p>
      <w:pPr>
        <w:pStyle w:val="ArticleBody"/>
        <w:jc w:val="left"/>
      </w:pPr>
      <w:r>
        <w:rPr>
          <w:rFonts w:ascii="Sylfaen" w:hAnsi="Sylfaen" w:eastAsia="Sylfaen" w:cs="Sylfaen"/>
        </w:rPr>
        <w:t>მეთერთმეტე თავის ხილვა ასახავს იმას, რაც უკანასკნელ დღეებში ღმერთის ხალხს შეემთხვევა; და ტრამპი, როგორც ამერიკის შეერთებული შტატების, ხოლო ამის შემდეგ გაერთიანებული ერების ორგანიზაციის ლიდერი, არის ჭეშმარიტება, რომელსაც მარადიული შედეგები ახლავს, იმის მიხედვით, გაიგებენ თუ ვერ გაიგებენ ამ ჭეშმარიტებას. ეს ჭეშმარიტება იმდენად მნიშვნელოვანი იყო, რომ გაბრიელს იგი დანიელისთვის გადაეცა, რომ მეთოთხმეტე მუხლში დანიელი ანგელოზ გაბრიელის მიერ მიცემული ნათლის საფუძველზე წერს, რომ სწორედ „შენი ხალხის მძარცველნი“ ამყარებენ ხილვას. დონალდ ტრამპის მოძრაობების წინასწარმეტყველებაში სწორად მიდევნება შეუძლებელია, თუ რომი ნიმუშად არ იქნება გამოყენებული, რათა დანიელ მეთერთმეტის წინასწარმეტყველურ ისტორიაში ტრამპის ნაბიჯები ამოიცნონ.</w:t>
      </w:r>
    </w:p>
    <w:p>
      <w:pPr>
        <w:pStyle w:val="ArticleBody"/>
        <w:jc w:val="left"/>
      </w:pPr>
      <w:r>
        <w:rPr>
          <w:rFonts w:ascii="Sylfaen" w:hAnsi="Sylfaen" w:eastAsia="Sylfaen" w:cs="Sylfaen"/>
        </w:rPr>
        <w:t>ტრამპი, როგორც შეერთებული შტატების სიმბოლო კვირა კანონის პერიოდის განმავლობაში, ქმნის მხეცის ხატს, და ამით იგი პატივს მიაგებს მხეცს; ამიტომ ეს არის მხეცის ხატი და აგრეთვე ხატი მხეცის პატივსაცემად. გამოცხადების 17-ში პაპობა არის მერვე, რომელიც შვიდთაგანია, და დონალდ ტრამპი არის მერვე პრეზიდენტი რეიგანიდან მოყოლებული აღსასრულის ჟამს, 1989 წელს, თუმცა იგი აგრეთვე მეექვსეა, რაც ნიშნავს, რომ იგი არის მერვე, რომელიც შვიდთაგანია.</w:t>
      </w:r>
    </w:p>
    <w:p>
      <w:pPr>
        <w:pStyle w:val="ArticleBody"/>
        <w:jc w:val="left"/>
      </w:pPr>
      <w:r>
        <w:rPr>
          <w:rFonts w:ascii="Sylfaen" w:hAnsi="Sylfaen" w:eastAsia="Sylfaen" w:cs="Sylfaen"/>
        </w:rPr>
        <w:t>გამოცხადების მეჩვიდმეტე თავში იოანე, მესამე მუხლში, გადაყვანილია უდაბნოში, სადაც ხედავს მხეცზე ამხედრებულ მეძავს. ყოველი მთავარი პროტესტანტული დენომინაციის მიერ ეს მეძავი განსაზღვრულია, როგორც კათოლიკური ეკლესია, თუმცა უკანასკნელ დღეებში ისინი ყველანი უარყოფენ თავიანთ საფუძვლოვან რწმენებს. როდესაც იოანემ იგი იხილა, რომის ეკლესია წმინდანთა სისხლით იყო დამთვრალი და ატარებდა მეძავთა დედის სახელწოდებას. ეს მიუთითებს, რომ იოანე გადაყვანილ იქნა 1798 წელში, როცა პაპობას მოწამეთა სისხლი ედო და ზოგიერთი ყოფილი პროტესტანტული ეკლესია უკვე ბრუნდებოდა რომაულ-კათოლიკურ ზიარებაში. ამ თვალსაწიერიდან იოანემ იხილა „შვიდი მეფე“, რომელთაგან ხუთი უკვე დაცემული იყო 1798 წელს, და ერთი სამეფო არსებობდა 1798 წელს, და ეს სამეფო იყო შეერთებული შტატები, ხოლო სხვა სამეფო, ათი მეფისაგან შემდგარი, ამის შემდეგ უნდა მოსულიყო, რადგან 1798 წელს, სადაც იოანე იდგა, მეშვიდე სამეფო ჯერ კიდევ არ იყო მოსული. ათი მეფე მმართველობს საკვირაო კანონის კრიზისის ჟამის განმავლობაში, და ისინი თანხმდებიან, რომ თავიანთი მეშვიდე სამეფო მისცენ მეხუთე სამეფოს მხეცს, რომელმაც 1798 წელს სასიკვდილო ჭრილობა მიიღო.</w:t>
      </w:r>
    </w:p>
    <w:p>
      <w:pPr>
        <w:pStyle w:val="ArticleBody"/>
        <w:jc w:val="left"/>
      </w:pPr>
      <w:r>
        <w:rPr>
          <w:rFonts w:ascii="Sylfaen" w:hAnsi="Sylfaen" w:eastAsia="Sylfaen" w:cs="Sylfaen"/>
        </w:rPr>
        <w:t>რიცხვი „8“ წარმოადგენს აღდგომას, და პაპობა არის ის მერვე, რომელიც შვიდისაგან არის, როდესაც მისი სასიკვდილო ჭრილობა განიკურნება გველეშაპის, მხეცისა და ცრუწინასწარმეტყველის სამმაგი კავშირის დროს, რომელიც მალე მოსალოდნელი საკვირაო კანონის დროს ხდება. 2020 წელს გლობალისტებმა ტრამპს არჩევნები მოჰპარეს და იგი გამოცხადების მეთერთმეტე თავის ქუჩებში მოიკლა. გამოცხადების მეთერთმეტე თავის ორი მოწმე წარმოადგენს მიწის მხეცის ორ რქას, რომლებიც ორივენი 2020 წელს იქნენ მოკლულნი. ტრამპი არის მეექვსე პრეზიდენტი რეიგანის შემდეგ აღსასრულის ჟამს, 1989 წელს; მაგრამ 2024 წლის მდგომარეობით, იგი ასევე არის მერვე, რომელიც შვიდი წინა მეფისაგან არის. 2024 წელს მისი სასიკვდილო ჭრილობა განიკურნა და იგი იმავდროულად გახდა მერვე, რომელიც შვიდისაგან არის, იმ სრულყოფილ თანხვედრაში წინასწარმეტყველურ სიმბოლოსთან, რომელიც ხილვას ამყარებს. თუ რომი არ გყავს, რომის ხატის მოძრაობებს ვერ გაჰყვები.</w:t>
      </w:r>
    </w:p>
    <w:p>
      <w:pPr>
        <w:pStyle w:val="ArticleHeading"/>
        <w:jc w:val="left"/>
      </w:pPr>
      <w:r>
        <w:rPr>
          <w:rFonts w:ascii="Sylfaen" w:hAnsi="Sylfaen" w:eastAsia="Sylfaen" w:cs="Sylfaen"/>
        </w:rPr>
        <w:t>მაქა</w:t>
      </w:r>
    </w:p>
    <w:p>
      <w:pPr>
        <w:pStyle w:val="ArticleBody"/>
        <w:jc w:val="left"/>
      </w:pPr>
      <w:r>
        <w:rPr>
          <w:rFonts w:ascii="Sylfaen" w:hAnsi="Sylfaen" w:eastAsia="Sylfaen" w:cs="Sylfaen"/>
        </w:rPr>
        <w:t>იმის გასაგებად, თუ როგორ არის ტრამპი კონსტანტინე დიდი, როცა ნერონის „250“ წელიწადი სრულდება, ან როგორ არის იგი ანტიოქოს დიდი ძვ. წ. 207 წელს, ან როგორ არის იგი უკანასკნელი პრეზიდენტი, რომლის მთელი ოქროს ხანის მოძრაობა დაფუძნებულია ამერიკის „დიდად“ ქცევაზე, საჭიროა იმის აღიარება, რომ ეს თავი პირველად მოიხსენიებს ტრამპს და მის წინასწარმეტყველურ როლს.</w:t>
      </w:r>
    </w:p>
    <w:p>
      <w:pPr>
        <w:pStyle w:val="ArticleBody"/>
        <w:jc w:val="left"/>
      </w:pPr>
      <w:r>
        <w:rPr>
          <w:rFonts w:ascii="Sylfaen" w:hAnsi="Sylfaen" w:eastAsia="Sylfaen" w:cs="Sylfaen"/>
        </w:rPr>
        <w:t>ებრაული სიტყვა „ჭეშმარიტება“, რომელიც შედგება ებრაული ანბანის პირველი, მეცამეტე და ოცდამეორე ასოებისაგან, თავისი „ჭეშმარიტების“ ნიშნით რეიგანს პირველ ასოდ ასახავს, ხოლო ობამას — ამბოხების მეცამეტე ასოდ, როგორც ეს წარმოდგენილია 2013 წლით, როდესაც ინკვიზიციის ოფისის ყოფილ ხელმძღვანელს მოჰყვა პირველი იეზუიტი პაპი. რადგან ინკვიზიციის ხელმძღვანელი გადადგა, მისი დასრულების წერტილი ემთხვევა იეზუიტი პაპის დასაწყისის წერტილს. ობამას ორ პაპს შორის ეს კავშირი იყო 2013 წლის 13 მარტი. ობამა შეესაბამება ამბოხების მეცამეტე ასოს, ხოლო ოცდამეორე ასო არის ტრამპი.</w:t>
      </w:r>
    </w:p>
    <w:p>
      <w:pPr>
        <w:pStyle w:val="ArticleBody"/>
        <w:jc w:val="left"/>
      </w:pPr>
      <w:r>
        <w:rPr>
          <w:rFonts w:ascii="Sylfaen" w:hAnsi="Sylfaen" w:eastAsia="Sylfaen" w:cs="Sylfaen"/>
        </w:rPr>
        <w:t>ოცდამეორე შესწორება პრეზიდენტს ორ ვადამდე ზღუდავს, ხოლო როდესაც განვიხილავთ ორვადიან პრეზიდენტებს, რომელთა ვადებიც თანმიმდევრული არ ყოფილა, მხოლოდ ორია. გროვერ კლივლენდი არათანმიმდევრული ვადების მქონე ორვადიანი პრეზიდენტების ალფაა, ხოლო ტრამპი — ომეგა. გროვერ კლივლენდი იყო ოცდამეორე პრეზიდენტი, და ტრამპი, როგორც კლივლენდის მიმართ ომეგა, ფლობს „22“-ის ალფურ განმასხვავებელ ნიშანს. კლივლენდი და ტრამპი წარმოადგენენ ალფასა და ომეგას, რომელიც შეიცავს ებრაული ანბანის ოცდამეორე ასოს სიმბოლიზმს. მხოლოდ ორი პრეზიდენტი იყო, რომელთაც ორი არათანმიმდევრული ვადა ჰქონდათ, და ტრამპი ამ ორთაგან მეორეა. ომეგისეული ორისა და ალფისეული ოცდაორის ნამრავლი არის ორმოცდაოთხი — 1844-ის სიმბოლო, რაც საკვირაო კანონის დროს დახურული კარის სიმბოლოა, როგორც ეს 1844 წლის დახურული კარით არის წინასახეობრივად ნაჩვენები. ტრამპი ორმოცდამეოთხე გამორჩეული პირია, რომელმაც პრეზიდენტის თანამდებობა დაიკავა, და იგი პრეზიდენტია მაშინ, როდესაც საკვირაო კანონის დროს კარი იხურება.</w:t>
      </w:r>
    </w:p>
    <w:p>
      <w:pPr>
        <w:pStyle w:val="ArticleBody"/>
        <w:jc w:val="left"/>
      </w:pPr>
      <w:r>
        <w:rPr>
          <w:rFonts w:ascii="Sylfaen" w:hAnsi="Sylfaen" w:eastAsia="Sylfaen" w:cs="Sylfaen"/>
        </w:rPr>
        <w:t>ტრამპი წარმოდგენილია კიროს დიდის წინასახედ. კიროს დიდმა გამოსცა პირველი ბრძანება, ხოლო არტაქსერქსე დიდმა გამოსცა მესამე ბრძანება. პირველი და მესამე ერთმანეთთან თანხვედრაშია, რადგან იესო ყოველთვის დასასრულს დასაწყისით ასახავს. ტრამპი იქ არის, სადაც ნერონის „250“ წელი მთავრდება, რაც წარმოდგენილია კონსტანტინე დიდით. „250“ წლის დასასრულს ძვ. წ. 457 წლიდან ტრამპი წარმოდგენილია ანტიოქე დიდით, რომელიც 2024 წელს წინანდელზე უფრო გაძლიერებული დაბრუნდა, მეცამეტე მუხლის აღსრულებით.</w:t>
      </w:r>
    </w:p>
    <w:p>
      <w:pPr>
        <w:pStyle w:val="ArticleScripture"/>
        <w:jc w:val="left"/>
      </w:pPr>
      <w:r>
        <w:rPr>
          <w:rFonts w:ascii="Sylfaen" w:hAnsi="Sylfaen" w:eastAsia="Sylfaen" w:cs="Sylfaen"/>
        </w:rPr>
        <w:t>რადგან ჩრდილოეთის მეფე დაბრუნდება და წინ წამოაყენებს პირველზე უფრო მრავალრიცხოვან სიმრავლეს; და, უეჭველად, რამდენიმე წლის შემდეგ მოვა დიდი ლაშქრითა და დიდი სიმდიდრით. დანიელი 11:13.</w:t>
      </w:r>
    </w:p>
    <w:p>
      <w:pPr>
        <w:pStyle w:val="ArticleBody"/>
        <w:jc w:val="left"/>
      </w:pPr>
      <w:r>
        <w:rPr>
          <w:rFonts w:ascii="Sylfaen" w:hAnsi="Sylfaen" w:eastAsia="Sylfaen" w:cs="Sylfaen"/>
        </w:rPr>
        <w:t>როდესაც კვირის კანონის დროს შეერთებული შტატები რომის მიერ დაიპყრობა, მაშინ მსოფლიოს ყოველი ქვეყანა იძულებული იქნება, რომის წინაშე ქედი მოიხაროს.</w:t>
      </w:r>
    </w:p>
    <w:p>
      <w:pPr>
        <w:pStyle w:val="ArticleScripture"/>
        <w:jc w:val="left"/>
      </w:pPr>
      <w:r>
        <w:rPr>
          <w:rFonts w:ascii="Sylfaen" w:hAnsi="Sylfaen" w:eastAsia="Sylfaen" w:cs="Sylfaen"/>
        </w:rPr>
        <w:t>„უცხო ერები მიჰყვებიან შეერთებული შტატების მაგალითს. თუმცა იგი წინ უძღვის, მაინც იგივე კრიზისი დაატყდება ჩვენს ხალხს მსოფლიოს ყველა კუთხეში.“ Testimonies, ტომი 6, 395.</w:t>
      </w:r>
    </w:p>
    <w:p>
      <w:pPr>
        <w:pStyle w:val="ArticleBody"/>
        <w:jc w:val="left"/>
      </w:pPr>
      <w:r>
        <w:rPr>
          <w:rFonts w:ascii="Sylfaen" w:hAnsi="Sylfaen" w:eastAsia="Sylfaen" w:cs="Sylfaen"/>
        </w:rPr>
        <w:t>„უცხო ერები“ ამას იძულებით აკეთებენ შეერთებული შტატების მიერ, რომელიც მალე მოსალოდნელი საკვირაო კანონის დროს გაეროს ხელმძღვანელობას იღებს საკუთარ თავზე. გაერთიანებული ერების ორგანიზაცია არის გამოცხადების 17-ის ათი მეფე, რომელთაც მართავს ახაბი, ათი ჩრდილოეთი ტომის მეფე, რომელიც იზებელზეა დაქორწინებული. იზებლის ქორწინება ახაბთან არის ის ქორწინება, რომელიც სრულდება მალე მოსალოდნელი საკვირაო კანონის დროს. საკვირაო კანონისას შეერთებული შტატები, დანიელის მეთერთმეტის დიდებული ქვეყანა, და გამოცხადების მეცამეტის მიწის მხეცი, ამთავრებს თავის ისტორიას, როგორც ბიბლიური წინასწარმეტყველების მეექვსე სამეფო. ქარმელის მთაზე ბაალის 850 წინასწარმეტყველი და იმ კორომის ქურუმები, რომლებიც იზებლის სუფრიდან ჭამდნენ, ელიას მიერ იხოცებიან. შეერთებული შტატები იხოცება მალე მოსალოდნელი საკვირაო კანონის დროს, როგორც ქარმელის მთაზე ცრუ წინასწარმეტყველები დაიხოცნენ. ამის შემდეგ თხრობა ელიას, ახაბისა და იზებლის შორის ვითარდება, და ახაბი წარმოადგენს ათნაწილოვან სამეფოს, რომელსაც მართავს ის, ვინც პირველად იმრუშა იზებელთან. იზებელს განზრახული აქვს იმრუშოს ყოველ სამეფოსთან, მაგრამ ახაბი წარმოადგენს პირველს, ვინც ეს ჩაიდინა, და სწორედ შეერთებული შტატებია ის, ვინც ქარმელის მთაზე კვდება და მყისვე ხდება იზებლის პირველი საყვარელი. დანიელის მეთერთმეტის თვალსაზრისით, სწორედ იქ, საკვირაო კანონის დროს, აღდგება ტრამპი, როგორც საბერძნეთის ძლიერი მეფე, რომელსაც ალექსანდრე დიდი განასახიერებს.</w:t>
      </w:r>
    </w:p>
    <w:p>
      <w:pPr>
        <w:pStyle w:val="ArticleScripture"/>
        <w:jc w:val="left"/>
      </w:pPr>
      <w:r>
        <w:rPr>
          <w:rFonts w:ascii="Sylfaen" w:hAnsi="Sylfaen" w:eastAsia="Sylfaen" w:cs="Sylfaen"/>
        </w:rPr>
        <w:t>და აღდგება ძლიერი მეფე, რომელიც იმეფებს დიდი ხელმწიფებით და მოიქცევა თავისი ნებისაამებრ. ხოლო როცა აღდგება, მისი სამეფო დაიმსხვრევა და გაიყოფა ცის ოთხი ქარისაკენ; და არა მის შთამომავლობაზე, არც იმ ხელმწიფებისამებრ, რომლითაც იგი მეფობდა; რადგან მისი სამეფო აღმოიფხვრება და სხვებს გადაეცემათ, მათ გარდა. დანიელი 11:3, 4.</w:t>
      </w:r>
    </w:p>
    <w:p>
      <w:pPr>
        <w:pStyle w:val="ArticleBody"/>
        <w:jc w:val="left"/>
      </w:pPr>
      <w:r>
        <w:rPr>
          <w:rFonts w:ascii="Sylfaen" w:hAnsi="Sylfaen" w:eastAsia="Sylfaen" w:cs="Sylfaen"/>
        </w:rPr>
        <w:t>დონალდ ტრამპი წამოდგება, როგორც გაერთიანებული ერების ორგანიზაციის „ძლიერი მეფე“, რომელიც ამ მუხლშია წარმოდგენილი და შემდგომ ალექსანდრე დიდის ისტორიით არის ტიპიფიცირებული. როდესაც იგი წამოდგება, ამერიკის შეერთებული შტატები, ბიბლიური წინასწარმეტყველების მეექვსე სამეფო, სრულდება, ხოლო გამოცხადების მეჩვიდმეტე თავში მოხსენიებული ათი მეფის მეშვიდე სამეფო იწყება. ეს ათი მეფე თავიანთ მეშვიდე სამეფოს იწყებენ იმით, რომ იქვე და მაშინვე თანხმდებიან, თავიანთი მეშვიდე სამეფო გადასცენ პაპის ძალაუფლებას, რომელიც არის მერვე სამეფო და რომელიც გამომდინარეობს წინა შვიდი სამეფოდან. მათი შეთანხმება ღვთის ნების აღსასრულებლად იყო, და მისი ნება ჭეშმარიტების წმინდა წერილებში სტრიქონ-სტრიქონ არის წარმოდგენილი.</w:t>
      </w:r>
    </w:p>
    <w:p>
      <w:pPr>
        <w:pStyle w:val="ArticleHeading"/>
        <w:jc w:val="left"/>
      </w:pPr>
      <w:r>
        <w:rPr>
          <w:rFonts w:ascii="Sylfaen" w:hAnsi="Sylfaen" w:eastAsia="Sylfaen" w:cs="Sylfaen"/>
        </w:rPr>
        <w:t>რომის სახესახეობა</w:t>
      </w:r>
    </w:p>
    <w:p>
      <w:pPr>
        <w:pStyle w:val="ArticleBody"/>
        <w:jc w:val="left"/>
      </w:pPr>
      <w:r>
        <w:rPr>
          <w:rFonts w:ascii="Sylfaen" w:hAnsi="Sylfaen" w:eastAsia="Sylfaen" w:cs="Sylfaen"/>
        </w:rPr>
        <w:t>დანიელის მეთერთმეტე თავის მეხუთედან მეცხრე მუხლებამდე შესრულდა წინასწარმეტყველური ისტორიით, რომელიც სრულყოფილად განასახიერებდა პაპური ძალაუფლების ისტორიას, როგორც იგი გადმოცემულია იმავე თავის ოცდამეთერთმეტედან მეორმოცე მუხლამდე. მეხუთედან მეცხრე მუხლებამდე ისტორიული ხაზი პარალელურია ოცდამეთერთმეტე მუხლიდან მეორმოცე მუხლამდე არსებულ ისტორიულ ხაზთან. ორივე ხაზი მიუთითებს პერიოდზე, როდესაც პაპურ რომს წარმომადგენელი ძალა თავდაპირველად სამ დაბრკოლებას სძლია, გარკვეული ხნის განმავლობაში მმართველობდა, ვიდრე დარღვეული შეთანხმება მათზე სამხრეთის მეფეს მოიყვანდა, რომელმაც სასიკვდილო ჭრილობა მიაყენა. რაც უფრო გულდასმით შეისწავლება და ისტორიასთან შედარდება ეს ორი ხაზი, მით უფრო ღრმად ცხადდება მათი განსაცვიფრებელი სიზუსტე. მათი სიზუსტე ეხება როგორც იმას, თუ რამდენად მჭიდროდ გამოხატავენ ისინი ამ მუხლებში არსებულ სტრუქტურას, ასევე იმ ისტორიასაც, რომელმაც ეს მუხლები აღასრულა.</w:t>
      </w:r>
    </w:p>
    <w:p>
      <w:pPr>
        <w:pStyle w:val="ArticleBody"/>
        <w:jc w:val="left"/>
      </w:pPr>
      <w:r>
        <w:rPr>
          <w:rFonts w:ascii="Sylfaen" w:hAnsi="Sylfaen" w:eastAsia="Sylfaen" w:cs="Sylfaen"/>
        </w:rPr>
        <w:t>ისტორია, რომელმაც ხუთი მუხლი აღასრულა, პარალელურია და შეესაბამება პაპური რომის ისტორიას, როგორც ეს გადმოცემულია ოცდამეთერთმეტედან მეორმოცე მუხლამდე, და წარმოადგენს იმ ფონს, რომელზედაც ანტიოქე დიდის შემოყვანაა მოცემული მეათედან მეთხუთმეტე მუხლამდე.</w:t>
      </w:r>
    </w:p>
    <w:p>
      <w:pPr>
        <w:pStyle w:val="ArticleScripture"/>
        <w:jc w:val="left"/>
      </w:pPr>
      <w:r>
        <w:rPr>
          <w:rFonts w:ascii="Sylfaen" w:hAnsi="Sylfaen" w:eastAsia="Sylfaen" w:cs="Sylfaen"/>
        </w:rPr>
        <w:t>ხოლო მისი ძენი აღიძვრიან და შეკრებენ მრავალრიცხოვან დიდ ძალებს; და ერთი უეჭველად მოვა, გადმოიღვრება და გადაივლის; შემდეგ დაბრუნდება და აღიძვრება თვით მის ციხესიმაგრემდეც. დანიელი 11:10.</w:t>
      </w:r>
    </w:p>
    <w:p>
      <w:pPr>
        <w:pStyle w:val="ArticleBody"/>
        <w:jc w:val="left"/>
      </w:pPr>
      <w:r>
        <w:rPr>
          <w:rFonts w:ascii="Sylfaen" w:hAnsi="Sylfaen" w:eastAsia="Sylfaen" w:cs="Sylfaen"/>
        </w:rPr>
        <w:t>მეათე მუხლის აღსრულებით, ანტიოქოს დიდმა გამარჯვებით მიაღწია ეგვიპტის ციხე-სიმაგრემდე, სადაც მან ლაშქრობა შეწყვიტა, რათა ძალები ხელახლა მოეკრიბა. ეს ისტორია წინასახედ წარმოადგენს 1989 წელს საბჭოთა კავშირის დაშლას, როგორც ეს იმავე თავის მეორმოცე მუხლშია წარმოდგენილი.</w:t>
      </w:r>
    </w:p>
    <w:p>
      <w:pPr>
        <w:pStyle w:val="ArticleScripture"/>
        <w:jc w:val="left"/>
      </w:pPr>
      <w:r>
        <w:rPr>
          <w:rFonts w:ascii="Sylfaen" w:hAnsi="Sylfaen" w:eastAsia="Sylfaen" w:cs="Sylfaen"/>
        </w:rPr>
        <w:t>და აღსასრულის ჟამს სამხრეთის მეფე შეებრძოლება მას; ხოლო ჩრდილოეთის მეფე ქარიშხალივით მოადგება მას ეტლებით, მხედრებით და მრავალი ხომალდით; და შეიჭრება ქვეყნებში, გადავლდება და გადაივლის. დანიელი 11:40.</w:t>
      </w:r>
    </w:p>
    <w:p>
      <w:pPr>
        <w:pStyle w:val="ArticleBody"/>
        <w:jc w:val="left"/>
      </w:pPr>
      <w:r>
        <w:rPr>
          <w:rFonts w:ascii="Sylfaen" w:hAnsi="Sylfaen" w:eastAsia="Sylfaen" w:cs="Sylfaen"/>
        </w:rPr>
        <w:t>მეათე მუხლის სიტყვები — „უეჭველად მოვა, გადაივლის და განვლის“ — ებრაულში იდენტურია მეორმოცე მუხლის სიტყვებისა: „იგი შევა ქვეყნებში, გადაივლის და გადალახავს.“ ორივე მუხლი მიუთითებს იმ დროს, როდესაც ჩრდილოეთის მეფე (მეათე მუხლში ანტიოქე და მეორმოცე მუხლში რეიგანი) ამარცხებს სამხრეთის მეფეს (მეათე მუხლში პტოლემე და მეორმოცე მუხლში საბჭოთა კავშირი). ორივე შეტევა საპასუხო იყო სამხრეთის მეფის წინარე გამარჯვებაზე (მეხუთედან მეცხრე მუხლების ჩათვლით პტოლემესი და მეორმოცე მუხლში ნაპოლეონისა). სამხრეთის მეფის თავდასხმის მოტივაცია დარღვეული ხელშეკრულება იყო (მეხუთედან მეცხრე მუხლების ჩათვლით ბერნიკეს ქორწინება და 1797 წლის ტოლენტინოს დარღვეული ხელშეკრულება ნაპოლეონთან). მუხლებში წარმოდგენილი წინასწარმეტყველური სტრუქტურა და ამ მუხლების შემდგომი აღსრულება ისტორიაში ესაია 8:8-საც შეესაბამება.</w:t>
      </w:r>
    </w:p>
    <w:p>
      <w:pPr>
        <w:pStyle w:val="ArticleScripture"/>
        <w:jc w:val="left"/>
      </w:pPr>
      <w:r>
        <w:rPr>
          <w:rFonts w:ascii="Sylfaen" w:hAnsi="Sylfaen" w:eastAsia="Sylfaen" w:cs="Sylfaen"/>
        </w:rPr>
        <w:t>და იგი გაივლის იუდაში; გადაიღვრება და გადმოვა, კისრამდე მიაღწევს; და მისი ფრთების გაშლა აავსებს შენი ქვეყნის სივრცეს, ჰოი, იმანუელ. ესაია 8:8.</w:t>
      </w:r>
    </w:p>
    <w:p>
      <w:pPr>
        <w:pStyle w:val="ArticleBody"/>
        <w:jc w:val="left"/>
      </w:pPr>
      <w:r>
        <w:rPr>
          <w:rFonts w:ascii="Sylfaen" w:hAnsi="Sylfaen" w:eastAsia="Sylfaen" w:cs="Sylfaen"/>
        </w:rPr>
        <w:t xml:space="preserve">როდესაც ესაია წინასწარმეტყველებს, რომ სანხერიბის ლაშქარი „გადმოიღვრება და გადაივლის“, აქ კვლავ </w:t>
      </w:r>
      <w:r>
        <w:rPr>
          <w:rFonts w:ascii="Nirmala UI" w:hAnsi="Nirmala UI" w:eastAsia="Nirmala UI" w:cs="Nirmala UI"/>
        </w:rPr>
        <w:t>वही</w:t>
      </w:r>
      <w:r>
        <w:rPr>
          <w:rFonts w:ascii="Sylfaen" w:hAnsi="Sylfaen" w:eastAsia="Sylfaen" w:cs="Sylfaen"/>
        </w:rPr>
        <w:t xml:space="preserve"> ებრაული სიტყვაა, რაც მეათე და ორმოცე მუხლებში. ესაია მიუთითებს იმ დროზე, როდესაც სანხერიბმა, ჩრდილოეთის სამეფომ, დაიპყრო იუდას სამხრეთის სამეფო, მაგრამ იერუსალიმი მდგომარედ დატოვა, რადგან მხოლოდ „ყელამდე“ მიაღწია, როგორც ანტიოქემაც მიაღწია საზღვრამდე მეათე მუხლში. სანხერიბის მოტივაცია ის იყო, რომ ხიზკიამ დაარღვია ასურეთთან დადებული ხელშეკრულება, რაც ხიზკიას მიერ შეთანხმებული ხარკის შეწყვეტით არის წარმოდგენილი. დარღვეული ხელშეკრულება ამ სამი პარალელური მუხლის ანომალიას წარმოადგენს. თითოეული მათგანი დარღვეულ ხელშეკრულებას მოიცავდა, მაგრამ პტოლემეოსისა და ნაპოლეონის შემთხვევაში ჩრდილოეთის მეფეს ედებოდა ბრალი ხელშეკრულების დარღვევაში. სანხერიბმა, ჩრდილოეთის მეფემ, ხიზკიას ბრალი დასდო დადგენილ ხარკზე უარის თქმაში.</w:t>
      </w:r>
    </w:p>
    <w:p>
      <w:pPr>
        <w:pStyle w:val="ArticleScripture"/>
        <w:jc w:val="left"/>
      </w:pPr>
      <w:r>
        <w:rPr>
          <w:rFonts w:ascii="Sylfaen" w:hAnsi="Sylfaen" w:eastAsia="Sylfaen" w:cs="Sylfaen"/>
        </w:rPr>
        <w:t>ხოლო ხიზკიას მეფობის მეთოთხმეტე წელს ასურეთის მეფე სანხერიბი გამოვიდა იუდას ყველა გამაგრებული ქალაქის წინააღმდეგ და დაიპყრო ისინი. მაშინ ხიზკია, იუდას მეფე, გაუგზავნა ასურეთის მეფეს ლაქიშში და უთხრა: შევცოდე; უკანდახიე ჩემგან; რასაც დამაკისრებ, ვიტვირთებ. და ასურეთის მეფემ დაუწესა ხიზკიას, იუდას მეფეს, სამასი ტალანტი ვერცხლი და ოცდაათი ტალანტი ოქრო. და მისცა ხიზკიამ მას მთელი ვერცხლი, რაც უფლის სახლში და მეფის სახლის საგანძურებში აღმოჩნდა. 2 მეფეთა 18:13–15.</w:t>
      </w:r>
    </w:p>
    <w:p>
      <w:pPr>
        <w:pStyle w:val="ArticleBody"/>
        <w:jc w:val="left"/>
      </w:pPr>
      <w:r>
        <w:rPr>
          <w:rFonts w:ascii="Sylfaen" w:hAnsi="Sylfaen" w:eastAsia="Sylfaen" w:cs="Sylfaen"/>
        </w:rPr>
        <w:t>სენაქერიბის ჩრდილოეთის ლაშქარმა იერუსალიმისკენ თავისი ლაშქრობისას იუდას ორმოცდაექვსი ქალაქი დაიპყრო. დიდი წინასწარმეტყველური მნიშვნელობა აქვს იმას, რომ ესაია 8:8 უკავშირდება მეათე და ორმოცე მუხლებს, და ამგვარად იძლევა მესამე მოწმობას 1989 წელს საბჭოთა კავშირის სამხრეთის სამეფოს დაცემის შესახებ. ეს დაცემა აღნიშნავს ორმოცი მუხლის იმ პერიოდის დასაწყისს, რომელიც ცარიელია. ორმოცი მუხლის აღსრულებიდან 1989 წელს ორმოცდამეერთე მუხლამდე, რომელიც წარმოადგენს მალე მოსალოდნელ კვირადღის კანონს, ორმოცე მუხლში არის ცარიელი პერიოდი. ეს პერიოდი იწყება 1989 წელს და მთავრდება კვირადღის კანონით. ორმოცე მუხლი დროის ამ მონაკვეთზე არაფერს ამბობს, მაგრამ ორმოცი მუხლის გაგება შესაძლებელია „სტრიქონი სტრიქონზე“ მეთოდოლოგიით.</w:t>
      </w:r>
    </w:p>
    <w:p>
      <w:pPr>
        <w:pStyle w:val="ArticleBody"/>
        <w:jc w:val="left"/>
      </w:pPr>
      <w:r>
        <w:rPr>
          <w:rFonts w:ascii="Sylfaen" w:hAnsi="Sylfaen" w:eastAsia="Sylfaen" w:cs="Sylfaen"/>
        </w:rPr>
        <w:t>ორმოცე მუხლის დაფარული ისტორიის დასადგენად ერთ-ერთი მთავარი „გასაღები“ არის ესაიას მოწმობა ჩრდილოეთის სამეფოს მიერ სამხრეთის სამეფოს წინააღმდეგ წარმოებულ გამარჯვებულ საპასუხო ომზე. იქნება ეს ხიზკიას აჯანყება, როდესაც მან შეწყვიტა ასურეთისთვის წინასწარი ვალდებულებისამებრ „ხარკის“ მიგება, ან ბერენიკეს განყენება ანტიოქოსის მიერ, ან ნაპოლეონის ტოლენტინოს ხელშეკრულება — სამივე მუხლი აღსრულდა იმ ისტორიული მოვლენებით, რომლებიც თავდასხმის ძირეულ მოტივად დარღვეულ ხელშეკრულებას უსვამს ხაზს. ობამას პრეზიდენტობის დროს, ჯონ კერის სახელმწიფო დეპარტამენტის ხელმძღვანელობის ქვეშ, თანაშემწე სახელმწიფო მდივანმა ვიქტორია ნულანდმა მოახდინა ფერადი რევოლუციის ორგანიზება უკრაინის მთავრობის დასამხობად. იმ მომენტიდან მოყოლებული, უკრაინის ომთან დაკავშირებით ერთი დავის ორი მხარე არსებობს: პუტინი ამბობს, რომ საქმე ეხებოდა დარღვეულ ხელშეკრულებას, ხოლო მისი მოწინააღმდეგეები ამბობენ, რომ ის ხელშეკრულება, რომელზეც პუტინი მიუთითებს, იმ კონტექსტში, როგორც ამას პუტინი ამტკიცებს, არასოდეს არსებულა. რეალურად დაიდო თუ არა ხელშეკრულება და შემდეგ დაირღვა, თუ პირიქით, ამას მნიშვნელობა არა აქვს, რადგან წინასწარმეტყველური ჩანაწერი უბრალოდ აღნიშნავს ომის მოტივად დარღვეულ ხელშეკრულებას.</w:t>
      </w:r>
    </w:p>
    <w:p>
      <w:pPr>
        <w:pStyle w:val="ArticleBody"/>
        <w:jc w:val="left"/>
      </w:pPr>
      <w:r>
        <w:rPr>
          <w:rFonts w:ascii="Sylfaen" w:hAnsi="Sylfaen" w:eastAsia="Sylfaen" w:cs="Sylfaen"/>
        </w:rPr>
        <w:t>ესაიას 8:8 გვაძლევს „გასაღებს“, რათა დავინახოთ, რომ ჩრდილოეთის მეფე იპყრობს მხოლოდ ყელამდე, ანუ თავამდე. ეს „გასაღები“ რუსეთს აღიარებს იმ თავად, რომელიც ფეხზე დარჩა სხეულის დაშლის შემდეგ 1989 წელს. მერვე მუხლის წინასწარმეტყველური მნიშვნელობა მხოლოდ თავის იდენტიფიცირების „გასაღებში“ კი არ მოიძებნება, არამედ იმაშიც, რომ მისი მიერ „ყელის“ იდენტიფიცირება, რომელიც თავს, ანუ დედაქალაქს წარმოადგენს, შეიძლება დადგინდეს მხოლოდ ესაიას 8-ის იმავე ხილვის წინა მონაკვეთთან კავშირში. ეს ხილვა იწყება მეშვიდე თავში, და მეშვიდე და მერვე მუხლებში თავი განსაზღვრულია როგორც მეფე, ან მისი სამეფო, ან სამეფოს დედაქალაქი. იერუსალიმი იყო იუდას დედაქალაქი, რომლის 46 ქალაქიც სენაქერიბის ლაშქარმა დაიპყრო, მაგრამ სენაქერიბმა იერუსალიმის დედაქალაქი დაუმხობელი დატოვა.</w:t>
      </w:r>
    </w:p>
    <w:p>
      <w:pPr>
        <w:pStyle w:val="ArticleScripture"/>
        <w:jc w:val="left"/>
      </w:pPr>
      <w:r>
        <w:rPr>
          <w:rFonts w:ascii="Sylfaen" w:hAnsi="Sylfaen" w:eastAsia="Sylfaen" w:cs="Sylfaen"/>
        </w:rPr>
        <w:t>ვინაიდან სირიის თავი არის დამასკო, და დამასკოს თავი — რეცინი; და სამოცდახუთი წლის განმავლობაში ეფრემი დაიმსხვრევა ისე, რომ აღარ იქნება ხალხი. და ეფრემის თავი არის სამარია, და სამარიის თავი — რემალიას ძე. თუ არ ირწმუნებთ, უეჭველად ვერ დამტკიცდებით. ესაია 7:8, 9.</w:t>
      </w:r>
    </w:p>
    <w:p>
      <w:pPr>
        <w:pStyle w:val="ArticleBody"/>
        <w:jc w:val="left"/>
      </w:pPr>
      <w:r>
        <w:rPr>
          <w:rFonts w:ascii="Sylfaen" w:hAnsi="Sylfaen" w:eastAsia="Sylfaen" w:cs="Sylfaen"/>
        </w:rPr>
        <w:t>როდესაც სენაქერიბის ლაშქარი იერუსალიმის კედლებთან მივიდა ძვ. წ. 701 წელს, იგი კისრამდე ამოვიდა, და ამით დატოვა რუსეთის 1989 წლის კოლაფსის შემდეგ დარჩენის ისტორიული მოწმე. როგორც ანტიოქოს დიდმა დაიწყო თავისი საპასუხო დარტყმა სამხრეთის სამეფოს წინააღმდეგ, იგი მეათე მუხლში ეგვიპტის საზღვრამდე მივიდა, მაგრამ არ შესულა. ანტიოქოსის გამარჯვებაში მეათე მუხლში მნიშვნელოვნია ის, რომ იგი აღნიშნავს ანტიოქოსის სამხედრო კამპანიის დასასრულს, რომელსაც გამოკვეთილი ბრძოლა არ ახლდა, არამედ წარმოადგენს მის საქმიანობას უწინ დაკარგული გეოგრაფიის ხელახლა დამკვიდრებაში. მისი დაპყრობა მეათე მუხლში რამდენიმე გამარჯვების დასკვნით წარმოდგება. მან მეოთხე სირიული ომის კამპანია რაფიასთან დაასრულა, რომლის მნიშვნელობაც არის „სასაზღვრო ქვეყანა“, და რაფია ეგვიპტის საზღვარი, ანუ „კისერი“ იყო. ანტიოქოსის კამპანია ძვ. წ. 219 წლიდან ძვ. წ. 217 წლამდე წარმოადგენს საბჭოთა კავშირის კოლაფსის 1989 წლიდან 1991 წლამდე გადმოდინებასა და გადავლას, როდესაც მეფემ ქვეყნებს გადაუარა.</w:t>
      </w:r>
    </w:p>
    <w:p>
      <w:pPr>
        <w:pStyle w:val="ArticleBody"/>
        <w:jc w:val="left"/>
      </w:pPr>
      <w:r>
        <w:rPr>
          <w:rFonts w:ascii="Sylfaen" w:hAnsi="Sylfaen" w:eastAsia="Sylfaen" w:cs="Sylfaen"/>
        </w:rPr>
        <w:t>წინასწარმეტყველურად, ესაია 8:8 საშუალებას იძლევა, რომ რუსეთი — როგორც კისერი სენაქერიბის ბრძოლაში, ან როგორც სიმაგრე ანტიოქოსის ბრძოლაში — რაფიის ბრძოლაში სამხრეთის მეფედ იქნას იდენტიფიცირებული, როგორც ეს მეთერთმეტე მუხლის აღსრულებით არის წარმოდგენილი. ამით იგი უშუალოდ აკავშირებს გარეგან ისტორიას, რომელიც წარმოდგენილია გველეშაპით (სამხრეთის მეფე), მხეცით (ჩრდილოეთის მეფე) და ცრუწინასწარმეტყველით (ჩრდილოეთის მეფის წარმომადგენელი ძალაუფლება), წინასწარმეტყველების შინაგან ხაზთან, როგორც ეს წარმოდგენილია მეშვიდე თავის მეშვიდე მუხლის სამოცდახუთწლიანი წინასწარმეტყველებით.</w:t>
      </w:r>
    </w:p>
    <w:p>
      <w:pPr>
        <w:pStyle w:val="ArticleBody"/>
        <w:jc w:val="left"/>
      </w:pPr>
      <w:r>
        <w:rPr>
          <w:rFonts w:ascii="Sylfaen" w:hAnsi="Sylfaen" w:eastAsia="Sylfaen" w:cs="Sylfaen"/>
        </w:rPr>
        <w:t>წინასწარმეტყველურად, სენაქერიბის იერუსალიმზე მოსვლის მნიშვნელობა წარმოადგენს წმინდა წერილებში ღვთის ძალის ერთ-ერთ უმძლავრეს წინასწარმეტყველურ დამოწმებას, რადგან იქ ღმერთმა ერთ ღამეში გაანადგურა სენაქერიბის 185,000-კაციანი ლაშქარი. წინა დღეს იერუსალიმის გალავანზე იდგნენ როგორც ელიაკიმი, ისე შებნა — ლაოდიკიური და ფილადელფიური ადვენტიზმის სიმბოლოები, რომლებიც აღბეჭდილნი არიან 1844 წლის დახურული კარისა და საკვირაო კანონის დახურული კარის დროს.</w:t>
      </w:r>
    </w:p>
    <w:p>
      <w:pPr>
        <w:pStyle w:val="ArticleScripture"/>
        <w:jc w:val="left"/>
      </w:pPr>
      <w:r>
        <w:rPr>
          <w:rFonts w:ascii="Sylfaen" w:hAnsi="Sylfaen" w:eastAsia="Sylfaen" w:cs="Sylfaen"/>
        </w:rPr>
        <w:t>და იყო ხიზკიას მეფობის მეთოთხმეტე წელს, რომ სენახერიბი, აშურის მეფე, გამოვიდა იუდას ყველა გამაგრებული ქალაქის წინააღმდეგ და დაიპყრო ისინი. და აშურის მეფემ ლაქიშიდან რაბშაკე გაგზავნა იერუსალიმში მეფე ხიზკიასთან დიდი ლაშქრით. და დადგა იგი ზემო აუზის წყალსადენთან, მრეცხავთა ველის გზაზე. მაშინ გამოვიდნენ მასთან ელიაკიმი, ხილკიას ძე, რომელიც სასახლეზე იყო დაყენებული, და შებნა, მწერალი, და იოახი, ასაფის ძე, მემატიანე. ესაია 36:1–3.</w:t>
      </w:r>
    </w:p>
    <w:p>
      <w:pPr>
        <w:pStyle w:val="ArticleBody"/>
        <w:jc w:val="left"/>
      </w:pPr>
      <w:r>
        <w:rPr>
          <w:rFonts w:ascii="Sylfaen" w:hAnsi="Sylfaen" w:eastAsia="Sylfaen" w:cs="Sylfaen"/>
        </w:rPr>
        <w:t>ესაიას მეშვიდე თავში ესაია იგზავნება უწყებით იუდას, სამხრეთის სამეფოს, ბოროტ მეფე ახაზთან. სწორედ იმ სამეფოს ესხმის თავს სენაქერიბი მერვე თავის მერვე მუხლში. როდესაც ესაია ბოროტ მეფე ახაზს ხვდება, მას ხვდება „ზემო გუბის წყალსადენთან, მრეცხავის ველის გზაზე“, სწორედ იქ, სადაც რაბშაკე უფლის სახელს გმობს. ესაია ასწავლიდა, რომ იგი და მისი შვილები ნიშნები იყვნენ.</w:t>
      </w:r>
    </w:p>
    <w:p>
      <w:pPr>
        <w:pStyle w:val="ArticleScripture"/>
        <w:jc w:val="left"/>
      </w:pPr>
      <w:r>
        <w:rPr>
          <w:rFonts w:ascii="Sylfaen" w:hAnsi="Sylfaen" w:eastAsia="Sylfaen" w:cs="Sylfaen"/>
        </w:rPr>
        <w:t>აჰა, მე და შვილები, რომლებიც უფალმა მომცა, ვართ ნიშნებად და სასწაულებად ისრაელში ცაბაოთ უფლისაგან, რომელიც მკვიდრობს სიონის მთაზე. ესაია 8:18.</w:t>
      </w:r>
    </w:p>
    <w:p>
      <w:pPr>
        <w:pStyle w:val="ArticleBody"/>
        <w:jc w:val="left"/>
      </w:pPr>
      <w:r>
        <w:rPr>
          <w:rFonts w:ascii="Sylfaen" w:hAnsi="Sylfaen" w:eastAsia="Sylfaen" w:cs="Sylfaen"/>
        </w:rPr>
        <w:t xml:space="preserve">როდესაც ესაია შეხვდა ბოროტ მეფე ახაზს „ზემო აუზის წყალსადენის </w:t>
      </w:r>
      <w:r>
        <w:rPr>
          <w:rFonts w:ascii="Nirmala UI" w:hAnsi="Nirmala UI" w:eastAsia="Nirmala UI" w:cs="Nirmala UI"/>
        </w:rPr>
        <w:t>వద్ద</w:t>
      </w:r>
      <w:r>
        <w:rPr>
          <w:rFonts w:ascii="Sylfaen" w:hAnsi="Sylfaen" w:eastAsia="Sylfaen" w:cs="Sylfaen"/>
        </w:rPr>
        <w:t>, მთელავთა მინდვრის გზაზე“, ესაიას თან ჰყავდა თავისი ძე შéar-იაშუბი, რაც ნიშნავს: „ნაშთი დაბრუნდება.“</w:t>
      </w:r>
    </w:p>
    <w:p>
      <w:pPr>
        <w:pStyle w:val="ArticleScripture"/>
        <w:jc w:val="left"/>
      </w:pPr>
      <w:r>
        <w:rPr>
          <w:rFonts w:ascii="Sylfaen" w:hAnsi="Sylfaen" w:eastAsia="Sylfaen" w:cs="Sylfaen"/>
        </w:rPr>
        <w:t>მაშინ უთხრა უფალმა ესაიას: გადი ახლა ახაზის შესახვედრად, შენ და შენი ძე შეარ-იაშუბი, ზემო აუზის წყალსადენის ბოლოსთან, მრეცხავთა ველის გზაზე. ესაია 7:3.</w:t>
      </w:r>
    </w:p>
    <w:p>
      <w:pPr>
        <w:pStyle w:val="ArticleBody"/>
        <w:jc w:val="left"/>
      </w:pPr>
      <w:r>
        <w:rPr>
          <w:rFonts w:ascii="Sylfaen" w:hAnsi="Sylfaen" w:eastAsia="Sylfaen" w:cs="Sylfaen"/>
        </w:rPr>
        <w:t>შეარ-იაშუბი აღნიშნავს, რომ ის უწყება, რომელიც ესაიამ გამოაცხადა „ზედა აუზის წყალგამტარის ბოლოში, მრეცხავის ველის გზაზე“, არის უწყება, რომელიც იმ ნატამალს ამოიცნობს, ვინც ბრუნდება. ეს ნატამალი არიან მალაქიას წიგნში მოხსენიებულნი, რომელთაც ეწოდებათ, გამოსცადონ უფალი მისკენ მიბრუნებით და მეათედთა საგანძურში მიტანით. ისინი, ვინც ბრუნდებიან, იერემიასთანაც არიან წარმოდგენილნი, როგორც ისინი, ვინც პირველი იმედგაცრუების შემდეგ ბრუნდებიან. მეშვიდე თავში „ზედა აუზის წყალგამტარის ბოლო, მრეცხავის ველის გზაზე“ წარმოგვიდგენს ესაიას, რომელიც უწყებას გადასცემს ბოროტ სამხრეთის მეფეს; ხოლო ესაიას ოცდამეთექვსმეტე თავში ელ</w:t>
      </w:r>
      <w:r>
        <w:rPr>
          <w:rFonts w:ascii="Segoe UI" w:hAnsi="Segoe UI" w:eastAsia="Segoe UI" w:cs="Segoe UI"/>
        </w:rPr>
        <w:t>יא</w:t>
      </w:r>
      <w:r>
        <w:rPr>
          <w:rFonts w:ascii="Sylfaen" w:hAnsi="Sylfaen" w:eastAsia="Sylfaen" w:cs="Sylfaen"/>
        </w:rPr>
        <w:t>კიმი, შებნა და მემატიანე იოახი ხიზკიას სახელით მოქმედებდნენ, ხოლო რაბშაკე სენაქერიბს წარმოადგენდა.</w:t>
      </w:r>
    </w:p>
    <w:p>
      <w:pPr>
        <w:pStyle w:val="ArticleBody"/>
        <w:jc w:val="left"/>
      </w:pPr>
      <w:r>
        <w:rPr>
          <w:rFonts w:ascii="Sylfaen" w:hAnsi="Sylfaen" w:eastAsia="Sylfaen" w:cs="Sylfaen"/>
        </w:rPr>
        <w:t>„ზემო ტბორის წყალსადენის ბოლოს, მრეცხავის ველის გზაზე“ პირველი უწყება ქადაგებულ იქნა ესაიასა და მისი ძის მიერ; „ზემო ტბორის წყალსადენის ბოლოს, მრეცხავის ველის გზაზე“ უკანასკნელი უწყება ქადაგებულ იქნა სამი პირის მიერ. პირველი უწყება მიმართული იყო შინაგან მეფეს, ხოლო მეორე — გარეგან მეფეს. გამყოფი ზოლი არის კედელი, რომელიც ღვთის რჯულის სიმბოლოა, და კვირის კანონი, რომელიც წარმოადგენს ეკლესიისა და სახელმწიფოს გამმიჯნავი კედლის გაუქმებას. კვირის კანონთან, ანუ კედელთან, დაკავშირებულია სამი სიმბოლო: ელიაკიმი არის ფილადელფია, შებნა არის ლაოდიკეა, ხოლო მემატიანე იოაბი — სარდისი.</w:t>
      </w:r>
    </w:p>
    <w:p>
      <w:pPr>
        <w:pStyle w:val="ArticleBody"/>
        <w:jc w:val="left"/>
      </w:pPr>
      <w:r>
        <w:rPr>
          <w:rFonts w:ascii="Sylfaen" w:hAnsi="Sylfaen" w:eastAsia="Sylfaen" w:cs="Sylfaen"/>
        </w:rPr>
        <w:t>კვირის კანონის დროს მრავალი დაეცემა დანიელის 11:41-ის თანახმად, და ეს პირები არიან ისინი, ვისაც პასუხი ეთხოვებათ მეშვიდე დღის შაბათის შესახებ მიღებული ნათლისთვის. ისინი, ვინც დაეცემიან 41-ე მუხლში, არიან ლაოდიკიელი მეშვიდე დღის ადვენტისტები, ხოლო ელიაკიმი ფილადელფიას წარმოადგენს.</w:t>
      </w:r>
    </w:p>
    <w:p>
      <w:pPr>
        <w:pStyle w:val="ArticleScripture"/>
        <w:jc w:val="left"/>
      </w:pPr>
      <w:r>
        <w:rPr>
          <w:rFonts w:ascii="Sylfaen" w:hAnsi="Sylfaen" w:eastAsia="Sylfaen" w:cs="Sylfaen"/>
        </w:rPr>
        <w:t>და მოხდება იმ დღეს, რომ მოვუხმობ ჩემს მსახურს, ელიაკიმს, ხილკიას ძეს; და შევმოსავ მას შენი სამოსლით, და განვამტკიცებ მას შენი სარტყლით, და შენს ხელისუფლებას მის ხელში ჩავაბარებ; და იგი იქნება მამა იერუსალიმის მკვიდრთათვის და იუდას სახლისათვის. და დავითის სახლის გასაღებს მის მხარზე დავდებ; და გახსნის, და ვერავინ დაკეტავს; და დაკეტავს, და ვერავინ გახსნის. ესაია 22:20–22.</w:t>
      </w:r>
    </w:p>
    <w:p>
      <w:pPr>
        <w:pStyle w:val="ArticleScripture"/>
        <w:jc w:val="left"/>
      </w:pPr>
      <w:r>
        <w:rPr>
          <w:rFonts w:ascii="Sylfaen" w:hAnsi="Sylfaen" w:eastAsia="Sylfaen" w:cs="Sylfaen"/>
        </w:rPr>
        <w:t>და ფილადელფიის ეკლესიის ანგელოზს მისწერე: ამას ამბობს წმიდა, ჭეშმარიტი, რომელსაც აქვს დავითის გასაღები, რომელიც აღებს და ვერავინ დახურავს, და ხურავს და ვერავინ აღებს: ვიცი შენი საქმენი; აჰა, წინ დაგიდე გახსნილი კარი, და ვერავინ შეძლებს მის დახურვას; რადგან მცირე ძალა გაქვს, და დაიმარხე ჩემი სიტყვა, და არ უარყავი ჩემი სახელი. აჰა, ვჰყოფ მათ სატანის საკრებულოდან, რომლებიც ამბობენ, იუდეველნი ვართო, და არ არიან, არამედ ცრუობენ; აჰა, ვჰყოფ მათ, რომ მოვიდნენ და თაყვანი სცენ შენს ფერხთა წინაშე, და შეიცნონ, რომ მე შეგიყვარე. გამოცხადება 3:7–9.</w:t>
      </w:r>
    </w:p>
    <w:p>
      <w:pPr>
        <w:pStyle w:val="ArticleBody"/>
        <w:jc w:val="left"/>
      </w:pPr>
      <w:r>
        <w:rPr>
          <w:rFonts w:ascii="Sylfaen" w:hAnsi="Sylfaen" w:eastAsia="Sylfaen" w:cs="Sylfaen"/>
        </w:rPr>
        <w:t>შებნა იცვლება ელიაკიმით, ხოლო კედელზე მდგომი შებნა წარმოადგენს ლაოდიკეელ მეშვიდე დღის ადვენტისტებს, რომლებიც უარს ამბობენ, სარგებელი მიიღონ ადრეული ან გვიანი წვიმის უწყებიდან. ეკლესიასთან დაკავშირებული ადრეული წვიმა წარმოდგენილი იყო ესაიათი და იმ ნარჩომით, რომელიც დაბრუნდა, ხოლო უწყება მიმართული იყო განდგომილ ეკლესიას, რომელსაც ბოროტი მეფე ახაზი წარმოადგენს. კედლიდან წარმოთქმული უწყება მიეცა ჩრდილოეთის ბოროტ მეფეს, რომელიც იერუსალიმის დამარცხებას ცდილობდა, და იგი გვიან წვიმას წარმოადგენს ადრეულ წვიმასთან მიმართებით. მაშინ, როცა ღვთის ეკლესია განისჯება, ადრეული ანუ პირველი წვიმა პკურებს, ხოლო საკვირაო კანონის დროს წვიმა იღვრება უზომოდ. ახაზისადმი უწყება იყო შინაგანი უწყება, სანხერიბისადმი უწყება — გარეგანი. გამოცხადების 18:1–3-ის პირველი ხმა არის მეორე ანგელოზის უწყების გამეორება და იგი შინაგანია. გამოცხადების მეთვრამეტე თავის მეოთხე მუხლის მეორე ხმა გარეგანია და იგი მესამე უწყებაა. ესაიამ და მისმა ძემ მოიტანეს შინაგანი მეორე ანგელოზის უწყება, ხოლო კედელზე, გარეგან უწყებასთან ერთად, სამი სულია.</w:t>
      </w:r>
    </w:p>
    <w:p>
      <w:pPr>
        <w:pStyle w:val="ArticleBody"/>
        <w:jc w:val="left"/>
      </w:pPr>
      <w:r>
        <w:rPr>
          <w:rFonts w:ascii="Sylfaen" w:hAnsi="Sylfaen" w:eastAsia="Sylfaen" w:cs="Sylfaen"/>
        </w:rPr>
        <w:t>ელიაკიმი არის ას ორმოცდაოთხი ათასი; შებნა არის ლაოდიკიური მეშვიდე დღის ადვენტიზმი, რომელიც იმ დროს უფლის პირიდან გამოინთხევა. იოაბი, მემატიანე, წარმოადგენს ღვთის სხვა ფარას, რომელიც კედელამდე მიმყვან ისტორიას აღნუსხავს, რათა ელიაკიმის დროშა, როდესაც იგი აღიმართება, შეიცნოს.</w:t>
      </w:r>
    </w:p>
    <w:p>
      <w:pPr>
        <w:pStyle w:val="ArticleBody"/>
        <w:jc w:val="left"/>
      </w:pPr>
      <w:r>
        <w:rPr>
          <w:rFonts w:ascii="Sylfaen" w:hAnsi="Sylfaen" w:eastAsia="Sylfaen" w:cs="Sylfaen"/>
        </w:rPr>
        <w:t>ესაია 8:8-ში ესაიას მეექვსე თავიდან მეთორმეტემდე თავებში მოცემული უწყებანი დანიელის მეთერთმეტე თავის მეათე მუხლში შემოდის. ამით იგი იძლევა მეორე მოწმობას იმისა, რომ სამეფოს თავი თავდასხმის შემდეგ კვლავ დგას. იგი აღნიშნავს დარღვეული ხელშეკრულების შესახებ არგუმენტს, რომელიც ბრძოლისთვის ბიძგის მისაცემად გამოიყენება.</w:t>
      </w:r>
    </w:p>
    <w:p>
      <w:pPr>
        <w:pStyle w:val="ArticleBody"/>
        <w:jc w:val="left"/>
      </w:pPr>
      <w:r>
        <w:rPr>
          <w:rFonts w:ascii="Sylfaen" w:hAnsi="Sylfaen" w:eastAsia="Sylfaen" w:cs="Sylfaen"/>
        </w:rPr>
        <w:t>საბჭოთა კავშირის დაშლიდან, 1989 წლიდან, ორმოცე მუხლიდან მომდევნო მუხლში წარმოდგენილ ახლოვადემომავალ კვირადღის კანონს შორის არის ოცდაშვიდი წლის წინასწარმეტყველური ისტორია, რომლის შესახებ ორმოცე მუხლი არაფერს ამბობს. დანიელის მეთერთმეტე თავის ათიდან თხუთმეტ მუხლამდე მუხლები წარმოადგენს იმ წინასწარმეტყველურ ისტორიას, რომელსაც ორმოცე მუხლი არ ეხება. ამის დანახვა შესაძლებელია მხოლოდ „სტრიქონი სტრიქონზე“ მეთოდოლოგიის გამოყენებით. „თუ არ ირწმუნებთ, ნამდვილად ვერ დამკვიდრდებით“ — ეს არის წინასწარმეტყველური გაფრთხილება, რომელიც თან ერთვის სამ მუხლს, რომლებიც 1989 წელს აღწერს, ხოლო ესაიას მერვე თავის მერვე მუხლის ისტორიული აღსრულება ელაკიმისა და შებნასთვის გამოცდას ასახავს. ხედავ შენ, თუ ბრმა ხარ?</w:t>
      </w:r>
    </w:p>
    <w:p>
      <w:pPr>
        <w:pStyle w:val="ArticleBody"/>
        <w:jc w:val="left"/>
      </w:pPr>
      <w:r>
        <w:rPr>
          <w:rFonts w:ascii="Sylfaen" w:hAnsi="Sylfaen" w:eastAsia="Sylfaen" w:cs="Sylfaen"/>
        </w:rPr>
        <w:t>დანიელის მეთერთმეტე თავის ორმოცდამეერთე მუხლი არის შეერთებულ შტატებში მალე მოსალოდნელი საკვირაო კანონი, რომელიც წინასახეობრივად არის წარმოდგენილი იმ ისტორიით, რომელმაც მეთექვსმეტე მუხლი აღასრულა.</w:t>
      </w:r>
    </w:p>
    <w:p>
      <w:pPr>
        <w:pStyle w:val="ArticleScripture"/>
        <w:jc w:val="left"/>
      </w:pPr>
      <w:r>
        <w:rPr>
          <w:rFonts w:ascii="Sylfaen" w:hAnsi="Sylfaen" w:eastAsia="Sylfaen" w:cs="Sylfaen"/>
        </w:rPr>
        <w:t>მაგრამ ვინც მის წინააღმდეგ მოვა, მოიქცევა თავისი ნებით, და ვერავინ აღუდგება წინ; და დადგება დიდებულ ქვეყანაში, რომელიც მისი ხელით განადგურდება. დანიელი 11:16.</w:t>
      </w:r>
    </w:p>
    <w:p>
      <w:pPr>
        <w:pStyle w:val="ArticleScripture"/>
        <w:jc w:val="left"/>
      </w:pPr>
      <w:r>
        <w:rPr>
          <w:rFonts w:ascii="Sylfaen" w:hAnsi="Sylfaen" w:eastAsia="Sylfaen" w:cs="Sylfaen"/>
        </w:rPr>
        <w:t>იგი შევა აგრეთვე დიდებულ ქვეყანაში, და მრავალი ქვეყანა დაემხობა; ხოლო ესენი გადაურჩებიან მის ხელს: ედომი, მოაბი და ყამონის ძეთა თავკაცნი. დანიელი 11:41.</w:t>
      </w:r>
    </w:p>
    <w:p>
      <w:pPr>
        <w:pStyle w:val="ArticleBody"/>
        <w:jc w:val="left"/>
      </w:pPr>
      <w:r>
        <w:rPr>
          <w:rFonts w:ascii="Sylfaen" w:hAnsi="Sylfaen" w:eastAsia="Sylfaen" w:cs="Sylfaen"/>
        </w:rPr>
        <w:t>დანიელის მეთერთმეტე თავის მეთექვსმეტე მუხლიდან ოცდამეათე მუხლამდე ისტორიული აღსრულება წარმართული რომის ისტორიაა. დანიელის მეთერთმეტე თავის ყოველი წინასწარმეტყველური ხაზი ან წარმართული, ან საპაპო, ან თანამედროვე რომის ისტორიას განასახიერებს. ყოველი ხაზი ან უშუალოდ მიუთითებს რომის ისტორიის რომელიმე მონაკვეთს, ან წინასწარ სახედ გამოსახავს მომავალ რომაულ ისტორიას. ყოველი ხაზი. მუხლები, რომლებიც უშუალოდ ეხება წარმართული რომის მიერ აღსრულებულ ისტორიას, სახედ გამოსახავს საპაპო რომს. ერთად აღებული, წარმართული რომი და საპაპო რომი მოწმობენ თანამედროვე რომის შესახებ. რომი ამყარებს ხილვას, რადგან თავის დასაწყისიდან დასასრულამდე ეს ხილვა რომის შესახებ არის.</w:t>
      </w:r>
    </w:p>
    <w:p>
      <w:pPr>
        <w:pStyle w:val="ArticleBody"/>
        <w:jc w:val="left"/>
      </w:pPr>
      <w:r>
        <w:rPr>
          <w:rFonts w:ascii="Sylfaen" w:hAnsi="Sylfaen" w:eastAsia="Sylfaen" w:cs="Sylfaen"/>
        </w:rPr>
        <w:t>იესომ მიუთითა, რომ იქ იყო გამცემი, რათა დახმარებოდა თავის მოწაფეებს, ერწმუნათ, როცა იუდას ღალატი გაცხადდებოდა.</w:t>
      </w:r>
    </w:p>
    <w:p>
      <w:pPr>
        <w:pStyle w:val="ArticleScripture"/>
        <w:jc w:val="left"/>
      </w:pPr>
      <w:r>
        <w:rPr>
          <w:rFonts w:ascii="Sylfaen" w:hAnsi="Sylfaen" w:eastAsia="Sylfaen" w:cs="Sylfaen"/>
        </w:rPr>
        <w:t>იუდაზე ვაის გამოცხადებით ქრისტეს თავისი მოწაფეების მიმართაც წყალობის მიზანი ჰქონდა. ამით მან მათ მისცა მისი მესიობის უმაღლესი მტკიცებულება. „ახლავე გეუბნებით, ვიდრე ეს მოხდებოდეს,“ — თქვა მან, — „რათა, როცა ახდება, ირწმუნოთ, რომ მე ვარ.“ იესო რომ მდუმარედ დარჩენილიყო, თითქოსდა უგულებელყოფით იმისა, რაც მას უნდა მოსვლოდა, მოწაფეებს შეიძლებოდა ეფიქრათ, რომ მათ მოძღვარს ღვთაებრივი წინასწარხედვით არ სარგებლობდა და მკვლელი ბრბოს ხელში მოულოდნელად აღმოჩნდა, მოტყუებულსა და გაცემულს. ერთი წლით ადრე იესომ უთხრა მოწაფეებს, რომ თორმეტი აირჩია და რომ ერთი მათგანი ეშმაკი იყო. ახლა კი მისი სიტყვები იუდას მიმართ, რომლებიც ცხადყოფდა, რომ მისი გამცემლობა სრულად ცნობილი იყო მისი მოძღვრისათვის, განამტკიცებდა ქრისტეს ჭეშმარიტ მიმდევართა რწმენას მისი დამცირების ჟამს. და როცა იუდა თავის საშინელ აღსასრულს მიაღწევდა, მათ გაახსენდებოდათ ის ვაი, რომელიც იესომ გამცემელს გამოუცხადა.“ ქრისტეს სურვილი საუკუნეთა, 655.</w:t>
      </w:r>
    </w:p>
    <w:p>
      <w:pPr>
        <w:pStyle w:val="ArticleBody"/>
        <w:jc w:val="left"/>
      </w:pPr>
      <w:r>
        <w:rPr>
          <w:rFonts w:ascii="Sylfaen" w:hAnsi="Sylfaen" w:eastAsia="Sylfaen" w:cs="Sylfaen"/>
        </w:rPr>
        <w:t>2023 წლის 31 დეკემბერს იუდას ტომის ლომმა დაიწყო საკუთარი თავის გამოცხადების ბეჭდების ახსნა, და საფუძვლიანი გამოცდა დაიწყო. გამოცდა იმაზე იყო, რჩებოდა თუ არა რომი იმ სიმბოლოდ, რომელმაც მეთოთხმეტე მუხლში ხილვა დაადგინა, თუ რამე შეიცვალა? როდესაც 2025 წლის 8 მაისს შეერთებული შტატებიდან პირველი ანტიქრისტე დაიწყო მეფობა, მეთოთხმეტე მუხლი აღსრულებული იყო. მაშინ უკვე შეიძლებოდა დანახვა, რომ ურთიერთობა ტრამპსა და პაპ ლეოს შორის წინასწარ იყო ტიპოლოგიურად წარმოდგენილი რეიგანსა და იოანე პავლე II-ში. უკრაინის ომი, რომელიც 2014 წელს დაიწყო, როცა შეერთებული შტატების სახელმწიფო დეპარტამენტმა უკრაინაში ფერადი რევოლუცია გამოიწვია, მოხდა ობამას პრეზიდენტობის დროს, რომელიც ორი პაპის განმავლობაში მეფობდა. რეიგანი და იოანე პავლე II — მეათე მუხლში, ხოლო შემდეგ, 2014 წელს, უკრაინის ომი დაიწყო, როგორც წარმოდგენილია მეთერთმეტე მუხლის სასაზღვრო ქვეყნის ბრძოლით, ანუ რაფიის ბრძოლით. რაფია ნიშნავს „სასაზღვრო ქვეყანას“, და ასევე ნიშნავს სიტყვა „უკრაინა“. იმ ისტორიაში ობამა და ორი პაპი აღნიშნავენ მეათედან მეთხუთმეტე მუხლებამდე აღწერილი სამი ბრძოლიდან მეორეს. შემდეგ, 2024 წელს, ტრამპი დაბრუნდა მეცამეტე მუხლის აღსრულებით. შემდეგ კი მეთოთხმეტე მუხლში ხილვა დგინდება ტრამპის პაპური შესატყვისის მოსვლით.</w:t>
      </w:r>
    </w:p>
    <w:p>
      <w:pPr>
        <w:pStyle w:val="ArticleBody"/>
        <w:jc w:val="left"/>
      </w:pPr>
      <w:r>
        <w:rPr>
          <w:rFonts w:ascii="Sylfaen" w:hAnsi="Sylfaen" w:eastAsia="Sylfaen" w:cs="Sylfaen"/>
        </w:rPr>
        <w:t>დადგენილ იქნა, რომ მეათეიდან მეთხუთმეტე მუხლებამდე აღწერილი სამი ბრძოლა წარმოადგენს სამ საგზაო ნიშნულს, რომელთაგან თითოეული გამოხატავს იზებელსა და ახაბს შორის ურთიერთობას, ვიდრე ეს კვირადღის კანონის დროს ქარმელის მთას მიაღწევდეს. რეიგანის დროს იზებელი სამარიაში იყო, დაფარული საიდუმლო კავშირით. შემდეგ ბაალის ქურუმებმა და ჭალაკის წინასწარმეტყველებმა აღამაღლეს გამოღვიძებული ლიბერალური კათოლიციზმის სპირიტუალიზმი, შერწყმული ობამას შიზოფრენიულ სიმბოლიკასთან, როგორც განდგომილი პროტესტანტიზმის ცრუ წინასწარმეტყველისა და ისლამის ცრუ წინასწარმეტყველისა, დედამიწა-დედის თაყვანისცემასთან, საფრანგეთის რევოლუციის გარყვნილებასა და ანარქიასთან. შემდეგ ტრამპი 2024 წელს დაბრუნდა, და მხეცსა და მის ხატს შორის აშკარა ურთიერთობა 2025 წელს ცხადად გამოიხატა. ახლა 2026 წელია, და საფუძვლის გარეგანი ხილვის გამოცდა გადალახულია, და ჩვენ ახლა ტაძრის ხილვის გამოცდაში ვიმყოფებით.</w:t>
      </w:r>
    </w:p>
    <w:p>
      <w:pPr>
        <w:pStyle w:val="ArticleBody"/>
        <w:jc w:val="left"/>
      </w:pPr>
      <w:r>
        <w:rPr>
          <w:rFonts w:ascii="Sylfaen" w:hAnsi="Sylfaen" w:eastAsia="Sylfaen" w:cs="Sylfaen"/>
        </w:rPr>
        <w:t>მეთერთმეტე მუხლი აღსრულდა რაფიის ბრძოლაში ძვ. წ. 217 წელს და წინასწარმეტყველურად განასახიერებს უკრაინის ომს, რომელიც დაიწყო 2014 წელს, გამწვავდა 2022 წელს და ახლა დასასრულს უახლოვდება. პუტინი გაიმარჯვებს, მაგრამ ეს გამარჯვება მხოლოდ მისი დაღუპვის დასაწყისს შემოიტანს. მეთერთმეტე მუხლის წინასწარმეტყველური სტრუქტურა და მისი ისტორიული აღსრულება პტოლემეოსის გამარჯვებაში რაფიის ბრძოლაში ძვ. წ. 217 წელს, მეთერთმეტე თავის მეთერთმეტე მუხლის აღსრულების სახით, თანხვდება მეფე უზიას წინასწარმეტყველურ ისტორიას. როგორც პტოლემეოსი, ისე უზიაც სამხრეთის მეფეები იყვნენ, რომელთა გულებიც სამხედრო წარმატებათა გამო აღიმაღლნენ, მაგრამ მათმა ამაღლებულმა გულებმა ორივე დაამხო, და ორივეს დაღუპვა დაკავშირებულია იერუსალიმის საწმიდარში შესაწირავის მიტანის ორმხრივ მცდელობებთან.</w:t>
      </w:r>
    </w:p>
    <w:p>
      <w:pPr>
        <w:pStyle w:val="ArticleBody"/>
        <w:jc w:val="left"/>
      </w:pPr>
      <w:r>
        <w:rPr>
          <w:rFonts w:ascii="Sylfaen" w:hAnsi="Sylfaen" w:eastAsia="Sylfaen" w:cs="Sylfaen"/>
        </w:rPr>
        <w:t>ჩვენ გავაგრძელებთ პუტინის დაღუპვის განხილვას, რომელიც მომდევნო სტატიაში, მეთხუთმეტე მუხლში, პანიუმის ბრძოლაში გადაიზრდება.</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თექვსმეტი</dc:title>
  <dc:subject>აღსასრულის ჟამი</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