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ჩვიდმეტი</w:t>
      </w:r>
    </w:p>
    <w:p>
      <w:pPr>
        <w:pStyle w:val="ArticleSubtitle"/>
        <w:jc w:val="left"/>
      </w:pPr>
      <w:r>
        <w:rPr>
          <w:rFonts w:ascii="Sylfaen" w:hAnsi="Sylfaen" w:eastAsia="Sylfaen" w:cs="Sylfaen"/>
        </w:rPr>
        <w:t>ნივთი და ხილვა: დანიელის წინასწარმეტყველების ორი ხაზი და გამოცხადების ბეჭდის 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2026-02-22</w:t>
      </w:r>
    </w:p>
    <w:p>
      <w:pPr>
        <w:pStyle w:val="ArticleBody"/>
        <w:jc w:val="left"/>
      </w:pPr>
      <w:r>
        <w:rPr>
          <w:rFonts w:ascii="Sylfaen" w:hAnsi="Sylfaen" w:eastAsia="Sylfaen" w:cs="Sylfaen"/>
        </w:rPr>
        <w:t>2020 წლის 18 ივლისს დადგა ას ორმოცდაოთხი ათასის მოძრაობის პირველი იმედგაცრუება. ეს მოხდა დანიელის მეთერთმეტე თავის ორმოცე მუხლის „დაფარულ ისტორიაში“. იმედგაცრუება სწორედ ამ „დაფარული ისტორიის“ მნიშვნელოვან მონაკვეთში მოხდა — ისტორიისა, რომელიც 1989 წელს საბჭოთა კავშირის დაშლით დაიწყო. ორმოცდამეერთე მუხლი წარმოადგენს კვირა კანონს შეერთებულ შტატებში, რაც ასევე წარმოდგენილია იმავე თავის მეთექვსმეტე მუხლში. იმ ჭეშმარიტებათა „მოხსნა ბეჭდისა“, რომლებიც ორმოცე მუხლის „დაფარულ ისტორიას“ შეადგენენ, 2023 წელს დანიელის მიერ მეთორმეტე თავშია წარმოდგენილი. მეათედან მეთორმეტე თავების ჩათვლით ერთი და იგივე ხილვაა, და ხილვა იწყება იმით, რომ დანიელი წარმოადგენს „ბრძენთ“, რომელთაც ესმით წინასწარმეტყველების როგორც შინაგანი, ისე გარეგანი უწყებანი, რაც აქ წარმოდგენილია, როგორც „საქმე“ და „ხილვა“.</w:t>
      </w:r>
    </w:p>
    <w:p>
      <w:pPr>
        <w:pStyle w:val="ArticleScripture"/>
        <w:jc w:val="left"/>
      </w:pPr>
      <w:r>
        <w:rPr>
          <w:rFonts w:ascii="Sylfaen" w:hAnsi="Sylfaen" w:eastAsia="Sylfaen" w:cs="Sylfaen"/>
        </w:rPr>
        <w:t>სპარსეთის მეფე კიროსის მეფობის მესამე წელს ერთ-ერთი სიტყვა გამოცხადდა დანიელს, რომელსაც ბელტეშაცარი ერქვა; და ეს სიტყვა ჭეშმარიტი იყო, თუმცა დანიშნული დრო ხანგრძლივი იყო; მან გაიგო ეს სიტყვა და ხილვაც შეიმეცნა. დანიელი 10:1.</w:t>
      </w:r>
    </w:p>
    <w:p>
      <w:pPr>
        <w:pStyle w:val="ArticleHeading"/>
        <w:jc w:val="left"/>
      </w:pPr>
      <w:r>
        <w:rPr>
          <w:rFonts w:ascii="Sylfaen" w:hAnsi="Sylfaen" w:eastAsia="Sylfaen" w:cs="Sylfaen"/>
        </w:rPr>
        <w:t>ორი ხილვა</w:t>
      </w:r>
    </w:p>
    <w:p>
      <w:pPr>
        <w:pStyle w:val="ArticleBody"/>
        <w:jc w:val="left"/>
      </w:pPr>
      <w:r>
        <w:rPr>
          <w:rFonts w:ascii="Sylfaen" w:hAnsi="Sylfaen" w:eastAsia="Sylfaen" w:cs="Sylfaen"/>
        </w:rPr>
        <w:t>„საქმე“ და „ხილვა“ წარმოადგენს წინასწარმეტყველების შინაგან და გარეგან ხილვებს, ხოლო დანიელი წარმოადგენს ხალხს, რომელსაც ორივე ესმის, რადგან მეათე თავში როგორც „საქმე“, ისე „ხილვა“ დანიელს „გამოეცხადა“. ამ თავში, ოცდამეორე დღეს, ქრისტეს ხილვა საწმიდარში დანიელს „გამოეცხადა“. ებრაული სიტყვა, რომელიც თარგმნილია როგორც „საქმე“, მეცხრე თავში ითარგმნება როგორც „საკითხი“, და იქაც იგი წარმოდგენილია „ხილვასთან“ კავშირში.</w:t>
      </w:r>
    </w:p>
    <w:p>
      <w:pPr>
        <w:pStyle w:val="ArticleScripture"/>
        <w:jc w:val="left"/>
      </w:pPr>
      <w:r>
        <w:rPr>
          <w:rFonts w:ascii="Sylfaen" w:hAnsi="Sylfaen" w:eastAsia="Sylfaen" w:cs="Sylfaen"/>
        </w:rPr>
        <w:t>შენი ვედრებების დასაწყისშივე გამოვიდა ბრძანება, და მოვედი, რათა გაგიცხადო; რადგან ძალზე საყვარელი ხარ; ამიტომ გაიგე ეს სიტყვა და გულისხმაყავ ხილვა. დანიელი 9:23.</w:t>
      </w:r>
    </w:p>
    <w:p>
      <w:pPr>
        <w:pStyle w:val="ArticleBody"/>
        <w:jc w:val="left"/>
      </w:pPr>
      <w:r>
        <w:rPr>
          <w:rFonts w:ascii="Sylfaen" w:hAnsi="Sylfaen" w:eastAsia="Sylfaen" w:cs="Sylfaen"/>
        </w:rPr>
        <w:t>მეათე თავში სიტყვა „რამ“ იგივე სიტყვაა, რომელიც მეცხრე თავის ოცდამესამე მუხლში ითარგმნება როგორც „საქმე“. დანიელის უკანასკნელ ხილვაში, რომელიც მოიცავს მეათედან მეთორმეტე თავების ჩათვლით, მეთერთმეტე თავის „რამ“ ან მეათე თავის „საქმე“ ორივე დაკავშირებულია „ხილვასთან“. „ხილვა“ არის ებრაული სიტყვა „mareh“ და ნიშნავს „გამოჩენას“. დანიელი თავის წიგნში ორ „ხილვას“ განასხვავებს, თუმცა ამ ორ „ხილვათაგან“ ერთი წარმოდგენილია ჯერ მდედრობით სქესში და შემდეგ კვლავ მამრობით სქესში. დანიელი მეათე თავის პირველ მუხლში აღნიშნავს მათ, რომელთაც ესმით „ხილვა“ გამოჩენასთან დაკავშირებით, და ასევე „საქმე“ ანუ „რამ“. მერვე თავში დანიელი განსაზღვრავს ორ ერთმანეთთან დაკავშირებულ „ხილვას“. ინგლისურ თარგმანში სიტყვა „ხილვა“ ამ თავში რვაჯერ გვხვდება, და ებრაული სიტყვებიდან, რომლებიც ითარგმნება როგორც „ხილვა“, ერთია „mareh“, ხოლო მეორე — „chazon“. Mareh ნიშნავს „გამოჩენას“, ხოლო chazon ნიშნავს „სიზმარს, გამოცხადებას ან ორაკულს“. მერვე თავის კონტექსტი ცხადყოფს, რომ როდესაც სიტყვა „mareh“ ითარგმნება როგორც „ხილვა“, იგი წარმოადგენს „ქრისტეს გამოჩენას“.</w:t>
      </w:r>
    </w:p>
    <w:p>
      <w:pPr>
        <w:pStyle w:val="ArticleBody"/>
        <w:jc w:val="left"/>
      </w:pPr>
      <w:r>
        <w:rPr>
          <w:rFonts w:ascii="Sylfaen" w:hAnsi="Sylfaen" w:eastAsia="Sylfaen" w:cs="Sylfaen"/>
        </w:rPr>
        <w:t>მაგალითად, დანიელის 8:14-ში ეს არის „მარეჰი“, ანუ „ხილვა გამოჩენის შესახებ“, რაც ნიშნავს, რომ 1844 წლის 22 ოქტომბერს ქრისტე უეცრად გამოჩნდებოდა ტაძარში, მალაქიას მესამე თავში მოხსენიებული აღთქმის მაცნის აღსრულებით, რომლის შესახებაც და უაითმა თქვა, რომ იგი აღსრულდა 1844 წლის 22 ოქტომბერს. როდესაც და უაითი განსაზღვრავს, რომ გამოცხადების მეათე თავში აღწერილი ანგელოზი, რომელიც ჩამოვიდა და ერთი ფეხი ხმელეთზე დადგა, ხოლო ერთი — ზღვაზე, იყო „არანაკლები პიროვნება, ვიდრე თავად იესო ქრისტე“, იგი აღნიშნავდა წინასწარმეტყველებაში არსებულ საგზაო ნიშანს, სადაც ქრისტე ჩნდება. ეს მისი მრავალ გამოჩენათაგანია. იუდას მიხედვით, იგი მოსეს აღდგომის დროსაც გამოჩნდა. იქ იგი გამოჩნდა როგორც მიქაელი, მთავარანგელოზი, მაგრამ მიუხედავად ამისა, ეს იყო წინასწარმეტყველური გამოჩენა. მერვე თავში „მარეჰ“-ის ხილვაც ითარგმნება როგორც „გამოჩენა“, მისი მნიშვნელობის შესაბამისად.</w:t>
      </w:r>
    </w:p>
    <w:p>
      <w:pPr>
        <w:pStyle w:val="ArticleScripture"/>
        <w:jc w:val="left"/>
      </w:pPr>
      <w:r>
        <w:rPr>
          <w:rFonts w:ascii="Sylfaen" w:hAnsi="Sylfaen" w:eastAsia="Sylfaen" w:cs="Sylfaen"/>
        </w:rPr>
        <w:t>და მოხდა ასე: როცა მე, დანიელმა, ხილვა ვიხილე და მისი მნიშვნელობის შეცნობას ვეძებდი, აჰა, ჩემს წინაშე დადგა ვიღაც, ადამიანის მსგავსების მქონე. დანიელი 8:15.</w:t>
      </w:r>
    </w:p>
    <w:p>
      <w:pPr>
        <w:pStyle w:val="ArticleBody"/>
        <w:jc w:val="left"/>
      </w:pPr>
      <w:r>
        <w:rPr>
          <w:rFonts w:ascii="Sylfaen" w:hAnsi="Sylfaen" w:eastAsia="Sylfaen" w:cs="Sylfaen"/>
        </w:rPr>
        <w:t>აქ კონტექსტი მიუთითებს, რომ ეს იყო ანგელოზი გაბრიელი, რომელსაც ჰქონდა „კაცის სახე“, ხოლო სიტყვა „სახე“ არის mareh — ქრისტეს ხილვის სახე; რადგან, როგორც ქრისტე წარმოდგენილია მთავარანგელოზ მიქაელად და გამოცხადების მეათე თავის ძლიერ ანგელოზად, ქრისტე წინასწარმეტყველურად ურთიერთშემცვლელია ანგელოზების, და თვით ადამიანების სიმბოლიკასთანაც კი. იქნება ეს გაბრიელი ამ მუხლში, თუ ქრისტე გამოცხადების მეათე თავში, ან როგორც მთავარანგელოზი მიქაელი, თითოეული მათგანი წარმოადგენს შეტყობინებას, და ამ მიზეზით და უაიტი გამოცხადების ანგელოზებს ადარებს როგორც იმ შეტყობინებას, რომელსაც ისინი წარმოადგენენ, ასევე იმ ადამიანებს, რომლებიც ანგელოზებით წარმოდგენილ შეტყობინებას აუწყებენ. ეს ჭეშმარიტება იმდენად მნიშვნელოვანია, რომ გამოცხადების პირველი თავის პირველ სამ მუხლში — იმ სამ მუხლში, რომლებიც აუწყებენ იესო ქრისტეს გამოცხადების ბეჭდის ახსნას, მადლის ჟამის დახურვის წინ, რადგან „ჟამი ახლოსაა“ — ღმერთისგან ადამიანისადმი გადაცემის პროცესი მკაფიოდ არის აღნიშნული, როგორც მამისგან მომდინარე შეტყობინება, რომელიც მიეცა ძეს, რომელმაც შემდეგ მისცა ეს შეტყობინება ანგელოზს, რომელმაც იგი მიუტანა ადამიანს, და მან, თავის მხრივ, ეკლესიებს გაუგზავნა. გადაცემის პროცესის ყოველი საფეხური წმინდა და წმიდათაწმიდაა, და ეს განწმედილი სიწმინდე წარმოდგენილია იმ წინასწარმეტყველურ სასაზღვრო ნიშნებში, სადაც ქრისტე ჩნდება როგორც თავად, ან ანგელოზის, ადამიანის თუ შეტყობინების მეშვეობით. როდესაც იგი უშუალოდ უკავშირებს საკუთარ თავს რომელიმე სასაზღვრო ნიშანს, ეს არის „mareh“-ს „სახის ხილვა“.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მსახურებს ის, რაც მალე უნდა მოხდეს; და მან გაგზავნა და თავისი ანგელოზის მეშვეობით აუწყა იგი თავის მსახურს, იოანეს; რომელმაც დაამოწმა ღვთის სიტყვა, იესო ქრისტეს მოწმობა და ყოველივე, რაც იხილა. 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დრო ახლოსაა. … და მეუბნება მე: ნუ დაბეჭდავ ამ წიგნის წინასწარმეტყველების სიტყვებს, რადგან დრო ახლოსაა. ვინც უსამართლოა, კვლავ უსამართლობდეს; და ვინც უწმინდურია, კვლავ უწმინდურობდეს; და ვინც მართალია, კვლავ მართლობდეს; და ვინც წმიდაა, კვლავ წმიდობდეს. გამოცხადება 1:1–3; 22:10, 11.</w:t>
      </w:r>
    </w:p>
    <w:p>
      <w:pPr>
        <w:pStyle w:val="ArticleBody"/>
        <w:jc w:val="left"/>
      </w:pPr>
      <w:r>
        <w:rPr>
          <w:rFonts w:ascii="Sylfaen" w:hAnsi="Sylfaen" w:eastAsia="Sylfaen" w:cs="Sylfaen"/>
        </w:rPr>
        <w:t>მერვე თავში „ხაზონი“ არის სხვა ებრაული სიტყვა, რომელიც ითარგმნება როგორც „ხილვა“. „გამოჩენასთან“ მიმართებით, „მარაჰ“-ის ხილვა მიუთითებს ერთგვარ სასაზღვრო ნიშნულზე, ხოლო „ხაზონ“-ის ხილვა მიუთითებს წინასწარმეტყველურ პერიოდზე. მერვე თავში არსებობს ღვთიური სიმეტრია იმ ორ სიტყვასთან დაკავშირებით, რომლებიც ითარგმნება როგორც „ხილვა“, იმ აზრით, რომ ებრაულ სიტყვა „მარეჰ“-საც დანიელი იყენებს მისი მდედრობითი ფორმით — „მარაჰ“. „ხაზონთან“ დაკავშირებით დანიელი მას ორი გზით წარმოადგენს, ოღონდ არა მამრობითისა და მდედრობითის დაპირისპირებით, არამედ ორი სიტყვით, რომლებიც ერთსა და იმავე მნიშვნელობას აღნიშნავს, მაგრამ ამის გაკეთებისას ისინი ექსპონენციურად ფართოვდებიან.</w:t>
      </w:r>
    </w:p>
    <w:p>
      <w:pPr>
        <w:pStyle w:val="ArticleBody"/>
        <w:jc w:val="left"/>
      </w:pPr>
      <w:r>
        <w:rPr>
          <w:rFonts w:ascii="Sylfaen" w:hAnsi="Sylfaen" w:eastAsia="Sylfaen" w:cs="Sylfaen"/>
        </w:rPr>
        <w:t>„ხაზონ“ ნიშნავს ხილვას, ან ორატაკულს, ან წინასწარმეტყველებას, ხოლო სიტყვა, რომელიც ინგლისურში ითარგმნება როგორც „matter“ ან „thing“, არის ებრაული სიტყვა „dabar“, რაც ნიშნავს „სიტყვას“. როდესაც გაიგება, რომ „ხაზონ“ — ხილვა — დანიელთან ასევე წარმოდგენილია სიტყვით „dabar“, მაშინ ისინი ერთად წარმოადგენენ ღვთის სიტყვის წინასწარმეტყველურ უწყებებს. დანიელი ყოველთვის უპირისპირებს „dabar“-ს ან „chazon“-ს „mareh“-ს. როდესაც წინასწარმეტყველურ დონეზე განიხილება „ღვთის სიტყვის წინასწარმეტყველური უწყებები“, როგორც ისინი წარმოდგენილია „dabar“-ითა და „chazon“-ით, და შეერთებულია ქრისტეს გამოჩენის „marah“ ხილვასთან, მაშინ თქვენ გაქვთ ღვთის სიტყვის წინასწარმეტყველური ისტორიის წმინდა საზღვრები. ხოლო თუ „marah“-ს, სიტყვა „mareh“-ის მდედრობით ფორმას, დაუმატებთ დანიელის წიგნში ხილვის მნიშვნელობათა რიგს, მაშინ გაქვთ რწმენით გამართლების სარკისებური ხილვა.</w:t>
      </w:r>
    </w:p>
    <w:p>
      <w:pPr>
        <w:pStyle w:val="ArticleBody"/>
        <w:jc w:val="left"/>
      </w:pPr>
      <w:r>
        <w:rPr>
          <w:rFonts w:ascii="Sylfaen" w:hAnsi="Sylfaen" w:eastAsia="Sylfaen" w:cs="Sylfaen"/>
        </w:rPr>
        <w:t>დანიელის უკანასკნელ ხილვაში, რომელიც მის წიგნში წარმოდგენილია უკანასკნელი სამი თავით, დანიელი წარმოადგენს უკანასკნელ დღეებში მცხოვრებ ხალხს, რომელთაც ესმით „წინასწარმეტყველური ხილვები“ „ღვთის სიტყვისა“ და წმიდა ნიშნულთა სიწმიდე, რომლებიც შეადგენენ ას ორმოცდაოთხი ათასის რეფორმატორულ მოძრაობას, რადგან ისინი არიან ისინი, რომელნიც მის წმიდა წინასწარმეტყველურ სიტყვაში კრავს მისდევენ, სადაც უნდა წავიდეს იგი. როდესაც ისინი კრავს მისდევენ, იგი მიჰყავს ისინი დანიელის 10:7-ის სარკისებური ხილვისკენ, სადაც ისინი ან გარბიან, რათა შეცდომის ქვეშ დაიმალონ, სადაც სამარადისოდ იმარხებიან, ან მტვერში დამდაბლდებიან, გამართლებულნი და ძალმოსილნი უკანასკნელი დღეების წინასწარმეტყველური უწყების მისაცემად.</w:t>
      </w:r>
    </w:p>
    <w:p>
      <w:pPr>
        <w:pStyle w:val="ArticleBody"/>
        <w:jc w:val="left"/>
      </w:pPr>
      <w:r>
        <w:rPr>
          <w:rFonts w:ascii="Sylfaen" w:hAnsi="Sylfaen" w:eastAsia="Sylfaen" w:cs="Sylfaen"/>
        </w:rPr>
        <w:t>გაბრიელი დანიელს უბრძანებს, რომ გაიგოს როგორც „სიტყვა“, ისე „ხილვა“. ებრაული სიტყვა, რომელიც ნათარგმნია როგორც „გაიგოს“, ნიშნავს „გონებით გამიჯვნას“. დანიელს, რომელიც, ძვირფასო მკითხველო, თქვენც და მეც წარმოგვადგენს, ებრძანა გაეგო განსხვავება და გამიჯვნა „სიტყვასა“ და „ხილვას“ შორის. ხაზონის ხილვა წინასწარმეტყველური ისტორიის გარეგან ხაზს წარმოადგენს, ხოლო მარეჰის ხილვა ქრისტეს გამოჩენას წარმოადგენს. „სიტყვა“ და „საგანი“ არის ებრაული სიტყვა „დაბარ“, რაც ნიშნავს სიტყვას. იესო არის „დაბარ“, რადგან ის არის სიტყვა. „საგანი“ და „სიტყვა“, რომლებიც ორივე „დაბარია“, წარმოდგენილია გამოჩენის ხილვასთან კავშირში.</w:t>
      </w:r>
    </w:p>
    <w:p>
      <w:pPr>
        <w:pStyle w:val="ArticleBody"/>
        <w:jc w:val="left"/>
      </w:pPr>
      <w:r>
        <w:rPr>
          <w:rFonts w:ascii="Sylfaen" w:hAnsi="Sylfaen" w:eastAsia="Sylfaen" w:cs="Sylfaen"/>
        </w:rPr>
        <w:t>დაბარი, რომელიც არის საკითხიცა და საგანიც, ასევე არის მერვე თავის ხაზონ-ხილვა და იგი წარმოადგენს წინასწარმეტყველური ისტორიის ხილვას. თითოეული ამ წარმოდგენათაგანი (ხაზონ, დაბარი, საკითხი და საგანი) განსაზღვრავს წინასწარმეტყველების გარეგან ხაზს, ხოლო მარეჰი და მისი მდედრობითი გამოხატულება — მარაჰ — წარმოადგენს წინასწარმეტყველების შინაგან ხაზს. ღმერთის უკანასკნელი დღეების ხალხი, რომელიც წარმოდგენილია დანიელის მეათე თავის პირველ მუხლში, ესმის წინასწარმეტყველური ისტორიის როგორც შინაგანი, ისე გარეგანი ხაზები. გამოცხადების წიგნში შინაგანი ხაზი წარმოდგენილია შვიდი ეკლესიით, ხოლო გარეგანი ხაზი — შვიდი ბეჭდით.</w:t>
      </w:r>
    </w:p>
    <w:p>
      <w:pPr>
        <w:pStyle w:val="ArticleBody"/>
        <w:jc w:val="left"/>
      </w:pPr>
      <w:r>
        <w:rPr>
          <w:rFonts w:ascii="Sylfaen" w:hAnsi="Sylfaen" w:eastAsia="Sylfaen" w:cs="Sylfaen"/>
        </w:rPr>
        <w:t>როდესაც დანიელმა ქრისტეს ხილვა იხილა ოცდაერთდღიანი მარხვის შემდეგ, მან იხილა mareh-ის ხილვის მდედრობითი გამოხატულება. mareh ნიშნავს „გამოჩენას“, და როდესაც დანიელმა ქრისტე იხილა, მან იხილა „marah“-ის ხილვა; და თუმცა mareh ნიშნავს გამოჩენას, იმავე სიტყვის მდედრობითი ფორმა ნიშნავს „სარკეს“. და უაითი გვამცნობს, რომ ხილვა, რომელიც დანიელმა იხილა, იყო ის ხილვა, რომელიც იოანემ იხილა, ხოლო იოანემ ეს ხილვა მაშინ იხილა, როდესაც ქრისტე ზეციურ საწმიდარში იყო.</w:t>
      </w:r>
    </w:p>
    <w:p>
      <w:pPr>
        <w:pStyle w:val="ArticleScripture"/>
        <w:jc w:val="left"/>
      </w:pPr>
      <w:r>
        <w:rPr>
          <w:rFonts w:ascii="Sylfaen" w:hAnsi="Sylfaen" w:eastAsia="Sylfaen" w:cs="Sylfaen"/>
        </w:rPr>
        <w:t>„გაბრიელის სტუმრობის ჟამს წინასწარმეტყველმა დანიელმა ვეღარ შეძლო შემდგომი დარიგების მიღება; მაგრამ რამდენიმე წლის შემდეგ, რადგან სურდა მეტი სცოდნოდა იმ საგნებზე, რომლებიც ჯერ კიდევ სრულად არ იყო განმარტებული, კვლავ მიუძღვნა თავი ღმერთისგან ნათლისა და სიბრძნის ძიებას. „იმ დღეებში მე, დანიელი, სამი სრული კვირა ვგლოვობდი. სასურველ პურს არ ვჭამდი, არც ხორცი და არც ღვინო არ შემოსულა ჩემს პირში, და სრულიადაც არ მიცხია ზეთი ჩემზე…. მაშინ აღვაპყარი ჩემი თვალები, შევხედე, და აჰა, ერთი კაცი, სელის სამოსლით შემოსილი, რომლის წელიც უფაზის წმინდა ოქროთი იყო შემორტყმული. მისი სხეულიც ბივრილს ჰგავდა, მისი სახე კი — ელვის ხილვას, მისი თვალები — ცეცხლის ლამპრებს, მისი მკლავები და მისი ფეხები — გაპრიალებული სპილენძის ბზინვარებას, ხოლო მისი სიტყვების ხმა — მრავალთა ხმის მსგავსად.“</w:t>
      </w:r>
    </w:p>
    <w:p>
      <w:pPr>
        <w:pStyle w:val="ArticleScripture"/>
        <w:jc w:val="left"/>
      </w:pPr>
      <w:r>
        <w:rPr>
          <w:rFonts w:ascii="Sylfaen" w:hAnsi="Sylfaen" w:eastAsia="Sylfaen" w:cs="Sylfaen"/>
        </w:rPr>
        <w:t>„არავინ ნაკლები, ვიდრე თვით ღვთის ძე, გამოეცხადა დანიელს. ეს აღწერა მსგავსია იმისა, რომელიც იოანემ მოგვცა, როცა ქრისტე მას პატმოსის კუნძულზე გამოეცხადა. ჩვენი უფალი ახლა სხვა ზეციურ მაცნესთან ერთად მოდის, რათა დანიელს აუწყოს, რა მოხდებოდა უკანასკნელ დღეებში. ეს ცოდნა დანიელს მიეცა და შთაგონებით ჩაიწერა ჩვენთვის, რომლებზეც მოიწია წუთისოფლის აღსასრული.“</w:t>
      </w:r>
    </w:p>
    <w:p>
      <w:pPr>
        <w:pStyle w:val="ArticleScripture"/>
        <w:jc w:val="left"/>
      </w:pPr>
      <w:r>
        <w:rPr>
          <w:rFonts w:ascii="Sylfaen" w:hAnsi="Sylfaen" w:eastAsia="Sylfaen" w:cs="Sylfaen"/>
        </w:rPr>
        <w:t>„ქვეყნის მხსნელის მიერ გამოცხადებული დიადი ჭეშმარიტებები ეკუთვნის მათ, ვინც ჭეშმარიტებას დაფარულ საგანძურთა მსგავსად ეძიებს. დანიელი ხანდაზმული კაცი იყო. მისი სიცოცხლე წარმართულ სამეფო კარზე არსებულ საცდურ-მომხიბვლელ გარემოში იყო გატარებული, და მისი გონება დიდი იმპერიის საქმეთა ზრუნვით იყო დამძიმებული; თუმცა იგი ამ ყველაფერს გვერდზე გადადებს, რათა ღმერთის წინაშე დაიმდაბლოს სული და უზენაესის განზრახვათა ცოდნა მოიძიოს. და მის ვედრებებზე პასუხად, ზეციური სამსჯავროებიდან ნათელი მიეცა მათთვის, რომელთაც უკანასკნელ დღეებში უნდა ეცხოვრათ. მაშ, რა გულმოდგინებით უნდა ვეძებდეთ ღმერთს, რათა მან გაგვიხსნას გონება და შეგვაძლებინოს იმ ჭეშმარიტებათა შეცნობა, რომლებიც ზეციდან მოგვეტანა.“ Review and Herald, February 8, 1881.</w:t>
      </w:r>
    </w:p>
    <w:p>
      <w:pPr>
        <w:pStyle w:val="ArticleHeading"/>
        <w:jc w:val="left"/>
      </w:pPr>
      <w:r>
        <w:rPr>
          <w:rFonts w:ascii="Sylfaen" w:hAnsi="Sylfaen" w:eastAsia="Sylfaen" w:cs="Sylfaen"/>
        </w:rPr>
        <w:t>144,000</w:t>
      </w:r>
    </w:p>
    <w:p>
      <w:pPr>
        <w:pStyle w:val="ArticleBody"/>
        <w:jc w:val="left"/>
      </w:pPr>
      <w:r>
        <w:rPr>
          <w:rFonts w:ascii="Sylfaen" w:hAnsi="Sylfaen" w:eastAsia="Sylfaen" w:cs="Sylfaen"/>
        </w:rPr>
        <w:t>დანიელი იგებს „საქმესა“ და „ხილვას“, და იგი იდენტიფიცირებულია როგორც დანიელი და ასევე როგორც ბელტეშაცარი. სახელის შეცვლა წინასწარმეტყველებაში აღთქმოვან ურთიერთობას წარმოადგენს; ამიტომ დანიელი წარმოადგენს საბოლოო აღთქმის ხალხს, ანუ ას ორმოცდაოთხ ათასს, რომლებიც გამოიცდებიან ქრისტეს ტაძარში ხილვით. ეს გამოცდა იწვევს თაყვანისმცემელთა ორ კლასად განცალკევებას.</w:t>
      </w:r>
    </w:p>
    <w:p>
      <w:pPr>
        <w:pStyle w:val="ArticleScripture"/>
        <w:jc w:val="left"/>
      </w:pPr>
      <w:r>
        <w:rPr>
          <w:rFonts w:ascii="Sylfaen" w:hAnsi="Sylfaen" w:eastAsia="Sylfaen" w:cs="Sylfaen"/>
        </w:rPr>
        <w:t>და მე, დანიელმა, მარტო ვიხილე ეს ხილვა; რადგან ჩემთან მყოფმა კაცებმა ხილვა ვერ იხილეს; არამედ დიდი ძრწოლა დაეცა მათზე, ისე რომ გაიქცნენ თავიანთ დასამალავად. დანიელი 10:7.</w:t>
      </w:r>
    </w:p>
    <w:p>
      <w:pPr>
        <w:pStyle w:val="ArticleBody"/>
        <w:jc w:val="left"/>
      </w:pPr>
      <w:r>
        <w:rPr>
          <w:rFonts w:ascii="Sylfaen" w:hAnsi="Sylfaen" w:eastAsia="Sylfaen" w:cs="Sylfaen"/>
        </w:rPr>
        <w:t>დანიელი უშუალოდ მიუთითებს მეორე და ტაძრის გამოცდაზე, რომელიც დაკავშირებულია ღმერთის უკანასკნელი დღეების ხალხთან; გამოცდაზე, რომლის საფუძველიც არის ქრისტეს დანახვა ზეციურ საწმიდარში. მეშვიდე მუხლის ხილვა არის mareh-ის ხილვის მდედრობითი ფორმა, წარმოდგენილი როგორც marah-ის ხილვა. თუ ქრისტეს ტაძრის ხილვას გამოეხმაურებით ისე, როგორც ეს დანიელის გამოხმაურებაშია წარმოდგენილი, წინასწარმეტყველური „რამ“ და წინასწარმეტყველური „ხილვა“ თქვენთვის „გამოცხადდება“.</w:t>
      </w:r>
    </w:p>
    <w:p>
      <w:pPr>
        <w:pStyle w:val="ArticleBody"/>
        <w:jc w:val="left"/>
      </w:pPr>
      <w:r>
        <w:rPr>
          <w:rFonts w:ascii="Sylfaen" w:hAnsi="Sylfaen" w:eastAsia="Sylfaen" w:cs="Sylfaen"/>
        </w:rPr>
        <w:t>თუ ქრისტეს იმავე ტაძრის ხილვასთან დამალვის მიზნით გაქცევით შედიხარ ურთიერთობაში, მარადიულ ბნელში შეხვალ. ტაძრის გამოცდა, რომელიც მარადიული სახარების სამი საფეხურიდან მეორე გამოცდაა, წინ უსწრებს პირველი და საფუძვლოვანი გამოცდა. საფუძვლების საცდელი კითხვა წარმოდგენილია დანიელის მეთერთმეტე თავის მეთოთხმეტე მუხლში, სადაც რომი წარმოდგენილია, როგორც „შენი ხალხის მძარცველნი“, რომლებიც ამყარებენ „ხილვას“.</w:t>
      </w:r>
    </w:p>
    <w:p>
      <w:pPr>
        <w:pStyle w:val="ArticleHeading"/>
        <w:jc w:val="left"/>
      </w:pPr>
      <w:r>
        <w:rPr>
          <w:rFonts w:ascii="Sylfaen" w:hAnsi="Sylfaen" w:eastAsia="Sylfaen" w:cs="Sylfaen"/>
        </w:rPr>
        <w:t>დრო ახლოს არის</w:t>
      </w:r>
    </w:p>
    <w:p>
      <w:pPr>
        <w:pStyle w:val="ArticleBody"/>
        <w:jc w:val="left"/>
      </w:pPr>
      <w:r>
        <w:rPr>
          <w:rFonts w:ascii="Sylfaen" w:hAnsi="Sylfaen" w:eastAsia="Sylfaen" w:cs="Sylfaen"/>
        </w:rPr>
        <w:t>2020 წლის 18 ივლისის იმედგაცრუებიდან სამი დღე-ნახევრის შემდეგ, 2023 წლის 31 დეკემბერს იესო ქრისტეს გამოცხადების ბეჭდის ახსნა დაიწყო, რადგან „ჟამი ახლოს იყო“.</w:t>
      </w:r>
    </w:p>
    <w:p>
      <w:pPr>
        <w:pStyle w:val="ArticleScripture"/>
        <w:jc w:val="left"/>
      </w:pPr>
      <w:r>
        <w:rPr>
          <w:rFonts w:ascii="Sylfaen" w:hAnsi="Sylfaen" w:eastAsia="Sylfaen" w:cs="Sylfaen"/>
        </w:rPr>
        <w:t>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ახლოსაა. … და მეუბნება მე: ნუ დაბეჭდავ ამ წიგნის წინასწარმეტყველების სიტყვებს, რადგან ჟამი ახლოსაა. გამოცხადება 1:3; 22:10.</w:t>
      </w:r>
    </w:p>
    <w:p>
      <w:pPr>
        <w:pStyle w:val="ArticleBody"/>
        <w:jc w:val="left"/>
      </w:pPr>
      <w:r>
        <w:rPr>
          <w:rFonts w:ascii="Sylfaen" w:hAnsi="Sylfaen" w:eastAsia="Sylfaen" w:cs="Sylfaen"/>
        </w:rPr>
        <w:t>ის „ჟამი“, რომელიც იესო ქრისტეს გამოცხადების ახსნასა და გახსნას განსაზღვრავს, მოხსენიებულია გამოცხადების წიგნის დასაწყისში, ხოლო წიგნის დასასრულს იგივე განცხადება ალფას განცხადებას უმატებს ომეგას განცხადებას.</w:t>
      </w:r>
    </w:p>
    <w:p>
      <w:pPr>
        <w:pStyle w:val="ArticleBody"/>
        <w:jc w:val="left"/>
      </w:pPr>
      <w:r>
        <w:rPr>
          <w:rFonts w:ascii="Sylfaen" w:hAnsi="Sylfaen" w:eastAsia="Sylfaen" w:cs="Sylfaen"/>
        </w:rPr>
        <w:t>იესო ქრისტეს გამოცხადება იშლება მადლის დროის დახურვის წინ. ოცდამეორე დღეს, ოცდაერთდღიანი მარხვის შემდეგ, „საგანი“, რომელიც ასევე არის „საქმე“, რომელიც ასევე არის dabar ანუ სიტყვა, რომელიც ასევე არის გარე წინასწარმეტყველური ისტორიის chazon ხილვა, გამოეცხადა დანიელს, როდესაც მან განიცადა ზეციური მღვდელმთავრის სარკისებრი, marah ხილვა უწმინდეს ადგილას.</w:t>
      </w:r>
    </w:p>
    <w:p>
      <w:pPr>
        <w:pStyle w:val="ArticleBody"/>
        <w:jc w:val="left"/>
      </w:pPr>
      <w:r>
        <w:rPr>
          <w:rFonts w:ascii="Sylfaen" w:hAnsi="Sylfaen" w:eastAsia="Sylfaen" w:cs="Sylfaen"/>
        </w:rPr>
        <w:t>დანიელი წარმოადგენს მათ, რომელთაც აქვთ სარკის ხედვის გამოცდილება და აგრეთვე ესმით ქრისტეს წინასწარმეტყველური გამოცხადებანი, ისევე როგორც გარეგანი ისტორია, რომელიც chazon ხილვით არის წარმოდგენილი. marah ხილვა წარმოადგენს ქრისტეს, როგორც წინასწარმეტყველურ გზამაჩვენებელ ნიშანს, ხოლო იმავე სიტყვის მდედრობითი ფორმა წარმოადგენს იმ გამოცდილებას, რომელიც წარმოიშობა ღვთის დიდების ჭვრეტის გზით, როგორც ეს წარმოდგენილია დანიელის, იოანეს, ესაიას, დისა უაითისა და სხვა წინასწარმეტყველთა მიერ.</w:t>
      </w:r>
    </w:p>
    <w:p>
      <w:pPr>
        <w:pStyle w:val="ArticleBody"/>
        <w:jc w:val="left"/>
      </w:pPr>
      <w:r>
        <w:rPr>
          <w:rFonts w:ascii="Sylfaen" w:hAnsi="Sylfaen" w:eastAsia="Sylfaen" w:cs="Sylfaen"/>
        </w:rPr>
        <w:t>ამ საფეხურზე გარეგანი ხაზონის ხილვა წარმოადგენს საფუძვლიან გამოცდას, ხოლო მოვლენათა წინასწარმეტყველურ მიმდევრობაში ქრისტეს გამოცხადებათა მარეჰის ხილვა არის ტაძრის გამოცდა. გამოცხადდა თუ არა ქრისტე უწმიდესში, რომელიც შენი საკუთარი უწმიდესის შიგნით არის? სწორედ იქ ერთიანდება ღვთაებრიობა ადამიანობასთან. ეს არის გამოცდა, რომელიც უნდა იქნეს გადალახული, ვიდრე მადლის ჟამი დაიხურებოდეს ლაკმუსის გამოცდაზე. ლაკმუსის გამოცდა, რომელიც ხასიათს ამჟღავნებს, არის მარაჰის სარკისებრი ხილვა.</w:t>
      </w:r>
    </w:p>
    <w:p>
      <w:pPr>
        <w:pStyle w:val="ArticleBody"/>
        <w:jc w:val="left"/>
      </w:pPr>
      <w:r>
        <w:rPr>
          <w:rFonts w:ascii="Sylfaen" w:hAnsi="Sylfaen" w:eastAsia="Sylfaen" w:cs="Sylfaen"/>
        </w:rPr>
        <w:t>2023 წლის 31 დეკემბერს საფუძვლის გარე გამოცდა დაიწყო მეთოთხმეტე მუხლის სიტყვებზე — „შენი ხალხის ყაჩაღები“, ხოლო როდესაც მოქმედი პაპი 2025 წლის 8 მაისს ინაუგურირებულ იქნა, მეთოთხმეტე მუხლის „ხილვა“ დამტკიცდა. საფუძვლოვანი გამოცდა გადავიდა ტაძრის გამოცდაზე. 2025 წლის 9 მაისიდან ტაძრის გამოცდა მიმდინარეობს. ორი მოწმის აღდგომა 2023 წლის 31 დეკემბერს წარმოდგენილი იყო გამოცხადების მეთერთმეტე თავის მეთერთმეტე მუხლში, და აღდგომა, რომელიც იმ თარიღზე დაიწყო, მოხდა უკრაინის ომის პერიოდის ფარგლებში, რომელიც 2014 წელს დაიწყო და 2022 წელს ესკალირდა. ამ ისტორიაში წინასწარმეტყველების გარე და შიდა ხაზები შეერთდა. 2023 წლის 31 დეკემბერს საფუძვლის დადების საქმე მიმდინარეობდა — საქმე, რომლის ტიპადაც წარმოდგენილია 1798 წლიდან 1840 წლამდე ისტორია, ასევე 1840 წლიდან 1844 წლამდე, და ასევე 1844 წლის 19 აპრილიდან 1844 წლის 22 ოქტომბრამდე.</w:t>
      </w:r>
    </w:p>
    <w:p>
      <w:pPr>
        <w:pStyle w:val="ArticleBody"/>
        <w:jc w:val="left"/>
      </w:pPr>
      <w:r>
        <w:rPr>
          <w:rFonts w:ascii="Sylfaen" w:hAnsi="Sylfaen" w:eastAsia="Sylfaen" w:cs="Sylfaen"/>
        </w:rPr>
        <w:t>დანიელის წიგნის მეთერთმეტე თავის მეთერთმეტე მუხლი ისტორიაში მოვიდა, როგორც წინასწარმეტყველების გარეგანი ხაზი, და დაუკავშირდა სწორედ იმ ისტორიას, რომელიც გამოცხადების მეთერთმეტე თავის შინაგანი ხაზია. 2014 წელს დაიწყო უკრაინის ომი, როგორც ამის სახე მოცემულია ძვ. წ. 217 წელს რაფიას ბრძოლაში. 2015 წელს დანიელის წიგნის მეთერთმეტე თავის მეორე მუხლში მოხსენიებული მეოთხე და უსაზღვროდ მდიდარი მეფე აღდგა და გამოაცხადა თავისი განზრახვა, რომ კენჭი ეყარა პრეზიდენტის თანამდებობაზე. ამ განცხადებამ განარისხა გველეშაპის გონების მქონე გლობალისტები, რომლებიც წარმოდგენილნი არიან როგორც საბერძნეთის სამეფო.</w:t>
      </w:r>
    </w:p>
    <w:p>
      <w:pPr>
        <w:pStyle w:val="ArticleBody"/>
        <w:jc w:val="left"/>
      </w:pPr>
      <w:r>
        <w:rPr>
          <w:rFonts w:ascii="Sylfaen" w:hAnsi="Sylfaen" w:eastAsia="Sylfaen" w:cs="Sylfaen"/>
        </w:rPr>
        <w:t>გამოცხადების წიგნის მეთერთმეტე თავის მეთერთმეტე მუხლმა 2023 წლის 31 დეკემბერი განსაზღვრა იმ ნიშნულად, როდესაც ორი მოწმე აღდგა. ამგვარად, 2020 წლის 18 ივლისიდან 2023 წლის 31 დეკემბრამდე პერიოდი გაგებულ იქნა როგორც წინასწარმეტყველური „უდაბნო“. „უდაბნოს პერიოდის“ დასასრულს ხმა დაიწყო ღაღადება 2023 წლის ივლისში, ხოლო შემდეგ, ზუსტად ათას ორას სამოცი დღის შემდეგ ნეშვილის მცდარი წინასწარმეტყველებიდან, 2020 წლის 18 ივლისს, იუდას ტომის ლომმა დაიწყო თავისი წინასწარმეტყველური სიტყვის ბეჭდების ახსნა. ღვთის წინასწარმეტყველური სიტყვის ბეჭდების ახსნა ყოველთვის წარმოშობს სამსაფეხურიან გამოცდის პროცესს, როგორც ეს დანიელ თორმეტშია მოცემული.</w:t>
      </w:r>
    </w:p>
    <w:p>
      <w:pPr>
        <w:pStyle w:val="ArticleScripture"/>
        <w:jc w:val="left"/>
      </w:pPr>
      <w:r>
        <w:rPr>
          <w:rFonts w:ascii="Sylfaen" w:hAnsi="Sylfaen" w:eastAsia="Sylfaen" w:cs="Sylfaen"/>
        </w:rPr>
        <w:t>ბევრი განიწმინდება, გათეთრდება და გამოიცდება; ხოლო ბოროტნი ბოროტებას ჩაიდენენ; და ვერც ერთი ბოროტთაგანი ვერ გაიგებს, ხოლო ბრძენნი გაიგებენ. დანიელი 12:10.</w:t>
      </w:r>
    </w:p>
    <w:p>
      <w:pPr>
        <w:pStyle w:val="ArticleBody"/>
        <w:jc w:val="left"/>
      </w:pPr>
      <w:r>
        <w:rPr>
          <w:rFonts w:ascii="Sylfaen" w:hAnsi="Sylfaen" w:eastAsia="Sylfaen" w:cs="Sylfaen"/>
        </w:rPr>
        <w:t>გამოცხადების მეცხრამეტე თავში სასძლო თავს ამზადებს და შემდეგ მას ეძლევა თეთრი სამოსელი. ეს თეთრი სამოსელი აღნიშნავს, რომ სასძლო მზად არის, და ეს ხდება გამოცხადების მეცხრამეტე თავში, როდესაც ცათა სარკმლები იხსნება. ვიდრე სასძლო ქრისტეს სიმართლის სამოსლით გათეთრდებოდეს, იგი პირველად განიწმინდება.</w:t>
      </w:r>
    </w:p>
    <w:p>
      <w:pPr>
        <w:pStyle w:val="ArticleBody"/>
        <w:jc w:val="left"/>
      </w:pPr>
      <w:r>
        <w:rPr>
          <w:rFonts w:ascii="Sylfaen" w:hAnsi="Sylfaen" w:eastAsia="Sylfaen" w:cs="Sylfaen"/>
        </w:rPr>
        <w:t>2023 წლის 31 დეკემბერს საძირკვლების გამოცდა დაიწყო, რათა განეწმინდა ისინი, რომელნიც წმიდანი იქნებოდნენ. ეს განწმენდა სრულდება ცოდნის ზრდით, რადგან იუდას ტომის ლომმა მაშინ დაიწყო საკუთარი თავის შესახებ საბოლოო გამოცხადების ბეჭდების ახსნა. ეს გამოცხადება მოიცავს იმასაც, რომ იგი არის ერთადერთი საძირკველი, რომელიც შეიძლება დაიდგას. იმ საძირკვლური ჭეშმარიტების უარყოფა, რომელიც ასახავს, რომ რომი არის „შენი ხალხის მძარცველნი“, ნიშნავს ერთადერთი საძირკვლის უარყოფას, რომელიც შეიძლება დაიდგას.</w:t>
      </w:r>
    </w:p>
    <w:p>
      <w:pPr>
        <w:pStyle w:val="ArticleBody"/>
        <w:jc w:val="left"/>
      </w:pPr>
      <w:r>
        <w:rPr>
          <w:rFonts w:ascii="Sylfaen" w:hAnsi="Sylfaen" w:eastAsia="Sylfaen" w:cs="Sylfaen"/>
        </w:rPr>
        <w:t>2023 წლის 31 დეკემბერს დაიწყო გამოსაცდელი პროცესი, რომელმაც დაუყოვნებლივ წარმოშვა ორი კლასის გამიჯვნა. იუდას ტომის ლომმა ახლა გახსნა, რომ მეთოთხმეტე მუხლის ისტორიული აღსრულება 2025 წლის 8 მაისი იყო, და ამით მან დაამტკიცა მილერის განსაზღვრა, რომლის თანახმადაც რომი არის ის სიმბოლო, რომელიც ამყარებს წინასწარმეტყველების გარეგან ხილვას. როდესაც ტრამპი 2024 წელს დაბრუნდა, მან აღასრულა დანიელის მეთერთმეტე თავის მეცამეტე მუხლი, ხოლო შემდეგ მუხლში ჩვენ აღვნიშნავთ 2025 წელს, პაპ ლეოს არჩევით. ტრამპიც და მისი ანტიქრისტე შესატყვისიც 2025 წელს იქნენ ინაუგურირებულნი.</w:t>
      </w:r>
    </w:p>
    <w:p>
      <w:pPr>
        <w:pStyle w:val="ArticleBody"/>
        <w:jc w:val="left"/>
      </w:pPr>
      <w:r>
        <w:rPr>
          <w:rFonts w:ascii="Sylfaen" w:hAnsi="Sylfaen" w:eastAsia="Sylfaen" w:cs="Sylfaen"/>
        </w:rPr>
        <w:t>თარიღები, რომლებსაც ამ მოძრაობაში გამოვყოფთ, არსებითად განწმედილი უკანდახედვაა. აღსასრულის ჟამს 1989 წლად ვადგენთ, შემდეგ კი უწყების ფორმალიზება 1996 წელს მოხდა. 11 სექტემბერს ფორმალიზებულ უწყებას ძალმოსილება მიეცა. აბაკუმის ცხრილების წარდგენისას 2012 წელს და 2013 წლის იანვარში დასრულებით, საფუძვლები დაიდო.</w:t>
      </w:r>
    </w:p>
    <w:p>
      <w:pPr>
        <w:pStyle w:val="ArticleBody"/>
        <w:jc w:val="left"/>
      </w:pPr>
      <w:r>
        <w:rPr>
          <w:rFonts w:ascii="Sylfaen" w:hAnsi="Sylfaen" w:eastAsia="Sylfaen" w:cs="Sylfaen"/>
        </w:rPr>
        <w:t>2020 წლის 18 ივლისს პირველი იმედგაცრუება მოვიდა; შემდეგ, 2023 წლის ივლისში, დაიწყო ხმა ღაღადისა უდაბნოში; ხოლო 2023 წლის 31 დეკემბერს დაიწყო იესო ქრისტეს გამოცხადების ბეჭდების ახსნა და პირველი გარეგანი საძირკვლური გამოცდა.</w:t>
      </w:r>
    </w:p>
    <w:p>
      <w:pPr>
        <w:pStyle w:val="ArticleBody"/>
        <w:jc w:val="left"/>
      </w:pPr>
      <w:r>
        <w:rPr>
          <w:rFonts w:ascii="Sylfaen" w:hAnsi="Sylfaen" w:eastAsia="Sylfaen" w:cs="Sylfaen"/>
        </w:rPr>
        <w:t>2025 წლის 8 მაისს დაიწყო მეორე, შიდა ტაძრის გამოცდა. მესამე ლაკმუსური გამოცდა უკვე კართანაა. იქ ცხადი გახდება, აქვს თუ არა სულს გზავნილის ზეთი, რომელიც წარმოდგენილია პირველი, გარეგანი გამოცდით, და თანმხლები ზეთი მეორე, შიდა გამოცდისა. ეს გამოცდა წარმოადგენს გარეგანს, რასაც მოჰყვება შინაგანი, ხოლო შემდეგ — გამოცდილება.</w:t>
      </w:r>
    </w:p>
    <w:p>
      <w:pPr>
        <w:pStyle w:val="ArticleBody"/>
        <w:jc w:val="left"/>
      </w:pPr>
      <w:r>
        <w:rPr>
          <w:rFonts w:ascii="Sylfaen" w:hAnsi="Sylfaen" w:eastAsia="Sylfaen" w:cs="Sylfaen"/>
        </w:rPr>
        <w:t>წინასწარმეტყველების შიდა ხაზი შედგება იმ წინა ნიშნულებისაგან, რომლებიც მე ახლახან მოვიხმე. ამ ნიშნულთაგან თითოეული შეესაბამება მილერიტული ისტორიის იმავე ნიშნულებს. 1798 წელი, როგორც აღსასრულის ჟამი, შეესაბამება 1989 წელს, ასევე აღსასრულის ჟამს. იქ იუდას ტომის ლომმა მოხსნა თავისი სიტყვის ბეჭდები, რადგან იგი არის სიტყვა. როდესაც ადვენტიზმმა იერობოამის დამფუძნებელი ამბოხებისას ურჩი წინასწარმეტყველის როლი აღასრულა და ბეთელის ცრუ წინასწარმეტყველთან საჭმელად დასაბრუნებლად უკან გაბრუნდა, იგი დაუბრუნდა დაცემული პროტესტანტიზმის იმ არგუმენტებს, რომლებიც გამოყენებულ იქნა უილიამ მილერის მიერ „შვიდი ჟამის“ იდენტიფიკაციის წინააღმდეგ. ამ მიზეზით, მათ სრულად, თუ საერთოდ, არ ესმით, რატომ არის 1863 წელი პირველი და მეორე ანგელოზების ალფა მოძრაობის უკანასკნელი ნიშნული.</w:t>
      </w:r>
    </w:p>
    <w:p>
      <w:pPr>
        <w:pStyle w:val="ArticleBody"/>
        <w:jc w:val="left"/>
      </w:pPr>
      <w:r>
        <w:rPr>
          <w:rFonts w:ascii="Sylfaen" w:hAnsi="Sylfaen" w:eastAsia="Sylfaen" w:cs="Sylfaen"/>
        </w:rPr>
        <w:t>ამ მიზეზით, მათთვის არაფერს ნიშნავს ის, რომ ეს არის 126 წელი — 1,260-ის სიმბოლო, „უდაბნოს“ სიმბოლო, რომელიც მოიცავს ისტორიას 1863 წლიდან აღსასრულის დრომდე, 1989 წლამდე. ორმოცი წლის დასასრულს იესო ნავემ მოძრაობა აღთქმულ ქვეყანაში შეიყვანა. 1989 წელს უფალმა დაიწყო თავისი ომეგა მოძრაობის 1863-დან 1989-მდე არსებული „უდაბნოდან“ გამოყვანის საქმე, იმგვარადვე, როგორც მან ალფა მოძრაობა 538-დან 1798-მდე არსებული „უდაბნოდან“ გამოიყვანა.</w:t>
      </w:r>
    </w:p>
    <w:p>
      <w:pPr>
        <w:pStyle w:val="ArticleBody"/>
        <w:jc w:val="left"/>
      </w:pPr>
      <w:r>
        <w:rPr>
          <w:rFonts w:ascii="Sylfaen" w:hAnsi="Sylfaen" w:eastAsia="Sylfaen" w:cs="Sylfaen"/>
        </w:rPr>
        <w:t>1989 წელს დანიელის ბოლო სამი თავის წარმომდგენი ჰიდეკელის მდინარის ხილვა გაიხსნა, ისევე როგორც 1798 წელს გაიხსნა ულაის მდინარის ხილვა, რომელიც დანიელის 7-ე, 8-ე და 9-ე თავებს წარმოადგენს. მეფე ჯეიმზის ბიბლიის გამოცემიდან ორას ოცდაათი წლის შემდეგ უილიამ მილერმა პირველად გამოაქვეყნა თავისი უწყება, ულაის ხილვაზე დაფუძნებული, და ამით 1831 წელს თავისი უწყება ოფიციალურად ჩამოაყალიბა; ისევე როგორც ჰიდეკელის უწყება პირველად გამოქვეყნდა 1996 წელს, 1776 წლიდან, შეერთებული შტატების დიდებული ქვეყნის დაბადების წლიდან, ორას ოცი წლის შემდეგ.</w:t>
      </w:r>
    </w:p>
    <w:p>
      <w:pPr>
        <w:pStyle w:val="ArticleBody"/>
        <w:jc w:val="left"/>
      </w:pPr>
      <w:r>
        <w:rPr>
          <w:rFonts w:ascii="Sylfaen" w:hAnsi="Sylfaen" w:eastAsia="Sylfaen" w:cs="Sylfaen"/>
        </w:rPr>
        <w:t>კინგ ჯეიმზის თარგმანიდან ორას ოცი წლის შემდეგ მილერის მიერ გზავნილის ფორმალიზება უილიამ მილერს წარმოაჩენს, როგორც სწორედ იმ პირველ წმინდა მაცნეს, რომელმაც ბიბლიის, როგორც ძველი, ისე ახალი აღთქმის, წინასწარმეტყველებები გამოიყენა აღორძინებისა და რეფორმაციის მოსახდენად. ბიბლია ღვთაებრივია, და მან ორას ოცი წლის შემდეგ ადამიანურთან შეერთებით წარმოშვა ულაის გზავნილი.</w:t>
      </w:r>
    </w:p>
    <w:p>
      <w:pPr>
        <w:pStyle w:val="ArticleBody"/>
        <w:jc w:val="left"/>
      </w:pPr>
      <w:r>
        <w:rPr>
          <w:rFonts w:ascii="Sylfaen" w:hAnsi="Sylfaen" w:eastAsia="Sylfaen" w:cs="Sylfaen"/>
        </w:rPr>
        <w:t>იესო არის ალფა და ომეგა, და იგი არის ღვთის სიტყვა; ამიტომ ბიბლიის King James Version-ის 1611 წელს გამოქვეყნება იესოს აყენებს როგორც 1611 წელს, ასევე 1831 წელსაც. ქრისტე აღსასრულის ჟამს ჩანს როგორც იუდას ტომის ლომი, ხოლო როდესაც უწყება ფორმალიზდება, იგი არის ალფა და ომეგა და სიტყვა. მილერის კავშირი დასაწყისთან იმგვარად არის აღიარებული, რომ დასაწყისიც და დასასრულიც ხაზს უსვამს უწყების გამოქვეყნებას. 1776-დან 1996-მდე იგივე ნიშნებს ატარებს, თუმცა განსხვავებულად.</w:t>
      </w:r>
    </w:p>
    <w:p>
      <w:pPr>
        <w:pStyle w:val="ArticleBody"/>
        <w:jc w:val="left"/>
      </w:pPr>
      <w:r>
        <w:rPr>
          <w:rFonts w:ascii="Sylfaen" w:hAnsi="Sylfaen" w:eastAsia="Sylfaen" w:cs="Sylfaen"/>
        </w:rPr>
        <w:t>ჰიდეკელის უწყება არის შეერთებულ შტატებში საკვირაო კანონის უწყება, როგორც ეს გადმოცემულია დანიელის მეთერთმეტე თავის ორმოცდამეერთე მუხლში. 1776 წელი და დამოუკიდებლობის დეკლარაციის გამოქვეყნება წარმოადგენს იმ ორასოცი წლის პერიოდის საწყის წერტილს, რომელიც დასრულდა ღვთის განგებით, და არა განზრახვით, დასათაურებული გამოცემის — Time of the End — გამოქვეყნებით. იმავე წელს, 1996 წელს, მოგვენიჭა მსახურების კორპორაცია სახელწოდებით Future for America. დიდებული ქვეყნის, ანუ შეერთებული შტატების, უწყება ჩამოყალიბდა წინასწარმეტყველების დასაწყისსა და დასასრულს შორის პირდაპირი კავშირის ფონზე. მილერიტთა ისტორიის ყოველი მთავარი საზღვარი განმეორდა ათი ქალწულის იგავის წარმმართველი ნიმუშის ქვეშ. ორივე ორასოცი წლიანი პერიოდი ფლობს დასაწყისსა და დასასრულს, რომლებიც აღინიშნება გამოცემით.</w:t>
      </w:r>
    </w:p>
    <w:p>
      <w:pPr>
        <w:pStyle w:val="ArticleBody"/>
        <w:jc w:val="left"/>
      </w:pPr>
      <w:r>
        <w:rPr>
          <w:rFonts w:ascii="Sylfaen" w:hAnsi="Sylfaen" w:eastAsia="Sylfaen" w:cs="Sylfaen"/>
        </w:rPr>
        <w:t>მილერის უწყება და მეთოდოლოგია დადასტურდა და ძალით აღიჭურვა ისლამის მიერ მეორე ვაიის აღსრულებით. რაც უფალმა გამოიყენა უწყების გასაძლიერებლად, იყო მილერის „დღე-წლისთვის“ პრინციპი, და ის პრინციპი, რომელმაც გააძლიერა უწყება და მეთოდოლოგია 9/11-ზე, როდესაც გამოცხადების მეთვრამეტე თავის ანგელოზის ჩამოსვლა განმეორებით გამოხატა ის ჩამოსვლა, რომელიც მან მოახდინა 1840 წლის 11 აგვისტოს, როგორც ეს წარმოდგენილია გამოცხადების მეათე თავში. ეს ორი ანგელოზი წარმოადგენენ ქრისტეს, როგორც ანგელოზის, წინასწარმეტყველურ გამოჩენას. პრინციპი, რომელიც 9/11-ის მოძრაობისთვის ისეთივე საფუძველმდებელია, როგორც „დღე-წლისთვის“ პრინციპი იყო 1840 წლის 11 აგვისტოს მოძრაობისთვის, არის ის, რომ მილერიტების ისტორია მეორდება ას ორმოცდაოთხი ათასის ისტორიაში.</w:t>
      </w:r>
    </w:p>
    <w:p>
      <w:pPr>
        <w:pStyle w:val="ArticleBody"/>
        <w:jc w:val="left"/>
      </w:pPr>
      <w:r>
        <w:rPr>
          <w:rFonts w:ascii="Sylfaen" w:hAnsi="Sylfaen" w:eastAsia="Sylfaen" w:cs="Sylfaen"/>
        </w:rPr>
        <w:t>როცა ისლამის მესამე ვაების წინასწარმეტყველების აღსრულება მოვიდა ომეგისა და მესამე ანგელოზის ისტორიაში, რომელიც შეესაბამებოდა ისლამის პირველი და მეორე ვაების წინასწარმეტყველების აღსრულებას, რაც მოვიდა ალფას პირველი და მეორე ანგელოზების ისტორიაში,—პრინციპი, რომ მილერიტული ისტორია მეორდება ას ორმოცდაოთხი ათასის ისტორიაში, ისეთივე მტკიცედ დადასტურდა, როგორც მილერის დღის-წლის პრინციპი გამოცხადების მეცხრე თავის პირველ და მეორე ვაებებთან დაკავშირებით. ზოგიერთს, ვისაც შესაძლოა ცნობილი ჰქონდეს სამას ოთხმოცდათერთმეტი წლისა და თხუთმეტი დღის დროის წინასწარმეტყველება, რომელიც წარმოდგენილია გამოცხადების 9:15-ში, შეიძლება გამორჩეს ჩემი წინა აზრი. ნება მომეცით განვმარტო.</w:t>
      </w:r>
    </w:p>
    <w:p>
      <w:pPr>
        <w:pStyle w:val="ArticleBody"/>
        <w:jc w:val="left"/>
      </w:pPr>
      <w:r>
        <w:rPr>
          <w:rFonts w:ascii="Sylfaen" w:hAnsi="Sylfaen" w:eastAsia="Sylfaen" w:cs="Sylfaen"/>
        </w:rPr>
        <w:t>პირველი და მეორე ვაი შეესაბამება პირველი და მეორე ანგელოზების ისტორიას, ხოლო მესამე ვაის ისტორია შეესაბამება მესამე ანგელოზის ისტორიას. აქ არსებითი ის არის, რომ სამას ოთხმოცდათერთმეტი წლისა და თხუთმეტი დღის საწყისი წერტილი, რომელიც წარმოდგენილია მეორე ვაის ისტორიაში, მოიპოვება პირველი ვაის ისტორიაში. გამოცხადების მეცხრე თავში, პირველი ვაის ისტორიაში, არსებობს ას ორმოცდაათწლიანი წინასწარმეტყველება, და იმ დღეს, როცა ეს წინასწარმეტყველური პერიოდი სრულდება, იწყება სამას ოთხმოცდათერთმეტი წლისა და თხუთმეტი დღის წინასწარმეტყველება. ეს ორი წინასწარმეტყველება უშუალოდ აკავშირებს პირველ და მეორე ვაიებს; ამიტომ, როდესაც ისლამის შესახებ წინასწარმეტყველება ნაწინასწარმეტყველები იყო „დღე — წელიწადის“ პრინციპის საფუძველზე, ეს წინასწარმეტყველება ისლამის პირველი და მეორე ვაიების წინასწარმეტყველება იყო, და სწორედ ეს იყო ის უწყება, რომელმაც დაადასტურა მილერის მეთოდოლოგია და უწყება პირველი და მეორე ანგელოზების ისტორიაში.</w:t>
      </w:r>
    </w:p>
    <w:p>
      <w:pPr>
        <w:pStyle w:val="ArticleBody"/>
        <w:jc w:val="left"/>
      </w:pPr>
      <w:r>
        <w:rPr>
          <w:rFonts w:ascii="Sylfaen" w:hAnsi="Sylfaen" w:eastAsia="Sylfaen" w:cs="Sylfaen"/>
        </w:rPr>
        <w:t>როცა ეს ისტორია 1844 წლის 22 ოქტომბერს დასრულდა, მეშვიდე საყვირმა დაიწყო ჟღერება, და მეშვიდე საყვირი არის როგორც მესამე ვაი, ასევე ღვთისმოსაობის საიდუმლო, რომელიც არის ქრისტე თქვენში, დიდების სასოება. ეს საყვირი არის როგორც გარეგანი გამაფრთხილებელი უწყება, ასევე შინაგანი გამაფრთხილებელი უწყება. ამ მიზეზით, 2,520-წლიანი წინასწარმეტყველება დაკავშირებულია მიწისათვის განსაზღვრულ მეშვიდე წლის დასვენებასთან, რომელიც იუბილესაც მოიცავს. 1844 წლის 22 ოქტომბერს მეშვიდე საყვირმა დაიწყო ჟღერება 2,520-წლიანი და 2,300-წლიანი წინასწარმეტყველებების აღსრულებით.</w:t>
      </w:r>
    </w:p>
    <w:p>
      <w:pPr>
        <w:pStyle w:val="ArticleScripture"/>
        <w:jc w:val="left"/>
      </w:pPr>
      <w:r>
        <w:rPr>
          <w:rFonts w:ascii="Sylfaen" w:hAnsi="Sylfaen" w:eastAsia="Sylfaen" w:cs="Sylfaen"/>
        </w:rPr>
        <w:t>არამედ მეშვიდე ანგელოზის ხმის დღეებში, როცა იგი დასცემს საყვირს, აღსრულდება ღვთის საიდუმლო, როგორც აუწყა თავის მონებს, წინასწარმეტყველებს. გამოცხადება 10:7.</w:t>
      </w:r>
    </w:p>
    <w:p>
      <w:pPr>
        <w:pStyle w:val="ArticleBody"/>
        <w:jc w:val="left"/>
      </w:pPr>
      <w:r>
        <w:rPr>
          <w:rFonts w:ascii="Sylfaen" w:hAnsi="Sylfaen" w:eastAsia="Sylfaen" w:cs="Sylfaen"/>
        </w:rPr>
        <w:t>1844 წლის 22 ოქტომბერი იყო გამოსყიდვის დღე, და იუბილეს საყვირი უნდა ჩაებერა გამოსყიდვის დღეს. იმ დროიდან ჩვენ ვცხოვრობთ მესამე ანგელოზის ისტორიის, აგრეთვე მესამე ვაის, ანუ მეშვიდე საყვირის, ჟამში. 1840 წლის 11 აგვისტოს გამოცხადების მეათე თავის ძლიერი ანგელოზი ჩამოვიდა, რათა თავისი დიდებით გაენათებინა დედამიწა, როგორც გამოცხადების მეთვრამეტე თავის ანგელოზმა 9/11-ზე.</w:t>
      </w:r>
    </w:p>
    <w:p>
      <w:pPr>
        <w:pStyle w:val="ArticleBody"/>
        <w:jc w:val="left"/>
      </w:pPr>
      <w:r>
        <w:rPr>
          <w:rFonts w:ascii="Sylfaen" w:hAnsi="Sylfaen" w:eastAsia="Sylfaen" w:cs="Sylfaen"/>
        </w:rPr>
        <w:t>2012 წლიდან 2013 წლის იანვრამდე მომზადდა სერია სახელწოდებით „აბაკუმის ცხრილები“ და შეხამებულ იქნა 1843 წლის პიონერული ცხრილის 1842 წლის მაისში გამოქვეყნებასთან. ამის შემდეგ მოძრაობის საფუძვლები დაიდო — იქნებოდა ეს პირველი და მეორე ანგელოზის ალფა-მოძრაობა, თუ მესამე ანგელოზის მოძრაობა — აბაკუმის ორი ცხრილი იყო ჩაქსოვილი ისტორიასა და უწყებაში. 2020 წლის 18 ივლისის შეუსრულებელი წინასწარმეტყველება პარალელური იყო 1844 წლის 19 აპრილისა, და იგავის დაყოვნების ჟამი უკვე მიმდინარეობდა.</w:t>
      </w:r>
    </w:p>
    <w:p>
      <w:pPr>
        <w:pStyle w:val="ArticleBody"/>
        <w:jc w:val="left"/>
      </w:pPr>
      <w:r>
        <w:rPr>
          <w:rFonts w:ascii="Sylfaen" w:hAnsi="Sylfaen" w:eastAsia="Sylfaen" w:cs="Sylfaen"/>
        </w:rPr>
        <w:t>1,260-დღიანი უდაბნო დასრულდა 2023 წლის 31 დეკემბრის გახსნით. კარგია გვახსოვდეს, რომ ქრისტემ ორჯერ განწმინდა თავისი ტაძარი მისი მკრეხელური შებილწვისაგან, როგორც ამას დის უაიტი უწოდებს. ეს მან გააკეთა თავისი მსახურების დასაწყისსა და დასასრულს, რითაც ეს ორი განწმენდა ალფა და ომეგა განწმენდად აქცია.</w:t>
      </w:r>
    </w:p>
    <w:p>
      <w:pPr>
        <w:pStyle w:val="ArticleBody"/>
        <w:jc w:val="left"/>
      </w:pPr>
      <w:r>
        <w:rPr>
          <w:rFonts w:ascii="Sylfaen" w:hAnsi="Sylfaen" w:eastAsia="Sylfaen" w:cs="Sylfaen"/>
        </w:rPr>
        <w:t>დისთერ უაიტი აშკარად აკავშირებს ტაძრის პირველ განწმენდას 9/11-თან და პირველ ხმასთან, რომელსაც იგი აიგივებს გამოცხადების მეთვრამეტე თავის პირველ სამ მუხლთან. შემდეგ იგი მეოთხე მუხლის „სხვა ხმას“ განსაზღვრავს როგორც ტაძრის მეორე განწმენდას და აგრეთვე როგორც კვირა დღის კანონს. 1844 წლის 19 აპრილი იყო ტაძრის პირველი განწმენდა მილერიტთათვის, ხოლო 1844 წლის 22 ოქტომბერი — მეორე. 1798 წლიდან 1844 წლამდე გასულ ორმოცდაექვს წელიწადში მილერიტთა ტაძარი აღიმართა, და მილერიტთა ტაძრის აღმართვის ფრაქტალი მოიპოვება ორი იმედგაცრუების ისტორიაში, რომლებიც ორივე ტაძრის განწმენდას წარმოადგენს. ეს ისტორია ტაძრის შესახებ არის.</w:t>
      </w:r>
    </w:p>
    <w:p>
      <w:pPr>
        <w:pStyle w:val="ArticleBody"/>
        <w:jc w:val="left"/>
      </w:pPr>
      <w:r>
        <w:rPr>
          <w:rFonts w:ascii="Sylfaen" w:hAnsi="Sylfaen" w:eastAsia="Sylfaen" w:cs="Sylfaen"/>
        </w:rPr>
        <w:t>2020 წლის 18 ივლისიდან 2023 წლის 31 დეკემბრამდე ქალწულებს ჩაეძინათ დაყოვნების ჟამს. როდესაც ისინი გამოიღვიძებენ, გამოიღვიძებენ თავიანთ პასუხისმგებლობაზე, რომ ჩაყარონ საფუძველი და აღმართონ ტაძარი. მას შემდეგ ქრისტე, როგორც იუდას ტომის ლომი, ხსნის წინასწარმეტყველურ ნათელს; ხოლო წინასწარმეტყველური ნათელი, როდესაც იხსნება, მუდამ წარმოშობს სამსაფეხურიან გამოცდის პროცესს, რომელიც სრულდება ლაკმუსის გამოცდით, სადაც ხასიათი ვლინდება, მაგრამ არასოდეს ყალიბდება. ლაკმუსის გამოცდის დროს ერთგული ქალწულები მიიღებენ სულიწმიდის გადმოღვრას, რომელიც აღემატება ღვთის ხალხში ღვთის ძალის ყოველგვარ გამოვლინებას, რაც კი ოდესმე აღრიცხულა. იქნება ნათლის ისეთი მატება, როგორიც არასოდეს უხილავთ. ამის თქმით, წარმოვადგენ კიდევ ერთ ისტორიულ ხაზს, რომელიც ამყარებს მილერიტული ისტორიის პარალელს ას ორმოცდაოთხი ათასის ისტორიასთან.</w:t>
      </w:r>
    </w:p>
    <w:p>
      <w:pPr>
        <w:pStyle w:val="ArticleScripture"/>
        <w:jc w:val="left"/>
      </w:pPr>
      <w:r>
        <w:rPr>
          <w:rFonts w:ascii="Sylfaen" w:hAnsi="Sylfaen" w:eastAsia="Sylfaen" w:cs="Sylfaen"/>
        </w:rPr>
        <w:t>ხოლო შენ, დანიელ, დაფარე ეს სიტყვები და დაბეჭდე ეს წიგნი უკანასკნელ ჟამამდე: მრავალნი ირბენენ აქეთ-იქით და ცოდნა გამრავლდება. და მან თქვა: წადი შენი გზით, დანიელ, რადგან ეს სიტყვები დაფარულია და დაბეჭდილია უკანასკნელ ჟამამდე. მრავალნი განიწმინდებიან, გათეთრდებიან და გამოიცდებიან; ხოლო უკეთურნი უკეთურად მოიქცევიან; და არც ერთი უკეთურთაგანი ვერ გაიგებს, ხოლო ბრძენნი გაიგებენ. დანიელი 12:4, 9, 10.</w:t>
      </w:r>
    </w:p>
    <w:p>
      <w:pPr>
        <w:pStyle w:val="ArticleBody"/>
        <w:jc w:val="left"/>
      </w:pPr>
      <w:r>
        <w:rPr>
          <w:rFonts w:ascii="Sylfaen" w:hAnsi="Sylfaen" w:eastAsia="Sylfaen" w:cs="Sylfaen"/>
        </w:rPr>
        <w:t>ამ საკითხებს მომდევნო სტატიაში გავაგრძელებთ.</w:t>
      </w:r>
    </w:p>
    <w:p>
      <w:pPr>
        <w:pStyle w:val="ArticleHeading"/>
        <w:jc w:val="left"/>
      </w:pPr>
      <w:r>
        <w:rPr>
          <w:rFonts w:ascii="Sylfaen" w:hAnsi="Sylfaen" w:eastAsia="Sylfaen" w:cs="Sylfaen"/>
        </w:rPr>
        <w:t>ერთულობა</w:t>
      </w:r>
    </w:p>
    <w:p>
      <w:pPr>
        <w:pStyle w:val="ArticleBody"/>
        <w:jc w:val="left"/>
      </w:pPr>
      <w:r>
        <w:rPr>
          <w:rFonts w:ascii="Sylfaen" w:hAnsi="Sylfaen" w:eastAsia="Sylfaen" w:cs="Sylfaen"/>
        </w:rPr>
        <w:t>ილონ მასკმა 2026 წლის 21 თებერვალს განაცხადა, რომ „ჩვენ ახლა ‘სინგულარობაში’ ვართ“.</w:t>
      </w:r>
    </w:p>
    <w:p>
      <w:pPr>
        <w:pStyle w:val="ArticleHeading"/>
        <w:jc w:val="left"/>
      </w:pPr>
      <w:r>
        <w:rPr>
          <w:rFonts w:ascii="Sylfaen" w:hAnsi="Sylfaen" w:eastAsia="Sylfaen" w:cs="Sylfaen"/>
        </w:rPr>
        <w:t>ტექნოლოგიური სინგულარობა</w:t>
      </w:r>
    </w:p>
    <w:p>
      <w:pPr>
        <w:pStyle w:val="ArticleBody"/>
        <w:jc w:val="left"/>
      </w:pPr>
      <w:r>
        <w:rPr>
          <w:rFonts w:ascii="Sylfaen" w:hAnsi="Sylfaen" w:eastAsia="Sylfaen" w:cs="Sylfaen"/>
        </w:rPr>
        <w:t>ტექნოლოგიური სინგულარობა (ხშირად უბრალოდ „სინგულარობად“ წოდებული) არის ჰიპოთეზური მომავალი დროითი მომენტი, როდესაც ტექნოლოგიური პროგრესი — უმთავრესად ხელოვნური ინტელექტით განპირობებული — იმდენად სწრაფი და ძლევამოსილი ხდება, რომ ადამიანურ კონტროლსა და გაგებას გასცდება, რის შედეგადაც ადამიანურ ცივილიზაციაში გამოიწვევს არაპროგნოზირებად და ღრმა გარდაქმნებს. ძირითადი იდეა არის ინტელექტის აფეთქება: როგორც კი შევქმნით ხელოვნური ინტელექტის ისეთ სისტემას, რომელიც ყველაზე გონიერი ადამიანებზე უფრო გონიერი იქნება (ხშირად ხელოვნურ სუპერინტელექტად, ანუ ASI-დ წოდებულს), ამ სისტემას შეეძლება საკუთარი თავის ხელახლა დაპროექტება და გაუმჯობესება უფრო სწრაფად, ვიდრე ამას ოდესმე ნებისმიერი ადამიანური გუნდი შეძლებდა. ეს წარმოშობს რეკურსიული თვითგაუმჯობესების ციკლს, რომელშიც შესაძლებლობები კვლავ და კვლავ ორმაგდება უკიდურესად მოკლე დროის შუალედებში (დღეები -&gt; საათები -&gt; წუთები), რის გამოც შემდგომი განვითარებები ფეთქებად ხასიათს იძენს და „წინასინგულარობის ადამიანებისთვის“ არსებითად პროგნოზირებისა თუ მართვის შესაძლებლობას მიღმა ხდება. ტერმინი „სინგულარობა“ ნასესხებია ფიზიკიდან და მათემატიკიდან, სადაც „შავ ხვრელში“ სინგულარობა არის წერტილი, სადაც გრავიტაცია უსასრულო ხდება და ფიზიკის ჩვენი ამჟამინდელი კანონები ძალას კარგავს — ჩვენ ვერ ვხედავთ და ვერ ვწინასწარმეტყველებთ, რა ხდება მოვლენათა ჰორიზონტის მიღმა.</w:t>
      </w:r>
    </w:p>
    <w:p>
      <w:pPr>
        <w:pStyle w:val="ArticleBody"/>
        <w:jc w:val="left"/>
      </w:pPr>
      <w:r>
        <w:rPr>
          <w:rFonts w:ascii="Sylfaen" w:hAnsi="Sylfaen" w:eastAsia="Sylfaen" w:cs="Sylfaen"/>
        </w:rPr>
        <w:t>მსგავსადვე, ტექნოლოგიური სინგულარობა ისტორიაში აღიქმება როგორც „მოვლენათა ჰორიზონტი“: ჩვენ შეგვიძლია ამ წერტილამდე ტენდენციების წინასწარმეტყველება, მაგრამ მის მიღმა მომავალი გაუმჭვირვალე ხდება ადამიანური გონებისთვის, რომელიც გაძლიერებული არ არის.</w:t>
      </w:r>
    </w:p>
    <w:p>
      <w:pPr>
        <w:pStyle w:val="ArticleHeading"/>
        <w:jc w:val="left"/>
      </w:pPr>
      <w:r>
        <w:rPr>
          <w:rFonts w:ascii="Sylfaen" w:hAnsi="Sylfaen" w:eastAsia="Sylfaen" w:cs="Sylfaen"/>
        </w:rPr>
        <w:t>მოკლე ისტორია და მთავარი მოაზროვნეები</w:t>
      </w:r>
    </w:p>
    <w:p>
      <w:pPr>
        <w:pStyle w:val="ArticleBody"/>
        <w:jc w:val="left"/>
      </w:pPr>
      <w:r>
        <w:rPr>
          <w:rFonts w:ascii="Sylfaen" w:hAnsi="Sylfaen" w:eastAsia="Sylfaen" w:cs="Sylfaen"/>
        </w:rPr>
        <w:t>1950-იანი წლები — ადრეული თესლები იჩენს თავს მათემატიკოს ჯონ ფონ ნოიმანის ნაშრომებში (რომელიც აჩქარებულ ტექნოლოგიურ ცვლილებაზე საუბრობდა) და მათემატიკოსისა და კრიპტოლოგის, ი. ჯ. გუდის ნაშრომებში (რომელმაც 1965 წელს აღწერა „ინტელექტის აფეთქება“, როდესაც მანქანები უკეთეს მანქანებს შექმნიან).</w:t>
      </w:r>
    </w:p>
    <w:p>
      <w:pPr>
        <w:pStyle w:val="ArticleBody"/>
        <w:jc w:val="left"/>
      </w:pPr>
      <w:r>
        <w:rPr>
          <w:rFonts w:ascii="Sylfaen" w:hAnsi="Sylfaen" w:eastAsia="Sylfaen" w:cs="Sylfaen"/>
        </w:rPr>
        <w:t>1993 — კომპიუტერული მეცნიერი და სამეცნიერო ფანტასტიკის ავტორი ვერნორ ვინჯი თავის ესეში, The Coming Technological Singularity, ამ ცნების თანამედროვე გაგებას პოპულარიზაციას უწევს. მან იწინასწარმეტყველა, რომ 2005–2030 წლებში რომელიღაც დროს ზეკაცურ ინტელექტს შევქმნიდით, რის შემდეგაც „ადამიანის ეპოქა“ დასრულდებოდა (იმ აზრით, რომ დაუხმარებელი ადამიანები აღარ იქნებოდნენ დომინანტი ინტელექტი).</w:t>
      </w:r>
    </w:p>
    <w:p>
      <w:pPr>
        <w:pStyle w:val="ArticleBody"/>
        <w:jc w:val="left"/>
      </w:pPr>
      <w:r>
        <w:rPr>
          <w:rFonts w:ascii="Sylfaen" w:hAnsi="Sylfaen" w:eastAsia="Sylfaen" w:cs="Sylfaen"/>
        </w:rPr>
        <w:t>2005 — გამომგონებელი/ფუტურისტი რეი კურცვეილი ამ იდეას ფართო საზოგადოების ყურადღების ცენტრში მოაქცევს თავისი წიგნით, The Singularity Is Near. იგი ამტკიცებს, რომ სინგულარობა დაახლოებით 2045 წლისთვის დადგება, რასაც განაპირობებს გამოთვლითი სიმძლავრის ექსპონენციალური ზრდა (მისი „აჩქარებული უკუგებების კანონის“ შესაბამისად), ნანოტექნოლოგია, ბიოტექნოლოგია და ტვინისა და კომპიუტერის ინტერფეისები. იგი თანმიმდევრულად იცავდა ამ ვადებს და ახლახან კვლავ დაადასტურა AGI 2029 წლისთვის და სინგულარობა — დაახლოებით 2045 წლისთვის.</w:t>
      </w:r>
    </w:p>
    <w:p>
      <w:pPr>
        <w:pStyle w:val="ArticleHeading"/>
        <w:jc w:val="left"/>
      </w:pPr>
      <w:r>
        <w:rPr>
          <w:rFonts w:ascii="Sylfaen" w:hAnsi="Sylfaen" w:eastAsia="Sylfaen" w:cs="Sylfaen"/>
        </w:rPr>
        <w:t>დროითი წინასწარმეტყველებები (2026 წლის დასაწყისის მდგომარეობით)</w:t>
      </w:r>
    </w:p>
    <w:p>
      <w:pPr>
        <w:pStyle w:val="ArticleBody"/>
        <w:jc w:val="left"/>
      </w:pPr>
      <w:r>
        <w:rPr>
          <w:rFonts w:ascii="Sylfaen" w:hAnsi="Sylfaen" w:eastAsia="Sylfaen" w:cs="Sylfaen"/>
        </w:rPr>
        <w:t>პროგნოზები უკანასკნელი რამდენიმე წლის განმავლობაში შესამჩნევად შეიკუმშა დიდი ენობრივი მოდელების, მსჯელობის სისტემებისა და მასშტაბირების კანონების უკიდურესად სწრაფი წინსვლის გამო: ყველაზე გაბედული / უახლოეს ვადებზე ორიენტირებული შეხედულებები (2026–2027): ხელოვნური ინტელექტის ზოგიერთი გამოჩენილი ლიდერი (მაგ., Anthropic-ის დარიო ამოდეი, ილონ მასკი) საჯაროდ აცხადებდა, რომ სუპერინტელექტმა, ან სინგულარობის ამოქმედების ტრიგერის ფუნქციურად ეკვივალენტურმა რამემ, შესაძლოა უკვე 2026 წელს ან 1–3 წლის განმავლობაში მოაღწიოს.</w:t>
      </w:r>
    </w:p>
    <w:p>
      <w:pPr>
        <w:pStyle w:val="ArticleBody"/>
        <w:jc w:val="left"/>
      </w:pPr>
      <w:r>
        <w:rPr>
          <w:rFonts w:ascii="Sylfaen" w:hAnsi="Sylfaen" w:eastAsia="Sylfaen" w:cs="Sylfaen"/>
        </w:rPr>
        <w:t>ექსპერტთა გამოკითხვების მედიანური შედეგები კვლავაც იკრიბება დაახლოებით 2040–2050 წლების გარშემო სრული სუპერინტელექტის/სინგულარობის დადგომისთვის.</w:t>
      </w:r>
    </w:p>
    <w:p>
      <w:pPr>
        <w:pStyle w:val="ArticleHeading"/>
        <w:jc w:val="left"/>
      </w:pPr>
      <w:r>
        <w:rPr>
          <w:rFonts w:ascii="Sylfaen" w:hAnsi="Sylfaen" w:eastAsia="Sylfaen" w:cs="Sylfaen"/>
        </w:rPr>
        <w:t>შესაძლო შედეგების ორი ბანაკი</w:t>
      </w:r>
    </w:p>
    <w:p>
      <w:pPr>
        <w:pStyle w:val="ArticleBody"/>
        <w:jc w:val="left"/>
      </w:pPr>
      <w:r>
        <w:rPr>
          <w:rFonts w:ascii="Sylfaen" w:hAnsi="Sylfaen" w:eastAsia="Sylfaen" w:cs="Sylfaen"/>
        </w:rPr>
        <w:t>უტოპიური / ოპტიმისტური -&gt; რადიკალური სიუხვე, დაავადებისა და სიღარიბის აღმოფხვრა, პრაქტიკულად მიღწეული უკვდავება გონების ატვირთვის ან ნანომედიცინის მეშვეობით, კაცობრიობის შერწყმა ხელოვნურ ინტელექტთან (ტრანსჰუმანიზმი), ადრე გადაუჭრელად მიჩნეული სამეცნიერო პრობლემების წუთებში გადაწყვეტა.</w:t>
      </w:r>
    </w:p>
    <w:p>
      <w:pPr>
        <w:pStyle w:val="ArticleBody"/>
        <w:jc w:val="left"/>
      </w:pPr>
      <w:r>
        <w:rPr>
          <w:rFonts w:ascii="Sylfaen" w:hAnsi="Sylfaen" w:eastAsia="Sylfaen" w:cs="Sylfaen"/>
        </w:rPr>
        <w:t>დისტოპიური / პესიმისტური -&gt; ადამიანური ქმედითუნარიანობისა და კონტროლის დაკარგვა, შეუთავსებლობა (ხელოვნური ინტელექტი მისდევს მიზნებს, რომლებიც მართლკუთხეა ან მტრულად არის განწყობილი ადამიანური ღირებულებების მიმართ), ეკონომიკური და სოციალური კოლაფსი, ან თვით კაცობრიობის არსებობითი საფრთხეებიც კი.</w:t>
      </w:r>
    </w:p>
    <w:p>
      <w:pPr>
        <w:pStyle w:val="ArticleBody"/>
        <w:jc w:val="left"/>
      </w:pPr>
      <w:r>
        <w:rPr>
          <w:rFonts w:ascii="Sylfaen" w:hAnsi="Sylfaen" w:eastAsia="Sylfaen" w:cs="Sylfaen"/>
        </w:rPr>
        <w:t>სინგულარობა მხოლოდ „უაღრესად განვითარებული AI“ არ არის; ეს არის ის მომენტი, როდესაც ტექნოლოგიური ევოლუცია თავს აღწევს ბიოლოგიური/ადამიანური სიჩქარის შეზღუდვებს და იქცევა ავტონომიურ, უკონტროლოდ დაჩქარებულ პროცესად. მოხდება ეს 2026 წელს, 2030 წელს, 2045 წელს თუ არასოდეს, იგი მაინც რჩება კაცობრიობის ისტორიის ერთ-ერთ ყველაზე მნიშვნელოვან, ჯერ კიდევ ღიად დარჩენილ საკითხად ამჟამად.</w:t>
      </w:r>
    </w:p>
    <w:p>
      <w:pPr>
        <w:pStyle w:val="ArticleHeading"/>
        <w:jc w:val="left"/>
      </w:pPr>
      <w:r>
        <w:rPr>
          <w:rFonts w:ascii="Sylfaen" w:hAnsi="Sylfaen" w:eastAsia="Sylfaen" w:cs="Sylfaen"/>
        </w:rPr>
        <w:t>დასასრულის ჟამი – 1989</w:t>
      </w:r>
    </w:p>
    <w:p>
      <w:pPr>
        <w:pStyle w:val="ArticleBody"/>
        <w:jc w:val="left"/>
      </w:pPr>
      <w:r>
        <w:rPr>
          <w:rFonts w:ascii="Sylfaen" w:hAnsi="Sylfaen" w:eastAsia="Sylfaen" w:cs="Sylfaen"/>
        </w:rPr>
        <w:t>ქსელური სამყარო იწყება</w:t>
      </w:r>
    </w:p>
    <w:p>
      <w:pPr>
        <w:pStyle w:val="ArticleBody"/>
        <w:jc w:val="left"/>
      </w:pPr>
      <w:r>
        <w:rPr>
          <w:rFonts w:ascii="Sylfaen" w:hAnsi="Sylfaen" w:eastAsia="Sylfaen" w:cs="Sylfaen"/>
        </w:rPr>
        <w:t>გარდატეხა იზოლირებული გამოთვლიდან ურთიერთდაკავშირებულ გამოთვლაზე. ტიმ ბერნერს-ლი CERN-ში სთავაზობს მსოფლიო აბლაბუდას (World Wide Web) (1989). კომერციული ნეირონული ქსელების კვლევა ფართოვდება (სამხედრო + აკადემიური გამოყენება), გამოდის Intel 80486 — პერსონალური გამოთვლითი სიმძლავრე მკვეთრად იზრდება, ARPANET გარდაიქმნება იმისკენ, რაც შემდგომში თანამედროვე ინტერნეტად ყალიბდება. მანამდე გამოთვლითი ტექნოლოგია ძლიერი იყო, მაგრამ უმთავრესად იზოლირებულ სისტემებში იყო მოქცეული. 1989 წლის შემდეგ გამოთვლითი გარემო ქსელურ ორიენტაციას იძენს. 1989 წლის ნეირონული ქსელები ჯერ კიდევ ადრეულ საფეხურზე იდგა, აპარატურული შეზღუდვებით იყო შებოჭილი და უმეტესად წესებით გაძლიერებულ შაბლონურ სისტემებს წარმოადგენდა — მაგრამ სამხედრო უწყებები და კვლევითი ლაბორატორიები უკვე ამოწმებდნენ სწავლებად სისტემებს დამიზნების, მართვისა და სიგნალთა კლასიფიკაციისათვის. ეს იყო საფუძვლისმიერი ფენა ყოველივე იმისა, რაც მოგვიანებით მოვიდა.</w:t>
      </w:r>
    </w:p>
    <w:p>
      <w:pPr>
        <w:pStyle w:val="ArticleHeading"/>
        <w:jc w:val="left"/>
      </w:pPr>
      <w:r>
        <w:rPr>
          <w:rFonts w:ascii="Sylfaen" w:hAnsi="Sylfaen" w:eastAsia="Sylfaen" w:cs="Sylfaen"/>
        </w:rPr>
        <w:t>ცნობა ფორმალიზებულ იქნა – 1996</w:t>
      </w:r>
    </w:p>
    <w:p>
      <w:pPr>
        <w:pStyle w:val="ArticleBody"/>
        <w:jc w:val="left"/>
      </w:pPr>
      <w:r>
        <w:rPr>
          <w:rFonts w:ascii="Sylfaen" w:hAnsi="Sylfaen" w:eastAsia="Sylfaen" w:cs="Sylfaen"/>
        </w:rPr>
        <w:t>ინტერნეტ-კომერციის აფეთქება</w:t>
      </w:r>
    </w:p>
    <w:p>
      <w:pPr>
        <w:pStyle w:val="ArticleBody"/>
        <w:jc w:val="left"/>
      </w:pPr>
      <w:r>
        <w:rPr>
          <w:rFonts w:ascii="Sylfaen" w:hAnsi="Sylfaen" w:eastAsia="Sylfaen" w:cs="Sylfaen"/>
        </w:rPr>
        <w:t>ვები ხდება საჯარო, კომერციული და გლობალური. Netscape და ბრაუზერების ომები, Amazon და eBay ამტკიცებენ, რომ ონლაინ-კომერცია მუშაობს. Google დაარსდა (როგორც BackRub სტენფორდში, 1996), Windows 95-ის გავრცელება აჩქარებს სამომხმარებლო კომპიუტინგის განვითარებას. 1996 არის ის დრო, როდესაც ინტერნეტი წყვეტს აკადემიურ ყოფნას და ეკონომიკური ხდება. 1989 წლიდან არსებული ინფრასტრუქტურა ახლა სამომხმარებლო მასშტაბს აღწევს. დოტ-კომის ეპოქა ვებსაიტებს კი არ ეხება — იგი ბიზნესის დიგიტალიზაციას შეეხება. ამ პერიოდმა შეცვალა ვაჭრობა, რეკლამა, ინფორმაციის მოძიება და კომუნიკაციის ნიმუშები.</w:t>
      </w:r>
    </w:p>
    <w:p>
      <w:pPr>
        <w:pStyle w:val="ArticleHeading"/>
        <w:jc w:val="left"/>
      </w:pPr>
      <w:r>
        <w:rPr>
          <w:rFonts w:ascii="Sylfaen" w:hAnsi="Sylfaen" w:eastAsia="Sylfaen" w:cs="Sylfaen"/>
        </w:rPr>
        <w:t>ძალმოსილი უწყება – 11/9, 2001</w:t>
      </w:r>
    </w:p>
    <w:p>
      <w:pPr>
        <w:pStyle w:val="ArticleBody"/>
        <w:jc w:val="left"/>
      </w:pPr>
      <w:r>
        <w:rPr>
          <w:rFonts w:ascii="Sylfaen" w:hAnsi="Sylfaen" w:eastAsia="Sylfaen" w:cs="Sylfaen"/>
        </w:rPr>
        <w:t>იწყება მობილური + პლატფორმის ერა</w:t>
      </w:r>
    </w:p>
    <w:p>
      <w:pPr>
        <w:pStyle w:val="ArticleBody"/>
        <w:jc w:val="left"/>
      </w:pPr>
      <w:r>
        <w:rPr>
          <w:rFonts w:ascii="Sylfaen" w:hAnsi="Sylfaen" w:eastAsia="Sylfaen" w:cs="Sylfaen"/>
        </w:rPr>
        <w:t>მედიის დიგიტალიზაცია + ღრუბლოვანი ინფრასტრუქტურის ადრეული ეტაპი + მუდმივად ჩართული ფართოზოლოვანი კავშირი. Apple უშვებს iPod-ს (იწყება პორტატული ციფრული ეკოსისტემა), იწყებს ფუნქციონირებას Wikipedia (კოლექტიური ცოდნის პლატფორმის მოდელი), ფართოზოლოვანი კავშირის გავრცელება მკვეთრად იზრდება, Amazon ჩუმად იწყებს იმ საფუძვლის შენებას, რაც შემდგომში AWS-ად იქცევა. 11 სექტემბრის შემდეგ სათვალთვალო ტექნოლოგიების განვითარება მასშტაბურად ჩქარდება, მონაცემთა ანალიტიკის ინფრასტრუქტურა სწრაფად იზრდება. სწორედ აქ ეყრება საფუძველი ღრუბლოვანი გამოთვლების დასაწყისს, პლატფორმულ ეკოსისტემებს, ციფრული შინაარსის დომინირებას, მუდმივად დაკავშირებულ ინფრასტრუქტურას, აგრეთვე სოციალური მედიისა და სმარტფონების წინაპირობას.</w:t>
      </w:r>
    </w:p>
    <w:p>
      <w:pPr>
        <w:pStyle w:val="ArticleHeading"/>
        <w:jc w:val="left"/>
      </w:pPr>
      <w:r>
        <w:rPr>
          <w:rFonts w:ascii="Sylfaen" w:hAnsi="Sylfaen" w:eastAsia="Sylfaen" w:cs="Sylfaen"/>
        </w:rPr>
        <w:t>საფუძველი ჩაეყარა — აბაკუმის დაფები — 2012, 2013</w:t>
      </w:r>
    </w:p>
    <w:p>
      <w:pPr>
        <w:pStyle w:val="ArticleBody"/>
        <w:jc w:val="left"/>
      </w:pPr>
      <w:r>
        <w:rPr>
          <w:rFonts w:ascii="Sylfaen" w:hAnsi="Sylfaen" w:eastAsia="Sylfaen" w:cs="Sylfaen"/>
        </w:rPr>
        <w:t>ღრმა სწავლების გარღვევა</w:t>
      </w:r>
    </w:p>
    <w:p>
      <w:pPr>
        <w:pStyle w:val="ArticleBody"/>
        <w:jc w:val="left"/>
      </w:pPr>
      <w:r>
        <w:rPr>
          <w:rFonts w:ascii="Sylfaen" w:hAnsi="Sylfaen" w:eastAsia="Sylfaen" w:cs="Sylfaen"/>
        </w:rPr>
        <w:t>თანამედროვე ხელოვნური ინტელექტის დაბადება</w:t>
      </w:r>
    </w:p>
    <w:p>
      <w:pPr>
        <w:pStyle w:val="ArticleBody"/>
        <w:jc w:val="left"/>
      </w:pPr>
      <w:r>
        <w:rPr>
          <w:rFonts w:ascii="Sylfaen" w:hAnsi="Sylfaen" w:eastAsia="Sylfaen" w:cs="Sylfaen"/>
        </w:rPr>
        <w:t>ეს არის გარდამტეხი მომენტი, როდესაც ნეირონულმა ქსელებმა შეწყვიტეს ექსპერიმენტული ყოფა და პრაქტიკულად ძლიერნი გახდნენ — სწორედ ის ხიდი 2001 წლის „პლატფორმა/ღრუბლის“ ეპოქასა და 2023 წლის „გენერაციული AI“-ის აფეთქებას შორის. 2012 წლის სექტემბერი: AlexNet (ღრმა კონვოლუციური ნეირონული ქსელი) უდიდესი უპირატესობით იმარჯვებს ImageNet-ის კონკურსში — სრულიად ამარცხებს ყველა წინა ალგორითმს. AI-ის კვლევაში ეს ერთი მოვლენა საყოველთაოდ არის აღიარებული იმ მომენტად, როდესაც თანამედროვე ღრმა სწავლება დაიბადა. 2012: Geoffrey Hinton-ის გუნდი ამტკიცებს, რომ GPU-ებზე გაწვრთნილ ღრმა ნეირონულ ქსელებს შეუძლიათ იერარქიული ნიშნების ავტომატურად შესწავლა. 2013: Google იძენს Hinton-ის კომპანიას (DNNresearch). ინდუსტრია უეცრად მილიარდებს აბანდებს ღრმა სწავლებაში. NVIDIA-ს GPU-ის წინსვლები (CUDA) AI-ისთვის სტანდარტულ აპარატურულ საფუძვლად იქცევა. დიდი მონაცემების ინსტრუმენტები (Spark 1.0 გამოშვებულია 2013 წელს) ამასთან ერთად მწიფდება, რაც შესაძლებელს ხდის ღრმა სწავლებისთვის საჭირო მასშტაბური მონაცემთა კრებულების გამოყენებას.</w:t>
      </w:r>
    </w:p>
    <w:p>
      <w:pPr>
        <w:pStyle w:val="ArticleHeading"/>
        <w:jc w:val="left"/>
      </w:pPr>
      <w:r>
        <w:rPr>
          <w:rFonts w:ascii="Sylfaen" w:hAnsi="Sylfaen" w:eastAsia="Sylfaen" w:cs="Sylfaen"/>
        </w:rPr>
        <w:t>გახსნა – 2023</w:t>
      </w:r>
    </w:p>
    <w:p>
      <w:pPr>
        <w:pStyle w:val="ArticleBody"/>
        <w:jc w:val="left"/>
      </w:pPr>
      <w:r>
        <w:rPr>
          <w:rFonts w:ascii="Sylfaen" w:hAnsi="Sylfaen" w:eastAsia="Sylfaen" w:cs="Sylfaen"/>
        </w:rPr>
        <w:t>გენერაციული ხელოვნური ინტელექტი კვეთს ზღვარს</w:t>
      </w:r>
    </w:p>
    <w:p>
      <w:pPr>
        <w:pStyle w:val="ArticleBody"/>
        <w:jc w:val="left"/>
      </w:pPr>
      <w:r>
        <w:rPr>
          <w:rFonts w:ascii="Sylfaen" w:hAnsi="Sylfaen" w:eastAsia="Sylfaen" w:cs="Sylfaen"/>
        </w:rPr>
        <w:t>AI ხდება ხელმისაწვდომი, გამოსაყენებელი და ეკონომიკურად გარდამქმნელი. არა უბრალოდ „უკეთესი ნეირონული ქსელები“. ეს არის ის მომენტი, როცა AI წერს კოდს, ქმნის გამოსახულებებს, ავტომატიზებს თეთრსაყელოიან შრომას, მასშტაბურობს მსჯელობის ამოცანებს და პირველად AI წყვეტს სპეციალიზებულობას და იქცევა ზოგადი დანიშნულების კოგნიტურ ინსტრუმენტად.</w:t>
      </w:r>
    </w:p>
    <w:p>
      <w:pPr>
        <w:pStyle w:val="ArticleHeading"/>
        <w:jc w:val="left"/>
      </w:pPr>
      <w:r>
        <w:rPr>
          <w:rFonts w:ascii="Sylfaen" w:hAnsi="Sylfaen" w:eastAsia="Sylfaen" w:cs="Sylfaen"/>
        </w:rPr>
        <w:t>2026 – სინგულარობა?</w:t>
      </w:r>
    </w:p>
    <w:p>
      <w:pPr>
        <w:pStyle w:val="ArticleListItem"/>
        <w:ind w:left="576" w:hanging="259"/>
        <w:jc w:val="left"/>
      </w:pPr>
      <w:r>
        <w:rPr>
          <w:rFonts w:ascii="Sylfaen" w:hAnsi="Sylfaen" w:eastAsia="Sylfaen" w:cs="Sylfaen"/>
        </w:rPr>
        <w:t>• 1989 წელი, როგორც თავად აღსასრულის ჟამის ბეჭდის ახსნა (იწყება ქსელურად დაკავშირებულობა, იქმნება საფუძველი ცოდნის გლობალური მიმოქცევისთვის; დაკავშირებულია სსრკ-ის დაშლასთან, როგორც ადვენტიზმის საბოლოო საგამოცდო პერიოდის სასიგნალო ნიშნულთან).</w:t>
      </w:r>
    </w:p>
    <w:p>
      <w:pPr>
        <w:pStyle w:val="ArticleListItem"/>
        <w:ind w:left="576" w:hanging="259"/>
        <w:jc w:val="left"/>
      </w:pPr>
      <w:r>
        <w:rPr>
          <w:rFonts w:ascii="Sylfaen" w:hAnsi="Sylfaen" w:eastAsia="Sylfaen" w:cs="Sylfaen"/>
        </w:rPr>
        <w:t>• 1996 წელი, როგორც უწყების ფორმალიზაცია (კომერციული ვები აფართოებს ინფორმაციულ ეკონომიკას, ციფრულ ფორმატში გადაიყვანს ვაჭრობასა და აღმოჩენას).</w:t>
      </w:r>
    </w:p>
    <w:p>
      <w:pPr>
        <w:pStyle w:val="ArticleListItem"/>
        <w:ind w:left="576" w:hanging="259"/>
        <w:jc w:val="left"/>
      </w:pPr>
      <w:r>
        <w:rPr>
          <w:rFonts w:ascii="Sylfaen" w:hAnsi="Sylfaen" w:eastAsia="Sylfaen" w:cs="Sylfaen"/>
        </w:rPr>
        <w:t>• 2001 — გზავნილის გაძლიერება (პლატფორმები, ღრუბელი, უწყვეტი წვდომა აყალიბებს ციფრულ ეკოსისტემას კოლექტიური, მობილური ცოდნისათვის).</w:t>
      </w:r>
    </w:p>
    <w:p>
      <w:pPr>
        <w:pStyle w:val="ArticleListItem"/>
        <w:ind w:left="576" w:hanging="259"/>
        <w:jc w:val="left"/>
      </w:pPr>
      <w:r>
        <w:rPr>
          <w:rFonts w:ascii="Sylfaen" w:hAnsi="Sylfaen" w:eastAsia="Sylfaen" w:cs="Sylfaen"/>
        </w:rPr>
        <w:t>• 2012/2013, როგორც ჭეშმარიტი ინტელექტის საფუძვლის ჩაყრა (ღრმა სწავლების გარღვევამ მანქანური გაგება პრაქტიკულად გამოყენებადი და მასშტაბირებადი გახადა).</w:t>
      </w:r>
    </w:p>
    <w:p>
      <w:pPr>
        <w:pStyle w:val="ArticleListItem"/>
        <w:ind w:left="576" w:hanging="259"/>
        <w:jc w:val="left"/>
      </w:pPr>
      <w:r>
        <w:rPr>
          <w:rFonts w:ascii="Sylfaen" w:hAnsi="Sylfaen" w:eastAsia="Sylfaen" w:cs="Sylfaen"/>
        </w:rPr>
        <w:t>• 2023 წელი, როგორც ბეჭდის ახსნის კულმინაცია (გენერაციული ხელოვნური ინტელექტი გადადის ზოგადი დანიშნულების შემეცნებაში, რითაც ცოდნის შექმნასა და მსჯელობას ხელმისაწვდომსა და გარდამქმნელს ხდის).</w:t>
      </w:r>
    </w:p>
    <w:p>
      <w:pPr>
        <w:pStyle w:val="ArticleBody"/>
        <w:jc w:val="left"/>
      </w:pPr>
      <w:r>
        <w:rPr>
          <w:rFonts w:ascii="Sylfaen" w:hAnsi="Sylfaen" w:eastAsia="Sylfaen" w:cs="Sylfaen"/>
        </w:rPr>
        <w:t>მიმდინარეობა დახვეწილია: ყოველი ეტაპი კუმულაციურად ეყრდნობა წინამორბედს, გადადის კავშირგაბმულობიდან -&gt; კომერციალიზაციაზე -&gt; ეკოსისტემაზე -&gt; ინტელექტზე -&gt; კოგნიციაზე.</w:t>
      </w:r>
    </w:p>
    <w:p>
      <w:pPr>
        <w:pStyle w:val="ArticleBody"/>
        <w:jc w:val="left"/>
      </w:pPr>
      <w:r>
        <w:rPr>
          <w:rFonts w:ascii="Sylfaen" w:hAnsi="Sylfaen" w:eastAsia="Sylfaen" w:cs="Sylfaen"/>
        </w:rPr>
        <w:t>2012/2013 არის კრიტიკული გარდამტეხი წერტილი; მომენტი, როდესაც ნეირონულმა ქსელებმა დაამტკიცეს, რომ მათ შესწევთ იერარქიული, ავტომატური სწავლების უნარი (AlexNet/ImageNet-ის გამარჯვება, ჰინტონის ნაშრომის დადასტურება, GPU-ს მასშტაბირების შესაძლებლობის შექმნა), რამაც 2023 წლის გენერაციული აფეთქება გარდაუვალი გახადა. 2012 წლის არქიტექტურული გარდატეხის გარეშე, ტრანსფორმერის მოდელები (2017) და მასშტაბური გაფართოება ვერ წარმოშობდა ChatGPT-ის დონის ზოგადობას.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ჩვიდმეტი</dc:title>
  <dc:subject>ნივთი და ხილვა: დანიელის წინასწარმეტყველების ორი ხაზი და გამოცხადების ბეჭდის ახსნა</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