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ათი</w:t>
      </w:r>
    </w:p>
    <w:p>
      <w:pPr>
        <w:pStyle w:val="ArticleSubtitle"/>
        <w:jc w:val="left"/>
      </w:pPr>
      <w:r>
        <w:rPr>
          <w:rFonts w:ascii="Sylfaen" w:hAnsi="Sylfaen" w:eastAsia="Sylfaen" w:cs="Sylfaen"/>
        </w:rPr>
        <w:t>ომი ზეცაში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2023-11-03</w:t>
      </w:r>
    </w:p>
    <w:p>
      <w:pPr>
        <w:pStyle w:val="ArticleBody"/>
        <w:jc w:val="left"/>
      </w:pPr>
      <w:r>
        <w:rPr>
          <w:rFonts w:ascii="Sylfaen" w:hAnsi="Sylfaen" w:eastAsia="Sylfaen" w:cs="Sylfaen"/>
        </w:rPr>
        <w:t>დიდი დაპირისპირება ქრისტესა და ლუციფერს (სინათლის მატარებელს) შორის ზეცაში დაიწყო, და ღმერთმა გამოსაცდელი ვადა დაუშვა. როდესაც ლუციფერმა თავისი ამბოხება გაავრცელა, დროის გარკვეული პერიოდი მიეცა, რათა სინათლის მატარებლის ამბოხების ნაყოფი გამჟღავნებულიყო. როდესაც ღმერთმა განსაზღვრა, რომ გამოსაცდელი პერიოდი დასრულდა, ლუციფერის სახელი შეიცვალა — ლუციფერიდან, სინათლის მატარებლიდან, სატანად, მოწინააღმდეგედ. სატანისა და იმ ანგელოზებისთვის, რომლებიც მის ამბოხებაში შეუერთდნენ, გამოსაცდელი პერიოდი დასრულებული იყო; ისინი ზეციდან განიდევნენ და საუკუნო ცეცხლს მიესაჯნენ.</w:t>
      </w:r>
    </w:p>
    <w:p>
      <w:pPr>
        <w:pStyle w:val="ArticleScripture"/>
        <w:jc w:val="left"/>
      </w:pPr>
      <w:r>
        <w:rPr>
          <w:rFonts w:ascii="Sylfaen" w:hAnsi="Sylfaen" w:eastAsia="Sylfaen" w:cs="Sylfaen"/>
        </w:rPr>
        <w:t>მაშინ ეტყვის მათაც, რომლებიც მარცხენა მხარეს არიან: წადით ჩემგან, წყეულნო, საუკუნო ცეცხლში, რომელიც გამზადებულია ეშმაკისა და მისი ანგელოზებისთვის. მათე 25:41.</w:t>
      </w:r>
    </w:p>
    <w:p>
      <w:pPr>
        <w:pStyle w:val="ArticleBody"/>
        <w:jc w:val="left"/>
      </w:pPr>
      <w:r>
        <w:rPr>
          <w:rFonts w:ascii="Sylfaen" w:hAnsi="Sylfaen" w:eastAsia="Sylfaen" w:cs="Sylfaen"/>
        </w:rPr>
        <w:t>დიდი დაპირისპირება ქრისტესა და სატანას შორის შემდეგ ედემის ბაღსაც მოადგა, და ღმერთმა კვლავ დაუშვა გამოცდის დრო. როდესაც სატანამ ღმერთი სიკვდილისა და ხის ნაყოფის შესახებ სიცრუეში დასდო ბრალი და ევა აცდუნა, რათა მის ამბოხებაში შეერთებოდა, კვლავ იქნა ნაბოძები დროის მონაკვეთი, რათა სატანის ამბოხების ნაყოფნი დედამიწაზეც განცხადებულიყო, როგორც ზეცაში იყო. იქ სატანამ მიიღო დამატებითი სახელი — ეშმაკი, რაც ნიშნავს „მბრალებელს“. როდესაც გამოცდის დრო (ადამის ძეთათვის, რომლებიც სატანის ამბოხებაში შეუერთდნენ) დასრულდება, ადამის ეს ძენი საუკუნო ცეცხლს მიეცემიან.</w:t>
      </w:r>
    </w:p>
    <w:p>
      <w:pPr>
        <w:pStyle w:val="ArticleScripture"/>
        <w:jc w:val="left"/>
      </w:pPr>
      <w:r>
        <w:rPr>
          <w:rFonts w:ascii="Sylfaen" w:hAnsi="Sylfaen" w:eastAsia="Sylfaen" w:cs="Sylfaen"/>
        </w:rPr>
        <w:t>და იქმნა ომი ზეცაში: მიქაელი და მისი ანგელოზები ებრძოდნენ ურჩხულს; და ურჩხული იბრძოდა, და მისი ანგელოზებიც, მაგრამ ვერ სძლიეს; და აღარ აღმოჩნდა მათთვის ადგილი ზეცაში. და გადმოგდებულ იქნა დიდი ურჩხული, იგი ძველი გველი, რომელსაც ეწოდება ეშმაკი და სატანა, რომელიც აცდუნებს მთელ ქვეყანას; იგი გადმოგდებულ იქნა დედამიწაზე, და მისი ანგელოზებიც მასთან ერთად გადმოყრილ იქნენ. გამოცხადება 12:7–9.</w:t>
      </w:r>
    </w:p>
    <w:p>
      <w:pPr>
        <w:pStyle w:val="ArticleBody"/>
        <w:jc w:val="left"/>
      </w:pPr>
      <w:r>
        <w:rPr>
          <w:rFonts w:ascii="Sylfaen" w:hAnsi="Sylfaen" w:eastAsia="Sylfaen" w:cs="Sylfaen"/>
        </w:rPr>
        <w:t>დიდი ბრძოლის დასაწყისში ზეცაში მომხდარი ომი ასახავს დიდი ბრძოლის დასასრულს, რადგან ალფა და ომეგა ყოველთვის საგნის დასასრულს მის დასაწყისთან ერთად წარმოაჩენს. ზეცაში მომხდარი ომის აღწერა ზეცაში გამოჩენილი დიდი სასწაულით არის წარმოდგენილი.</w:t>
      </w:r>
    </w:p>
    <w:p>
      <w:pPr>
        <w:pStyle w:val="ArticleScripture"/>
        <w:jc w:val="left"/>
      </w:pPr>
      <w:r>
        <w:rPr>
          <w:rFonts w:ascii="Sylfaen" w:hAnsi="Sylfaen" w:eastAsia="Sylfaen" w:cs="Sylfaen"/>
        </w:rPr>
        <w:t>და გამოჩნდა დიდი სასწაული ზეცაში: დედაკაცი, მზით შემოსილი, და მთვარე მის ფერხთა ქვეშ, და მის თავზე გვირგვინი თორმეტი ვარსკვლავისა; და იგი, ორსულად მყოფი, ღაღადებდა მშობიარობის ტკივილებით და იტანჯებოდა შობისათვის. გამოცხადება 12:1, 2.</w:t>
      </w:r>
    </w:p>
    <w:p>
      <w:pPr>
        <w:pStyle w:val="ArticleBody"/>
        <w:jc w:val="left"/>
      </w:pPr>
      <w:r>
        <w:rPr>
          <w:rFonts w:ascii="Sylfaen" w:hAnsi="Sylfaen" w:eastAsia="Sylfaen" w:cs="Sylfaen"/>
        </w:rPr>
        <w:t>როდესაც ქრისტესა და სატანას შორის დიდი ბრძოლის საბოლოო კონფლიქტი დადგება, და ეს მოხდება იმ დროს, როცა მადლის დრო ჯერ კიდევ გრძელდება, ბრძოლის ველი იესო ქრისტეს გამოცხადებაში წარმოდგენილია, როგორც ზეცაში მყოფი. ეს ჭეშმარიტება ახლა იხსნება. მოციქული პავლე სამ ზეცაზე საუბრობს.</w:t>
      </w:r>
    </w:p>
    <w:p>
      <w:pPr>
        <w:pStyle w:val="ArticleScripture"/>
        <w:jc w:val="left"/>
      </w:pPr>
      <w:r>
        <w:rPr>
          <w:rFonts w:ascii="Sylfaen" w:hAnsi="Sylfaen" w:eastAsia="Sylfaen" w:cs="Sylfaen"/>
        </w:rPr>
        <w:t>„მოციქულ პავლეს, ქრისტიანული გამოცდილების ადრეულ პერიოდში, მიეცა განსაკუთრებული შესაძლებლობები, რათა შეეცნო ღვთის ნება იესოს მიმდევართა შესახებ. იგი „ატაცებულ იქნა მესამე ცამდე,“ „სამოთხეში, და ისმინა უთქმელი სიტყვები, რომელთა წარმოთქმაც კაცისთვის ნებადართული არ არის.“ თვითონვე აღიარებდა, რომ უფლისაგან მრავალი „ხილვა და გამოცხადება“ ჰქონდა მიღებული. მისი სახარებისეული ჭეშმარიტების პრინციპების გაგება უტოლდებოდა „უდიდეს მოციქულთა“ გაგებას. 2 Corinthians 12:2, 4, 1, 11. მას ჰქონდა ნათელი და სრული შემეცნება „სიგანისა და სიგრძისა და სიღრმისა და სიმაღლისა“ — „ქრისტეს სიყვარულისა, რომელიც აღემატება ცოდნას.“ Ephesians 3:18, 19.“ მოციქულთა საქმეები, 469.</w:t>
      </w:r>
    </w:p>
    <w:p>
      <w:pPr>
        <w:pStyle w:val="ArticleBody"/>
        <w:jc w:val="left"/>
      </w:pPr>
      <w:r>
        <w:rPr>
          <w:rFonts w:ascii="Sylfaen" w:hAnsi="Sylfaen" w:eastAsia="Sylfaen" w:cs="Sylfaen"/>
        </w:rPr>
        <w:t>დიდი ბრძოლის დასაწყისში ომი მესამე ცაში დაიწყო, ხოლო დიდი ბრძოლის დასასრულს ომი პირველ ცაში მთავრდება. არსებობს სამი ცა: პირველი არის ის ცა, რომელიც წარმოადგენს პლანეტა დედამიწის ატმოსფეროს. მეორე ცა არის მზე, მთვარე და ვარსკვლავები. მესამე ცა არის ის, რასაც დას უაითმა „სამოთხე“ უწოდა, და იგი წარმოადგენს ღვთის ტახტის ადგილსამყოფელს. სწორედ ღვთის მართვის ცენტრის უშუალო თანდასწრებაში დაიწყო ნათლისმტვირთველმა, ლუციფერმა, თავისი აჯანყება.</w:t>
      </w:r>
    </w:p>
    <w:p>
      <w:pPr>
        <w:pStyle w:val="ArticleBody"/>
        <w:jc w:val="left"/>
      </w:pPr>
      <w:r>
        <w:rPr>
          <w:rFonts w:ascii="Sylfaen" w:hAnsi="Sylfaen" w:eastAsia="Sylfaen" w:cs="Sylfaen"/>
        </w:rPr>
        <w:t>მესამე ზეცა არის ადგილი, სადაც ზოგიერთი წინასწარმეტყველი, მათ შორის დას უაითიც, ხილვაში იქნა აყვანილი. როდესაც პავლე იქ იყო, მას ეჩვენა იმ მკვდარი, გამხმარ ძვლების გაცოცხლების ისტორია, რომლებიც 2020 წლის 18 ივლისს ქუჩაში იყვნენ დახოცილნი, და ის მოვლენები, რომლებიც შემდგომ მოჰყვა ას ორმოცდაოთხი ათასის შობასთან ერთად. პავლეს აეკრძალა ამ ისტორიის გაზიარება, რადგან ეს ისტორია წარმოდგენილი იყო როგორც ისტორია, რომლის „გამოთქმაც“ კანონიერად ნებადართული არ იყო. პავლე გარდაიცვალა ოდნავ მეტი, ვიდრე ოცდაათი წლით ადრე, ვიდრე იოანე გამოცხადების მხილველმა მიიღო იესო ქრისტეს გამოცხადების ხილვა. იოანემაც, როგორც პავლემ, მოისმინა ის, რაც შვიდმა ქუხილმა „გამოსთქვა“, და მასაც ეთქვა, არ დაეწერა ის, რაც „გამოთქმული“ იყო. ის, რაც შვიდმა ქუხილმა „გამოსთქვა“, უნდა დარჩენილიყო დაბეჭდილი იმ სამნახევარი სიმბოლური დღის დასასრულამდე, რომლის განმავლობაშიც ორი მოწმე ქუჩაში მკვდარი იყო.</w:t>
      </w:r>
    </w:p>
    <w:p>
      <w:pPr>
        <w:pStyle w:val="ArticleScripture"/>
        <w:jc w:val="left"/>
      </w:pPr>
      <w:r>
        <w:rPr>
          <w:rFonts w:ascii="Sylfaen" w:hAnsi="Sylfaen" w:eastAsia="Sylfaen" w:cs="Sylfaen"/>
        </w:rPr>
        <w:t>და როცა შვიდმა ქუხილმა წარმოთქვა თავიანთი ხმები, მე ვაპირებდი დაწერას; და მოვისმინე ხმა ზეციდან, რომელმაც მითხრა: დაბეჭდე ის, რაც შვიდმა ქუხილმა წარმოთქვა, და ნუ დაწერ ამას. გამოცხადება 10:4.</w:t>
      </w:r>
    </w:p>
    <w:p>
      <w:pPr>
        <w:pStyle w:val="ArticleBody"/>
        <w:jc w:val="left"/>
      </w:pPr>
      <w:r>
        <w:rPr>
          <w:rFonts w:ascii="Sylfaen" w:hAnsi="Sylfaen" w:eastAsia="Sylfaen" w:cs="Sylfaen"/>
        </w:rPr>
        <w:t>ყველა წინასწარმეტყველი მოწმობს საგამოძიებო სამსჯავროს „უკანასკნელ დღეებზე“, და ეს „უკანასკნელი დღეები“ კონკრეტულად დაიწყო 2001 წლის 11 სექტემბერს, და ახლა მათ მიაღწიეს იმ წერტილს, სადაც ბეჭდვა იწყება. ბეჭდვა იწყება იმ სამი და ნახევარი სიმბოლური დღის დასასრულს, რომლის განმავლობაში ორი მოკლული მოწმე ქუჩაში ეგდო. ყველა წინასწარმეტყველი ერთმანეთთან თანხმობაშია. პავლემ იხილა უკანასკნელი საგამოცდო ომის ბრძოლის ველი, რომელიც პირველ ცაში ხდება. უკანასკნელი საგამოცდო ომის ბრძოლის ველი, რომელიც პირველი ცის შიგნით ხდება, პარალელურია პირველი საგამოცდო ომის ბრძოლის ველისა, რომელიც მესამე ცაში მოხდა. შესაძლოა, ზედმეტად ჩანდეს ბრძოლის ველების საგამოცდო ომის ბრძოლებად განსაზღვრა, მაგრამ სატანამ, რომელიც პირველ ბრძოლაში ქრისტეს მოწინააღმდეგე იყო და უკანასკნელ ბრძოლაში ას ორმოცდაოთხი ათასის მოწინააღმდეგეა, იცის, რომ მისი დრო მოკლეა. მან იცის, რომ ეს ბრძოლაა, რომელიც საგამოცდო დროის ველშია დადგენილი. ჩვენ თუ ვიცით?</w:t>
      </w:r>
    </w:p>
    <w:p>
      <w:pPr>
        <w:pStyle w:val="ArticleBody"/>
        <w:jc w:val="left"/>
      </w:pPr>
      <w:r>
        <w:rPr>
          <w:rFonts w:ascii="Sylfaen" w:hAnsi="Sylfaen" w:eastAsia="Sylfaen" w:cs="Sylfaen"/>
        </w:rPr>
        <w:t>1840 წელს ძლიერმა ანგელოზმა ჩამოვიდა და გააძლიერა პირველი ანგელოზის უწყება. იმ თაობის პროტესტანტები მაშინ გამოცდას დაექვემდებარნენ და საბოლოოდ მათზე აჯანყების სახელწოდება მიემაგრათ, რადგან მათ ბაბილონის ასულები ეწოდათ. ლუციფერის სახელიც შეიცვალა მისი გამოსაცდელი პერიოდის განმავლობაში. ძლიერმა ანგელოზმა, რომელიც 1840 წელს ჩამოვიდა, წინასახავდა გამოცხადების მეთვრამეტე თავის ძლიერ ანგელოზს, რომელიც 2001 წლის 11 სექტემბერს ჩამოვიდა. 1840 წელს საგამომძიებლო სამსჯავრო ჯერ კიდევ არ იყო დაწყებული, რადგან იგი ჯერ კიდევ ოთხი წლის შემდეგ იყო მომავალი, მაგრამ პროტესტანტები მაინც წარმოადგენდნენ ცოცხალთა სამსჯავროს წინასწარმეტყველურ გამოსახულებას, რადგან როდესაც ანგელოზი 1840 წელს ჩამოვიდა, მათი გამოსაცდელი პერიოდი დაიწყო. როდესაც გამოცხადების მეთვრამეტე თავის ანგელოზი 2001 წელს ჩამოვიდა, ზეცაში სამსჯავრო შეიცვალა მკვდართა სამსჯავროდან ცოცხალთა სამსჯავროზე.</w:t>
      </w:r>
    </w:p>
    <w:p>
      <w:pPr>
        <w:pStyle w:val="ArticleBody"/>
        <w:jc w:val="left"/>
      </w:pPr>
      <w:r>
        <w:rPr>
          <w:rFonts w:ascii="Sylfaen" w:hAnsi="Sylfaen" w:eastAsia="Sylfaen" w:cs="Sylfaen"/>
        </w:rPr>
        <w:t>2020 წლის 18 ივლისს მოვიდა მესამე ანგელოზის მოძრაობის პირველი იმედგაცრუება, რომელსაც წინასახედ ჰყავს პირველი ანგელოზის მოძრაობის პირველი იმედგაცრუება. საწყის მოძრაობაში პროტესტანტების გამოცდის პროცესი დასრულდა პირველი იმედგაცრუების საგზაო ნიშნულთან, და შემდეგ დაიწყო პირველი მოძრაობის გამოცდა. 2020 წლის 18 ივლისს სამსჯავროს პროცესი კიდევ ერთი ნაბიჯით წაიწია წინ, რადგან უწყება, რომელიც სამი და ნახევარი დღის უდაბნოს დასასრულს უნდა მოსულიყო, არა მხოლოდ შუაღამის ღაღადის უწყების სრულყოფილი და საბოლოო აღსრულება იქნებოდა, არამედ იგი წინასწარმეტყველურად აღნიშნავდა ას ორმოცდაოთხი ათასის დაბეჭდვის მოსვლასაც.</w:t>
      </w:r>
    </w:p>
    <w:p>
      <w:pPr>
        <w:pStyle w:val="ArticleScripture"/>
        <w:jc w:val="left"/>
      </w:pPr>
      <w:r>
        <w:rPr>
          <w:rFonts w:ascii="Sylfaen" w:hAnsi="Sylfaen" w:eastAsia="Sylfaen" w:cs="Sylfaen"/>
        </w:rPr>
        <w:t>და ისრაელის ღმერთის დიდება ქერუბიდან, რომელზედაც იყო, ავიდა სახლის ზღურბლამდე. და მოუხმო თეთრეულით შემოსილ კაცს, რომელსაც გვერდით ჰქონდა მწერლის სამელნე; და უთხრა მას უფალმა: გაიარე ქალაქის შუაგულში, იერუსალიმის შუაგულში, და დაასვი ნიშანი შუბლზე იმ კაცებს, რომლებიც ოხრავენ და ტირიან ყველა იმ სისაძაგლის გამო, რაც მის შუაგულში ხდება. ეზეკიელი 9:3, 4.</w:t>
      </w:r>
    </w:p>
    <w:p>
      <w:pPr>
        <w:pStyle w:val="ArticleBody"/>
        <w:jc w:val="left"/>
      </w:pPr>
      <w:r>
        <w:rPr>
          <w:rFonts w:ascii="Sylfaen" w:hAnsi="Sylfaen" w:eastAsia="Sylfaen" w:cs="Sylfaen"/>
        </w:rPr>
        <w:t>ას ორმოცდაოთხი ათასის დაბეჭდვის პროცესი დაიწყო მათი შობით, რაც ამავე დროს მათი აღდგომაც იყო. ოთხი ქარის უწყება სიცოცხლეს ანიჭებს მკვდარ, გამომშრალ ძვლებს, და ოთხი ქარის უწყება არის ას ორმოცდაოთხი ათასის დაბეჭდვის უწყება. პავლემაც და იოანემაც იხილეს და მოისმინეს სწორედ ის ისტორია, რომელშიც ჩვენ ახლა ვცხოვრობთ, ისტორია, „რომლის ხილვაც მრავალ წინასწარმეტყველსა და მართალს უნატრია.“ მესამე ანგელოზის ძლევამოსილი მოძრაობის ისტორია, რომელიც პირველს ანგელოზის ძლევამოსილი მოძრაობით იყო წინასწარ გამოსახული.</w:t>
      </w:r>
    </w:p>
    <w:p>
      <w:pPr>
        <w:pStyle w:val="ArticleScripture"/>
        <w:jc w:val="left"/>
      </w:pPr>
      <w:r>
        <w:rPr>
          <w:rFonts w:ascii="Sylfaen" w:hAnsi="Sylfaen" w:eastAsia="Sylfaen" w:cs="Sylfaen"/>
        </w:rPr>
        <w:t>„1840–1844 წლებში მოცემული ყველა უწყება ახლა ძალით უნდა გამოცხადდეს, რადგან მრავალი ადამიანია, რომელთაც მიმართულება დაუკარგავთ. ეს უწყებანი ყველა ეკლესიას უნდა ეუწყოს.“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რომ მრავალ წინასწარმეტყველსა და მართალს სურდა ეხილა ის, რასაც თქვენ ხედავთ, და ვერ იხილეს; და გაეგონა ის, რასაც თქვენ ისმენთ, და ვერ გაიგონეს“ [მათე 13:16, 17]. ნეტარ არიან თვალნი, რომელთაც იხილეს ის, რაც ხილულ იქნა 1843 და 1844 წლებში.</w:t>
      </w:r>
    </w:p>
    <w:p>
      <w:pPr>
        <w:pStyle w:val="ArticleScripture"/>
        <w:jc w:val="left"/>
      </w:pPr>
      <w:r>
        <w:rPr>
          <w:rFonts w:ascii="Sylfaen" w:hAnsi="Sylfaen" w:eastAsia="Sylfaen" w:cs="Sylfaen"/>
        </w:rPr>
        <w:t>„უწყება მიეცა. და ამ უწყების გამეორებაში არავითარი დაყოვნება არ უნდა იყოს, რადგან ჟამის ნიშნები სრულდება; დასასრულის საქმე უნდა აღსრულდეს. დიდი საქმე მოკლე დროში აღსრულდება. მალე, ღვთის განწესებით, მიეცემა უწყება, რომელიც ძლიერ ღაღადად გადაიზრდება. მაშინ დანიელი დადგება თავის წილში, რათა მისცეს თავისი მოწმობა.“ Manuscript Releases, volume 21, 437.</w:t>
      </w:r>
    </w:p>
    <w:p>
      <w:pPr>
        <w:pStyle w:val="ArticleBody"/>
        <w:jc w:val="left"/>
      </w:pPr>
      <w:r>
        <w:rPr>
          <w:rFonts w:ascii="Sylfaen" w:hAnsi="Sylfaen" w:eastAsia="Sylfaen" w:cs="Sylfaen"/>
        </w:rPr>
        <w:t>ლუციფერის თავდაპირველი ბრძოლის უმთავრესი თემა ზეცაში იყო კომუნიკაცია. იგი იყო სინათლის მატარებელი, რომელმაც თავისი მდგომარეობა გამოიყენა იმისათვის, რომ წმიდა ანგელოზთა გონებაში შეცდომა ფარულად ჩაენერგა. გვეუბნებიან, რომ ანგელოზებმა, რომლებმაც მისი მეამბოხე იდეები შეითვისეს, ვერც კი შეიცნეს, რომ სწორედ ლუციფერმა აცდუნა ისინი, ეფიქრათ ის, რასაც საბოლოოდ ღმერთის შესახებ ფიქრობდნენ. იგი იმდენად მზაკვარი იყო, როგორც ევა აცდუნა ბაღში, რომ ოდესღაც წმიდად მყოფმა ანგელოზებმა ირწმუნეს, თითქოს აზრები, რომლებიც სატანამ მათ გონებაში ჩაუნერგა, მათი საკუთარი თავდაპირველი აზრები იყო. იმ თესლებმა, ბოლოს და ბოლოს, მარადიული განადგურების ნაყოფი გამოიღო.</w:t>
      </w:r>
    </w:p>
    <w:p>
      <w:pPr>
        <w:pStyle w:val="ArticleBody"/>
        <w:jc w:val="left"/>
      </w:pPr>
      <w:r>
        <w:rPr>
          <w:rFonts w:ascii="Sylfaen" w:hAnsi="Sylfaen" w:eastAsia="Sylfaen" w:cs="Sylfaen"/>
        </w:rPr>
        <w:t>უკანასკნელი ომი, რომელიც პირველ ცაში ხდება, უკვე იწყება, და იგი არც წმიდა ანგელოზთა ცდუნებას შეეხება და არც ევას სატანის მიერ ცდუნებას, არამედ შეეხება მის მიერ მთელი კაცობრიობის ცდუნებას დამახინჯებული საკომუნიკაციო პროცესის მეშვეობით, რომელიც ზეცებში მყოფად არის წარმოდგენილი. ეს შეეხება მსოფლიო აბლაბუდას, რომელსაც სატანა იყენებს ადამიანებში აზრების ჩასანერგად ისე, რომ ამ ადამიანებმა არც კი იციან, სიცრუე რომ ირწმუნეს, და ამით ცხადჰყვეს, რომ ჭეშმარიტება არ უყვართ. სწორედ მოციქულმა პავლემ განაცხადა, რომ „უკანასკნელ დღეებში“ ადამიანები სიცრუეს მიიღებენ, რადგან „ჭეშმარიტების“ სიყვარული არ ექნებათ. ბოლოს და ბოლოს, მას ნანახი ჰქონდა სწორედ ის ისტორია, სადაც სატანის ეს საოცარი საქმე სრულდება.</w:t>
      </w:r>
    </w:p>
    <w:p>
      <w:pPr>
        <w:pStyle w:val="ArticleBody"/>
        <w:jc w:val="left"/>
      </w:pPr>
      <w:r>
        <w:rPr>
          <w:rFonts w:ascii="Sylfaen" w:hAnsi="Sylfaen" w:eastAsia="Sylfaen" w:cs="Sylfaen"/>
        </w:rPr>
        <w:t>კაცობრიობის შეცდენა ხორციელდება გაერთიანებული ერების ორგანიზაციის გლობალისტთა მიერ, რომლებიც გველეშაპის ძალაუფლებას წარმოადგენენ. წინასწარმეტყველებაში გაერთიანებული ერების ორგანიზაციის გლობალისტები შედგებიან მეფეთაგან და ვაჭართაგან. მეფეები არიან მთავრობები, ხოლო ტექნოლოგიური გიგანტები და მრავალეროვნული მილიარდერები — ვაჭარნი.</w:t>
      </w:r>
    </w:p>
    <w:p>
      <w:pPr>
        <w:pStyle w:val="ArticleBody"/>
        <w:jc w:val="left"/>
      </w:pPr>
      <w:r>
        <w:rPr>
          <w:rFonts w:ascii="Sylfaen" w:hAnsi="Sylfaen" w:eastAsia="Sylfaen" w:cs="Sylfaen"/>
        </w:rPr>
        <w:t>ბრძოლა იწყება კვირადღის კანონით; ამ დროს შეერთებული შტატები ათი მეფიდან უმთავრეს მეფედ იქცევა. ამის შემდეგ შეერთებულმა შტატებმა უკვე დრაკონივით ილაპარაკა, რითაც აღინიშნება მიწის მხეცის მეექვსე სამეფოს დასასრული. შემდეგ იგი გამოდის, რათა მთელი მსოფლიო მოატყუოს იმ სასწაულების მეშვეობით, რომელთა მოხდენაც მას ევალება მხეცის თვალწინ, სასწაულებისა, რომლებიც წარმოდგენილია როგორც ციდან ცეცხლის ჩამომყვანნი.</w:t>
      </w:r>
    </w:p>
    <w:p>
      <w:pPr>
        <w:pStyle w:val="ArticleScripture"/>
        <w:jc w:val="left"/>
      </w:pPr>
      <w:r>
        <w:rPr>
          <w:rFonts w:ascii="Sylfaen" w:hAnsi="Sylfaen" w:eastAsia="Sylfaen" w:cs="Sylfaen"/>
        </w:rPr>
        <w:t>და იგი ახდენს დიდ სასწაულებს, ისე რომ ცეცხლს ზეციდან ჩამოიყვანს მიწაზე ადამიანთა წინაშე. გამოცხადება 13:13.</w:t>
      </w:r>
    </w:p>
    <w:p>
      <w:pPr>
        <w:pStyle w:val="ArticleBody"/>
        <w:jc w:val="left"/>
      </w:pPr>
      <w:r>
        <w:rPr>
          <w:rFonts w:ascii="Sylfaen" w:hAnsi="Sylfaen" w:eastAsia="Sylfaen" w:cs="Sylfaen"/>
        </w:rPr>
        <w:t>როდესაც ქუჩაში დახოცილი, აღდგომილი მკვდარი გამხმარი ძვლები, ნიშნად, ზეცად აღიმართებიან, იმავდროულად ზეცაში სხვა სასწაულიც ხდება.</w:t>
      </w:r>
    </w:p>
    <w:p>
      <w:pPr>
        <w:pStyle w:val="ArticleScripture"/>
        <w:jc w:val="left"/>
      </w:pPr>
      <w:r>
        <w:rPr>
          <w:rFonts w:ascii="Sylfaen" w:hAnsi="Sylfaen" w:eastAsia="Sylfaen" w:cs="Sylfaen"/>
        </w:rPr>
        <w:t>და გამოჩნდა სხვა სასწაული ცაში; და აჰა, დიდი წითელი გველი, რომელსაც ჰქონდა შვიდი თავი და ათი რქა, და მის თავებზე შვიდი გვირგვინი. გამოცხადება 12:3.</w:t>
      </w:r>
    </w:p>
    <w:p>
      <w:pPr>
        <w:pStyle w:val="ArticleBody"/>
        <w:jc w:val="left"/>
      </w:pPr>
      <w:r>
        <w:rPr>
          <w:rFonts w:ascii="Sylfaen" w:hAnsi="Sylfaen" w:eastAsia="Sylfaen" w:cs="Sylfaen"/>
        </w:rPr>
        <w:t>დიდი წითელი გველი არის სატანა, მაგრამ ამავე დროს ის წარმართული რომიც არის.</w:t>
      </w:r>
    </w:p>
    <w:p>
      <w:pPr>
        <w:pStyle w:val="ArticleScripture"/>
        <w:jc w:val="left"/>
      </w:pPr>
      <w:r>
        <w:rPr>
          <w:rFonts w:ascii="Sylfaen" w:hAnsi="Sylfaen" w:eastAsia="Sylfaen" w:cs="Sylfaen"/>
        </w:rPr>
        <w:t>„ამგვარად, თუმცა გველი, უპირველესად, სატანას წარმოადგენს, იგი, მეორეული მნიშვნელობით, წარმართული რომის სიმბოლოსაც წარმოადგენს.“ დიდი ბრძოლა, 439.</w:t>
      </w:r>
    </w:p>
    <w:p>
      <w:pPr>
        <w:pStyle w:val="ArticleBody"/>
        <w:jc w:val="left"/>
      </w:pPr>
      <w:r>
        <w:rPr>
          <w:rFonts w:ascii="Sylfaen" w:hAnsi="Sylfaen" w:eastAsia="Sylfaen" w:cs="Sylfaen"/>
        </w:rPr>
        <w:t>დრაკონი არის სატანა, ხოლო მეორეხარისხოვან გამოყენებაში დრაკონი წარმართ რომს წარმოადგენს. ქრისტეს შობის ისტორიაში წარმოდგენილია წარმართი რომის დრაკონი; მაგრამ დრაკონის სრულყოფილი წინასწარმეტყველური გამოყენება არის „უკანასკნელ დღეებში“. „უკანასკნელ დღეებში“ დრაკონი წარმოდგენილია გაერთიანებული ერების ორგანიზაციის ათი მეფით. ისინი არ ჩნდებიან ქრისტეს შობის ისტორიაში, არამედ ას ორმოცდაოთხი ათასის დაბადების ისტორიაში, რომელთა დაბადებაც ქრისტეს შობით იყო წინასახოვანი.</w:t>
      </w:r>
    </w:p>
    <w:p>
      <w:pPr>
        <w:pStyle w:val="ArticleScripture"/>
        <w:jc w:val="left"/>
      </w:pPr>
      <w:r>
        <w:rPr>
          <w:rFonts w:ascii="Sylfaen" w:hAnsi="Sylfaen" w:eastAsia="Sylfaen" w:cs="Sylfaen"/>
        </w:rPr>
        <w:t>„მეფეებმა, მმართველებმა და გამგებლებმა საკუთარ თავზე დაიდეს ანტიქრისტეს ნიშანი და წარმოდგენილნი არიან იმ გველეშაპად, რომელიც მიდის წმინდანებთან საომრად — მათთან, ვინც იცავს ღვთის მცნებებს და აქვს იესოს რწმენა.“ Testimonies to Ministers, 38.</w:t>
      </w:r>
    </w:p>
    <w:p>
      <w:pPr>
        <w:pStyle w:val="ArticleBody"/>
        <w:jc w:val="left"/>
      </w:pPr>
      <w:r>
        <w:rPr>
          <w:rFonts w:ascii="Sylfaen" w:hAnsi="Sylfaen" w:eastAsia="Sylfaen" w:cs="Sylfaen"/>
        </w:rPr>
        <w:t>დრაკონის ათი რქა მისი კონფედერაციის სიმბოლოა; მისი შვიდი თავი, რომლებზეც გვირგვინებია, მას განსაზღვრავს, როგორც ბიბლიური წინასწარმეტყველების რვა სამეფოს შორის მეშვიდე თავს, როგორც ეს წარმოდგენილია როგორც ნაბუქოდონოსორის ქანდაკებაში დანიელის წიგნის მეორე თავში, ისე გამოცხადების წიგნის მეჩვიდმეტე თავის რვა თავში. გაერთიანებული ერების ორგანიზაცია არის „სხვა სასწაული ცაში“ სწორედ იმ დროს, როდესაც ზეცად აღიმართება ის დროშა, რომელიც შობილ იქნა იმ ქუჩაზე, რომელიც მკვდარი, გამხმარი ძვლების ხეობაზე გადის. დრაკონი და დედაკაცი ცაში სასწაულებად ჩნდებიან კვირა კანონის დროს, რომელიც აგრეთვე სწორედ ის წერტილია, როდესაც კათოლიციზმის ზღვის მხეციც „განცვიფრებით მოსდევს“ ხალხს.</w:t>
      </w:r>
    </w:p>
    <w:p>
      <w:pPr>
        <w:pStyle w:val="ArticleScripture"/>
        <w:jc w:val="left"/>
      </w:pPr>
      <w:r>
        <w:rPr>
          <w:rFonts w:ascii="Sylfaen" w:hAnsi="Sylfaen" w:eastAsia="Sylfaen" w:cs="Sylfaen"/>
        </w:rPr>
        <w:t>და ვიხილე მისი ერთ-ერთი თავი, ვითარცა სასიკვდილოდ დაჭრილი; და მისი სასიკვდილო ჭრილობა განიკურნა; და მთელი ქვეყანა განკვირვებული გაჰყვა მხეცს. გამოცხადება 13:3.</w:t>
      </w:r>
    </w:p>
    <w:p>
      <w:pPr>
        <w:pStyle w:val="ArticleBody"/>
        <w:jc w:val="left"/>
      </w:pPr>
      <w:r>
        <w:rPr>
          <w:rFonts w:ascii="Sylfaen" w:hAnsi="Sylfaen" w:eastAsia="Sylfaen" w:cs="Sylfaen"/>
        </w:rPr>
        <w:t>სამყარო გაოცებით მიჰყვება პაპობის საზღვაო მხეცს მისი სასიკვდილო ჭრილობის განკურნების „შემდეგ“, და ეს ჭრილობა განიკურნება შეერთებულ შტატებში კვირადღის კანონის დროს. ალამი, გველი და მხეცი — ყველანი იქცევიან გაოცებული თაყვანისცემის საგნად, დაწყებული შეერთებულ შტატებში კვირადღის კანონის დროიდან. ცრუ წინასწარმეტყველი სწორედ იმავე ჟამს ავლენს სატანური სასწაულთაგან უმნიშვნელოვანესს, რადგან კვირადღის კანონისთანავე, როდესაც ცრუ წინასწარმეტყველმა ახლახან დაიწყო საუბარი, როგორც „გველმა“, იგი გამოდის, რათა მთელი მსოფლიო აცდუნოს, და თავის ცდუნებას ზეციდან აღასრულებს.</w:t>
      </w:r>
    </w:p>
    <w:p>
      <w:pPr>
        <w:pStyle w:val="ArticleScripture"/>
        <w:jc w:val="left"/>
      </w:pPr>
      <w:r>
        <w:rPr>
          <w:rFonts w:ascii="Sylfaen" w:hAnsi="Sylfaen" w:eastAsia="Sylfaen" w:cs="Sylfaen"/>
        </w:rPr>
        <w:t>და ვიხილე სხვა მხეცი, რომელიც ამოდიოდა მიწიდან; და მას ჰქონდა ორი რქა, როგორც კრავს,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მიწას და მასზე მცხოვრებთ, თაყვანი სცენ პირველ მხეცს, რომლის სასიკვდილო ჭრილობაც განიკურნა. და იგი ახდენს დიდ სასწაულებს, ისე რომ ადამიანთა თვალწინ ზეციდან მიწაზე ცეცხლსაც კი ჩამოჰყავს. გამოცხადება 13:11–13.</w:t>
      </w:r>
    </w:p>
    <w:p>
      <w:pPr>
        <w:pStyle w:val="ArticleBody"/>
        <w:jc w:val="left"/>
      </w:pPr>
      <w:r>
        <w:rPr>
          <w:rFonts w:ascii="Sylfaen" w:hAnsi="Sylfaen" w:eastAsia="Sylfaen" w:cs="Sylfaen"/>
        </w:rPr>
        <w:t>ომი, რომელიც მესამე ცაში დაიწყო, პირველ ცაში მთავრდება. დრაკონის, მხეცისა და ცრუწინასწარმეტყველის სამმაგ კავშირს ბიბლია და წინასწარმეტყველების სული ბოროტ კავშირს უწოდებენ. კვირადღის კანონთან ერთად, ეს სამმაგი კავშირი იწყებს მთელი მსოფლიოს გაძღოლას ქალის წინააღმდეგ ომში, როცა იგი არმაგედონისაკენ მიემართება. კვირადღის კანონთან ერთად, ისინი პირველ ცის ბრძოლის ველზე იკავებენ თავიანთ პოზიციებს, და შემდეგ მარცხდებიან! როგორც რომი მსოფლიო ისტორიის განმავლობაში სამჯერ აღდგება ძალაუფლებაში, იგი ყოველთვის პირველად ამარცხებს თავის მტერს, შემდეგ თავის მოკავშირეს, შემდეგ თავის მსხვერპლს, და ბოლოს ეცემა.</w:t>
      </w:r>
    </w:p>
    <w:p>
      <w:pPr>
        <w:pStyle w:val="ArticleScripture"/>
        <w:jc w:val="left"/>
      </w:pPr>
      <w:r>
        <w:rPr>
          <w:rFonts w:ascii="Sylfaen" w:hAnsi="Sylfaen" w:eastAsia="Sylfaen" w:cs="Sylfaen"/>
        </w:rPr>
        <w:t>და ვიხილე სამი უწმინდური სული, ბაყაყთა მსგავსნი, რომლებიც გამოვიდნენ დრაკონის პირიდან, მხეცის პირიდან და ცრუ წინასწარმეტყველის პირიდან. ვინაიდან ისინი ეშმაკთა სულები არიან, სასწაულმოქმედნი, რომლებიც მიდიან ქვეყნის მეფეებთან და მთელი წუთისოფლის მეფეებთან, რათა შეკრიბონ ისინი ყოვლადძლიერი ღმერთის იმ დიდი დღის ბრძოლისათვის. აჰა, მოვდივარ, როგორც ქურდი. ნეტარია იგი, ვინც ფხიზლობს და იცავს თავის სამოსელს, რათა შიშველი არ იაროს და არ იხილონ მისი სირცხვილი. და შეკრიბა ისინი ერთად ადგილას, რომელსაც ებრაულ ენაზე ჰქვია არმაგედონი. გამოცხადება 16:13–16.</w:t>
      </w:r>
    </w:p>
    <w:p>
      <w:pPr>
        <w:pStyle w:val="ArticleBody"/>
        <w:jc w:val="left"/>
      </w:pPr>
      <w:r>
        <w:rPr>
          <w:rFonts w:ascii="Sylfaen" w:hAnsi="Sylfaen" w:eastAsia="Sylfaen" w:cs="Sylfaen"/>
        </w:rPr>
        <w:t>„ომი ზეცაში“ „უკანასკნელ დღეებში“ არ არის მეტაფორული; ეს არის კომუნიკაციის ომი, რომელიც ზეციერ სივრცეებში მიმდინარეობს. გველეშაპის პირიდან, მხეცის პირიდან და ცრუწინასწარმეტყველის პირიდან გამოდიან „ეშმაკთა სულები“, რომლებიც „სასწაულებს“ ახდენენ. სიტყვა „სული“ ნიშნავს სუნთქვას, ხოლო სუნთქვა არის უწყების სიმბოლო. ეზეკიელ ოცდამეშვიდის სუნთქვა სიცოცხლეს უბრუნებს მკვდარ ძვლებს, და ამას იგი აკეთებს ისლამის უწყების გადაცემით, რომელიც ბიბლიაში აღმოსავლეთის ქარის სახით არის წარმოდგენილი. „სული“, „ქარი“ და „სუნთქვა“ ერთი და იგივე სიტყვაა, რომელიც ამ სამ ინგლისურ სიტყვად არის ნათარგმნი როგორც ებრაულში, ისე ბერძნულში.</w:t>
      </w:r>
    </w:p>
    <w:p>
      <w:pPr>
        <w:pStyle w:val="ArticleScripture"/>
        <w:jc w:val="left"/>
      </w:pPr>
      <w:r>
        <w:rPr>
          <w:rFonts w:ascii="Sylfaen" w:hAnsi="Sylfaen" w:eastAsia="Sylfaen" w:cs="Sylfaen"/>
        </w:rPr>
        <w:t>„ღმერთს ძალუძს ახალი სიცოცხლე შთაბეროს ყოველ სულს, რომელსაც გულწრფელად სურს მას ემსახუროს; და შეუძლია საკურთხევლიდან აღებული ცოცხალი ნაკვერცხლით შეეხოს ბაგეებს და მოაქციოს ისინი მის სადიდებლად მჭევრმეტყველებად. ათასობით ხმა აღიჭურვება ძალით, რათა ღაღადებდეს ღვთის სიტყვის საოცარ ჭეშმარიტებებს. ენაბორძიკი ენა გათავისუფლდება, და მორცხვნი გაძლიერდებიან, რათა სიმართლეს გაბედული მოწმობით დაუდასტურონ. დაე, უფალი დაეხმაროს თავის ხალხს, რომ ყოველგვარი შებილწვისაგან განიწმინდონ სულის ტაძარი და მასთან ისეთი ახლო კავშირი შეინარჩუნონ, რომ, როცა გვიანი წვიმა გადმოიღვრება, მის ზიარებად იქცნენ.“ Review and Herald, July 20, 1886.</w:t>
      </w:r>
    </w:p>
    <w:p>
      <w:pPr>
        <w:pStyle w:val="ArticleBody"/>
        <w:jc w:val="left"/>
      </w:pPr>
      <w:r>
        <w:rPr>
          <w:rFonts w:ascii="Sylfaen" w:hAnsi="Sylfaen" w:eastAsia="Sylfaen" w:cs="Sylfaen"/>
        </w:rPr>
        <w:t>დრაკონის პირიდან, მხეცის პირიდან და ცრუ წინასწარმეტყველის პირიდან გამომავალი „სულები“ სატანურ გზავნილებს წარმოადგენს. მესამე ცაში პირველი ბრძოლის დროს — ეს იყო გარყვნილი კომუნიკაციები, როგორც ეს გარყვნილი ნათლის მატარებლით იყო წარმოდგენილი. პირველ ცაში უკანასკნელი ბრძოლის დროს — ეს კვლავ გარყვნილი კომუნიკაციებია. გარყვნილი კომუნიკაციები, რომლებიც სატანამ მესამე ცის ომში გამოიყენა და რომელთა კვლავ გამოყენებაც პირველ ცის ომში უნდა მოხდეს, იყო მესმერიზმი, რომელსაც თანამედროვე დროში ჰიპნოზს უწოდებენ.</w:t>
      </w:r>
    </w:p>
    <w:p>
      <w:pPr>
        <w:pStyle w:val="ArticleScripture"/>
        <w:jc w:val="left"/>
      </w:pPr>
      <w:r>
        <w:rPr>
          <w:rFonts w:ascii="Sylfaen" w:hAnsi="Sylfaen" w:eastAsia="Sylfaen" w:cs="Sylfaen"/>
        </w:rPr>
        <w:t>„კაცებმა და ქალებმა არ უნდა შეისწავლონ ის მეცნიერება, თუ როგორ დაიმონონ მათთან ურთიერთობაში მყოფთა გონება. ეს არის ის მეცნიერება, რომელსაც სატანა ასწავლის. ჩვენ უნდა აღვუდგეთ წინააღმდეგ ყოველივე ამგვარს. ჩვენ არ უნდა გვქონდეს შეხება მესმერიზმთან და ჰიპნოტიზმთან — იმ არსების მეცნიერებასთან, რომელმაც დაკარგა თავისი თავდაპირველი მდგომარეობა და ზეციური ეზოებიდან იქნა განდევნილი.“ ხელნაწერი 86, 1905.</w:t>
      </w:r>
    </w:p>
    <w:p>
      <w:pPr>
        <w:pStyle w:val="ArticleBody"/>
        <w:jc w:val="left"/>
      </w:pPr>
      <w:r>
        <w:rPr>
          <w:rFonts w:ascii="Sylfaen" w:hAnsi="Sylfaen" w:eastAsia="Sylfaen" w:cs="Sylfaen"/>
        </w:rPr>
        <w:t>ჰიპნოტიზმი დღეს სამყაროში ხორციელდება ტექნოლოგიური გიგანტების მიერ მსოფლიო ქსელის მეშვეობით, რომელიც იყენებს იმას, რასაც თანამედროვე რეკლამის მეცნიერებად მოიხსენიებენ, მაგრამ რაც სინამდვილეში ძველი სატანური ჰიპნოტიზმის მეცნიერების უმაღლესი დახვეწილობაა. გლობალისტები, ტექნოლოგიური გიგანტები და მილიარდერები განიზრახავენ თავიანთი ნადავლის შეპყრობას მოტყუების „ქსელში“, რომელიც უკვე მთელ მსოფლიოშია დამკვიდრებული. თუ გნებავთ, ეს არის სატანის ფსიქოლოგიური ოპერაციები მთელი სამყაროს წინააღმდეგ. სწორედ სატანური გზავნილებია ის, რაც სამყაროს არმაგედონისკენ მიჰყავს, და ეს სატანური გზავნილები ზეცაში ცხადდება იმავე დროს, როდესაც სამი ანგელოზი ზეცაში ქრისტეს უწყებას აცხადებენ.</w:t>
      </w:r>
    </w:p>
    <w:p>
      <w:pPr>
        <w:pStyle w:val="ArticleScripture"/>
        <w:jc w:val="left"/>
      </w:pPr>
      <w:r>
        <w:rPr>
          <w:rFonts w:ascii="Sylfaen" w:hAnsi="Sylfaen" w:eastAsia="Sylfaen" w:cs="Sylfaen"/>
        </w:rPr>
        <w:t>და ვიხილე სხვა ანგელოზი, შუაგულ ცაში მფრინავი, რომელსაც ჰქონდა საუკუნო სახარება, რათა ექადაგა დედამიწაზე მკვიდრთათვის და ყოველი ერისთვის, ტომისთვის, ენისთვის და ხალხისთვის, და ხმამაღლა ამბობდა: გეშინოდეთ ღვთისა და დიდება მიაგეთ მას, რადგან მოვიდა მისი სამსჯავროს ჟამი; და თაყვანი ეცით მას, რომელმაც შექმნა ცა და ქვეყანა, ზღვა და წყარონი წყალთა. და გაჰყვა მას სხვა ანგელოზი, რომელიც ამბობდა: დაეცა, დაეცა ბაბილონი, ის დიდი ქალაქი, რადგან მან ყველა ერს ასვა თავისი სიძვის რისხვის ღვინო. და მესამე ანგელოზიც გაჰყვა მათ, ხმამაღლა ამბობდა: თუ ვინმე თაყვანს სცემს მხეცს და მის ხატს, და მიიღებს მის ნიშანს შუბლზე, ან თავის ხელზე, ისიც შესვამს ღვთის რისხვის ღვინოს, რომელიც განუზავებლად არის დასხმული მისი გულისწყრომის სასმისში; და იგი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 აქვთ მოსვენება არც დღე და არც ღამე მათ, ვინც თაყვანს სცემენ მხეცსა და მის ხატს, და ვინც მიიღებს მისი სახელის ნიშანს. გამოცხადება 14:6–11.</w:t>
      </w:r>
    </w:p>
    <w:p>
      <w:pPr>
        <w:pStyle w:val="ArticleBody"/>
        <w:jc w:val="left"/>
      </w:pPr>
      <w:r>
        <w:rPr>
          <w:rFonts w:ascii="Sylfaen" w:hAnsi="Sylfaen" w:eastAsia="Sylfaen" w:cs="Sylfaen"/>
        </w:rPr>
        <w:t>სამნაწილიანი კავშირის თითოეული წევრისგან გამომავალი „სულები“ მათი პირიდან გამოდიან. ერის მეტყველება მისი მთავრობის მოქმედებაა.</w:t>
      </w:r>
    </w:p>
    <w:p>
      <w:pPr>
        <w:pStyle w:val="ArticleScripture"/>
        <w:jc w:val="left"/>
      </w:pPr>
      <w:r>
        <w:rPr>
          <w:rFonts w:ascii="Sylfaen" w:hAnsi="Sylfaen" w:eastAsia="Sylfaen" w:cs="Sylfaen"/>
        </w:rPr>
        <w:t>„ერის საუბარი არის მისი საკანონმდებლო და სასამართლო ხელისუფლებათა მოქმედება.“ The Great Controversy, 443.</w:t>
      </w:r>
    </w:p>
    <w:p>
      <w:pPr>
        <w:pStyle w:val="ArticleBody"/>
        <w:jc w:val="left"/>
      </w:pPr>
      <w:r>
        <w:rPr>
          <w:rFonts w:ascii="Sylfaen" w:hAnsi="Sylfaen" w:eastAsia="Sylfaen" w:cs="Sylfaen"/>
        </w:rPr>
        <w:t>იერემიას აღეთქვა, რომ თუ იგი გამოარჩევდა ხორბალს ბზისგან და აღარ დაუბრუნდებოდა ბზას (თუმცა ბზა შეეძლო მასთან დაბრუნებულიყო), ღმერთი მას თავის „ბაგედ“ აქცევდა.</w:t>
      </w:r>
    </w:p>
    <w:p>
      <w:pPr>
        <w:pStyle w:val="ArticleScripture"/>
        <w:jc w:val="left"/>
      </w:pPr>
      <w:r>
        <w:rPr>
          <w:rFonts w:ascii="Sylfaen" w:hAnsi="Sylfaen" w:eastAsia="Sylfaen" w:cs="Sylfaen"/>
        </w:rPr>
        <w:t>მე არ ვიჯექი დამცინველთა საკრებულოში და არ ვხარობდი; მარტო ვიჯექი შენი ხელის გამო, რადგან შენ აღმავსე რისხვით. რატომ არის ჩემი ტკივილი მარადიული და ჩემი წყლული — განუკურნებელი, რომელიც განკურნებას არ ეთანხმება? ნუთუ შენ ჩემთვის სრულიად მატყუარა იქნები, და წყლებივით, რომლებიც შრება? ამიტომ ასე ამბობს უფალი: თუ მოიქცევი, კვლავ დაგაბრუნებ, და ჩემს წინაშე დადგები; და თუ გამოარჩევ ძვირფასს უღირსისაგან, ჩემი პირი იქნები; ისინი შენკენ მოიქცნენ, შენ კი ნუ მოიქცევი მათკენ. იერემია 15:17–19.</w:t>
      </w:r>
    </w:p>
    <w:p>
      <w:pPr>
        <w:pStyle w:val="ArticleBody"/>
        <w:jc w:val="left"/>
      </w:pPr>
      <w:r>
        <w:rPr>
          <w:rFonts w:ascii="Sylfaen" w:hAnsi="Sylfaen" w:eastAsia="Sylfaen" w:cs="Sylfaen"/>
        </w:rPr>
        <w:t>იერემია წარმოადგენს მილერიტებს მათი პირველი იმედგაცრუების ჟამს, რომელთაც ეგონათ, რომ ღმერთმა იცრუა. ღმერთს არ უცრუებია; მან უბრალოდ თავისი ხელი დააფარა 1843 წლის სქემაში დაშვებულ შეცდომას. იერემიას მიეცა აღთქმა, ისევე როგორც ეს აღთქმა მიეცათ მათ, ვინც 2020 წლის 18 ივლისს იმედგაცრუებულნი იყვნენ: თუ ისინი გამოეყოფოდნენ უგუნურ ადამიანებსა და სატანურ სწავლებებს, რომლებიც იმედგაცრუებამდე არსებობდა, მაშინ უფალი იერემიასაც და მათაც, ვისაც იგი განასახიერებს, თავის „ბაგედ“ გახდიდა. 1843 წლის სქემა შეიქმნა აბაკუმის მეორე თავში მოცემული ბრძანების აღსრულებით.</w:t>
      </w:r>
    </w:p>
    <w:p>
      <w:pPr>
        <w:pStyle w:val="ArticleScripture"/>
        <w:jc w:val="left"/>
      </w:pPr>
      <w:r>
        <w:rPr>
          <w:rFonts w:ascii="Sylfaen" w:hAnsi="Sylfaen" w:eastAsia="Sylfaen" w:cs="Sylfaen"/>
        </w:rPr>
        <w:t>„როდესაც მეორე მოსვლის მქადაგებელთა და გამოცემათა ერთიანი მოწმობა იდგა „თავდაპირველ რწმენაზე“, დიაგრამის გამოქვეყნება მიჩნეული იყო აბაკუმის 2:2, 3-ის აღსრულებად. თუ დიაგრამა წინასწარმეტყველების საგანი იყო (და ისინი, ვინც ამას უარყოფენ, ტოვებენ თავდაპირველ რწმენას), მაშინ აქედან გამომდინარეობს, რომ ძვ. წ. 457 იყო ის წელი, საიდანაც 2300 დღის ათვლა უნდა დაწყებულიყო. აუცილებელი იყო, რომ 1843 პირველი გამოქვეყნებული დრო ყოფილიყო, რათა „ხილვა“ „დაგვიანებულიყო“, ანუ რომ ყოფილიყო დაყოვნების ჟამი, რომლის განმავლობაშიც ქალწულთა დასს უნდა ჩასძინებოდა და დაეძინა დროის ამ დიდ საკითხზე, სწორედ მანამდე, ვიდრე მათ შუაღამის ღაღადით გამოაღვიძებდნენ“. ჯეიმზ უაითი, Second Advent Review and Sabbath Herald, ტომი 1, ნომერი 2.</w:t>
      </w:r>
    </w:p>
    <w:p>
      <w:pPr>
        <w:pStyle w:val="ArticleBody"/>
        <w:jc w:val="left"/>
      </w:pPr>
      <w:r>
        <w:rPr>
          <w:rFonts w:ascii="Sylfaen" w:hAnsi="Sylfaen" w:eastAsia="Sylfaen" w:cs="Sylfaen"/>
        </w:rPr>
        <w:t>უფალმა, აბაკუმის მეშვეობით, მილერიტებს უბრძანა 1843 წლის სქემის შედგენა, და იგი შეიცავდა შეცდომას, რომელსაც უფალი თავისი ხელით ფარავდა. ამიტომ ამბობს იერემია, რომ მისი იმედგაცრუება ღვთის ხელის გამო იყო. როდესაც იმედგაცრუების შემდეგ უფალმა მილერიტები კვლავ აბაკუმის მეორე თავთან მიიყვანა, მათ დაინახეს აღთქმა, რომ თუმცა ხილვა დაყოვნდებოდა, მათ უნდა დალოდებოდნენ მას, რადგან ის არ იცრუებდა, და რომ ბოლოს იგი „ილაპარაკებდა“.</w:t>
      </w:r>
    </w:p>
    <w:p>
      <w:pPr>
        <w:pStyle w:val="ArticleBody"/>
        <w:jc w:val="left"/>
      </w:pPr>
      <w:r>
        <w:rPr>
          <w:rFonts w:ascii="Sylfaen" w:hAnsi="Sylfaen" w:eastAsia="Sylfaen" w:cs="Sylfaen"/>
        </w:rPr>
        <w:t>ხილვის „მეტყველება“ წარმოადგენდა წინასწარმეტყველური უწყების შინაარსს, ხოლო იერემიასთვის მიცემული აღთქმა ის იყო, რომ თუ იგი ჩამოიშორებდა იმედგაცრუებას, დაუბრუნდებოდა იმ უწყებისადმი იმავე გულმოდგინებას, რომელიც იმედგაცრუებამდე ჰქონდა, და თუ გაარჩევდა ხორბალს ბზისაგან, იგი იქნებოდა ღვთის „პირი“ და გამოაცხადებდა შუაღამის ღაღადის უწყებას.</w:t>
      </w:r>
    </w:p>
    <w:p>
      <w:pPr>
        <w:pStyle w:val="ArticleScripture"/>
        <w:jc w:val="left"/>
      </w:pPr>
      <w:r>
        <w:rPr>
          <w:rFonts w:ascii="Sylfaen" w:hAnsi="Sylfaen" w:eastAsia="Sylfaen" w:cs="Sylfaen"/>
        </w:rPr>
        <w:t>რადგან ხილვა ჯერ კიდევ დანიშნული დროისთვის არის, მაგრამ ბოლოს იგი ილაპარაკებს და არ იცრუებს; თუმცა კი დაყოვნდება, დაელოდე მას, რადგან უეჭველად მოვა, არ დაყოვნდება. აბაკუმი 2:3.</w:t>
      </w:r>
    </w:p>
    <w:p>
      <w:pPr>
        <w:pStyle w:val="ArticleBody"/>
        <w:jc w:val="left"/>
      </w:pPr>
      <w:r>
        <w:rPr>
          <w:rFonts w:ascii="Sylfaen" w:hAnsi="Sylfaen" w:eastAsia="Sylfaen" w:cs="Sylfaen"/>
        </w:rPr>
        <w:t>ვინც იერემიას მიერ არიან წარმოდგენილნი, როგორც პირველი, ისე მესამე ანგელოზის მოძრაობაში, და ასრულებენ დაბრუნების ბრძანებას, ისინი იქნებიან უფლის „პირი“ ბოროტი კავშირის წინააღმდეგ ბრძოლაში, პირველი ცის საბრძოლო ველზე. ისინი წარადგენენ შუაღამის ღაღადის ცნობას. იერემიას მიერ წარმოდგენილნი ახლა უდაბნოში „ხმას“ ისმენენ. სამი და ნახევარი სიმბოლური დღე წინასწარმეტყველური უდაბნოს სიმბოლოა.</w:t>
      </w:r>
    </w:p>
    <w:p>
      <w:pPr>
        <w:pStyle w:val="ArticleScripture"/>
        <w:jc w:val="left"/>
      </w:pPr>
      <w:r>
        <w:rPr>
          <w:rFonts w:ascii="Sylfaen" w:hAnsi="Sylfaen" w:eastAsia="Sylfaen" w:cs="Sylfaen"/>
        </w:rPr>
        <w:t>ხმაი მღაღადებლისა უდაბნოში: გაამზადეთ გზა უფლისა, გაასწორეთ უდაბნოში მაღალი გზა ჩვენი ღმერთისთვის. ყოველი ხევი ამაღლდეს, და ყოველი მთა და ბორცვი დადაბლდეს; მრუდე გასწორდეს და უსწორმასწორო ადგილი ვაკედ იქცეს. და უფლის დიდება გამოცხადდება, და ყოველი ხორციელი ერთად იხილავს მას, რადგან უფლის პირმა წარმოსთქვა ეს. ესაია 40:3–5.</w:t>
      </w:r>
    </w:p>
    <w:p>
      <w:pPr>
        <w:pStyle w:val="ArticleBody"/>
        <w:jc w:val="left"/>
      </w:pPr>
      <w:r>
        <w:rPr>
          <w:rFonts w:ascii="Sylfaen" w:hAnsi="Sylfaen" w:eastAsia="Sylfaen" w:cs="Sylfaen"/>
        </w:rPr>
        <w:t>მომდევნო სტატიაში განვაგრძობთ განსაცდელის ომის უკანასკნელი ბრძოლის განხილვას, რომელიც მესამე ცაში დაიწყო და პირველ ცაში სრულდება.</w:t>
      </w:r>
    </w:p>
    <w:p>
      <w:pPr>
        <w:pStyle w:val="ArticleScripture"/>
        <w:jc w:val="left"/>
      </w:pPr>
      <w:r>
        <w:rPr>
          <w:rFonts w:ascii="Sylfaen" w:hAnsi="Sylfaen" w:eastAsia="Sylfaen" w:cs="Sylfaen"/>
        </w:rPr>
        <w:t>მაშინ შეიკრიბნენ ყველა მიდიანელი, ამალეკელი და აღმოსავლეთის ძენი, გადავიდნენ და დაბანაკდნენ იზრეყელის ველზე. ხოლო უფლის სული გადმოვიდა გედეონზე, და მან ჩაჰბერა საყვირს; და აბიეზერი შეიკრიბა მის კვალზე. და გაგზავნა მან მაცნენი მთელ მანაშეში; ისინიც შეიკრიბნენ მის კვალზე; და გაგზავნა მაცნენი აშერთან, ზებულონთან და ნაფთალთან; და ისინი ავიდნენ მათ შესახვედრად. მსაჯულთა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ათი</dc:title>
  <dc:subject>ომი ზეცაში</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