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თერთმეტი</w:t>
      </w:r>
    </w:p>
    <w:p>
      <w:pPr>
        <w:pStyle w:val="ArticleSubtitle"/>
        <w:jc w:val="left"/>
      </w:pPr>
      <w:r>
        <w:rPr>
          <w:rFonts w:ascii="Sylfaen" w:hAnsi="Sylfaen" w:eastAsia="Sylfaen" w:cs="Sylfaen"/>
        </w:rPr>
        <w:t>მხეცის ხატი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2023-11-05</w:t>
      </w:r>
    </w:p>
    <w:p>
      <w:pPr>
        <w:pStyle w:val="ArticleScripture"/>
        <w:jc w:val="left"/>
      </w:pPr>
      <w:r>
        <w:rPr>
          <w:rFonts w:ascii="Sylfaen" w:hAnsi="Sylfaen" w:eastAsia="Sylfaen" w:cs="Sylfaen"/>
        </w:rPr>
        <w:t>და გამოჩნდა ცაში სხვა სასწაული; და აჰა, დიდი წითელი გველეშაპი, რომელსაც ჰქონდა შვიდი თავი და ათი რქა, და მის თავებზე შვიდი გვირგვინი. და მისმა კუდმა ცის ვარსკვლავთა მესამედი წარიტაცა და დედამიწაზე გადმოაგდო; და გველეშაპი დადგა იმ დედაკაცის წინაშე, რომელსაც მშობიარობა უნდა დაეწყო, რათა როგორც კი შობდა, მისი შვილი შთაენთქა. და შვა მან ძე, მამრი, რომელიც უნდა მწყემსავდეს ყველა ერს რკინის კვერთხით; და მისი შვილი ატაცებულ იქნა ღმერთთან და მის ტახტთან. და დედაკაცი გაიქცა უდაბნოში, სადაც აქვს ადგილი ღმერთისგან გამზადებული, რათა იქ კვებავდნენ მას ათას ორას სამოცი დღე. და მოხდა ომი ცაში: მიქაელი და მისი ანგელოზები ებრძოდნენ გველეშაპს; და გველეშაპიც იბრძოდა და მისი ანგელოზები, მაგრამ ვერ გაიმარჯვეს; და აღარც მოიძებნა მათი ადგილი ცაში. და გადმოგდებულ იქნა დიდი გველეშაპი, ის ძველი გველი, რომელსაც ეწოდება ეშმაკი და სატანა, მთელი ქვეყნის მაცდუნებელი; გადმოგდებულ იქნა იგი დედამიწაზე, და მისი ანგელოზებიც მასთან ერთად გადმოიგდეს. და მოვისმინე ცაში დიდი ხმა, რომელიც ამბობდა: ახლა დადგა ხსნა და ძალა და სუფევა ჩვენი ღმერთისა და ხელმწიფება მისი ქრისტესი, რადგან ჩამოგდებულია ჩვენი ძმების ბრალმდებელი, რომელიც ჩვენი ღმერთის წინაშე მათ დღე და ღამე სდებდა ბრალს. და მათ სძლიეს მას კრავის სისხლით და თავიანთი მოწმობის სიტყვით; და არ შეიყვარეს თავიანთი სიცოცხლე თვით სიკვდილამდეც. ამიტომ იხარეთ, ცანო, და თქვენ, ვინც მათში მკვიდრობთ. ვაი დედამიწისა და ზღვის მკვიდრთა, რადგან ეშმაკი ჩამოვიდა თქვენთან დიდი რისხვით, ვინაიდან იცის, რომ მცირე დრო აქვს. და როცა გველეშაპმა იხილა, რომ დედამიწაზე იყო გადმოგდებული, დევნა დაუწყო დედაკაცს, რომელმაც შვა მამრი ძე. და მიეცა დედაკაცს ორი ფრთა დიდი არწივისა, რათა გაფრენილიყო უდაბნოში, თავის ადგილას, სადაც იკვებება დროით, დროთა განმავლობაში და ნახევარი დროით, გველის პირისაგან მოშორებით. და გველმა თავისი პირიდან მდინარესავით წყალი გამოუშვა დედაკაცის უკან, რათა წარეტაცებინა იგი ნიაღვარს. და დედამიწა შეეწია დედაკაცს; და დედამიწამ გახსნა თავისი პირი და შთანთქა ნიაღვარი, რომელიც გველეშაპმა თავისი პირიდან გამოუშვა. და განურისხდა გველეშაპი დედაკაცს და წავიდა, რათა ეომა მისი თესლის ნარჩომებთან, რომლებიც იცავენ ღმერთის მცნებებს და აქვთ იესო ქრისტეს მოწმობა. გამოცხადება 12:1–17.</w:t>
      </w:r>
    </w:p>
    <w:p>
      <w:pPr>
        <w:pStyle w:val="ArticleBody"/>
        <w:jc w:val="left"/>
      </w:pPr>
      <w:r>
        <w:rPr>
          <w:rFonts w:ascii="Sylfaen" w:hAnsi="Sylfaen" w:eastAsia="Sylfaen" w:cs="Sylfaen"/>
        </w:rPr>
        <w:t>ქრისტესა და სატანის შორის დიდ ბრძოლაში პირველი ბრძოლა ლუციფერის აჯანყებით მესამე ცაში დაიწყო, და ეს პირველი ბრძოლა პირველსავე ცაში უკანასკნელ ბრძოლას განასახიერებს. კიდევ იქნება ბრძოლა, რადგან ათასწლიანი მილენიუმის დასასრულს სატანა მცირე ხნით გათავისუფლდება და იერუსალიმის წინააღმდეგ იერიშს მიიტანს, მაგრამ იმ ბრძოლაში გამარჯვების არავითარი შესაძლებლობა არ არსებობს. დასაწყისში მესამე ცაში მომხდარი ბრძოლა, რომელიც დასასრულს პირველ ცაში მიმდინარე ბრძოლას წარმოადგენს, იმ დროს აღსრულდა, როცა გამოცდის დრო ჯერ კიდევ ღია იყო.</w:t>
      </w:r>
    </w:p>
    <w:p>
      <w:pPr>
        <w:pStyle w:val="ArticleBody"/>
        <w:jc w:val="left"/>
      </w:pPr>
      <w:r>
        <w:rPr>
          <w:rFonts w:ascii="Sylfaen" w:hAnsi="Sylfaen" w:eastAsia="Sylfaen" w:cs="Sylfaen"/>
        </w:rPr>
        <w:t>„ქალი“, რომელიც ბავშვით არის ორსული, წარმოადგენს ღვთის ეკლესიას მთელი ისტორიის განმავლობაში, ხოლო ქრისტეს ისტორიაში იგი კინაღამ შობდა ყრმა-ვაჟს, იესოს. უკანასკნელ დღეებში იგი შობს ტყუპებს. საკვირაო კანონის წინ იგი შობს გამოცხადების მეშვიდე თავში მოხსენიებულ ას ორმოცდაოთხ ათასს, ხოლო საკვირაო კანონის დროს იწყებს მშობიარობის ტკივილებს გამოცხადების მეშვიდე თავში მოხსენიებული დიდი სიმრავლის საშობად. მისი ტყუპები ერთნაირნი არ არიან, მაგრამ მაინც ტყუპები არიან, და პირმშო არის ელია, ხოლო უმცროსი ძე — მოსე.</w:t>
      </w:r>
    </w:p>
    <w:p>
      <w:pPr>
        <w:pStyle w:val="ArticleBody"/>
        <w:jc w:val="left"/>
      </w:pPr>
      <w:r>
        <w:rPr>
          <w:rFonts w:ascii="Sylfaen" w:hAnsi="Sylfaen" w:eastAsia="Sylfaen" w:cs="Sylfaen"/>
        </w:rPr>
        <w:t>სულიერი ისრაელის დასაწყისში წარმართული რომის გველი ელოდა, რათა შთაენთქა ყრმა-ვაჟი იესო; ხოლო თანამედროვე რომის გველი ახლა ელოდება, რათა შთანთქას ას ორმოცდაოთხი ათასის ყრმა-ვაჟი. როგორც წარმართული რომი დევნიდა ადრეულ ქრისტიანულ ეკლესიას, ისე თანამედროვე რომიც გაიმეორებს დევნას კვირადღის კანონის კრიზისის დროს. ადრეულ ქრისტიანულ ეკლესიაში ქალი უდაბნოში გაიქცა ათას ორას სამოც სიტყვასიტყვით წელს, ხოლო კვირადღის კანონის კრიზისის დევნა სიმბოლურად გამოხატულია გამოცხადების მეცამეტე თავის მეხუთე მუხლის ორმოცდაორი თვით. უდაბნოში ღვთის ხალხს მომზადებული აქვს ადგილი, სადაც ისინი იკვებებიან და საზრდოობენ.</w:t>
      </w:r>
    </w:p>
    <w:p>
      <w:pPr>
        <w:pStyle w:val="ArticleBody"/>
        <w:jc w:val="left"/>
      </w:pPr>
      <w:r>
        <w:rPr>
          <w:rFonts w:ascii="Sylfaen" w:hAnsi="Sylfaen" w:eastAsia="Sylfaen" w:cs="Sylfaen"/>
        </w:rPr>
        <w:t>გამოცხადების მერვე თავში, მეცამეტე მუხლში, უკანასკნელი სამი საყვირი განსაზღვრულია, როგორც სამი ვაება. გამოცხადებაში ვაებები წარმოადგენს ისლამის საყვირთა სამსჯავროებს იმ ძალთა წინააღმდეგ, რომლებიც კვირადღის კანონებს ამკვიდრებენ. ომის აღწერაში, რომელიც მეთორმეტე თავშია წარმოდგენილი, ისლამის როლი განსაზღვრულია იქ, სადაც ნათქვამია: „ვაი დედამიწის მკვიდრთ და ზღვის მკვიდრთ! რადგან ეშმაკი ჩამოვიდა თქვენთან, დიდი რისხვით, ვინაიდან იცის, რომ მცირე დრო აქვს.“ დევნა, რომელსაც იეზებელი ახორციელებს თავისი განდგომილი ქმრის, ახაბის, მეშვეობით, მიმართულია „დედამიწის“ მხეცისა და „ზღვის“ მხეცის წინააღმდეგ.</w:t>
      </w:r>
    </w:p>
    <w:p>
      <w:pPr>
        <w:pStyle w:val="ArticleBody"/>
        <w:jc w:val="left"/>
      </w:pPr>
      <w:r>
        <w:rPr>
          <w:rFonts w:ascii="Sylfaen" w:hAnsi="Sylfaen" w:eastAsia="Sylfaen" w:cs="Sylfaen"/>
        </w:rPr>
        <w:t>გამოცხადების მეთვრამეტე თავის ძლიერი ანგელოზის მოძრაობას, როგორც ყოველსავე რეფორმაციულ მოძრაობას, აქვს ოთხი ძირითადი ნიშნული, რომლებიც მიჰყავს და მოიცავს სამსჯავროს. პირველი ანგელოზის მოძრაობისათვის ეს ოთხი ნიშნული იყო: 1840 წლის 11 აგვისტო; 1843 წლის გაზაფხულზე პირველი გაცრუება; 1844 წელს, 12-დან 17 აგვისტომდე, შუაღამის ღაღადის უწყების მოსვლა; და 1844 წლის 22 ოქტომბერს სამსჯავროს გახსნა. ამ ოთხივე ნიშნულს ერთი და იგივე ზედამფარავი თემა ჰქონდა — „დრო“. 1840 წლის 11 აგვისტო იყო გამოცხადების მეცხრე თავის, მეთხუთმეტე მუხლის დროის წინასწარმეტყველების აღსრულება. 1843 წლის პირველი გაცრუება დროის შესახებ წარუმატებელ წინასწარუწყებას წარმოადგენდა. შუაღამის ღაღადის უწყება იყო დროის შესახებ წინასწარი წარუმატებელი წინასწარუწყების შესწორება, ხოლო 1844 წლის 22 ოქტომბერი იყო შუაღამის ღაღადის უწყებაში ნაწინასწარმეტყველები დროის აღსრულება.</w:t>
      </w:r>
    </w:p>
    <w:p>
      <w:pPr>
        <w:pStyle w:val="ArticleBody"/>
        <w:jc w:val="left"/>
      </w:pPr>
      <w:r>
        <w:rPr>
          <w:rFonts w:ascii="Sylfaen" w:hAnsi="Sylfaen" w:eastAsia="Sylfaen" w:cs="Sylfaen"/>
        </w:rPr>
        <w:t>მესამე ანგელოზის მოძრაობასაც აქვს იგივე ოთხი გზანიშნული, რადგან ისინი ყოველ რეფორმის ხაზში არსებობენ; და როგორც ყოველი რეფორმის ხაზის იმ ოთხივე გზანიშნულთანაა, თითოეული გზანიშნული ფლობს იმავე წინასწარმეტყველურ თემას. მესამე ვაის ისლამი არის ოთხი გზანიშნულის თემა ას ორმოცდაოთხი ათასის მოძრაობაში. 2001 წლის 11 სექტემბერს მესამე ვაის ისლამი გათავისუფლდა და შემდეგ შეიკავა. 2020 წლის 18 ივლისის შეუსრულებელმა წინასწარმეტყველებამ მიუთითა ისლამურ თავდასხმაზე ნეშვილზე, ტენესის შტატში, და წარმოადგენდა მესამე ვაის ისლამს. უწყება, რომელიც აღვიძებს მკვდარ გამხმარ ძვლებს, რომლებიც გამოცხადების მეთერთმეტე თავის ქუჩაში არიან, არის შუაღამის ღაღადის უწყების სრული და საბოლოო აღსრულება, და იგი წარმოადგენს ნეშვილის წინასწარმეტყველების შესწორებას (დროის ელემენტის გარეშე). იგი აღსრულდება მეოთხე გზანიშნულზე, რომელიც არის კვირა დღის კანონი, სადაც მესამე ვაის ისლამი დაარტყამს შეერთებულ შტატებს მისი მიერ მალე მოსასვლელი კვირა დღის კანონის აღსრულების გამო.</w:t>
      </w:r>
    </w:p>
    <w:p>
      <w:pPr>
        <w:pStyle w:val="ArticleBody"/>
        <w:jc w:val="left"/>
      </w:pPr>
      <w:r>
        <w:rPr>
          <w:rFonts w:ascii="Sylfaen" w:hAnsi="Sylfaen" w:eastAsia="Sylfaen" w:cs="Sylfaen"/>
        </w:rPr>
        <w:t>როდესაც ეს ჭეშმარიტება აღიარებულია, იმ ფაქტთან ერთად, რომ მესამე ანგელოზის ძლევამოსილი მოძრაობა მოახლოებული სამსჯავროს შესახებ გაფრთხილებაა, მესამე ვაით წარმოდგენილი ისლამური სამსჯავრო ადვილად შეიძლება გავიგოთ როგორც ის „ვაი“, რომელიც „მიწასა“ და „ზღვას“ მოეწევა.</w:t>
      </w:r>
    </w:p>
    <w:p>
      <w:pPr>
        <w:pStyle w:val="ArticleBody"/>
        <w:jc w:val="left"/>
      </w:pPr>
      <w:r>
        <w:rPr>
          <w:rFonts w:ascii="Sylfaen" w:hAnsi="Sylfaen" w:eastAsia="Sylfaen" w:cs="Sylfaen"/>
        </w:rPr>
        <w:t>ცოცხალთა სამსჯავრო დაიწყო 2001 წლის 11 სექტემბერს, და იმ მომენტიდან, მალე მოსახდენი საკვირაო კანონის დადგომამდე, მხეცის ხატის ჩამოყალიბების გამოცდა ხდება შეერთებულ შტატებში. საკვირაო კანონიდან იქამდე, ვიდრე მიქაელი აღდგება და ადამიანის გამოცდის დრო დაიხურება, შემდეგ დანარჩენი მსოფლიო გამოიცდება მხეცის ხატის ჩამოყალიბებით. იქნება ეს შეერთებულ შტატებში მეშვიდე დღის ადვენტისტთა გამოცდა, თუ საკვირაო კანონის შემდეგ მთელი მსოფლიოს გამოცდა, ეს გამოცდა განსაზღვრულია როგორც ის გამოცდა, სადაც ჩვენი მარადიული ხვედრი გადაწყდება. ეს აგრეთვე ის გამოცდაა, რომელიც ჩვენ უნდა ჩავაბაროთ, ვიდრე გამოცდის დრო საკვირაო კანონზე დაიხურება. მხეცის ხატის გამოცდის წინასწარმეტყველური ფენომენი, პირველად შეერთებულ შტატებში და შემდეგ კვლავ მსოფლიოში, არსებითად მნიშვნელოვანია სწორად გასაგებად.</w:t>
      </w:r>
    </w:p>
    <w:p>
      <w:pPr>
        <w:pStyle w:val="ArticleScripture"/>
        <w:jc w:val="left"/>
      </w:pPr>
      <w:r>
        <w:rPr>
          <w:rFonts w:ascii="Sylfaen" w:hAnsi="Sylfaen" w:eastAsia="Sylfaen" w:cs="Sylfaen"/>
        </w:rPr>
        <w:t>„როდესაც ამერიკა, რელიგიური თავისუფლების ქვეყანა, პაპობასთან გაერთიანდება, რათა აიძულოს სინდისი და ადამიანებს თავს მოახვიოს ცრუ შაბათის პატივისცემა, დედამიწის ყოველი ქვეყნის ხალხი მისი მაგალითის მიბაძვისკენ იქნება წაყვანილი.“ Testimonies, volume 6, 18.</w:t>
      </w:r>
    </w:p>
    <w:p>
      <w:pPr>
        <w:pStyle w:val="ArticleBody"/>
        <w:jc w:val="left"/>
      </w:pPr>
      <w:r>
        <w:rPr>
          <w:rFonts w:ascii="Sylfaen" w:hAnsi="Sylfaen" w:eastAsia="Sylfaen" w:cs="Sylfaen"/>
        </w:rPr>
        <w:t>როდესაც სიმბოლოები გაგებულია, მაშინ გამოცხადების მეცამეტე თავში არსებული მონაკვეთი, რომელიც მხეცის ხატის ამ ორ თანამიმდევრულ, მაგრამ იდენტურ გამოცდას ეხება, ადვილად შეიძლება იქნეს ამოცნობილი. ამას მნიშვნელობა აქვს მრავალგვარი მიზეზის გამო. ერთი მიზეზი ის არის, რომ ის დამახინჯებული ცნობითი გზავნილები, რომლებიც ლუციფერმა გამოიყენა მესამე ცაში პირველ ომში, ცხადყოფს, თუ როგორ გამოვლინდება კვლავ სატანის დამახინჯებული გზავნილები პირველ ცაში უკანასკნელ ომში.</w:t>
      </w:r>
    </w:p>
    <w:p>
      <w:pPr>
        <w:pStyle w:val="ArticleBody"/>
        <w:jc w:val="left"/>
      </w:pPr>
      <w:r>
        <w:rPr>
          <w:rFonts w:ascii="Sylfaen" w:hAnsi="Sylfaen" w:eastAsia="Sylfaen" w:cs="Sylfaen"/>
        </w:rPr>
        <w:t>პირველი ცის ომი, რომელიც კვირადღის კანონთან იწყება, სრულდება მხეცის ხატის გამოცდის პერიოდში მთელი მსოფლიოსათვის. 2001 წლის 11 სექტემბრიდან შეერთებულ შტატებში მხეცის ხატის გამოცდის პერიოდი მიმდინარეობს. როდესაც ამ ორ გამოცდის პერიოდს თანმიმდევრულად — თავდაპირველად შეერთებულ შტატებში, ხოლო შემდეგ მთელ მსოფლიოში — ვაღიარებთ, მაშინ შეგვიძლია გამოცხადების მეთორმეტე თავში წარმოდგენილი ომის მიერ გამოსახული ჭეშმარიტებები კვლავ ჩავრთოთ 2001 წლის ისტორიაში, ვიდრე კვირადღის კანონამდე. მაგალითად, ლუციფერის გარყვნილი კომუნიკაციები, რომლებიც ჰიპნოზად არის განსაზღვრული, თანამედროვე გამოყენებით იქნება ამოქმედებული გველეშაპის ძალის მიერ პირველი ცის ბრძოლის დროს, გამოცხადების მეთორმეტე თავში. ჰიპნოზი, რომელსაც გველეშაპი იმ ისტორიაში იყენებს, მიმართულია იმათ მოსაკლავად, რომელთაც იეზებელი ერეტიკოსებად გამოაცხადებს.</w:t>
      </w:r>
    </w:p>
    <w:p>
      <w:pPr>
        <w:pStyle w:val="ArticleBody"/>
        <w:jc w:val="left"/>
      </w:pPr>
      <w:r>
        <w:rPr>
          <w:rFonts w:ascii="Sylfaen" w:hAnsi="Sylfaen" w:eastAsia="Sylfaen" w:cs="Sylfaen"/>
        </w:rPr>
        <w:t>2001-ის ისტორიაში, კვირადღის კანონამდე, ორი მოწმე იქნა მოკლული სოდომისა და ეგვიპტის ქუჩაში. გამოცხადების მეთერთმეტის პირველ აღსრულებაში სოდომითა და ეგვიპტით წარმოდგენილი ერი საფრანგეთი იყო. საფრანგეთი არის წინასწარმეტყველური ერი, რომელიც ორი ძალისგან შედგება, როგორც მედო-სპარსეთის იმპერია შედგებოდა, როგორც ძველი ისრაელი თავის გაყოფილ სამეფოებში შედგებოდა, და როგორც იუდას ორი ტომი, წარმოდგენილი იუდათი და ბენიამინით, შედგებოდა. ყველა ორრქიანი ერი სიმბოლურად წარმოადგენს ამერიკის შეერთებული შტატების ორრქიან ერს.</w:t>
      </w:r>
    </w:p>
    <w:p>
      <w:pPr>
        <w:pStyle w:val="ArticleBody"/>
        <w:jc w:val="left"/>
      </w:pPr>
      <w:r>
        <w:rPr>
          <w:rFonts w:ascii="Sylfaen" w:hAnsi="Sylfaen" w:eastAsia="Sylfaen" w:cs="Sylfaen"/>
        </w:rPr>
        <w:t>ქალაქი სოდომი და ეგვიპტის ერი წარმოადგენენ რესპუბლიკანიზმის (ეგვიპტე) და პროტესტანტიზმის (სოდომი) ორ რქას. 2020 წელს ორი რქა მოიკლა — რესპუბლიკანიზმის რქა და პროტესტანტიზმის რქა. გლობალისტური დრაკონის ძალების მიერ გამოყენებული ჰიპნოტიზმი, მსოფლიო ქსელის საშუალებით, შემდეგ იქნა გამოყენებული იმავე სახით, როგორც იგი გამოყენებულ იქნება მოახლოებულ ომში პირველ ცაში. გზავნილის კონტროლით, რომელსაც მსოფლიო ქსელი წარმოქმნიდა, 2020 წლის არჩევნები მეცნიერულად მანიპულირებულ იქნა, რათა მიეღოთ შედეგი, რომელიც გლობალიზმის ფილოსოფიას შეესაბამებოდა. ეს უბრალოდ იმის მაგალითია, რომ აუცილებელია იმის გაგება, რომ მხეცის ხატის გამოცდა პირველად შეერთებულ შტატებში სრულდება, ხოლო შემდეგ — მთელ მსოფლიოში.</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დროის დახურვამდე; რადგან ეს უნდა იყოს ღვთის ხალხისთვის ის დიდი გამოცდა, რომლის მიერაც მათი მარადიული ხვედრი განისაზღვრება. თქვენი პოზიცია ისეთი წინააღმდეგობებით აღსავსე აღრევაა, რომ მხოლოდ მცირენი მოიტყუებიან.</w:t>
      </w:r>
    </w:p>
    <w:p>
      <w:pPr>
        <w:pStyle w:val="ArticleScripture"/>
        <w:jc w:val="left"/>
      </w:pPr>
      <w:r>
        <w:rPr>
          <w:rFonts w:ascii="Sylfaen" w:hAnsi="Sylfaen" w:eastAsia="Sylfaen" w:cs="Sylfaen"/>
        </w:rPr>
        <w:t>„გამოცხადების 13-ე თავში ეს თემა ნათლად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ერს უნდა ჰქონდეს მანამ, ვიდრე დაიბეჭდებოდნენ. ყველა, ვინც ღვთისადმი ერთგულება დაამტკიცა მისი რჯულის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ღვთის ბეჭედს. ხოლო ისინი, ვინც ზეციური წარმოშობის ჭეშმარიტებას დათმობენ და კვირა დღის შაბათს მიიღებენ, მიიღებენ მხეცის ნიშანს.“ Manuscript Releases, ტომი 15, 15.</w:t>
      </w:r>
    </w:p>
    <w:p>
      <w:pPr>
        <w:pStyle w:val="ArticleBody"/>
        <w:jc w:val="left"/>
      </w:pPr>
      <w:r>
        <w:rPr>
          <w:rFonts w:ascii="Sylfaen" w:hAnsi="Sylfaen" w:eastAsia="Sylfaen" w:cs="Sylfaen"/>
        </w:rPr>
        <w:t>მეშვიდე დღის ადვენტისტთათვის გამოცდის ჟამი მთავრდება კვირა დღის კანონის აღსრულებისას. ის ქვეყნები, რომლებიც ამერიკის შეერთებული შტატების მაგალითს მიჰყვებიან, თავიანთი გამოცდის ჟამსაც დახურავენ, როგორც ეს ამერიკის შეერთებულმა შტატებმა გააკეთა.</w:t>
      </w:r>
    </w:p>
    <w:p>
      <w:pPr>
        <w:pStyle w:val="ArticleScripture"/>
        <w:jc w:val="left"/>
      </w:pPr>
      <w:r>
        <w:rPr>
          <w:rFonts w:ascii="Sylfaen" w:hAnsi="Sylfaen" w:eastAsia="Sylfaen" w:cs="Sylfaen"/>
        </w:rPr>
        <w:t>„უცხო ერები ამერიკის შეერთებული შტატების მაგალითს გაჰყვებიან. თუმცა იგი წინ მიუძღვის, იგივე კრიზისი ჩვენს ხალხს მსოფლიოს ყველა კუთხეში დაატყდება თავს.“ Testimonies, ტომი 6, 395.</w:t>
      </w:r>
    </w:p>
    <w:p>
      <w:pPr>
        <w:pStyle w:val="ArticleBody"/>
        <w:jc w:val="left"/>
      </w:pPr>
      <w:r>
        <w:rPr>
          <w:rFonts w:ascii="Sylfaen" w:hAnsi="Sylfaen" w:eastAsia="Sylfaen" w:cs="Sylfaen"/>
        </w:rPr>
        <w:t>საბოლოო მოვლენები სწრაფია.</w:t>
      </w:r>
    </w:p>
    <w:p>
      <w:pPr>
        <w:pStyle w:val="ArticleScripture"/>
        <w:jc w:val="left"/>
      </w:pPr>
      <w:r>
        <w:rPr>
          <w:rFonts w:ascii="Sylfaen" w:hAnsi="Sylfaen" w:eastAsia="Sylfaen" w:cs="Sylfaen"/>
        </w:rPr>
        <w:t>„ბოროტების ძალები თავიანთ ძალებს აერთიანებენ და მტკიცდებიან. ისინი ძლიერდებიან უკანასკნელი დიდი კრიზისისთვის. დიდი ცვლილებები მალე მოხდება ჩვენს სამყაროში, და საბოლოო მოვლენები სწრაფად განვითარდება.“ Testimonies, ტომი 9, 11.</w:t>
      </w:r>
    </w:p>
    <w:p>
      <w:pPr>
        <w:pStyle w:val="ArticleBody"/>
        <w:jc w:val="left"/>
      </w:pPr>
      <w:r>
        <w:rPr>
          <w:rFonts w:ascii="Sylfaen" w:hAnsi="Sylfaen" w:eastAsia="Sylfaen" w:cs="Sylfaen"/>
        </w:rPr>
        <w:t>მხეცის ხატის გამოცდის გასაგებად საჭიროა წინასწარმეტყველების ტექნიკური გამოყენების გარკვეული ხარისხი. დასაწყისისთვის, მხეცის ნიშანი და მხეცის ხატი ორი განსხვავებული სიმბოლოა.</w:t>
      </w:r>
    </w:p>
    <w:p>
      <w:pPr>
        <w:pStyle w:val="ArticleScripture"/>
        <w:jc w:val="left"/>
      </w:pPr>
      <w:r>
        <w:rPr>
          <w:rFonts w:ascii="Sylfaen" w:hAnsi="Sylfaen" w:eastAsia="Sylfaen" w:cs="Sylfaen"/>
        </w:rPr>
        <w:t>„მხეცის ხატი“ წარმოადგენს განდგომილი პროტესტანტიზმის იმ ფორმას, რომელიც ჩამოყალიბდება მაშინ, როდესაც პროტესტანტული ეკლესიები თავიანთი დოგმების აღსასრულებლად საერო ხელისუფლების დახმარებას მოითხოვენ. „მხეცის ნიშანი“ ჯერ კიდევ განსასაზღვრელი რჩება.“ The Great Controversy, 445.</w:t>
      </w:r>
    </w:p>
    <w:p>
      <w:pPr>
        <w:pStyle w:val="ArticleBody"/>
        <w:jc w:val="left"/>
      </w:pPr>
      <w:r>
        <w:rPr>
          <w:rFonts w:ascii="Sylfaen" w:hAnsi="Sylfaen" w:eastAsia="Sylfaen" w:cs="Sylfaen"/>
        </w:rPr>
        <w:t>მხეცის ნიშანი არის კვირა დღის დაცვა, ხოლო მხეცის ხატება არის ეკლესია, რომელიც თავის რელიგიურ მოძღვრებათა აღსასრულებლად სამოქალაქო ხელისუფლებას იყენებს.</w:t>
      </w:r>
    </w:p>
    <w:p>
      <w:pPr>
        <w:pStyle w:val="ArticleScripture"/>
        <w:jc w:val="left"/>
      </w:pPr>
      <w:r>
        <w:rPr>
          <w:rFonts w:ascii="Sylfaen" w:hAnsi="Sylfaen" w:eastAsia="Sylfaen" w:cs="Sylfaen"/>
        </w:rPr>
        <w:t>„კვირის დღის დაცვაზე იძულების დამყარება პროტესტანტული ეკლესიების მხრიდან არის პაპობის — მხეცის — თაყვანისცემის იძულებითი დამყარება. ისინი, ვინც, მეოთხე მცნების მოთხოვნათა გაგებით, ირჩევენ ცრუ შაბათის დაცვას ჭეშმარიტის ნაცვლად, ამით პატივს მიაგებენ იმ ძალაუფლებას, რომლის მიერაც მხოლოდ არის ეს ნაბრძანები. მაგრამ სწორედ იმ ქმედებით, რომ საერო ძალაუფლების მეშვეობით რელიგიური მოვალეობა აღასრულონ, ეკლესიები თავად შექმნიდნენ მხეცის ხატს; ამიტომ შეერთებულ შტატებში კვირის დღის დაცვის იძულებითი დამყარება იქნებოდა მხეცისა და მისი ხატის თაყვანისცემის იძულებითი დამყარება.“ The Great Controversy, 448, 449.</w:t>
      </w:r>
    </w:p>
    <w:p>
      <w:pPr>
        <w:pStyle w:val="ArticleBody"/>
        <w:jc w:val="left"/>
      </w:pPr>
      <w:r>
        <w:rPr>
          <w:rFonts w:ascii="Sylfaen" w:hAnsi="Sylfaen" w:eastAsia="Sylfaen" w:cs="Sylfaen"/>
        </w:rPr>
        <w:t>მხეცის ხატი წარმოადგენს ეკლესიისა და სახელმწიფოს გაერთიანებას, სადაც ურთიერთობაზე კონტროლი ეკლესიას უჭირავს. როგორც იზებელი ბატონობდა ახაბზე, ისე ჰეროდიადა ბატონობდა ჰეროდეზე. მხეცის ნიშანი არის კვირადღის დაცვა. მხეცის ხატი დროის განმავლობაში ვითარდება. მხეცის ნიშანი დროის ერთ გარკვეულ მომენტს აღნიშნავს. მხეცის ხატი თანდათანობით ვითარდება, მაგრამ სრულ სიმწიფეს მხოლოდ მაშინ აღწევს, როდესაც მას აქვს ძალაუფლება, აიძულოს სახელმწიფო, მიიღოს მისი რელიგიური დოგმები. გამოცდა დაკავშირებულია ხატის „ჩამოყალიბებასთან“.</w:t>
      </w:r>
    </w:p>
    <w:p>
      <w:pPr>
        <w:pStyle w:val="ArticleScripture"/>
        <w:jc w:val="left"/>
      </w:pPr>
      <w:r>
        <w:rPr>
          <w:rFonts w:ascii="Sylfaen" w:hAnsi="Sylfaen" w:eastAsia="Sylfaen" w:cs="Sylfaen"/>
        </w:rPr>
        <w:t>„მაგრამ რა არის „ხატის სახე მხეცისა“? და როგორ უნდა შეიქმნას იგი? ეს ხატი ორრქიანმა მხეცმა შექმნა და იგი მხეცის ხატია. მას ასევე ეწოდება მხეცის ხატი. ამიტომ, რათა შევიტყოთ, როგორია ეს ხატი და როგორ უნდა შეიქმნას იგი, უნდა შევისწავლოთ თვით მხეცის — პაპობის — თავისებურებები.</w:t>
      </w:r>
    </w:p>
    <w:p>
      <w:pPr>
        <w:pStyle w:val="ArticleScripture"/>
        <w:jc w:val="left"/>
      </w:pPr>
      <w:r>
        <w:rPr>
          <w:rFonts w:ascii="Sylfaen" w:hAnsi="Sylfaen" w:eastAsia="Sylfaen" w:cs="Sylfaen"/>
        </w:rPr>
        <w:t>„როდესაც ადრეული ეკლესია გაფუჭდა, სახარების სიმარტივისაგან გადახვევით და წარმართული წეს-ჩვეულებებისა და რიტუალების მიღებით, მან დაკარგა ღვთის სული და ძალა; და ხალხის სინდისის დასამორჩილებლად მან საერო ძალაუფლების მხარდაჭერა მოიძია. ამის შედეგად წარმოიშვა პაპობა — ეკლესია, რომელიც აკონტროლებდა სახელმწიფოს ძალაუფლებას და მას საკუთარი მიზნების წინსაწევად იყენებდა, განსაკუთრებით „მწვალებლობის“ დასასჯელად. იმისათვის, რომ შეერთებულმა შტატებმა მხეცის ხატი შექმნას, რელიგიურმა ძალაუფლებამ ისე უნდა აკონტროლოს სამოქალაქო ხელისუფლება, რომ სახელმწიფოს ძალაუფლებაც ეკლესიამ საკუთარი მიზნების აღსასრულებლად გამოიყენოს.“ The Great Controversy, 443.</w:t>
      </w:r>
    </w:p>
    <w:p>
      <w:pPr>
        <w:pStyle w:val="ArticleBody"/>
        <w:jc w:val="left"/>
      </w:pPr>
      <w:r>
        <w:rPr>
          <w:rFonts w:ascii="Sylfaen" w:hAnsi="Sylfaen" w:eastAsia="Sylfaen" w:cs="Sylfaen"/>
        </w:rPr>
        <w:t>მხეცის ხატსა და მხეცის ნიშანს შორის განსხვავება ადვენტისტურ გაგებაში საკმაოდ ტრადიციულია. ამ საკითხში ადვენტიზმი, როგორც წესი, გზას ცდება გამოცხადების მეცამეტე თავში. ისინი ერთგვარად ერთმანეთში ურევენ შეერთებული შტატების მოქმედებას საკვირაო კანონის შემდეგ, როცა იგი მსოფლიოს აიძულებს, მხეცის ხატი დადგას, მხეცის ხატის დადგმასთან შეერთებულ შტატებში. ეს ორი განსხვავებული წინასწარმეტყველური პერიოდია.</w:t>
      </w:r>
    </w:p>
    <w:p>
      <w:pPr>
        <w:pStyle w:val="ArticleBody"/>
        <w:jc w:val="left"/>
      </w:pPr>
      <w:r>
        <w:rPr>
          <w:rFonts w:ascii="Sylfaen" w:hAnsi="Sylfaen" w:eastAsia="Sylfaen" w:cs="Sylfaen"/>
        </w:rPr>
        <w:t>ქრისტე მოვიდა, რათა მრავალთათვის აღეთქმა დაემტკიცებინა ერთი შვიდეულით, და შვიდეულის შუაში იგი ჯვარს აცვეს. ამგვარად, ეს შვიდეული წინასწარ გამოხატავს დროის ორ პერიოდს, როდესაც მხეცის ხატი ყალიბდება. ქრისტეს შვიდეული ორ იდენტურ პერიოდად იყო გაყოფილი, რაც ქრისტეს ხატს წარმოადგენს. უკანასკნელ დღეებში დროის ორი საცდელი პერიოდი ანტიქრისტეს ხატს წარმოადგენს.</w:t>
      </w:r>
    </w:p>
    <w:p>
      <w:pPr>
        <w:pStyle w:val="ArticleBody"/>
        <w:jc w:val="left"/>
      </w:pPr>
      <w:r>
        <w:rPr>
          <w:rFonts w:ascii="Sylfaen" w:hAnsi="Sylfaen" w:eastAsia="Sylfaen" w:cs="Sylfaen"/>
        </w:rPr>
        <w:t>პირველ პერიოდში, ათას ორას სამოც დღეს განმავლობაში, ქრისტემ იტვირთა საკუთარი მოწმობა, ხოლო შემდეგ ჯვარზე მოკვდა. შემდეგ იყო იმავე სახის ათას ორას სამოცი დღე, რომლის განმავლობაშიც მოწაფეები მოწმობდნენ, ვიდრე მიქაელი აღდგებოდა სტეფანეს ჩაქოლვისას. ჯვარი წარმოადგენს კვირა დღის კანონის ტიპს. გამოცდის ეს ორი პერიოდი, მხეცის ხატის ჩამოყალიბებასთან კავშირში, პირველ პერიოდს განსაზღვრავს ას ორმოცდაოთხი ათასთან მიმართებით, რომლებიც ქრისტით არიან ტიპოლოგიურად წარმოდგენილნი, და ეს პერიოდი მთავრდება კვირა დღის კანონით, რომელიც ჯვრით არის ტიპოლოგიურად წარმოდგენილი. გამოცდის უკანასკნელი იდენტური პერიოდი, რომელიც ქრისტეს დროს მოწაფეთა მსახურებით იყო წარმოდგენილი, დიდ სიმრავლეზე ამახვილებს ყურადღებას, და იგი მთავრდება მაშინ, როდესაც მიქაელი აღდგება — არა სტეფანეს ჩაქოლვისას, არამედ ადამიანური გამოცდის ვადის დახურვისას, დანიელი 12:1-ში.</w:t>
      </w:r>
    </w:p>
    <w:p>
      <w:pPr>
        <w:pStyle w:val="ArticleBody"/>
        <w:jc w:val="left"/>
      </w:pPr>
      <w:r>
        <w:rPr>
          <w:rFonts w:ascii="Sylfaen" w:hAnsi="Sylfaen" w:eastAsia="Sylfaen" w:cs="Sylfaen"/>
        </w:rPr>
        <w:t>ზოგიერთნი ვერ ხედავენ მოვლენათა ნამდვილ თანმიმდევრობას გამოცხადების მეცამეტე თავის მეთერთმეტე მუხლიდან და შემდგომში, რადგან ხშირად, როგორც ჩანს, არსებობს განზრახული უგულებელყოფა იმ ფაქტისა, რომ როდესაც შეერთებული შტატები დრაკონივით ლაპარაკობს, ეს წარმოადგენს მხეცის ხატის სრულ ჩამოყალიბებას შეერთებულ შტატებში. იმისათვის, რომ შეერთებულმა შტატებმა მიიღოს საკვირაო კანონი, შეერთებულ შტატებში მხეცის ხატი საკვირაო კანონამდე უნდა იყოს ჩამოყალიბებული. კვლავ წაიკითხეთ ახლახან მოყვანილი რამდენიმე წინა მონაკვეთი წიგნიდან The Great Controversy, თუ აზრს ვერ იგებთ.</w:t>
      </w:r>
    </w:p>
    <w:p>
      <w:pPr>
        <w:pStyle w:val="ArticleBody"/>
        <w:jc w:val="left"/>
      </w:pPr>
      <w:r>
        <w:rPr>
          <w:rFonts w:ascii="Sylfaen" w:hAnsi="Sylfaen" w:eastAsia="Sylfaen" w:cs="Sylfaen"/>
        </w:rPr>
        <w:t>როდესაც მეთერთმეტე მუხლში, მეცამეტე თავში, შეერთებული შტატები დრაკონივით მეტყველებს, ეს გამოხატავს საკანონმდებლო და სასამართლო ხელისუფლებათა მოქმედებას, რომლებიც შეერთებულ შტატებში განდგომილი ეკლესიების მითითებით საკვირაო კანონს იღებენ. საკვირაო კანონის განკარგულება შეერთებული შტატების პირიდან გამოდის.</w:t>
      </w:r>
    </w:p>
    <w:p>
      <w:pPr>
        <w:pStyle w:val="ArticleScripture"/>
        <w:jc w:val="left"/>
      </w:pPr>
      <w:r>
        <w:rPr>
          <w:rFonts w:ascii="Sylfaen" w:hAnsi="Sylfaen" w:eastAsia="Sylfaen" w:cs="Sylfaen"/>
        </w:rPr>
        <w:t>„მე ვიხილე, რომ ორრქიან მხეცს ჰქონდა გველეშაპის პირი, და რომ მისი ძალაუფლება მის თავში იყო, და რომ განკარგულება გამოვიდოდა მისი პირიდან.“ Spalding and Magan, 1.</w:t>
      </w:r>
    </w:p>
    <w:p>
      <w:pPr>
        <w:pStyle w:val="ArticleBody"/>
        <w:jc w:val="left"/>
      </w:pPr>
      <w:r>
        <w:rPr>
          <w:rFonts w:ascii="Sylfaen" w:hAnsi="Sylfaen" w:eastAsia="Sylfaen" w:cs="Sylfaen"/>
        </w:rPr>
        <w:t>ყოველთვის მაოცებდა ის, რომ ადვენტიზმს უჭირს იმის შეცნობა, რომ როდესაც დედამიწიდან ამოსული ორრქიანი მხეცი გველეშაპივით ლაპარაკობს, ეს მხოლოდ შეერთებულ შტატებში კვირა დღის კანონის გამოცხადებას კი არ აღნიშნავს, არამედ იმასაც აღნიშნავს, რომ პაპის ზღვის მხეცის ხატება სრულად არის ჩამოყალიბებული. იმისათვის, რომ შეერთებულმა შტატებმა კვირა დღის კანონი მიიღოს, ეკლესიისა და სახელმწიფოს შეერთება მანამდე სრულად უნდა იყოს განვითარებული. შეერთებული შტატების განდგომილი ეკლესიები უბრალოდ არ იკრიბებიან ორშაბათს, შემდეგ სამშაბათს არ მიდიან კონგრესში და არ ეუბნებიან კონგრესს, რომ მათ სურთ, ოთხშაბათამდე კვირა დღის კანონმდებლობა იქნეს მიღებული. ეკლესიასა და სახელმწიფოს შორის მიმდინარე შერწყმის პროცესი წარმოდგენილია როგორც მხეცის ხატების „ჩამოყალიბება“, როგორც დანიელის მე-3 თავში ოქროს ხატების „ჩამოყალიბება“; მის ასაგებად გარკვეული დრო იქნება საჭირო. მხეცის ხატება არის ის სისტემა, რომელსაც პაპობამ ბნელი საუკუნეების განმავლობაში მილიონობით მოწამის მოსაკლავად იყენებდა, და საჭიროა სოციალური, პოლიტიკური, რელიგიური და ეკონომიკური განვითარებები, რათა შეიქმნას ის სოციალური გარემო და ის სამართლებრივი პრეცედენტი, რომელიც აუცილებელია კვირა დღის კანონის აღსასრულებლად. ეს განვითარებები წარმოადგენს მხეცის ხატების გამოცდას, რომლის მეშვეობითაც „ჩვენი მარადიული ხვედრი გადაწყდება“, და იგი წარმოადგენს იმ გამოცდას, რომელიც უნდა გავიაროთ „სანამ დავიბეჭდებოდეთ“.</w:t>
      </w:r>
    </w:p>
    <w:p>
      <w:pPr>
        <w:pStyle w:val="ArticleScripture"/>
        <w:jc w:val="left"/>
      </w:pPr>
      <w:r>
        <w:rPr>
          <w:rFonts w:ascii="Sylfaen" w:hAnsi="Sylfaen" w:eastAsia="Sylfaen" w:cs="Sylfaen"/>
        </w:rPr>
        <w:t>„უფალმა ნათლად მაჩვენა, რომ მხეცის ხატი გამოისახება მადლის კარის დახურვამდე; რადგან იგი ღვთის ხალხისთვის იქნება ის დიადი გამოცდა, რომლის მეშვეობითაც გადაწყდება მათი მარადიული ხვედრი.... ეს არის ის გამოცდა, რომელიც ღვთის ხალხმა უნდა გაიაროს, ვიდრე დაიბეჭდებოდეს.“ Manuscript Releases, ტომი 15, 15.</w:t>
      </w:r>
    </w:p>
    <w:p>
      <w:pPr>
        <w:pStyle w:val="ArticleBody"/>
        <w:jc w:val="left"/>
      </w:pPr>
      <w:r>
        <w:rPr>
          <w:rFonts w:ascii="Sylfaen" w:hAnsi="Sylfaen" w:eastAsia="Sylfaen" w:cs="Sylfaen"/>
        </w:rPr>
        <w:t>კვირადღის კანონი არის შუაღამის კრიზისი, რომელიც პოულობს თავის საბოლოო, სრულყოფილ აღსრულებას ათი ქალწულის იგავში. ამ შუაღამის კრიზისში გამოვლინდება, ვართ თუ არა ჩვენ ბრძენი ფილადელფიელი თუ უგუნური ლაოდიკიელი ქალწულები. უგუნურნი იღებენ მხეცის ნიშანს, ხოლო ბრძენნი იღებენ ღვთის ბეჭედს. ყოველი, ვინც ოდესმე შეუერთდა მეშვიდე დღის ადვენტისტთა ეკლესიას, წევრად გახდომამდე წინასწარ დაეთანხმა მოძღვრებითი ჭეშმარიტებების ჩამონათვალს, და, მაშასადამე, ყოველ მეშვიდე დღის ადვენტისტს წარდგენილი აქვს შაბათის ჭეშმარიტების ნათელი.</w:t>
      </w:r>
    </w:p>
    <w:p>
      <w:pPr>
        <w:pStyle w:val="ArticleScripture"/>
        <w:jc w:val="left"/>
      </w:pPr>
      <w:r>
        <w:rPr>
          <w:rFonts w:ascii="Sylfaen" w:hAnsi="Sylfaen" w:eastAsia="Sylfaen" w:cs="Sylfaen"/>
        </w:rPr>
        <w:t>„თუ ჭეშმარიტების ნათელი წარმოგედგინათ თქვენ, გამოეცხადებინათ მეოთხე მცნების შაბათი და გეჩვენებინათ, რომ ღვთის სიტყვაში არავითარი საფუძველი არ არსებობს კვირის დღის დაცვისათვის, და მაინც კვლავაც ეჭიდებით ცრუ შაბათს, უარს ამბობთ წმიდად დაიცვათ ის შაბათი, რომელსაც ღმერთი ‘ჩემს წმიდა დღეს’ უწოდებს, თქვენ იღებთ მხეცის ნიშანს. როდის ხდება ეს?—როცა ემორჩილებით დადგენილებას, რომელიც გიბრძანებთ, კვირა დღეს შეწყვიტოთ შრომა და თაყვანი სცეთ ღმერთს, მაშინ როცა იცით, რომ ბიბლიაში ერთი სიტყვაც არ არის, რაც აჩვენებდეს, რომ კვირა დღე რაიმე სხვაა, ვიდრე ჩვეულებრივი სამუშაო დღე; თქვენ თანხმობას აცხადებთ მხეცის ნიშნის მიღებაზე და უარყოფთ ღვთის ბეჭედს. თუ ამ ნიშანს მივიღებთ ჩვენს შუბლზე ან ჩვენს ხელზე, ურჩთა წინააღმდეგ გამოტანილი სასჯელები უთუოდ თავს დაგვატყდება. ხოლო ცოცხალი ღვთის ბეჭედი დაესმებათ მათ, ვინც სინდისიერად იცავს უფლის შაბათს.“ Review and Herald, April 27, 1911.</w:t>
      </w:r>
    </w:p>
    <w:p>
      <w:pPr>
        <w:pStyle w:val="ArticleBody"/>
        <w:jc w:val="left"/>
      </w:pPr>
      <w:r>
        <w:rPr>
          <w:rFonts w:ascii="Sylfaen" w:hAnsi="Sylfaen" w:eastAsia="Sylfaen" w:cs="Sylfaen"/>
        </w:rPr>
        <w:t>მხეცის ხატის ჩამოყალიბება ამერიკის შეერთებულ შტატებში წინასწარმეტყველურად დაიწყო 2001 წლის 11 სექტემბერს. არსებობს რამდენიმე წინასწარმეტყველური მოწმე, რომლებიც ამ ფაქტს ადასტურებენ. იმ დროიდან მოყოლებული, ვიდრე მალე მოსალოდნელი საკვირაო კანონი დადგებოდეს, მეშვიდე დღის ადვენტისტები განსაზღვრავენ თავიანთ მარადიულ ხვედრს იმის მიხედვით, გაივლიან თუ არა ისინი მხეცის ხატის გამოცდას, თუ ჩავარდებიან მხეცის ხატის გამოცდაში. მე ვიტყოდი, რომ მეშვიდე დღის ადვენტისტთაგან ძალიან ცოტამ თუ იცის საერთოდ, რომ მხეცის ხატი გამოცდაა. ცოტამ, თუ საერთოდ ვინმემ, იცის, როგორ შეიძლება იგი იყოს გამოცდა და, რაც უფრო მნიშვნელოვანია, მათ არ იციან, რა არის საჭირო იმისათვის, რომ ეს გამოცდა გაიარონ. ჩვენ განვისჯებით არა მხოლოდ იმ ნათლის მიხედვით, რომელიც გვქონდა, არამედ იმ ნათლის მიხედვითაც, რომელიც შეიძლებოდა გვქონოდა, ჩვენ რომ გულმოდგინედ მოვკიდებოდით ცოდნის ზრდის გაგებას. ამიტომ ლაოდიკიური სიბრმავე ცოდვის ექვსი ათასი წლის განმავლობაში უდიდესი სიბრმავეა.</w:t>
      </w:r>
    </w:p>
    <w:p>
      <w:pPr>
        <w:pStyle w:val="ArticleScripture"/>
        <w:jc w:val="left"/>
      </w:pPr>
      <w:r>
        <w:rPr>
          <w:rFonts w:ascii="Sylfaen" w:hAnsi="Sylfaen" w:eastAsia="Sylfaen" w:cs="Sylfaen"/>
        </w:rPr>
        <w:t>ჩემი ერი იღუპება ცოდნის უკმარისობის გამო; რადგან შენ უარყავი ცოდნა, მეც უარგყოფ, რათა აღარ იყო ჩემთვის მღვდელი; რაკი დაივიწყე შენი ღმერთის კანონი, მეც დავივიწყებ შენს შვილებს. ოსია 4:6.</w:t>
      </w:r>
    </w:p>
    <w:p>
      <w:pPr>
        <w:pStyle w:val="ArticleBody"/>
        <w:jc w:val="left"/>
      </w:pPr>
      <w:r>
        <w:rPr>
          <w:rFonts w:ascii="Sylfaen" w:hAnsi="Sylfaen" w:eastAsia="Sylfaen" w:cs="Sylfaen"/>
        </w:rPr>
        <w:t>მხეცის ხატის ჩამოყალიბების გამოცდა მალე მოსასვლელ საკვირაო კანონსთან სრულდება; და თუ ჩვენ ეს გამოცდა ვერ გავიარეთ, მივიღებთ მხეცის ნიშანს ყველა იმ სხვა უგუნურ ლაოდიკიელ ქალწულთან ერთად, რომლებმაც უარი თქვეს ზეთის მოპოვებაზე. აქ არ ვდგავარ იმის დასაცავად, თუ რატომ მესმის, რომ მხეცის ხატის გამოცდა დაიწყო 2001 წლის 11 სექტემბერს და სრულდება საკვირაო კანონით. მე მხოლოდ ვუსვამ ხაზს იმ წინასწარმეტყველურ ლოგიკას, რომელიც აუცილებელია იმის გასაგებად, თუ რა როლს ასრულებს შეერთებული შტატები, როგორც იგი გამოცხადების მეცამეტე თავშია აღნიშნული, მას შემდეგ, რაც იგი საკვირაო კანონს მიიღებს. მეთერთმეტე მუხლში იგი გველეშაპივით ლაპარაკობს, და იმ მომენტიდან მნიშვნელოვანი ხდება სიტყვა „ის“-ის მიყოლა. მხეცის ხატი, რომლის აღმართვასაც შეერთებული შტატები შემდეგ აიძულებს მსოფლიოს, არ არის მხეცის ხატი შეერთებულ შტატებში, რადგან ის უკვე წარსულს ეკუთვნის.</w:t>
      </w:r>
    </w:p>
    <w:p>
      <w:pPr>
        <w:pStyle w:val="ArticleScripture"/>
        <w:jc w:val="left"/>
      </w:pPr>
      <w:r>
        <w:rPr>
          <w:rFonts w:ascii="Sylfaen" w:hAnsi="Sylfaen" w:eastAsia="Sylfaen" w:cs="Sylfaen"/>
        </w:rPr>
        <w:t>და ვიხილე სხვა მხეცი, რომელიც ამოდიოდა მიწიდან; და ჰქონდა მას ორი რქა კრავის მსგავსი,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დედამიწას და მასზე მცხოვრებთ თაყვანი სცენ პირველ მხეცს, რომლის სასიკვდილო ჭრილობა განიკურნა. და იქმს დიდ სასწაულებს, ისე რომ ზეციდან დედამიწაზე ცეცხლსაც კი ჩამოაქვს ადამიანთა თვალწინ, და ატყუებს დედამიწაზე მცხოვრებთ იმ სასწაულებით, რომელთა ქმნის ძალაც ჰქონდა მხეცის წინაშე; ეუბნება დედამიწაზე მცხოვრებთ, რომ გააკეთონ ხატი მხეცისა, რომელსაც მახვილით ჰქონდა ჭრილობა და მაინც იცოცხლა. და მიეცა მას ძალაუფლება, რომ სული შთაებერა მხეცის ხატისთვის, რათა მხეცის ხატსაც ელაპარაკა და მოეხდინა ის, რომ მოეკლათ ყველა, ვინც არ სცემდა თაყვანს მხეცის ხატს. და იგი ყველას, მცირესაც და დიდსაც, მდიდარსაც და ღარიბსაც, თავისუფალსაც და მონასაც, აიძულებს, რომ მიიღონ ნიშანი თავიანთ მარჯვენა ხელზე ან თავიანთ შუბლზე; და რათა ვერავინ შეძლოს ყიდვა ან გაყიდვა, გარდა იმისა, ვისაც აქვს ნიშანი, ან მხეცის სახელი, ან მისი სახელის რიცხვი. გამოცხადება 13:11–17.</w:t>
      </w:r>
    </w:p>
    <w:p>
      <w:pPr>
        <w:pStyle w:val="ArticleBody"/>
        <w:jc w:val="left"/>
      </w:pPr>
      <w:r>
        <w:rPr>
          <w:rFonts w:ascii="Sylfaen" w:hAnsi="Sylfaen" w:eastAsia="Sylfaen" w:cs="Sylfaen"/>
        </w:rPr>
        <w:t>იმ შვიდ მუხლში სიტყვა „იგი“ რვაჯერ გვხვდება. ყოველ ჯერზე, როცა სიტყვა „იგი“ არის გამოყენებული, იგი კვლავ მიუთითებს იმ თავდაპირველ „იგიზე“, „რომელიც გველეშაპივით ლაპარაკობდა“, შეერთებულ შტატებში კვირა დღის კანონის დროს. მხეცის ხატის გამოცდა, რომელიც შეერთებულ შტატებში ადვენტისტებმა ან გაიარეს, ან ვერ გაიარეს, როცა შეერთებული შტატები გველეშაპივით ლაპარაკობდა, შემდეგ მეორდება მსოფლიოს სხვა ერებში მცხოვრები ადვენტისტებისთვის, აგრეთვე ღვთის სხვა შვილებისთვისაც, რომლებიც ჯერ კიდევ ბაბილონში არიან. ჩვენ გამოცხადების მეცამეტე თავში შეერთებული შტატების განხილვას მომდევნო სტატიაში გავაგრძელებთ, მაგრამ ნება მომეცით შეგახსენოთ, რატომ განვიხილავთ ამ ჭეშმარიტებას სწორედ ამ დროს.</w:t>
      </w:r>
    </w:p>
    <w:p>
      <w:pPr>
        <w:pStyle w:val="ArticleBody"/>
        <w:jc w:val="left"/>
      </w:pPr>
      <w:r>
        <w:rPr>
          <w:rFonts w:ascii="Sylfaen" w:hAnsi="Sylfaen" w:eastAsia="Sylfaen" w:cs="Sylfaen"/>
        </w:rPr>
        <w:t>ომი, რომელიც ლუციფერით დაიწყო მესამე ცაში, წინასახავს იმ ომს, რომელიც პირველ ცაში იწყება კვირადღის კანონთან დაკავშირებით. გველეშაპის გარყვნილი ცნობები ორივე ბრძოლაშია წარმოდგენილი. სატანის გარყვნილი ცნობების თანამედროვე გამოვლინება წარმოადგენს იმ ჰიპნოზურ ტრანსს, რომელსაც პლანეტა დედამიწა ემორჩილება ისტორიაში, მალე მოსახდენი კვირადღის კანონის შემდგომ. ეს ცდუნება ხორციელდება მსოფლიო ქსელის მიერ იმის კონტროლის მეშვეობით, რასაც „ინფორმაციის სუპერმაგისტრალს“ უწოდებენ. „ინფორმაციის სუპერმაგისტრალის“ ეს სხვადასხვა გზები არის სოციალური, ეკონომიკური, რელიგიური, ეგრეთ წოდებული მეცნიერება, გართობა და, რაც უფრო მნიშვნელოვანია, ახალი ამბების მედიის გზა.</w:t>
      </w:r>
    </w:p>
    <w:p>
      <w:pPr>
        <w:pStyle w:val="ArticleBody"/>
        <w:jc w:val="left"/>
      </w:pPr>
      <w:r>
        <w:rPr>
          <w:rFonts w:ascii="Sylfaen" w:hAnsi="Sylfaen" w:eastAsia="Sylfaen" w:cs="Sylfaen"/>
        </w:rPr>
        <w:t>როდესაც ჭეშმარიტებად იქნა შეცნობილი, რომ „საინფორმაციო სუპერავტოსტრადა“ სატანური ჰიპნოზური კომუნიკაციების თანამედროვე გამოვლინებაა, და აგრეთვე იმ ფაქიზი ჰიპნოზისა, რომელიც სატანამ მესამე ცაში ანგელოზთა ბრძოლის დროს გამოიყენა, ჩვენ შეგვიძლია დავადგინოთ, რომ „საინფორმაციო სუპერავტოსტრადა“ სამყაროსთვის მხეცის ხატის „უკანასკნელი“ გამოცდის ერთ ელემენტს წარმოადგენს, რომელიც საკვირაო კანონის შემდეგ ხდება. მაშინ ადვილი იქნება იმის შეცნობაც, რომ შეერთებული შტატებისთვის მხეცის ხატის „პირველი“ გამოცდა იმავე გახრწნილ სატანურ კომუნიკაციებს უნდა შეიცავდეს, როგორსაც უკანასკნელი. სატანის მოქმედების მოწმობა, რომელმაც „საინფორმაციო სუპერავტოსტრადა“ გახრწნა საკვირაო კანონიდან მადლის ვადის დახურვამდე, იძლევა მტკიცებულებას იმისა, თუ როგორ განხორციელდა 2020 წელს მიწის მხეცზე რესპუბლიკანიზმის ორი რქისა და ჭეშმარიტი პროტესტანტიზმის ნატამალის მოკვდინება. ეს განხორციელდა „საინფორმაციო სუპერავტოსტრადის“ მიერ, რომელსაც იოანე გამოცხადების მეთერთმეტე თავში „ქუჩას“ უწოდებს.</w:t>
      </w:r>
    </w:p>
    <w:p>
      <w:pPr>
        <w:pStyle w:val="ArticleBody"/>
        <w:jc w:val="left"/>
      </w:pPr>
      <w:r>
        <w:rPr>
          <w:rFonts w:ascii="Sylfaen" w:hAnsi="Sylfaen" w:eastAsia="Sylfaen" w:cs="Sylfaen"/>
        </w:rPr>
        <w:t>ამ წინასწარმეტყველური ფაქტების განბეჭდვა იმათთვის გასაგებად მისაღებთა შორის ერთ ნაწილს შეადგენს, რომელნიც განიზრახავენ მხეცის ხატის გამოცდის გავლას, რომელიც წინასწარმეტყველ ქალს ნათლად ეჩვენა, რომ უნდა ჩამოყალიბდეს მადლის ჟამის დახურვამდე და ას ორმოცდაოთხი ათასის დაბეჭდვამდე.</w:t>
      </w:r>
    </w:p>
    <w:p>
      <w:pPr>
        <w:pStyle w:val="ArticleScripture"/>
        <w:jc w:val="left"/>
      </w:pPr>
      <w:r>
        <w:rPr>
          <w:rFonts w:ascii="Sylfaen" w:hAnsi="Sylfaen" w:eastAsia="Sylfaen" w:cs="Sylfaen"/>
        </w:rPr>
        <w:t>„როდესაც განკარგულება გამოიცემა და ბეჭედი დაიდება, მათი ხასიათი მარადიულად წმინდა და უბიწო დარჩება.“ ტესტიმონიები, ტომი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თერთმეტი</dc:title>
  <dc:subject>მხეცის ხატი</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