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жиырма төртінші</w:t>
      </w:r>
    </w:p>
    <w:p>
      <w:pPr>
        <w:pStyle w:val="ArticleSubtitle"/>
        <w:jc w:val="left"/>
      </w:pPr>
      <w:r>
        <w:rPr>
          <w:rFonts w:ascii="Arial" w:hAnsi="Arial" w:eastAsia="Arial" w:cs="Arial"/>
        </w:rPr>
        <w:t>Даниял 11:40-ты ашу — тарихи параллельдер мен болашақ оқиғаларды пайғамбарлық тұрғыдан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2024-03-08</w:t>
      </w:r>
    </w:p>
    <w:p>
      <w:pPr>
        <w:pStyle w:val="ArticleBody"/>
        <w:jc w:val="left"/>
      </w:pPr>
      <w:r>
        <w:rPr>
          <w:rFonts w:ascii="Times New Roman" w:hAnsi="Times New Roman" w:eastAsia="Times New Roman" w:cs="Times New Roman"/>
        </w:rPr>
        <w:t>Біз Даниял кітабының он бірінші тарауының құрылымын, қырқыншы аятты қарастыра отырып, баяндауға уақыт бөліп отырмыз. Қырқыншы аят — Даниял кітабының сегізінші тарауындағы он төртінші аяттың параллелі; пайғамбарлық мағынада айтқанда, Яһуда руының Арыстаны ретінде Мәсіх 1798 жылы ашқан нұр Даниял кітабының сегізінші тарауының он төртінші аятына негізделген болса, дәл солай, Оның 1989 жылы ашқан нұры қырқыншы аятқа негізделген еді.</w:t>
      </w:r>
    </w:p>
    <w:p>
      <w:pPr>
        <w:pStyle w:val="ArticleBody"/>
        <w:jc w:val="left"/>
      </w:pPr>
      <w:r>
        <w:rPr>
          <w:rFonts w:ascii="Times New Roman" w:hAnsi="Times New Roman" w:eastAsia="Times New Roman" w:cs="Times New Roman"/>
        </w:rPr>
        <w:t>Бұған дейінгі мақалада біз атап өткенімізбен, шын мәнінде талқыламағанымыздай, «үстіне жол, үстіне жол» дейтін соңғы жаңбыр әдіснамасын қолданғанда, қырықыншы аят екі бөлек желіні ұсынады, өйткені онда бірінші періштенің қозғалысы үшін де, үшінші періштенің қозғалысы үшін де ақырзаман уақыты қамтылған.</w:t>
      </w:r>
    </w:p>
    <w:p>
      <w:pPr>
        <w:pStyle w:val="ArticleBody"/>
        <w:jc w:val="left"/>
      </w:pPr>
      <w:r>
        <w:rPr>
          <w:rFonts w:ascii="Times New Roman" w:hAnsi="Times New Roman" w:eastAsia="Times New Roman" w:cs="Times New Roman"/>
        </w:rPr>
        <w:t>Қырықыншы аяттағы ақырзаман уақытын 1798 жылмен және ондағы ақырзаман уақытын 1989 жылмен біріктіріп қарастырғанда, Даниял кітабының сегізінші тарауының он төртінші аяты Даниял кітабының он бірінші тарауының қырықыншы аятымен сәйкес келетінін көреміз, өйткені екеуі де Аян кітабының он төртінші тарауындағы үш періштенің пайғамбарлық тарихында мөрі ашылатын білімді білдіреді. Сондай-ақ олар бір-бірімен мына жайт арқылы да байланысады: он төртінші аят — Мәсіхтің ғибадатханаға кенеттен «көрінуінің» «mareh» аяны, ал қырықыншы аят — пайғамбарлық тарихтағы екі мың бес жүз жиырма жылдық кезеңнің «chazon» аяны. Бірі — уақыттағы бір нүкте, екіншісі — уақыт кезеңі.</w:t>
      </w:r>
    </w:p>
    <w:p>
      <w:pPr>
        <w:pStyle w:val="ArticleBody"/>
        <w:jc w:val="left"/>
      </w:pPr>
      <w:r>
        <w:rPr>
          <w:rFonts w:ascii="Times New Roman" w:hAnsi="Times New Roman" w:eastAsia="Times New Roman" w:cs="Times New Roman"/>
        </w:rPr>
        <w:t>Бірі ғибадатхананың қалпына келтірілуі мен тазартылуын, екіншісі ғибадатхананың қирауы мен тапталуын білдіреді. Бірі екі мың үш жүз жылды, ал екіншісі екі мың бес жүз жиырма жылды білдіреді. Бірі Ұлай өзені арқылы, екіншісі Хиддекел өзені арқылы бейнеленеді. Бірі адамзат болмысын, екіншісі құдайлықты білдіреді. Дұрыс ұғынылғанда, қырықыншы аяттың он төртінші аятпен байланысы таңғаларлықтай терең. 1798 жыл құдайлықтың ісін, ал 1989 жыл адамзаттың бүлігін білдіреді.</w:t>
      </w:r>
    </w:p>
    <w:p>
      <w:pPr>
        <w:pStyle w:val="ArticleBody"/>
        <w:jc w:val="left"/>
      </w:pPr>
      <w:r>
        <w:rPr>
          <w:rFonts w:ascii="Times New Roman" w:hAnsi="Times New Roman" w:eastAsia="Times New Roman" w:cs="Times New Roman"/>
        </w:rPr>
        <w:t>Алдыңғы мақалада біз солтүстік патшасының үш кедергіні жеңіп шығуының сипаттамасы тізбекті түрде берілгенін анықтадық, алайда бейнеленген оқиғалардың нақты қолданылуы мұқият түрде айқындалуға тиіс, өйткені қырық екінші аяттан бастап қырық төртінші аятты қоса алғандағы аяттар шын мәнінде қырық бірінші аятпен, яғни Америка Құрама Штаттарында жуық арада қабылданатын жексенбілік заңмен, сәйкеседі. Дәл сол жерде үштік одақ жүзеге асады, әрі дәл сол жерде “шығыс” пен “солтүстік” туралы зор айқай хабары басталады.</w:t>
      </w:r>
    </w:p>
    <w:p>
      <w:pPr>
        <w:pStyle w:val="ArticleBody"/>
        <w:jc w:val="left"/>
      </w:pPr>
      <w:r>
        <w:rPr>
          <w:rFonts w:ascii="Times New Roman" w:hAnsi="Times New Roman" w:eastAsia="Times New Roman" w:cs="Times New Roman"/>
        </w:rPr>
        <w:t>Даниялдың он бірінші тарауында Адвентистік зерттеушілер жылдар бойы Даниялдың Римді бейнелеуде белгілі бір әдісті қолданатынын танып келді. Урия Смит мұны «Daniel and Revelation» кітабында атап өтеді. Әуелі Даниял Римнің дүниеге қалай үстемдік орнататынын көрсетеді, содан кейін келесі аяттарда ол тарихтың басына қайта оралып, саяси жаулап алуды айқындайды және дәл сол тарихтың барысында Римнің Құдай халқымен қалай әрекеттесетінін көрсетеді. Соңында ол Римнің қалай ақырына жететінін де көрсетеді. Даниял қолданатын бұл қағида «қайталау және кеңейту» деп аталады.</w:t>
      </w:r>
    </w:p>
    <w:p>
      <w:pPr>
        <w:pStyle w:val="ArticleBody"/>
        <w:jc w:val="left"/>
      </w:pPr>
      <w:r>
        <w:rPr>
          <w:rFonts w:ascii="Times New Roman" w:hAnsi="Times New Roman" w:eastAsia="Times New Roman" w:cs="Times New Roman"/>
        </w:rPr>
        <w:t>Бұл үш сатылы әдіс қырықтан қырық бесінші аяттарда айқындалады. Қырықтан қырық үшінші аяттарға дейін Қазіргі Римнің жер шарын жаулап алуының үш сатылы үдерісі көрсетіледі; содан кейін қырық төртінші аятта Даниял қырық бірінші аятқа қайта оралады, сол кезде «хабарлар» жүз қырық төрт мыңның жалауы арқылы жарияланады, әрі сол кезде папалық көптеген адамдарды жойып, мүлде құртпақ болып, қатты қаһармен аттанады. Ал қырық бесінші аятта және он екінші тараудың бірінші аятында, адамзаттың сынақ мерзімі жабылғанда, папалық теңіздердің арасында және даңқты қасиетті таудың маңында, оған жәрдемдесетін ешкім болмай, өз ақырына жетеді.</w:t>
      </w:r>
    </w:p>
    <w:p>
      <w:pPr>
        <w:pStyle w:val="ArticleBody"/>
        <w:jc w:val="left"/>
      </w:pPr>
      <w:r>
        <w:rPr>
          <w:rFonts w:ascii="Times New Roman" w:hAnsi="Times New Roman" w:eastAsia="Times New Roman" w:cs="Times New Roman"/>
        </w:rPr>
        <w:t>Даниялдың он бірінші тарауының отызыншы аятында біз Уайт апай отыз алтыншы аятқа дейін сөзбе-сөз келтіретін бір тарихтың басталуын көреміз, содан кейін ол былай деп жазады: «осы аяттарда сипатталғандарға ұқсас көріністер орын алады». Отызыншы және отыз бірінші аяттар Киелі кітап пайғамбарлығындағы төртінші және бесінші патшалықтар ретінде, тиісінше, пұтқа табынушы Римнен папалық Римге өткен тарихи ауысуды айқындайды. Отыз бірінші аят папалық Римнің жер жүзі тағының үстіне 538 жылы қалай отырғызылғанын бейнелейтін тарихты сипаттайды.</w:t>
      </w:r>
    </w:p>
    <w:p>
      <w:pPr>
        <w:pStyle w:val="ArticleBody"/>
        <w:jc w:val="left"/>
      </w:pPr>
      <w:r>
        <w:rPr>
          <w:rFonts w:ascii="Times New Roman" w:hAnsi="Times New Roman" w:eastAsia="Times New Roman" w:cs="Times New Roman"/>
        </w:rPr>
        <w:t>Отыз бірінші аятта ең алдымен франктердің патшасы Кловис (қазіргі Франция) 496 жылы папалықты жақтап көтерілген кез көрсетіледі. Сонан соң Кловис ашық пұтқа табынушылықтан католицизмнің жасырын пұтқа табынушылығына (әйелі Клотильданың дініне) өтті. Бұдан кейін ол өз тағын папалықты жер жүзінің тағына көтеруге арнады. Аяттағы «қарулар» Кловисті білдіреді, өйткені ол өзіне жүктеген сол істі жүзеге асыру үшін өзінің әскери қуат қаруын да, қаржылық күш-қуат қаруын да арнады.</w:t>
      </w:r>
    </w:p>
    <w:p>
      <w:pPr>
        <w:pStyle w:val="ArticleBody"/>
        <w:jc w:val="left"/>
      </w:pPr>
      <w:r>
        <w:rPr>
          <w:rFonts w:ascii="Times New Roman" w:hAnsi="Times New Roman" w:eastAsia="Times New Roman" w:cs="Times New Roman"/>
        </w:rPr>
        <w:t>Кловистің бастапқы ісі тарих өрбіген сайын Рим жезөкшесіне әртүрлі тіректер көрсетуге белгіленген, бұрын пұтқа табынушы болған Еуропаның барлық патшаларының ісін бейнеледі. Кловиске, ал содан кейін Францияға, Католик шіркеуі Католик шіркеуінің тұңғышы, сондай-ақ Католик шіркеуінің үлкен қызы деген атақты берді. Ол Тир жезөкшесімен зинақорлық жасауға тиіс болған көптеген патшалардың алғашқысының нышаны болды.</w:t>
      </w:r>
    </w:p>
    <w:p>
      <w:pPr>
        <w:pStyle w:val="ArticleBody"/>
        <w:jc w:val="left"/>
      </w:pPr>
      <w:r>
        <w:rPr>
          <w:rFonts w:ascii="Times New Roman" w:hAnsi="Times New Roman" w:eastAsia="Times New Roman" w:cs="Times New Roman"/>
        </w:rPr>
        <w:t>Осы пайғамбарлық мағынада Кловис Ахаб арқылы бейнеленген еді; Ахаб та Езабелмен зинақорлық жасаған болатын (Аян кітабында католик шіркеуінің нышаны), әрі ол да он рудың бас патшасы еді, сол сияқты Кловис те пұтқа табынушы Римнің он мүйізінің (Даниял, жетінші тарауды қараңыз) басты нышанына айналды. Еуропаның сол патшалары ақырында Бабыл жезөкшесін жердің тағына отырғызатын болады. Осы мағынада Ахаб та, Кловис те соңғы күндері папалықпен зинақорлық жасайтын Америка Құрама Штаттарын бейнелейді.</w:t>
      </w:r>
    </w:p>
    <w:p>
      <w:pPr>
        <w:pStyle w:val="ArticleBody"/>
        <w:jc w:val="left"/>
      </w:pPr>
      <w:r>
        <w:rPr>
          <w:rFonts w:ascii="Times New Roman" w:hAnsi="Times New Roman" w:eastAsia="Times New Roman" w:cs="Times New Roman"/>
        </w:rPr>
        <w:t>Рональд Рейган азғындықты бастады, әрі Біріккен Ұлттар Ұйымының өзге тоғыз патшасын да сол істі жасауға мәжбүрлейтін тұлға соңғы президент болады. Рейган 1989 жылғы ақырзаман уақытында президент болды, сондықтан ол пайғамбарлық тұрғыдан алғанда, тарихтағы өзге тоғыз патшаның сол істі жүзеге асыратын кезеңіндегі соңғы президентті бейнелеуге тиіс, өйткені Иса бір нәрсенің ақырын әрдайым бір нәрсенің басталуымен көрсетеді. Рейган бай, кеңінен танымал медиа тұлғасы еді, өзінің ерекше сөйлеу мәнерімен айрықша танылған, әуелде Демократиялық партияда болған, кейіннен Республикашылдар партиясына ауысқан.</w:t>
      </w:r>
    </w:p>
    <w:p>
      <w:pPr>
        <w:pStyle w:val="ArticleBody"/>
        <w:jc w:val="left"/>
      </w:pPr>
      <w:r>
        <w:rPr>
          <w:rFonts w:ascii="Times New Roman" w:hAnsi="Times New Roman" w:eastAsia="Times New Roman" w:cs="Times New Roman"/>
        </w:rPr>
        <w:t>Отыз бірінші аятта папалықты бейнелеген қарулар күштің қасиетті орнын арамдайтыны айтылған. Пайғамбарлық тұрғыдан алғанда, пұтқа табынушы Рим үшін де, папалық Рим үшін де күштің қасиетті орны — Рим қаласы еді. Бұл екі Римнің де белгілі бір уақыт кезеңінде Рим қаласынан билік жүргізгеніне, әрі Рим қаласынан билік жүргізген кезде, шын мәнінде, оларды жеңу мүмкін болмағанына негізделеді.</w:t>
      </w:r>
    </w:p>
    <w:p>
      <w:pPr>
        <w:pStyle w:val="ArticleBody"/>
        <w:jc w:val="left"/>
      </w:pPr>
      <w:r>
        <w:rPr>
          <w:rFonts w:ascii="Times New Roman" w:hAnsi="Times New Roman" w:eastAsia="Times New Roman" w:cs="Times New Roman"/>
        </w:rPr>
        <w:t>Пұтқа табынушы Рим өзінің үш жүз алпыс жылдық билігін б.з.д. 31 жылы болған Акций шайқасында бастады. Даниял кітабының он бірінші тарауының жиырма төртінші аяты олардың өз айлаларын өздерінің бекінісінен, яғни Рим қаласынан, бір «уақытқа» болжайтынын көрсетеді. Пайғамбарлықтағы бір «уақыт» — үш жүз алпыс жыл, ал Антоний мен Клеопатра жеңілген Акций шайқасынан кейін үш жүз алпыс жыл өткен соң, Константин Рим қаласынан Константинополь қаласына көшті, сөйтіп пұтқа табынушы Римнің жеңілмейтіндік кезеңі аяқталды.</w:t>
      </w:r>
    </w:p>
    <w:p>
      <w:pPr>
        <w:pStyle w:val="ArticleBody"/>
        <w:jc w:val="left"/>
      </w:pPr>
      <w:r>
        <w:rPr>
          <w:rFonts w:ascii="Times New Roman" w:hAnsi="Times New Roman" w:eastAsia="Times New Roman" w:cs="Times New Roman"/>
        </w:rPr>
        <w:t>Папалық Рим үшін үшінші географиялық кедергі (готтар) 538 жылы Рим қаласынан қуылып шығарылған кезде, папалық Римнің мың екі жүз алпыс жылдық үстемдік билігі басталып, 1798 жылға дейін жалғасты; сол жылы папа Рим қаласынан аластатылды, осылайша папалық аңға пайғамбарлықтағы өлімші жара салынды, ал келесі, 1799 жылы, сол папа (аңға мінген әйел) тұтқында қайтыс болды.</w:t>
      </w:r>
    </w:p>
    <w:p>
      <w:pPr>
        <w:pStyle w:val="ArticleBody"/>
        <w:jc w:val="left"/>
      </w:pPr>
      <w:r>
        <w:rPr>
          <w:rFonts w:ascii="Times New Roman" w:hAnsi="Times New Roman" w:eastAsia="Times New Roman" w:cs="Times New Roman"/>
        </w:rPr>
        <w:t>Папалықты бейнелеген қарулар (Хлодвиг) күштің киелі орнын арамдауға тиіс еді, әрі Константин бұл істі қаланы Константинопольден төменірек қала деп философиялық тұрғыдан айқындау арқылы бастады; сол кезден бастап, сол тарихтағы Римнің жаулары жүргізген соғыс қимылдары әрдайым Рим қаласына шабуыл жасауға бағытталды, және 476 жылға қарай қалада билік жүргізген нақты римдік ұрпақ енді ешқашан болған жоқ, 538 жылға дейін, сол жылы қала папалық Рим үшін күштің киелі орнына айналды.</w:t>
      </w:r>
    </w:p>
    <w:p>
      <w:pPr>
        <w:pStyle w:val="ArticleBody"/>
        <w:jc w:val="left"/>
      </w:pPr>
      <w:r>
        <w:rPr>
          <w:rFonts w:ascii="Times New Roman" w:hAnsi="Times New Roman" w:eastAsia="Times New Roman" w:cs="Times New Roman"/>
        </w:rPr>
        <w:t>Ахаб, Хлодвиг және Франция Құрама Штаттарды бейнелейді, ал Құрама Штаттардың күш-қуатының киелі орны — Америка Құрама Штаттарының Конституциясы. Бұл құжат — Құдайдан берілген құжат, әрі ол пайғамбарлық тарихтың бір белесі. Рональд Рейган 1989 жылға алып барған тарихта папалықты жақтап шыққан уақыттан бері, Конституция үздіксіз күшейе түскен шабуылдың астында болды; дәл сол сияқты, пұтқа табынушы Римнің күйреуі мен құлауында да күш-қуаттың киелі орны сондай шабуылға ұшыраған еді. Жақында Құрама Штаттарда жексенбілік заң күшіне енгізілген кезде, Конституция толықтай құлатылады. Рейганның уақытынан сол жексенбілік заңға дейінгі аралықта 330 жылдан 538 жылға дейінгі тарих қайталанады. 538 жылы папалық таққа отырғызылды, осылайша бұл сол жексенбілік заң тұсындағы оның ажалды жарасының жазылуын бейнелейді.</w:t>
      </w:r>
    </w:p>
    <w:p>
      <w:pPr>
        <w:pStyle w:val="ArticleBody"/>
        <w:jc w:val="left"/>
      </w:pPr>
      <w:r>
        <w:rPr>
          <w:rFonts w:ascii="Times New Roman" w:hAnsi="Times New Roman" w:eastAsia="Times New Roman" w:cs="Times New Roman"/>
        </w:rPr>
        <w:t>Рональд Рейганнан жексенбілік заңға дейінгі кезең — Құдайдың пайғамбарлық Сөзі арқылы нақты айқындалған пайғамбарлық кезең. Кловис арқылы бейнеленген «қарулар» бұрынғы пұтқа табынушы Рим империясынан «күнделіктіні» де алып тастауы тиіс еді. Империяның діні әуел бастан-ақ пұтқа табынушылық болған, ал Кловис ашық пұтқа табынушылық дінін католицизм дінімен алмастыру ісін бастады; ал католицизм — тек бүркемеленген пұтқа табынушылық қана.</w:t>
      </w:r>
    </w:p>
    <w:p>
      <w:pPr>
        <w:pStyle w:val="ArticleBody"/>
        <w:jc w:val="left"/>
      </w:pPr>
      <w:r>
        <w:rPr>
          <w:rFonts w:ascii="Times New Roman" w:hAnsi="Times New Roman" w:eastAsia="Times New Roman" w:cs="Times New Roman"/>
        </w:rPr>
        <w:t>Америка Құрама Штаттары жақында күшіне енетін жексенбілік заң кезінде папалық биліктің таңбасын міндеттеп енгізгенде, протестантизм дінінен толықтай бас тартады, өйткені «протестант» сөзінің жалғыз анықтамасы — Римге қарсы тұру. Егер сіз Рим билігінің таңбасын қабылдасаңыз, онда сіз Римге қарсы тұрған жоқсыз. Амостың үшінші тарауының үшінші аятында Амос мына риторикалық сұрақты қояды: «Екеуі келісіп алмаса, бірге жүре ала ма?»</w:t>
      </w:r>
    </w:p>
    <w:p>
      <w:pPr>
        <w:pStyle w:val="ArticleScripture"/>
        <w:jc w:val="left"/>
      </w:pPr>
      <w:r>
        <w:rPr>
          <w:rFonts w:ascii="Times New Roman" w:hAnsi="Times New Roman" w:eastAsia="Times New Roman" w:cs="Times New Roman"/>
        </w:rPr>
        <w:t>«Қазіргі кезде Америка Құрама Штаттарында шіркеудің мекемелері мен әдет-ғұрыптарына мемлекеттің қолдауын қамтамасыз ету үшін жүріп жатқан қозғалыстарда протестанттар папашылдардың ізімен жүріп келеді. Оның үстіне, олар Папалыққа Ескі Дүниеде жоғалтқан үстемдігін протестанттық Америкада қайтадан қалпына келтіруі үшін есік ашып отыр». The Great Controversy, 573.</w:t>
      </w:r>
    </w:p>
    <w:p>
      <w:pPr>
        <w:pStyle w:val="ArticleBody"/>
        <w:jc w:val="left"/>
      </w:pPr>
      <w:r>
        <w:rPr>
          <w:rFonts w:ascii="Times New Roman" w:hAnsi="Times New Roman" w:eastAsia="Times New Roman" w:cs="Times New Roman"/>
        </w:rPr>
        <w:t>508 жылы пұтқа табынушылық діні патшалықтың ресми діні мәртебесінен аластатылған кезде, бұл Пауыл Екінші Салониқалықтарға арналған хаттың екінші тарауында бейнелеген тежеуші күштің Америка Құрама Штаттарында жуық арада келетін жексенбілік заң кезінде күнә адамының ашылуынан бұрын алынып тасталғанын ишаралады. Ашық пұтқа табынушы діннің бағынышты етіліп, католицизмнің жасырын пұтқа табынушы дініне ауысуы бірден болған жоқ; тарихта бұл үдеріс Кловистің 496 жылы католицизмге өтуінен басталғаны ретінде белгіленген және 508 жылға қарай толық аяқталған.</w:t>
      </w:r>
    </w:p>
    <w:p>
      <w:pPr>
        <w:pStyle w:val="ArticleBody"/>
        <w:jc w:val="left"/>
      </w:pPr>
      <w:r>
        <w:rPr>
          <w:rFonts w:ascii="Times New Roman" w:hAnsi="Times New Roman" w:eastAsia="Times New Roman" w:cs="Times New Roman"/>
        </w:rPr>
        <w:t>Осылайша, 1989 жылдан басталған Рейган жылдарынан бастап, жуықта келетін жексенбілік заңға дейін, шынайы протестантизм Америка Құрама Штаттарында толықтай тежелетін болады. Сол кезде Америка Құрама Штаттары үшін «күштің киелі орны» болып табылатын Конституция төңкеріліп, отыз бірінші аяттағы «қарулардың» төртінші ісі жүзеге асады, өйткені сол кезде «қарулар» 538 жылы болғанындай, папалықты жердің тағына отырғызады.</w:t>
      </w:r>
    </w:p>
    <w:p>
      <w:pPr>
        <w:pStyle w:val="ArticleBody"/>
        <w:jc w:val="left"/>
      </w:pPr>
      <w:r>
        <w:rPr>
          <w:rFonts w:ascii="Times New Roman" w:hAnsi="Times New Roman" w:eastAsia="Times New Roman" w:cs="Times New Roman"/>
        </w:rPr>
        <w:t>Папалық 538 жылы таққа отырғаннан кейін, Даниял кітабындағы баяндау папалықтың дүниені қалай бағындырғанын суреттеуден, сол тарихи кезеңде папалықтың Құдай халқына қалай қудалау жүргізгені туралы тақырыпқа ауысады. Даниял кітабының оныншы тарауының он төртінші аятында Жәбірейіл Даниялға өзі ұсынғалы тұрған көріністің мақсаты «ақырғы күндерде Құдай халқына не болатынын» көрсету екенін хабарлаған еді.</w:t>
      </w:r>
    </w:p>
    <w:p>
      <w:pPr>
        <w:pStyle w:val="ArticleScripture"/>
        <w:jc w:val="left"/>
      </w:pPr>
      <w:r>
        <w:rPr>
          <w:rFonts w:ascii="Times New Roman" w:hAnsi="Times New Roman" w:eastAsia="Times New Roman" w:cs="Times New Roman"/>
        </w:rPr>
        <w:t>Енді мен саған ақырғы күндерде халқыңның басына не түсетінін ұқтырмақ болып келдім; өйткені бұл аян әлі талай күндерге арналған. Даниял 10:14.</w:t>
      </w:r>
    </w:p>
    <w:p>
      <w:pPr>
        <w:pStyle w:val="ArticleBody"/>
        <w:jc w:val="left"/>
      </w:pPr>
      <w:r>
        <w:rPr>
          <w:rFonts w:ascii="Times New Roman" w:hAnsi="Times New Roman" w:eastAsia="Times New Roman" w:cs="Times New Roman"/>
        </w:rPr>
        <w:t>Отыз екінші аяттан отыз алтыншы аятқа дейінгі аяттар — Уайт қарындас тікелей қайталанатынын айтатын аяттар; және бұл аяттар папалықтың 538 жылы таққа отырғызылған кезінен бастап, 1798 жылы өлім жарасын алғанға дейінгі бір мың екі жүз алпыс жылдық билігі тұсындағы қудалауды сипаттайды.</w:t>
      </w:r>
    </w:p>
    <w:p>
      <w:pPr>
        <w:pStyle w:val="ArticleScripture"/>
        <w:jc w:val="left"/>
      </w:pPr>
      <w:r>
        <w:rPr>
          <w:rFonts w:ascii="Times New Roman" w:hAnsi="Times New Roman" w:eastAsia="Times New Roman" w:cs="Times New Roman"/>
        </w:rPr>
        <w:t>Келісімге қарсы зұлымдық істейтіндерді ол жағымпаздықпен аздырады; бірақ өз Құдайын танитын халық берік болып, ерлік істер жасайды. Халықтың арасындағы парасаттылар көптерді тәлімдендіреді; бірақ олар ұзақ күндер бойы семсерден, оттан, тұтқындықтан және тонаудан құлайды. Ал олар құлаған кезде, азғана жәрдеммен жәрдем табады; бірақ көптері оларға жағымпаздықпен қосылады. Парасаттылардың кейбірі оларды сынау, тазарту және ағарту үшін, ақырзаман уақытына дейін құлайды; өйткені ол әлі де белгіленген уақытқа арналған. Патша өз еркі бойынша әрекет етеді; ол өзін әрбір құдайдан жоғары көтеріп, ұлықтайды, әрі құдайлардың Құдайына қарсы сұмдық сөздер айтады, және қаһардың мерзімі толғанша табысқа жетеді; өйткені белгіленген нәрсе орындалады. Даниял 11:32–36.</w:t>
      </w:r>
    </w:p>
    <w:p>
      <w:pPr>
        <w:pStyle w:val="ArticleBody"/>
        <w:jc w:val="left"/>
      </w:pPr>
      <w:r>
        <w:rPr>
          <w:rFonts w:ascii="Times New Roman" w:hAnsi="Times New Roman" w:eastAsia="Times New Roman" w:cs="Times New Roman"/>
        </w:rPr>
        <w:t>Бұл аяттар Қараңғы ғасырлардағы қудалауды сипаттайды, ал отыз алтыншы аят содан кейін 1798 жылы Құдайдың Исраилдің солтүстік патшалығына қарсы алғашқы қаһары орындалғанға дейін папалықтың өркендейтінін айқындайды. Даниял әуелі папалықтың жердің тағына қалай отырғызылғанын, содан соң папалықтың Құдай халқымен қалай әрекеттескенін, ал кейін папалықтың ақырғы құлауын көрсетті. Даниялдың он бірінші тарауының қырықыншыдан қырық үшінші аяттарына дейін папалықтың дүниені қалай өз билігіне алатыны айқындалады, содан кейін қырық төртінші аятта оның Құдайдың соңғы күндердегі халқын қалай қудалайтыны, ал қырық бесінші аятта оған көмектесетін ешкім болмай, өзінің түпкілікті ақырына қалай жететіні көрсетіледі.</w:t>
      </w:r>
    </w:p>
    <w:p>
      <w:pPr>
        <w:pStyle w:val="ArticleBody"/>
        <w:jc w:val="left"/>
      </w:pPr>
      <w:r>
        <w:rPr>
          <w:rFonts w:ascii="Times New Roman" w:hAnsi="Times New Roman" w:eastAsia="Times New Roman" w:cs="Times New Roman"/>
        </w:rPr>
        <w:t>Еврей тіліндегі «ақиқат» сөзі ғажайып Тіл Иесі тарапынан еврей әліпбиінің бірінші, он үшінші және соңғы әріптерін біріктіру арқылы «ақиқат» сөзін жасау үшін жаратылған. Он үш — бүліктің нышаны, ал бірінші соңғыны білдіреді.</w:t>
      </w:r>
    </w:p>
    <w:p>
      <w:pPr>
        <w:pStyle w:val="ArticleBody"/>
        <w:jc w:val="left"/>
      </w:pPr>
      <w:r>
        <w:rPr>
          <w:rFonts w:ascii="Times New Roman" w:hAnsi="Times New Roman" w:eastAsia="Times New Roman" w:cs="Times New Roman"/>
        </w:rPr>
        <w:t>Отыз бірінші аят Киелі кітаптағы пайғамбарлықтағы төртінші патшалық ретінде пұтқа табынушы Римнің соңын суреттейді, ал отыз алтыншы аят Киелі кітаптағы пайғамбарлықтағы бесінші патшалық ретінде папалық Римнің соңын айқындайды. Римнің құлауының алғашқы сипаттамасы мен Римнің құлауының соңғы сипаттамасының арасында бүлік бар; ол папалықтың басталу мен аяқталу арасындағы тарихта Құдай халқының миллиондағанын өлтіруі арқылы бейнеленген. Бұл аяттардың қолданылуында “ақиқаттың” таңбасы бар.</w:t>
      </w:r>
    </w:p>
    <w:p>
      <w:pPr>
        <w:pStyle w:val="ArticleBody"/>
        <w:jc w:val="left"/>
      </w:pPr>
      <w:r>
        <w:rPr>
          <w:rFonts w:ascii="Times New Roman" w:hAnsi="Times New Roman" w:eastAsia="Times New Roman" w:cs="Times New Roman"/>
        </w:rPr>
        <w:t>Отызыншыдан отыз алтыншы аяттармен бейнеленетін қырқыншыдан қырық бесінші аяттарға дейінгі үзінді папалықтың құлауымен басталып, папалықтың құлауымен аяқталады. 1798 жылдан басталып, сынақ мерзімінің жабылуына дейін созылатын осы тарихтың ортасында Қазіргі Римнің бүлігі жатыр; ол Құдай халқын тағы да өлтіреді. Бұл аяттардың қолданылуы да «ақиқаттың» таңбасын алып жүреді, әрі олар «ақиқатты» бекітетін екі куәгерді беру үшін өзара үйлеседі; ал осы екі желі де «аянды орнататын» рәміз болып табылатын Римді сипаттап тұр.</w:t>
      </w:r>
    </w:p>
    <w:p>
      <w:pPr>
        <w:pStyle w:val="ArticleScripture"/>
        <w:jc w:val="left"/>
      </w:pPr>
      <w:r>
        <w:rPr>
          <w:rFonts w:ascii="Times New Roman" w:hAnsi="Times New Roman" w:eastAsia="Times New Roman" w:cs="Times New Roman"/>
        </w:rPr>
        <w:t>Сол кездерде оңтүстік патшаға қарсы көп адам көтеріледі; халқыңның арасындағы зорлықшылдар да көріністі орнықтыру үшін өздерін жоғары қояды; бірақ олар құлайды. Даниял 11:14.</w:t>
      </w:r>
    </w:p>
    <w:p>
      <w:pPr>
        <w:pStyle w:val="ArticleBody"/>
        <w:jc w:val="left"/>
      </w:pPr>
      <w:r>
        <w:rPr>
          <w:rFonts w:ascii="Times New Roman" w:hAnsi="Times New Roman" w:eastAsia="Times New Roman" w:cs="Times New Roman"/>
        </w:rPr>
        <w:t>Даниял он бірінші тарауда қолданатын пайғамбарлық құбылыс тек отызыншыдан отыз алтыншы аяттарға дейін, содан кейін қырқыншыдан қырық бесінші аяттарға дейін ғана қолданылмайды. Он төртінші аяттан он тоғызыншы аятқа дейін пұтқа табынушы Римнің дүниеге қалай үстемдік орнатқаны көрсетіледі, содан кейін жиырмасыншыдан жиырма төртінші аяттарға дейін пұтқа табынушы Римнің Құдай халқымен қалай әрекет еткені баяндалады, ал жиырма төртінші аяттан отызыншы аятқа дейін пұтқа табынушы Римнің құлауы суреттеледі.</w:t>
      </w:r>
    </w:p>
    <w:p>
      <w:pPr>
        <w:pStyle w:val="ArticleBody"/>
        <w:jc w:val="left"/>
      </w:pPr>
      <w:r>
        <w:rPr>
          <w:rFonts w:ascii="Times New Roman" w:hAnsi="Times New Roman" w:eastAsia="Times New Roman" w:cs="Times New Roman"/>
        </w:rPr>
        <w:t>Он төртінші аят — пұтқа табынушы Римнің басталуы, ал отызыншы аят — пұтқа табынушы Римнің соңы. Ортасында бейнеленген тарихта пұтқа табынушы Рим Мәсіхті айқышқа шегелеген ретінде айқындалады; сондықтан ортаның бүлігі бұл аяттарды «ақиқат» деп танытады. Альфа мен Омега Даниял кітабының он бірінші тарауының өн бойына Өз қолтаңбасын қалдырды.</w:t>
      </w:r>
    </w:p>
    <w:p>
      <w:pPr>
        <w:pStyle w:val="ArticleBody"/>
        <w:jc w:val="left"/>
      </w:pPr>
      <w:r>
        <w:rPr>
          <w:rFonts w:ascii="Times New Roman" w:hAnsi="Times New Roman" w:eastAsia="Times New Roman" w:cs="Times New Roman"/>
        </w:rPr>
        <w:t>Қырқыншы аят Рональд Рейган жылдарында басталатын тарихты қамтиды және онда Америка Құрама Штаттарының Президенті мен күнә адамының арасында жасалған одақ айқындалады. Ол 538 жылы болғанындай, папалықтың жер тағының үстіне отырғызылуымен аяқталатын белгілі бір кезеңді белгілейді. Қазіргі Франция болып табылатын франктердің патшасы Хлодвигтің Америка Құрама Штаттарының символы болуы кездейсоқтық емес. Хлодвиг Рейганның бейнесін алдын ала көрсетті. Рейган протестантизмнің символы болды, сол сияқты Хлодвиг пұтқа табынушылықтың символы болды.</w:t>
      </w:r>
    </w:p>
    <w:p>
      <w:pPr>
        <w:pStyle w:val="ArticleBody"/>
        <w:jc w:val="left"/>
      </w:pPr>
      <w:r>
        <w:rPr>
          <w:rFonts w:ascii="Times New Roman" w:hAnsi="Times New Roman" w:eastAsia="Times New Roman" w:cs="Times New Roman"/>
        </w:rPr>
        <w:t>Франктердің патшасы Хлодвигтің католицизмді қабылдауына алып келген шайқас Тольбиак шайқасы (сондай-ақ Цюльпих шайқасы немесе Кёльн шайқасы деп те аталады) болды. Бұл шайқас 496 жылы өтті. Сол кезде Хлодвиг пұтқа табынушы еді, бірақ шайқас барысында, өз әскерінің жеңіліс қаупіне ұшырағаны байқалған сәтте, ол өзінің католик жұбайының христиан Құдайынан жәрдем сұрап дұға етті және егер жеңіске жетсе, христиандықты қабылдаймын деп ант берді. Хлодвиг шынында да бұл шайқаста жеңіске жетті, соның нәтижесінде ол да, оның франк жауынгерлерінің едәуір бөлігі де католицизмді қабылдады; бұл франктердің христиандандырылуы тарихындағы елеулі оқиға болды.</w:t>
      </w:r>
    </w:p>
    <w:p>
      <w:pPr>
        <w:pStyle w:val="ArticleBody"/>
        <w:jc w:val="left"/>
      </w:pPr>
      <w:r>
        <w:rPr>
          <w:rFonts w:ascii="Times New Roman" w:hAnsi="Times New Roman" w:eastAsia="Times New Roman" w:cs="Times New Roman"/>
        </w:rPr>
        <w:t>Өзін протестантпын деп жариялаған Рональд Рейган Рим папасымен құпия одақ құруға түрткі болған себептің Киелі кітап пайғамбарлығындағы антихрист Кеңес Одағы екеніне кәміл сенгендігі екенін айқындады. Рейган бұрынғы Кеңес Одағына қарсы күресінде антихристің кім екені жөніндегі өз жаңсақтығын аңғармастан, антихристпен одақтасты.</w:t>
      </w:r>
    </w:p>
    <w:p>
      <w:pPr>
        <w:pStyle w:val="ArticleScripture"/>
        <w:jc w:val="left"/>
      </w:pPr>
      <w:r>
        <w:rPr>
          <w:rFonts w:ascii="Times New Roman" w:hAnsi="Times New Roman" w:eastAsia="Times New Roman" w:cs="Times New Roman"/>
        </w:rPr>
        <w:t>«Сөзді түсінуде шатасуға ұшырағандар, антихристтің мағынасын көре алмағандар, сөзсіз өздерін антихрист жағында қояды». Kress Collection, 105.</w:t>
      </w:r>
    </w:p>
    <w:p>
      <w:pPr>
        <w:pStyle w:val="ArticleBody"/>
        <w:jc w:val="left"/>
      </w:pPr>
      <w:r>
        <w:rPr>
          <w:rFonts w:ascii="Times New Roman" w:hAnsi="Times New Roman" w:eastAsia="Times New Roman" w:cs="Times New Roman"/>
        </w:rPr>
        <w:t>Америка Құрама Штаттары — жер аңының екі мүйізі арқылы бейнеленгендей, екі қырлы пайғамбарлық нышан. Франция да — Аян кітабының он бірінші тарауында Содом мен Мысыр арқылы бейнеленгендей, екі қырлы пайғамбарлық нышан. Франция — папалықтың тұңғыш баласы, ал Америка Құрама Штаттарын білдіретін Рейган соңғы күндері Аян кітабының он жетінші тарауындағы он патшаның ішінде 1798 жылдан бері ұмыт қалған Тирдің жезөкшесімен азғындық жасаған алғашқысы болды. Ол 1798 жылы ақырзаман уақытында ұмыт болды, бірақ 1989 жылы ақырзаман уақытында қайта еске алына бастайды.</w:t>
      </w:r>
    </w:p>
    <w:p>
      <w:pPr>
        <w:pStyle w:val="ArticleBody"/>
        <w:jc w:val="left"/>
      </w:pPr>
      <w:r>
        <w:rPr>
          <w:rFonts w:ascii="Times New Roman" w:hAnsi="Times New Roman" w:eastAsia="Times New Roman" w:cs="Times New Roman"/>
        </w:rPr>
        <w:t>Францияның көсемі Кловис 538 жылы папалықтың таққа отырғызылуына алып келген уақыт кезеңінің басталуын белгіледі; содан кейін папалық Орлеан кеңесінде жексенбілік заң қабылдады. Америка Құрама Штаттарының басшысы Рейган да жуықта келетін жексенбілік заң арқылы папалықтың жердің тағына тағы да отырғызылуына алып бара жатқан уақыт кезеңінің басталуын белгіледі.</w:t>
      </w:r>
    </w:p>
    <w:p>
      <w:pPr>
        <w:pStyle w:val="ArticleBody"/>
        <w:jc w:val="left"/>
      </w:pPr>
      <w:r>
        <w:rPr>
          <w:rFonts w:ascii="Times New Roman" w:hAnsi="Times New Roman" w:eastAsia="Times New Roman" w:cs="Times New Roman"/>
        </w:rPr>
        <w:t>Франция — 538 жылы папалықты орнықтырған қос қырлы күш, ал Франция, Наполеонның генералы Бертье арқылы, 1798 жылы папалықты тақтан тайдырды. Соңғы күндері Құрама Штаттар папалықты таққа отырғызады, әрі он патшаның ішіндегі басты патша ретінде Құрама Штаттар ақырында «оны қаңыратып, жалаңаш қалдырады, оның тәнін жеп, оны отпен өртейді».</w:t>
      </w:r>
    </w:p>
    <w:p>
      <w:pPr>
        <w:pStyle w:val="ArticleBody"/>
        <w:jc w:val="left"/>
      </w:pPr>
      <w:r>
        <w:rPr>
          <w:rFonts w:ascii="Times New Roman" w:hAnsi="Times New Roman" w:eastAsia="Times New Roman" w:cs="Times New Roman"/>
        </w:rPr>
        <w:t>Қырқыншы аят отыз бірінші аяттың тарихын қамтиды және папалықты жердің тағына қайта отырғызу ісі Рональд Рейганнан басталып, Америка Құрама Штаттарының соңғы президентімен аяқталатын уақыт кезеңі арқылы бейнеленетінін айқындайды. Сол соңғы президент Рейган арқылы типтелген болады, өйткені Иса ақырын әрдайым бастауымен бейнелейді.</w:t>
      </w:r>
    </w:p>
    <w:p>
      <w:pPr>
        <w:pStyle w:val="ArticleBody"/>
        <w:jc w:val="left"/>
      </w:pPr>
      <w:r>
        <w:rPr>
          <w:rFonts w:ascii="Times New Roman" w:hAnsi="Times New Roman" w:eastAsia="Times New Roman" w:cs="Times New Roman"/>
        </w:rPr>
        <w:t>Даниял кітабының он бірінші тарауындағы алғашқы аяттарда сол пайғамбарлық тарих баяндалады (екінші аят); онда біз Грекия патшалығының тарихынан бұрын болған тарихты көреміз. Грекия — Біріккен Ұлттар Ұйымының және Аян кітабының он жетінші тарауындағы он патшаның бір дүниежүзілік үкіметінің символы. Даниял кітабының он бірінші тарауындағы үшінші аят Ескендір Зұлқарнайынды таныстырады, ал екінші аят соңғы күндердегі бір дүниежүзілік үкіметтің алдындағы тарихты білдіреді.</w:t>
      </w:r>
    </w:p>
    <w:p>
      <w:pPr>
        <w:pStyle w:val="ArticleBody"/>
        <w:jc w:val="left"/>
      </w:pPr>
      <w:r>
        <w:rPr>
          <w:rFonts w:ascii="Times New Roman" w:hAnsi="Times New Roman" w:eastAsia="Times New Roman" w:cs="Times New Roman"/>
        </w:rPr>
        <w:t>Бірінші аятта Ғабриел тек Мидия мен Парсы патшалығының басында Дарийді нығайтқанын ғана айқындайды, бірақ Ғабриел Даниялға оныншы тарауда келген еді, ол кезде билік етіп тұрған Мидиялық Дарий емес, Парсылық Кир болатын. Патшалықты Мидия мен Парсының пайғамбарлық тұрғыдан екі құрамды бір патшалығы ретінде (Франция мен Америка Құрама Штаттары сияқты) анық байланыстырып көрсеткеннен кейін, Ғабриел Ескендір Зұлқарнайынның дүниежүзілік патшалығынан бұрынғы тарихты таныстырады.</w:t>
      </w:r>
    </w:p>
    <w:p>
      <w:pPr>
        <w:pStyle w:val="ArticleScripture"/>
        <w:jc w:val="left"/>
      </w:pPr>
      <w:r>
        <w:rPr>
          <w:rFonts w:ascii="Times New Roman" w:hAnsi="Times New Roman" w:eastAsia="Times New Roman" w:cs="Times New Roman"/>
        </w:rPr>
        <w:t>Енді саған ақиқатты көрсетемін. Міне, Парсыда тағы үш патша көтеріледі; ал төртіншісі олардың бәрінен де әлдеқайда бай болады; және ол өз байлығының күшімен бәрін Грекия патшалығына қарсы көтереді. Даниял 11:2.</w:t>
      </w:r>
    </w:p>
    <w:p>
      <w:pPr>
        <w:pStyle w:val="ArticleBody"/>
        <w:jc w:val="left"/>
      </w:pPr>
      <w:r>
        <w:rPr>
          <w:rFonts w:ascii="Times New Roman" w:hAnsi="Times New Roman" w:eastAsia="Times New Roman" w:cs="Times New Roman"/>
        </w:rPr>
        <w:t>Альфа мен Омега әрдайым бір нәрсенің соңын, сол нәрсенің басталуымен бірге бейнелейді, ал екінші аят Ұлы Ескендірдің Грекия патшалығы арқылы бейнеленген бір дүниежүзілік үкіметтің күштеп енгізілуіне дейінгі тарихты сөз етеді. Екінші аят — соңғы күндердегі екі мүйізді күш ретінде, сондай-ақ мидиялықтар мен парсылардың қосарлы билігі және Франция арқылы бейнеленген Америка Құрама Штаттарына қатысты пайғамбарлық желі. Бұл аят соңғы күндерде Америка Құрама Штаттарының президенттерін бейнелейтін патшаларды айқындайды; олар айдаһардың, аңның және жалған пайғамбардың үш құрамды бір дүниежүзілік үкіметінің алдында көтерілетін еді. Кловис Мәсіхке қарсыны тағыға қайта отырғызуға алып баратын тарихтың басындағы алғашқы президент ретінде Рейганға параллель болды.</w:t>
      </w:r>
    </w:p>
    <w:p>
      <w:pPr>
        <w:pStyle w:val="ArticleBody"/>
        <w:jc w:val="left"/>
      </w:pPr>
      <w:r>
        <w:rPr>
          <w:rFonts w:ascii="Times New Roman" w:hAnsi="Times New Roman" w:eastAsia="Times New Roman" w:cs="Times New Roman"/>
        </w:rPr>
        <w:t>Даниялдың он бірінші тарауында айтылғандай, Кирдің заманынан бастап үш патша болып, олардан кейін барлығынан да әлдеқайда бай төртінші патша келуге тиіс еді. Дарий Мидия-Парсы империясының бірінші патшасы болды, ал Жәбірейілден осы тарихи хабарды алған кезде билік етіп отырған Кир екінші патша еді. Кирден кейін төрт патша келуге тиіс болатын, сондықтан сол кейінгі патшалардың төртіншісі алтыншы патша болмақ еді.</w:t>
      </w:r>
    </w:p>
    <w:p>
      <w:pPr>
        <w:pStyle w:val="ArticleBody"/>
        <w:jc w:val="left"/>
      </w:pPr>
      <w:r>
        <w:rPr>
          <w:rFonts w:ascii="Times New Roman" w:hAnsi="Times New Roman" w:eastAsia="Times New Roman" w:cs="Times New Roman"/>
        </w:rPr>
        <w:t>Алтыншы патша ең бай патша болар еді, әрі бай президент (патша) бүкіл жұртты Грекия патшалығына қарсы қоздырар еді. Рейганнан кейінгі президенттер: бірінші Буш, Клинтон, екінші Буш, Обама болды; сондықтан алтыншы, әрі ең бай, патша Трамп болар еді. Сол патша (президент) Грекия патшалығын (глобалистерді) «қоздырар еді». Еврей тіліндегі «қоздыру» деген тіркестің анықтамасы айтарлықтай мәнді.</w:t>
      </w:r>
    </w:p>
    <w:p>
      <w:pPr>
        <w:pStyle w:val="ArticleBody"/>
        <w:jc w:val="left"/>
      </w:pPr>
      <w:r>
        <w:rPr>
          <w:rFonts w:ascii="Times New Roman" w:hAnsi="Times New Roman" w:eastAsia="Times New Roman" w:cs="Times New Roman"/>
        </w:rPr>
        <w:t>Аятта «қозғау» деп аударылған еврей сөзі — «ояту» немесе «ұйқыдан тұрғызу» дегенді білдіретін түбір сөз. Кирден кейінгі төртінші билеушімен бейнеленген тарихта, өзге барлық президенттерден әлдеқайда бай бір президент көтеріледі, әрі өзінің күші мен қуаты арқылы Грекияға қарсы бір «ояну» жүзеге асады. Грекия — жаһанданудың, прогрессивизмнің және «woke-измнің» нышаны болғандықтан, ол алтыншы, ең бай президенттің тарихында назардың дәл ортасына шығарылады. Ол бүкіл жер шарындағы патшалықты прогрессивті «woke-изм» мен жаһандық үстемдікке қатысты дау-дамайға оятады.</w:t>
      </w:r>
    </w:p>
    <w:p>
      <w:pPr>
        <w:pStyle w:val="ArticleBody"/>
        <w:jc w:val="left"/>
      </w:pPr>
      <w:r>
        <w:rPr>
          <w:rFonts w:ascii="Times New Roman" w:hAnsi="Times New Roman" w:eastAsia="Times New Roman" w:cs="Times New Roman"/>
        </w:rPr>
        <w:t>Прогрессивті «оукизм» қозғалысына ояну, яғни ең бай президенттің президенттігі тұсында туындайтын бұл ояну, республикалық мүйізбен бірге, дәл он қыздың оянуы протестанттық мүйізде болып жатқан уақытта жүзеге асады.</w:t>
      </w:r>
    </w:p>
    <w:p>
      <w:pPr>
        <w:pStyle w:val="ArticleBody"/>
        <w:jc w:val="left"/>
      </w:pPr>
      <w:r>
        <w:rPr>
          <w:rFonts w:ascii="Times New Roman" w:hAnsi="Times New Roman" w:eastAsia="Times New Roman" w:cs="Times New Roman"/>
        </w:rPr>
        <w:t>Келесі мақалада Даниял кітабының он бірінші тарауының қырқыншы аятына қатысты зерттеуімізді жалғастырамыз.</w:t>
      </w:r>
    </w:p>
    <w:p>
      <w:pPr>
        <w:pStyle w:val="ArticleScripture"/>
        <w:jc w:val="left"/>
      </w:pPr>
      <w:r>
        <w:rPr>
          <w:rFonts w:ascii="Times New Roman" w:hAnsi="Times New Roman" w:eastAsia="Times New Roman" w:cs="Times New Roman"/>
        </w:rPr>
        <w:t>«Сенім мен тақуалықтың кеңінен құлдырауына қарамастан, осы шіркеулердің ішінде Мәсіхтің шынайы ізбасарлары бар. Құдайдың үкімдерінің жер бетіне түсетін ақырғы келуі алдында Жаратқан Иенің халқының арасында елшілік дәуірден бері куә болынбаған алғашқы тақуалықтың сондай бір жандануы болады. Құдайдың Рухы мен құдіреті Оның балаларының үстіне төгіледі. Сол кезде бұл дүниеге деген сүйіспеншілік Құдайға және Оның сөзіне деген сүйіспеншіліктің орнын басқан шіркеулерден көп адам өздерін бөліп шығады. Қызметшілерден де, қарапайым халықтан да көптеген адамдар Жаратқан Иенің екінші келуіне бір халықты даярлау үшін Құдай осы уақытта жариялануын бұйырған ұлы ақиқаттарды қуана қабылдайды. Жандардың жауы бұл іске кедергі келтіруді қалайды; әрі мұндай қозғалыстың уақыты келмей тұрып, ол жасанды бір нәрсені енгізу арқылы соның алдын алуға тырысады. Ол өз алдамшы билігіне бағындыра алатын шіркеулерде Құдайдың айрықша батасы төгілгендей етіп көрсетеді; онда зор діни ықылас деп есептелетін құбылыс айқын көрінеді. Сансыз көп адамдар Құдай олар үшін керемет түрде әрекет етіп жатыр деп шаттанады, ал шын мәнінде бұл — өзге бір рухтың ісі. Діни кейіптің астында Шайтан христиан әлеміне өз ықпалын кеңейтуге ұмтылады». Ұлы айқас, 464-бет.</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жиырма төртінші</dc:title>
  <dc:subject>Даниял 11:40-ты ашу — тарихи параллельдер мен болашақ оқиғаларды пайғамбарлық тұрғыдан зерттеу</dc:subject>
  <dc:creator>Jeff Pippenger</dc:creator>
  <cp:keywords/>
  <dc:description>Generated by ArticleDigger from daniel\124_daniel.json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