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жиырма алтыншы бөлім</w:t>
      </w:r>
    </w:p>
    <w:p>
      <w:pPr>
        <w:pStyle w:val="ArticleSubtitle"/>
        <w:jc w:val="left"/>
      </w:pPr>
      <w:r>
        <w:rPr>
          <w:rFonts w:ascii="Arial" w:hAnsi="Arial" w:eastAsia="Arial" w:cs="Arial"/>
        </w:rPr>
        <w:t>Пайғамбарлық баяндауды ашып көрсету: Даниял кітабының он бірінші тарауы мен қазіргі заман оқиғаларын зерттеу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2024-03-09</w:t>
      </w:r>
    </w:p>
    <w:p>
      <w:pPr>
        <w:pStyle w:val="ArticleBody"/>
        <w:jc w:val="left"/>
      </w:pPr>
      <w:r>
        <w:rPr>
          <w:rFonts w:ascii="Times New Roman" w:hAnsi="Times New Roman" w:eastAsia="Times New Roman" w:cs="Times New Roman"/>
        </w:rPr>
        <w:t>Даниял кітабының он бірінші тарауының қырқыншы аяты жердегі аңның протестанттық мүйізінің тарихын жердегі аңның республикалық мүйізімен сәйкестендіреді. Екі мүйіз де 1798 жылы басталады, әрі олардың куәлігі Америка Құрама Штаттарында жуық арада келетін жексенбілік заңға дейін жалғасады. Екі мүйізге де әрқайсысын сынау үшін Құдай тарапынан екі құрамды құжат берілді. Жердегі аңның діни мүйізін сынау үшін King James Bible (Old and New Testaments) берілді, ал жердегі аңның саяси мүйізін сынау үшін Declaration of Independence және the Constitution of the United States берілді. Қырқыншы аят — жердегі аңның тарихы, және оның тарихи куәлігі 1776 жылы басталып, 1798 жылға қарай Киелі кітап пайғамбарлығындағы алтыншы патшалық ретіндегі өз рөлін орындай бастайды.</w:t>
      </w:r>
    </w:p>
    <w:p>
      <w:pPr>
        <w:pStyle w:val="ArticleBody"/>
        <w:jc w:val="left"/>
      </w:pPr>
      <w:r>
        <w:rPr>
          <w:rFonts w:ascii="Times New Roman" w:hAnsi="Times New Roman" w:eastAsia="Times New Roman" w:cs="Times New Roman"/>
        </w:rPr>
        <w:t>Иса әрдайым ақырды бастауымен бейнелейді, әрі Құрама Штаттардың соңы оның бастапқы тарихында бейнеленіп қойылған. Құрама Штаттардың аяқталу кезеңі Даниял он бірдің екінші аятында көрсетілген, өйткені онда Рональд Рейганнан басталатын алты президент баяндалады. Рейган — жер аңының пайғамбарлық тарихының соңғы кезеңіндегі алғашқы президент. Бұл кезең 1989 жылы, ақырғы уақытта басталды. Бірақ екінші аят тек Рейганды, бірінші Бушты, Клинтонды, екінші Бушты, Обаманы және Трампты ғана қамтиды. Жақында келетін жексенбілік заңға дейін жететін тарихты толықтыру үшін өзге желілер қажет. 1989 жылдан жақында келетін жексенбілік заңға дейінгі аралық — Даниял он бірдің екінші аятындағы белгілі бір желі.</w:t>
      </w:r>
    </w:p>
    <w:p>
      <w:pPr>
        <w:pStyle w:val="ArticleBody"/>
        <w:jc w:val="left"/>
      </w:pPr>
      <w:r>
        <w:rPr>
          <w:rFonts w:ascii="Times New Roman" w:hAnsi="Times New Roman" w:eastAsia="Times New Roman" w:cs="Times New Roman"/>
        </w:rPr>
        <w:t>1798 жыл Інжіл пайғамбарлығындағы алтыншы патшалық ретіндегі жер аңының пайғамбарлық тарихының басталуын, ал жексенбілік заң оның аяқталуын белгілейді; әрі 1798 жыл оның басталуын белгілейді. 1776 жылы басталған екі жүз жиырма жыл — жер аңына қатысты тағы бір пайғамбарлық желі; ол 1776 жылы басталатын және 1989 жылы ашылған мөрі шешілген білімнен шыққан хабар 1996 жылы ресми түрде бекітілген кезде аяқталатын кезеңді айқындайды. Сол екі жүз жиырма жылдық кезең Америка үшін болашақты көрсетеді: басында 1776 жылы жарияланған Еуропа патшаларының мемлекеттік билігінен және католицизмнің шіркеулік үстемдігінен тәуелсіздік жақындап келе жатқан жексенбілік заң кезінде жойылатын болады. 1776 жылдан 1989 жылға дейінгі аралық — жер аңының пайғамбарлық тарихындағы нақты бір желі.</w:t>
      </w:r>
    </w:p>
    <w:p>
      <w:pPr>
        <w:pStyle w:val="ArticleBody"/>
        <w:jc w:val="left"/>
      </w:pPr>
      <w:r>
        <w:rPr>
          <w:rFonts w:ascii="Times New Roman" w:hAnsi="Times New Roman" w:eastAsia="Times New Roman" w:cs="Times New Roman"/>
        </w:rPr>
        <w:t>508 жылдан 538 жылға дейінгі отыз жыл Киелі кітаптағы пайғамбарлықта папалықтың 538 жылы бесінші патшалық ретінде орнатылуының алдындағы пайғамбарлық кезеңді білдіреді. Америка Құрама Штаттары жуықта келетін жексенбілік заң кезінде аңның бейнесін толық қалыптастырады. 538 жылы папалықтың орнатылуына дайындық болған отыз жылдық кезең — папалық аң бейнесінің бір бөлігі. 1798 жылға дейін де дайындық кезеңі болды; сол кезде жерден шыққан аң Киелі кітап пайғамбарлығындағы алтыншы патшалық ретінде таққа отырды. 1776 жылдан 1798 жылға дейінгі кезең 508 жылдан 538 жылға дейінгі кезеңге сәйкес келеді.</w:t>
      </w:r>
    </w:p>
    <w:p>
      <w:pPr>
        <w:pStyle w:val="ArticleBody"/>
        <w:jc w:val="left"/>
      </w:pPr>
      <w:r>
        <w:rPr>
          <w:rFonts w:ascii="Times New Roman" w:hAnsi="Times New Roman" w:eastAsia="Times New Roman" w:cs="Times New Roman"/>
        </w:rPr>
        <w:t>Иса бір нәрсенің ақырын оның басталуымен бейнелейді; сондықтан 1776 жылдан 1798 жылға дейінгі тарихта көрсетілген, әрі 508 бен 538 жылдардағы пайғамбарлық кезеңмен куәландырылған пайғамбарлық мерзім екі куә береді. Бұл екі кезең Киелі кітап пайғамбарлығындағы патшалықтың таққа отыруының алдында белгілі бір пайғамбарлық мерзімнің болатынына екі куәлік береді. Екеуі біріге отырып, 1989 жылғы ақырзаман уақытынан жексенбілік заңға дейінгі мерзімнің 538 бен 1798 жылдың алдында болған екі кезеңге сәйкес келетінін айғақтайды.</w:t>
      </w:r>
    </w:p>
    <w:p>
      <w:pPr>
        <w:pStyle w:val="ArticleBody"/>
        <w:jc w:val="left"/>
      </w:pPr>
      <w:r>
        <w:rPr>
          <w:rFonts w:ascii="Times New Roman" w:hAnsi="Times New Roman" w:eastAsia="Times New Roman" w:cs="Times New Roman"/>
        </w:rPr>
        <w:t>1989 жылғы ақырзаман уақытынан бастап Даниялдың он бірінші тарауының қырық бірінші аятындағы жексенбілік заңға дейінгі пайғамбарлық тарих 508 жылдан 538 жылға дейінгі отыз жылдық кезең арқылы алдын ала бейнеленген, сондай-ақ ол 1776 жылдан 1798 жылға дейінгі жиырма екі жыл арқылы да бейнеленген.</w:t>
      </w:r>
    </w:p>
    <w:p>
      <w:pPr>
        <w:pStyle w:val="ArticleBody"/>
        <w:jc w:val="left"/>
      </w:pPr>
      <w:r>
        <w:rPr>
          <w:rFonts w:ascii="Times New Roman" w:hAnsi="Times New Roman" w:eastAsia="Times New Roman" w:cs="Times New Roman"/>
        </w:rPr>
        <w:t>Даниялдың он бірінші тарауының екінші аяты осы пайғамбарлық кезеңдегі барлық президенттердің ішіндегі ең байы болған Трамп келген кезде, оның бүкіл дүниені жаһанданушылардың мақсат-мұраттарына қарай «қозғайтынын», яғни «оятатынын» айқындайды; сол тұста олар әлемнің құрылымын өздерінің жұмысшы дрондарына үстемдік ететін элиталардан тұратын екі сатылы жүйеге қайта келтіруге ұмтылып жатыр. Өздері «ұлы қайта қалпына келтіру» деп атайтын осы үдерістің бірінші басымдығы — орта тапты жою, сонда тарихи тұрғыдан Мария-Антуанетта секілді тұлғалармен бейнеленетін элиталар оның нәзік нандарын өндірген қарашадан оқшауландырылып, қорғалып тұрады.</w:t>
      </w:r>
    </w:p>
    <w:p>
      <w:pPr>
        <w:pStyle w:val="ArticleBody"/>
        <w:jc w:val="left"/>
      </w:pPr>
      <w:r>
        <w:rPr>
          <w:rFonts w:ascii="Times New Roman" w:hAnsi="Times New Roman" w:eastAsia="Times New Roman" w:cs="Times New Roman"/>
        </w:rPr>
        <w:t>Глобалистің діні — «жаңа дәуір» спиритуализмі, ал олардың woke-изм мен Әралуандылық, Теңдік және Қамту философиялары, бұрмаланған Сындарлы нәсіл теориясының идеологиясымен ұштасып, жалған түрде «ғылым» деп аталатын жаһандық жылыну ілімімен, сондай-ақ геноцидтік сипаттағы халық санын бақылауға бағытталған жасырын әрекеттерімен бірге, Трамп тарих сахнасына бүкіл әлемді Грекияға қарсы «қоздыру» үшін келген кезде айқын көрінді.</w:t>
      </w:r>
    </w:p>
    <w:p>
      <w:pPr>
        <w:pStyle w:val="ArticleBody"/>
        <w:jc w:val="left"/>
      </w:pPr>
      <w:r>
        <w:rPr>
          <w:rFonts w:ascii="Times New Roman" w:hAnsi="Times New Roman" w:eastAsia="Times New Roman" w:cs="Times New Roman"/>
        </w:rPr>
        <w:t>Трамптың 2016 жылы келуі — Матайдың жиырма бесінші тарауындағы қыздардың оянуын алдын ала әлсірету үшін Шайтан ойлап тапқан жалған оянудың (қоздырудың), жалған еліктеменің келуін білдіреді. Жаһанданушылар, мейлі әлемдік сахнада болсын, мейлі Америка Құрама Штаттарының ішінде болсын, пайғамбарлық тұрғыдан айдаһар ретінде бейнеленеді. Олар — он патша, әлемдік банкирлер, жаһандық миллиардер саудагерлер, еркін тасшылар және өзге де құпия қоғамдар.</w:t>
      </w:r>
    </w:p>
    <w:p>
      <w:pPr>
        <w:pStyle w:val="ArticleBody"/>
        <w:jc w:val="left"/>
      </w:pPr>
      <w:r>
        <w:rPr>
          <w:rFonts w:ascii="Times New Roman" w:hAnsi="Times New Roman" w:eastAsia="Times New Roman" w:cs="Times New Roman"/>
        </w:rPr>
        <w:t>Жаһаншыл айдаһарлық күштер — заң арқылы соғыс жүргізуге (lawfare) маманданған күштер, өйткені Шайтан Құдай Сөзінің құқықтық дәлелдерінде жиі бейнеленеді. Құдай тақуа өмір сүретіндердің бәріне әрдайым ілесіп жүретін қудалау жайында Өзінің адалдарына алдын ала ескерткен кезде, Ол оларға куәлік беру үшін елдің соттарына жеткізілетіндерін уәде етті. Шайтан — бұзылған судьялардың, қазіргі уақытта Трампизмнің ықпалымен қоздырылған елде кең тараған бұзылған бас прокурорлардың символы, ал сол бұзылған соттар мен заңгерлер тарих бойы Шайтанның басты нышандарының бірі болып келген төңкеріс пен анархияны насихаттайтын әрі туындататын ұйымдарды әрдайым қолдайды.</w:t>
      </w:r>
    </w:p>
    <w:p>
      <w:pPr>
        <w:pStyle w:val="ArticleBody"/>
        <w:jc w:val="left"/>
      </w:pPr>
      <w:r>
        <w:rPr>
          <w:rFonts w:ascii="Times New Roman" w:hAnsi="Times New Roman" w:eastAsia="Times New Roman" w:cs="Times New Roman"/>
        </w:rPr>
        <w:t>Кеңес Одағы айдаһардың пайғамбарлық нышаны болды, өйткені, өзге жайттармен қатар, перғауынға тән атеизм — айдаһардың басты сипаттарының бірі. Қырқыншы аяттағы оңтүстік патшасы — еврей тіліндегі «негев» сөзінің патшасы; бұл сөз Мысыр дегенді білдіреді және аятта «оңтүстік» деп аударылған. Перғауын — 1798 жылғы «ақыр заман» кезіндегі оңтүстік патшасы болған Францияның атеизмінің Киелі кітаптағы нышаны, сондай-ақ 1989 жылғы «ақыр заман» кезіндегі Кеңес Одағының да нышаны. Екеуі де айдаһарлық державалар болды, әрі екеуі де пұтқа табынушы Римнің айдаһар патшалығынан шыққан.</w:t>
      </w:r>
    </w:p>
    <w:p>
      <w:pPr>
        <w:pStyle w:val="ArticleBody"/>
        <w:jc w:val="left"/>
      </w:pPr>
      <w:r>
        <w:rPr>
          <w:rFonts w:ascii="Times New Roman" w:hAnsi="Times New Roman" w:eastAsia="Times New Roman" w:cs="Times New Roman"/>
        </w:rPr>
        <w:t>Америка Құрама Штаттары соңғы күндерде жолдан тайған протестантизмнің нышаны болып табылады, ал папалық жердің тағысына қайта ораларында өзі жеңетін үш кедергінің біріншісін еңсеру үшін жолдан тайған протестантизм мен Кеңес Одағының айдаһары арасындағы күресті айламен пайдаланды. Келесі кедергі — жолдан тайған протестантизмнің өзі, оны ол жуық арада қабылданатын жексенбілік заң кезінде бағындырады.</w:t>
      </w:r>
    </w:p>
    <w:p>
      <w:pPr>
        <w:pStyle w:val="ArticleBody"/>
        <w:jc w:val="left"/>
      </w:pPr>
      <w:r>
        <w:rPr>
          <w:rFonts w:ascii="Times New Roman" w:hAnsi="Times New Roman" w:eastAsia="Times New Roman" w:cs="Times New Roman"/>
        </w:rPr>
        <w:t>Президент Трамптың күші мен қуаты жаһанданудың қауіптері жөніндегі оянуды бастап берді; бұл ояну айдаһар мен жолдан тайған протестантизм арасындағы дүниежүзілік күреске ұласты. Папалық алғашқы географиялық кедергіні қалай құлатса, дәл солай, екінші географиялық кедергіні де құлату үшін қолайлы жағдай туғызу мақсатында дәл сол екі күш — айдаһар мен жолдан тайған протестантизм — арасындағы күресті пайдалануда. Біріккен Ұлттар Ұйымының жетінші патшалығының (яғни айдаһар күшінің) жуық арада келетін жексенбілік заң кезінде өз патшалығын аңға неге соншалықты тез тапсыратынының қисыны осында жатыр. Өйткені ол 1989 жылдан бері жеңілген жау болып келеді.</w:t>
      </w:r>
    </w:p>
    <w:p>
      <w:pPr>
        <w:pStyle w:val="ArticleBody"/>
        <w:jc w:val="left"/>
      </w:pPr>
      <w:r>
        <w:rPr>
          <w:rFonts w:ascii="Times New Roman" w:hAnsi="Times New Roman" w:eastAsia="Times New Roman" w:cs="Times New Roman"/>
        </w:rPr>
        <w:t>Бұл, бір деңгейде, 1989 жылы папалық Кеңес Одағының айдаһарын құлату үшін пайдаланған сол бір күрестің өзі; бірақ қазіргі прогрессивті woke-измнің діннен тайған протестантизмнің MAGA-изміне қарсы күресі айдаһарды емес, діннен тайған протестантизмді жеңу үшін көзделген. Бұл соғыс, негізінен, 2016 жылы басталды, ал содан кейін, 2020 жылы, Жазбаларда өтіріктің әкесі деп аталатын айдаһар сайлауды ұрлап, осылайша саяси тұрғыдан Трампты және республикалық MAGA қозғалысын «өлтірді». Аян кітабының он бірінші тарауында түпсіз тұңғиықтан шыққан аң, яғни атеизмнің аңы, екі куәгерді өлтірді, және олар қайтадан тірілгенге дейін көшеде жатқызылып қойылды. Уильям Миллердің қағидалары пайғамбарлық нышандардың бірден артық қолданылуы бар екенін көрсетеді.</w:t>
      </w:r>
    </w:p>
    <w:p>
      <w:pPr>
        <w:pStyle w:val="ArticleBody"/>
        <w:jc w:val="left"/>
      </w:pPr>
      <w:r>
        <w:rPr>
          <w:rFonts w:ascii="Times New Roman" w:hAnsi="Times New Roman" w:eastAsia="Times New Roman" w:cs="Times New Roman"/>
        </w:rPr>
        <w:t>Қазір біз айдаһардың және жер аңын өз қорытындысына жеткізетін жолдан тайған протестантизмнің күресін қарастырып отырғандықтан, сол екі куәгер — жер аңының екі мүйізі. Республикалық мүйіз 2020 жылы, әкесі өтіріктің әкесі болып табылатын киелі кітаптық биліктің қолымен өлтірілді. Біз осы қазіргі тарихта дәл сол күрестің қақ ортасында тұрмыз. Даниял 11-тараудың қырық бірінші аятында жақын арада келетін жексенбілік заң күшіне енгізіледі, әрі шабыт бойынша сол шайтандық істі жүзеге асыратын — жолдан тайған протестантизм болады.</w:t>
      </w:r>
    </w:p>
    <w:p>
      <w:pPr>
        <w:pStyle w:val="ArticleScripture"/>
        <w:jc w:val="left"/>
      </w:pPr>
      <w:r>
        <w:rPr>
          <w:rFonts w:ascii="Times New Roman" w:hAnsi="Times New Roman" w:eastAsia="Times New Roman" w:cs="Times New Roman"/>
        </w:rPr>
        <w:t>«Америка Құрама Штаттарының протестанттары рухшылдықтың қолын ұстау үшін арадағы шыңыраудың үстінен қол созуда алда болады; олар тұңғиықтың арғы жағына қол созып, Рим билігімен қол алысатын болады; және осы үштік одақтың ықпалы астында бұл ел ар-ождан құқықтарын таптау ісінде Римнің ізімен жүретін болады». Ұлы күрес, 588-бет.</w:t>
      </w:r>
    </w:p>
    <w:p>
      <w:pPr>
        <w:pStyle w:val="ArticleBody"/>
        <w:jc w:val="left"/>
      </w:pPr>
      <w:r>
        <w:rPr>
          <w:rFonts w:ascii="Times New Roman" w:hAnsi="Times New Roman" w:eastAsia="Times New Roman" w:cs="Times New Roman"/>
        </w:rPr>
        <w:t>Адамзат оқиғаларының күрделі өзара ықпалдастығы 2016 жылы басталған күресте бейнеленген. Сол күрестегі күштерді дұрыс бағамдау үшін дүниені Армагеддонға бастап баратын үш күштің әрқайсысы нені білдіретінін айқын түсіну маңызды, өйткені олардың әрқайсысының өзіне тән айрықша пайғамбарлық сипаттары бар. Аян кітабы әрдайым әуелі айдаһардың, содан кейін аңның, ал оның соңынан жалған пайғамбардың ретін сақтайды; сондықтан біз әуелі айдаһардың, содан кейін аңның, ақырында діннен тайған протестантизмнің жалған пайғамбарының пайғамбарлық сипаттарын айқындауға кірісеміз.</w:t>
      </w:r>
    </w:p>
    <w:p>
      <w:pPr>
        <w:pStyle w:val="ArticleBody"/>
        <w:jc w:val="left"/>
      </w:pPr>
      <w:r>
        <w:rPr>
          <w:rFonts w:ascii="Times New Roman" w:hAnsi="Times New Roman" w:eastAsia="Times New Roman" w:cs="Times New Roman"/>
        </w:rPr>
        <w:t>Прогрессивті демократтар Америка Құрама Штаттарының діннен тайған протестанттары емес; олар — жаһанданудың және айдаһардың пайғамбарлық өкілдері. Жуықта орнайтын жексенбілік заңның алдында пайғамбарлық баяндауды орындау үшін Республикалық партия қайтадан билікке келуге тиіс. Айдаһар билігінің нышаны болған перғауын және Мәсіхтің заманындағы пұтқа табынушы Римнің айдаһар билігі соңғы күндері айдаһар билігінің Мұсаның дәуірінде де, Мәсіхтің дәуірінде де болғандай, нәрестелердің өлімге кесілуін ілгерілететін билік екенін көрсететін екі куәлік береді.</w:t>
      </w:r>
    </w:p>
    <w:p>
      <w:pPr>
        <w:pStyle w:val="ArticleBody"/>
        <w:jc w:val="left"/>
      </w:pPr>
      <w:r>
        <w:rPr>
          <w:rFonts w:ascii="Times New Roman" w:hAnsi="Times New Roman" w:eastAsia="Times New Roman" w:cs="Times New Roman"/>
        </w:rPr>
        <w:t>Соңғы күндер — Мұса мен Тоқтының әнін айтатын жүз қырық төрт мыңның күндері; ал Мұса мен Тоқтының екеуінің де тарихында айдаһардың билігі нәрестелерді өлтіруге ұмтылды. Олар солай істеді, өйткені Шайтан Жаратқан Иенің құтқарушы Мұсаны және Құтқарушы Мәсіхті көтеріп шығарғалы тұрғанын білді. Соңғы күндерде айдаһар қатты қаһармен төмен түседі, өйткені өз уақытының аз қалғанын біледі; әрі дәл сол айдаһардың билігі жүз қырық төрт мыңның қатарына кіруге үміткер болғандарды жою мақсатымен нәрестелерді өлтіруді насихаттайды. Прогресшіл, жаһанданушы, социалист демократтар жуықта шығатын жексенбілік заң тұсында орын алатын үш жақты одақты қамтамасыз етуде “ең алдыңғы” тұрғандар ЕМЕС, өйткені демократтар — жалған пайғамбар емес, айдаһардың билігі.</w:t>
      </w:r>
    </w:p>
    <w:p>
      <w:pPr>
        <w:pStyle w:val="ArticleScripture"/>
        <w:jc w:val="left"/>
      </w:pPr>
      <w:r>
        <w:rPr>
          <w:rFonts w:ascii="Times New Roman" w:hAnsi="Times New Roman" w:eastAsia="Times New Roman" w:cs="Times New Roman"/>
        </w:rPr>
        <w:t>«Папалықтың орнатылуын Құдай заңын бұза отырып мәжбүрлеп енгізетін жарлық арқылы біздің ұлтымыз өзін әділдіктен толықтай ажыратады. Протестантизм шыңыраудың арғы жағына қолын созып, Рим билігінің қолын ұстағанда, тұңғиықтың үстінен еңкейіп, Спиритизммен қол алысқанда, осы үштік одақтың ықпалымен біздің еліміз өзінің Конституциясының протестанттық әрі республикалық үкімет ретіндегі әрбір қағидасынан бас тартып, папалық жалған ілімдер мен алдамшылықтардың таралуына жағдай жасағанда, міне, сонда біз Шайтанның ғажайып әрекет ететін уақыты келгенін және ақырдың жақын екенін біле аламыз». Testimonies, 5-том, 451-бет.</w:t>
      </w:r>
    </w:p>
    <w:p>
      <w:pPr>
        <w:pStyle w:val="ArticleBody"/>
        <w:jc w:val="left"/>
      </w:pPr>
      <w:r>
        <w:rPr>
          <w:rFonts w:ascii="Times New Roman" w:hAnsi="Times New Roman" w:eastAsia="Times New Roman" w:cs="Times New Roman"/>
        </w:rPr>
        <w:t>Әлемді Армагеддонға бастап баратын үш биліктің әрқайсысының пайғамбарлық сипаттары Құдай Сөзінде дәл айқындалып көрсетілген. Айдаһар билігі Құдай Мұса мен Мәсіх арқылы бейнеленген бір халықты көтеруді ниет еткен уақытта нәрестелерді өлтіруге түрткі болатын заңдарды ілгерілетеді. Америка Құрама Штаттарындағы осы елде жуық арада қабылданатын жексенбілік заңнан кейін дүниежүзілік деңгейде болатын сол күрестің алдында жүріп, соны бейнелейтін ішкі тартыста Либерал-демократтар айдаһар билігі болып табылады. Айдаһар — өтіріктің әкесі, ал либералдық прогрессивті глобалистер өтірікшілігімен кеңінен танымал.</w:t>
      </w:r>
    </w:p>
    <w:p>
      <w:pPr>
        <w:pStyle w:val="ArticleScripture"/>
        <w:jc w:val="left"/>
      </w:pPr>
      <w:r>
        <w:rPr>
          <w:rFonts w:ascii="Times New Roman" w:hAnsi="Times New Roman" w:eastAsia="Times New Roman" w:cs="Times New Roman"/>
        </w:rPr>
        <w:t>Неліктен Менің сөзімді түсінбейсіңдер? Себебі Менің сөзімді ести алмайсыңдар. Сендер әкелерің — шайтаннансыңдар, әрі әкелеріңнің құмарлықтарын орындағың келеді. Ол әуел бастан кісі өлтіруші болды, және ақиқатта тұрған жоқ, өйткені онда ақиқат жоқ. Ол өтірік айтқанда, өзінікін айтады, өйткені ол — өтірікші әрі өтіріктің әкесі. Жохан 8:43, 44.</w:t>
      </w:r>
    </w:p>
    <w:p>
      <w:pPr>
        <w:pStyle w:val="ArticleBody"/>
        <w:jc w:val="left"/>
      </w:pPr>
      <w:r>
        <w:rPr>
          <w:rFonts w:ascii="Times New Roman" w:hAnsi="Times New Roman" w:eastAsia="Times New Roman" w:cs="Times New Roman"/>
        </w:rPr>
        <w:t>Ібіліс, яғни Шайтан мен айдаһар, әуел бастан-ақ кісі өлтіруші (іш тастату) және өтірікші болды. Күңкілдеген яһудилер Пилатпен дауласып жатқанда, олар өздерінде Қайсардан басқа патша жоқ екенін батыл түрде жариялады; ал Қайсар — айдаһарлық билік болып табылатын пұтқа табынушы Римнің нышаны.</w:t>
      </w:r>
    </w:p>
    <w:p>
      <w:pPr>
        <w:pStyle w:val="ArticleScripture"/>
        <w:jc w:val="left"/>
      </w:pPr>
      <w:r>
        <w:rPr>
          <w:rFonts w:ascii="Times New Roman" w:hAnsi="Times New Roman" w:eastAsia="Times New Roman" w:cs="Times New Roman"/>
        </w:rPr>
        <w:t>«Осылайша айдаһар, ең алдымен, Шайтанды білдіргенімен, екінші мағынада ол пұтқа табынушы Римнің нышаны болып табылады». Ұлы күрес, 439.</w:t>
      </w:r>
    </w:p>
    <w:p>
      <w:pPr>
        <w:pStyle w:val="ArticleBody"/>
        <w:jc w:val="left"/>
      </w:pPr>
      <w:r>
        <w:rPr>
          <w:rFonts w:ascii="Times New Roman" w:hAnsi="Times New Roman" w:eastAsia="Times New Roman" w:cs="Times New Roman"/>
        </w:rPr>
        <w:t>Кейбіреулер қазіргі яһудилердің неге либералдық жаһанданушылар екенін, ал жаһанданушылардың қазіргі яһудилерге соншалық өшпенділікпен қарайтынын түсіне алмайды. Мұның себебі — олар пұтқа табынушы Римнің патшасын өздерінің жалғыз патшасы етіп таңдады. Еврей нәсіліндегі көпшілігінің зеректігіне қарамастан, ежелгі кезде Мәсіхті өздерінің Патшасы ретінде қабылдамай, одан бас тарту таңдауы оларды айдаһардың қорасына кісендеп қойды.</w:t>
      </w:r>
    </w:p>
    <w:p>
      <w:pPr>
        <w:pStyle w:val="ArticleScripture"/>
        <w:jc w:val="left"/>
      </w:pPr>
      <w:r>
        <w:rPr>
          <w:rFonts w:ascii="Times New Roman" w:hAnsi="Times New Roman" w:eastAsia="Times New Roman" w:cs="Times New Roman"/>
        </w:rPr>
        <w:t>Бірақ олар: «Оны алып кет, алып кет, айқышқа шегеле»,— деп айқайлады. Пилат оларға: «Сендердің Патшаларыңды айқышқа шегелейін бе?»— дейді. Бас діни қызметкерлер: «Біздің патшамыз Қайсардан басқа ешкім емес»,— деп жауап берді. Жохан 19:15.</w:t>
      </w:r>
    </w:p>
    <w:p>
      <w:pPr>
        <w:pStyle w:val="ArticleBody"/>
        <w:jc w:val="left"/>
      </w:pPr>
      <w:r>
        <w:rPr>
          <w:rFonts w:ascii="Times New Roman" w:hAnsi="Times New Roman" w:eastAsia="Times New Roman" w:cs="Times New Roman"/>
        </w:rPr>
        <w:t>Папалық үшін қудалауды жүзеге асырғандар Еуропаның патшалары болды, ал Аян кітабының он жетінші тарауындағы он патша Тоқтымен соғысуға тиіс, әрі олар мұны Оның ізбасарларын өлтіру арқылы жүзеге асырады.</w:t>
      </w:r>
    </w:p>
    <w:p>
      <w:pPr>
        <w:pStyle w:val="ArticleScripture"/>
        <w:jc w:val="left"/>
      </w:pPr>
      <w:r>
        <w:rPr>
          <w:rFonts w:ascii="Times New Roman" w:hAnsi="Times New Roman" w:eastAsia="Times New Roman" w:cs="Times New Roman"/>
        </w:rPr>
        <w:t>Бұлар Тоқтымен соғысады, бірақ Тоқты оларды жеңеді; өйткені Ол — мырзалардың Иесі әрі патшалардың Патшасы; әрі Онымен бірге болғандар — шақырылғандар, таңдалғандар және адалдар. Аян 17:14.</w:t>
      </w:r>
    </w:p>
    <w:p>
      <w:pPr>
        <w:pStyle w:val="ArticleBody"/>
        <w:jc w:val="left"/>
      </w:pPr>
      <w:r>
        <w:rPr>
          <w:rFonts w:ascii="Times New Roman" w:hAnsi="Times New Roman" w:eastAsia="Times New Roman" w:cs="Times New Roman"/>
        </w:rPr>
        <w:t>Айдаһар билігінің пайғамбарлық сипаттары олардың пұтқа табынушы Рим тарихындағы айқышта және Колизейде бейнеленгендей, сәбилер мен соңғы күндердегі мәсіхшілерді өз қолдарымен өлтіруді жүзеге асыратындар екенін айқындайды. Қараңғы ғасырларда папалық Рим үшін қантөгістерді жүзеге асыру мақсатында Инквизицияны қолданғандар да сол айдаһар патшалары еді. Олар — сәбилерді өлтіретіндер және асқан өтірікшілер. Адольф Гитлер — жаппай кісі өлтірушінің де, өтірікшінің де заманауи символы. Гитлер социал-демократ болған.</w:t>
      </w:r>
    </w:p>
    <w:p>
      <w:pPr>
        <w:pStyle w:val="ArticleBody"/>
        <w:jc w:val="left"/>
      </w:pPr>
      <w:r>
        <w:rPr>
          <w:rFonts w:ascii="Times New Roman" w:hAnsi="Times New Roman" w:eastAsia="Times New Roman" w:cs="Times New Roman"/>
        </w:rPr>
        <w:t>Прогрессивті либералдар Ұлттық социалистік неміс жұмысшы партиясының, әдетте нацистік партия деп аталатын, жетекшісі болған Адольф Гитлердің ізімен жүреді. Оның басшылығымен нацистік партия тоталитарлық режим орнатып, Холокосты қоса алғанда, сансыз зұлымдықтарға жауапты болды. Гитлердің партиясы көбіне шектен шыққан ұлтшылдықпен, нәсілшілдікпен, антисемитизммен және авторитаризммен байланыстырылады. Екінші дүниежүзілік соғыс кезінде нацистік Германияның насихат министрі болған Йозеф Геббельс: «Егер өтірікті жеткілікті дәрежеде зор етіп айтып, оны қайта-қайта қайталай берсеңіз, адамдар ақырында оған сенетін болады», — деп мәлімдеді.</w:t>
      </w:r>
    </w:p>
    <w:p>
      <w:pPr>
        <w:pStyle w:val="ArticleBody"/>
        <w:jc w:val="left"/>
      </w:pPr>
      <w:r>
        <w:rPr>
          <w:rFonts w:ascii="Times New Roman" w:hAnsi="Times New Roman" w:eastAsia="Times New Roman" w:cs="Times New Roman"/>
        </w:rPr>
        <w:t>Қазіргі таңда прогрессивті либерал демократтар кеңінен таратып жүрген ортақ өтіріктің бірі — қазіргі дәуірдегі Республикашылдар партиясының консервативтік оң қанаты Гитлер заманындағы нацистермен бейнеленген деген тұжырым. Олардың жалған тарихи баяндауы Гитлердің партиясын өз дәуіріндегі әсіре оңшыл партия ретінде дұрыс айқындайды, бірақ олар әрдайым мына ақиқатты бүркемелейді: Гитлер өзінің бастапқы саяси күрестерінде солшыл жаулары болған коммунистерге қатысты ғана әсіре оңшыл болды. Америка Құрама Штаттарының саяси спектрінде республикашылдардың демократтардан оң жақта тұрғаны күмәнсіз, бірақ Гитлердің нацистік Германиясының барлық өзге сипаттары Демократиялық партияның пайғамбарлық белгілерін бейнелейді.</w:t>
      </w:r>
    </w:p>
    <w:p>
      <w:pPr>
        <w:pStyle w:val="ArticleBody"/>
        <w:jc w:val="left"/>
      </w:pPr>
      <w:r>
        <w:rPr>
          <w:rFonts w:ascii="Times New Roman" w:hAnsi="Times New Roman" w:eastAsia="Times New Roman" w:cs="Times New Roman"/>
        </w:rPr>
        <w:t>Киелі кітапта оларды саяси спектрдің оң не сол жағына қарай жылжитын өлшеммен емес, жемістері бойынша танитының айтылады. Гитлер дәуірінің әсіре ұлтшылдығы MAGA қозғалысының отансүйгіштігін айқындамайды. Гитлердің әсіре ұлтшылдығына қожайын нәсілді айқындап бөліп көрсету тән болды, ал бұл Америка Құрама Штаттарының ішінде де, бүкіл әлемде де екі сатылы таптық жүйе орнатуға ұмтылатын глобалистердің әрекеттерін сипаттайды. Әрине, глобалистер өздерін сол жүйенің жоғарғы сатысында, Гитлердің қожайын нәсілі бейнелегендей, көреді.</w:t>
      </w:r>
    </w:p>
    <w:p>
      <w:pPr>
        <w:pStyle w:val="ArticleBody"/>
        <w:jc w:val="left"/>
      </w:pPr>
      <w:r>
        <w:rPr>
          <w:rFonts w:ascii="Times New Roman" w:hAnsi="Times New Roman" w:eastAsia="Times New Roman" w:cs="Times New Roman"/>
        </w:rPr>
        <w:t>Өтірік айту, өзгеге телу және айыптау өнері — айдаһарға тән сипат; бұл тәсілдің классикалық үлгісі — шын мәнінде өзің ұстанып, жүзеге асырып отырған іс-әрекеттер мен ұстанымдар үшін басқа біреуді айыптау. Бұл — бүгінгі Америкада да, қазіргі дүниеде де күн сайын болып жатқан құбылыс, әрі бұл — шайтанның сипаты, өйткені ол “бауырластардың айыптаушысы”.</w:t>
      </w:r>
    </w:p>
    <w:p>
      <w:pPr>
        <w:pStyle w:val="ArticleScripture"/>
        <w:jc w:val="left"/>
      </w:pPr>
      <w:r>
        <w:rPr>
          <w:rFonts w:ascii="Times New Roman" w:hAnsi="Times New Roman" w:eastAsia="Times New Roman" w:cs="Times New Roman"/>
        </w:rPr>
        <w:t>Сонда ұлы айдаһар — Ібіліс және Шайтан деп аталатын, бүкіл дүниені азғыратын сол ескі жылан — жерге лақтырылды; онымен бірге оның періштелері де лақтырылды. Сонда мен көкте былай деп айтқан зор дауысты естідім: Енді құтқарылу, күш-қуат, Құдайымыздың Патшалығы және Оның Мәсіхінің билігі келді; өйткені бауырластарымызды Құдайымыздың алдында күндіз-түні айыптаған айыптаушысы құлатылды. Аян 12:9, 10.</w:t>
      </w:r>
    </w:p>
    <w:p>
      <w:pPr>
        <w:pStyle w:val="ArticleBody"/>
        <w:jc w:val="left"/>
      </w:pPr>
      <w:r>
        <w:rPr>
          <w:rFonts w:ascii="Times New Roman" w:hAnsi="Times New Roman" w:eastAsia="Times New Roman" w:cs="Times New Roman"/>
        </w:rPr>
        <w:t>Біздің дәуіріміздегі прогрессивті жаһаншылдардың пайғамбарлық тұрғыдағы параллелі болып табылатын Гитлердің Германиясында мақсатты үгіт-насихат аппараты болды; бүгінгі прогрессивті либералдарда да сондай аппарат бар, әрі дәл сол жерде нацистік Германияның Үгіт-насихат министрі Йозеф Геббельс айқындап кеткен «үлкен өтіріктерді» қайталау бүгінде жер шарының әртүрлі байланыс арналары арқылы компьютерлендірілген алгоритмдердің математикалық дәлдігімен қайта жаңғыртылып отыр. (CNN, MSNBC, BBC, NPR, Google, Facebook және тағысын тағы).</w:t>
      </w:r>
    </w:p>
    <w:p>
      <w:pPr>
        <w:pStyle w:val="ArticleBody"/>
        <w:jc w:val="left"/>
      </w:pPr>
      <w:r>
        <w:rPr>
          <w:rFonts w:ascii="Times New Roman" w:hAnsi="Times New Roman" w:eastAsia="Times New Roman" w:cs="Times New Roman"/>
        </w:rPr>
        <w:t>Рейхстагтағы өрт Германия тарихында Екінші дүниежүзілік соғысқа дейінгі кезеңде орын алған елеулі оқиға болды. Бұл прогрессивті либералдық глобалистердің бір дүниежүзілік үкімет орнатуға ұмтылысында жүзеге асыратын өтіріктерінің классикалық сипаттамасын береді. Ол 1933 жылғы 27 ақпанға қараған түні, Берлиндегі Германия парламенті орналасқан Рейхстаг ғимаратына (2020 жылғы 6 қаңтардағы АҚШ Капитолий ғимараттарына параллель) өрт қойылған кезде болды.</w:t>
      </w:r>
    </w:p>
    <w:p>
      <w:pPr>
        <w:pStyle w:val="ArticleBody"/>
        <w:jc w:val="left"/>
      </w:pPr>
      <w:r>
        <w:rPr>
          <w:rFonts w:ascii="Times New Roman" w:hAnsi="Times New Roman" w:eastAsia="Times New Roman" w:cs="Times New Roman"/>
        </w:rPr>
        <w:t>Өрт қасақана өрт қоюдың салдары деп танылды, және ол Адольф Гитлер мен Герман Герингтің басшылығындағы нацистік үкіметке Рейхстаг өрті туралы декретті қабылдатуға түрткі болатын сылтау берді. Германия Президенті Пауль фон Гинденбург қол қойған бұл декрет азаматтық бостандықтарды тоқтатты және саяси қарсыластарды тұтқындауға әрі қамауда ұстауға мүмкіндік берді. Бұл нацистік биліктің шоғырлануындағы және Германиядағы демократиялық институттардың әлсіреуіндегі елеулі қадам болды.</w:t>
      </w:r>
    </w:p>
    <w:p>
      <w:pPr>
        <w:pStyle w:val="ArticleBody"/>
        <w:jc w:val="left"/>
      </w:pPr>
      <w:r>
        <w:rPr>
          <w:rFonts w:ascii="Times New Roman" w:hAnsi="Times New Roman" w:eastAsia="Times New Roman" w:cs="Times New Roman"/>
        </w:rPr>
        <w:t>Көптеген адал тарихшылар Гитлердің адамдары қойғанын мойындайтын сол өрт 2020 жылғы 6 қаңтар оқиғаларын және Конституцияда бекітілген қағидаларға сай толықтай рұқсат етілгеннен өзге ештеңе істемегендердің конституциялық құқықтарының одан кейінгі жойылуын алдын ала бейнеледі; бұл, әсіресе, прогрессивті либералдар мадақтап, қолдайтын Black Life Matters және Antifa қозғалыстары туындатқан анархия мен қиратумен салыстырғанда, айқын көрінеді. 6 қаңтар — айдаһардың жемісі, әрі ол Гитлер Германиясының нацистері арқылы алдын ала бейнеленген болатын.</w:t>
      </w:r>
    </w:p>
    <w:p>
      <w:pPr>
        <w:pStyle w:val="ArticleBody"/>
        <w:jc w:val="left"/>
      </w:pPr>
      <w:r>
        <w:rPr>
          <w:rFonts w:ascii="Times New Roman" w:hAnsi="Times New Roman" w:eastAsia="Times New Roman" w:cs="Times New Roman"/>
        </w:rPr>
        <w:t>Америка Құрама Штаттарындағы социалист демократтар Трампты қайта-қайта Гитлердің символы ретінде көрсетеді, өйткені олардың әрекет ететін қағидасы мынау: егер жеткілікті дәрежеде үлкен өтірік айтып, оны өздерінің медиялық үгіт-насихат машинасы арқылы үздіксіз қайталай берсең, онда Мария-Антуанеттаның қарапайым шаруа-мұжықтары ақырында соған сенеді.</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Топтасыңдар, ей, халықтар, бірақ быт-шыт боласыңдар; құлақ салыңдар, алыс елдердің бәрің: белдеріңді буыныңдар, бірақ быт-шыт боласыңдар; белдеріңді буыныңдар, бірақ быт-шыт боласыңдар. Ақылдасыңдар, бірақ ол зая кетеді; сөз айтыңдар, бірақ ол орнықпайды, өйткені Құдай бізбен бірге. Өйткені Жаратқан Ие маған құдіретті қолымен осылай деді де, мені осы халықтың жолымен жүрмеуге үйретіп, былай деді: «Бұл халық кімге: “Одақ!” десе, сендер де соның бәріне: “Одақ!” демеңдер; олардың қорыққанынан қорықпаңдар, үрейленбеңдер. Әскерлер Иесі Жаратқан Иенің Өзін киелі деп біліңдер; қорқыныштарың да, үрейлерің де Сол болсын. Сонда Ол қасиетті орын болады; бірақ Исраилдің екі үйі үшін сүрінер тас әрі кедергі жартасы, Иерусалим тұрғындары үшін тұзақ пен қақпан болады. Олардың көпшілігі сүрініп, құлап, быт-шыт болып, тұзаққа түсіп, ұсталады. Куәлікті буып қой, тәлімді шәкірттерімнің арасында мөрлеп қой». Ишая 8:9–16.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жиырма алтыншы бөлім</dc:title>
  <dc:subject>Пайғамбарлық баяндауды ашып көрсету: Даниял кітабының он бірінші тарауы мен қазіргі заман оқиғаларын зерттеу</dc:subject>
  <dc:creator>Jeff Pippenger</dc:creator>
  <cp:keywords/>
  <dc:description>Generated by ArticleDigger from daniel\126_daniel.json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