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отызыншы</w:t>
      </w:r>
    </w:p>
    <w:p>
      <w:pPr>
        <w:pStyle w:val="ArticleSubtitle"/>
        <w:jc w:val="left"/>
      </w:pPr>
      <w:r>
        <w:rPr>
          <w:rFonts w:ascii="Arial" w:hAnsi="Arial" w:eastAsia="Arial" w:cs="Arial"/>
        </w:rPr>
        <w:t>Америка Құрама Штаттарының пайғамбарлық ауысуы: алтыншы патшалықтан үштік одаққа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Америка Құрама Штаттары жуық арада келетін жексенбілік заңды күшіне енгізген кезде, ол Киелі кітап пайғамбарлығындағы алтыншы патшалық болуын тоқтатып, Қазіргі Римнің үш жақты одағының үштен бір бөлігіне айналады. Жексенбілік заңды күшіне енгізетін президент соңғы президент болады, әрі ол республикалық президент болады. Бұл екі куәгердің негізінде анықталған.</w:t>
      </w:r>
    </w:p>
    <w:p>
      <w:pPr>
        <w:pStyle w:val="ArticleBody"/>
        <w:jc w:val="left"/>
      </w:pPr>
      <w:r>
        <w:rPr>
          <w:rFonts w:ascii="Times New Roman" w:hAnsi="Times New Roman" w:eastAsia="Times New Roman" w:cs="Times New Roman"/>
        </w:rPr>
        <w:t>1863 жылы азат ету туралы Жарлықты «сөйлеп» жариялаған алғашқы республикалық президент Авраам Линкольн жер аңының пайғамбарлық тарихындағы сөйлеудің ортаңғы белесін білдірді. Линкольн 1863 жылы азат ету туралы Жарлықты «сөйлеген» кезде, ол алғашқы республикалық президент болды; осылайша ол соңғы республикалық президенттің үлгісі болды. Авраам Линкольн жер аңының бірінші кезеңінің соңғы белесін, сондай-ақ жер аңының екінші кезеңінің алғашқы белесін бейнелейді. Иса әрдайым ақырын бастау арқылы көрсетеді. Жер аңы екі кезеңнің соңғысының соңында айдаһарша сөйлеген кезде, Линкольн арқылы бейнеленгендей, президент республикалық президент болады.</w:t>
      </w:r>
    </w:p>
    <w:p>
      <w:pPr>
        <w:pStyle w:val="ArticleBody"/>
        <w:jc w:val="left"/>
      </w:pPr>
      <w:r>
        <w:rPr>
          <w:rFonts w:ascii="Times New Roman" w:hAnsi="Times New Roman" w:eastAsia="Times New Roman" w:cs="Times New Roman"/>
        </w:rPr>
        <w:t>Соңғы президенттің республикалық президент екендігінің екінші куәлігі — ақырғы уақыт кезеңінде, 1989 жылы Рональд Рейганмен басталған мерзім. 1989 жылдан бастап жуық арада келетін жексенбілік заңға дейінгі пайғамбарлық кезең 508 жылдан 538 жылға дейінгі тарихта папалық Римнің таққа отыруына дайындықтың пайғамбарлық кезеңі арқылы бейнеленген. 538 жылы антихристің билікке ие болуына арналған осы пайғамбарлық дайындық кезеңі Мәсіхтің отыз жылдық дайындық өмірімен, яғни Оның туғанынан шомылдыру рәсімінен өткеніне дейінгі уақытпен нышандалды.</w:t>
      </w:r>
    </w:p>
    <w:p>
      <w:pPr>
        <w:pStyle w:val="ArticleBody"/>
        <w:jc w:val="left"/>
      </w:pPr>
      <w:r>
        <w:rPr>
          <w:rFonts w:ascii="Times New Roman" w:hAnsi="Times New Roman" w:eastAsia="Times New Roman" w:cs="Times New Roman"/>
        </w:rPr>
        <w:t>Антихристтің Мәсіхтің отыз жылдық даярлық кезеңіне жалған еліктеу болған отыз жылдық даярлық кезеңі болды. Мәсіх үшін де, сондай-ақ антихрист үшін де отыз жылдық даярлық кезеңінің болуы — жуықта келетін жексенбілік заң тұсында өлімге соқтырған жараның сауығуына арналған даярлық кезеңінің бар екеніне екі куәлік береді. Сол даярлық кезеңі 1989 жылы, ақырзаман уақыты басталған кезде басталды; дәл сол сияқты, Мәсіхтің даярлық кезеңі Ол туған кезде басталды, әрі бұл Оның пайғамбарлық тарихындағы ақырзаман уақытын белгілеген еді.</w:t>
      </w:r>
    </w:p>
    <w:p>
      <w:pPr>
        <w:pStyle w:val="ArticleBody"/>
        <w:jc w:val="left"/>
      </w:pPr>
      <w:r>
        <w:rPr>
          <w:rFonts w:ascii="Times New Roman" w:hAnsi="Times New Roman" w:eastAsia="Times New Roman" w:cs="Times New Roman"/>
        </w:rPr>
        <w:t>Соңғы президенттің алдында, Даниялдың он бірінші тарауының екінші аяты жаһанданушылардың патшалығын «қозғайтын» бай президентке дейін жететін алты президент болатынын үйретеді. Сол алты президенттің біріншісі — республикашыл Рональд Рейган болды. Рональд Рейган мен Авраам Линкольн екі куәлікті қамтамасыз етеді. 1863 жылғы бүліктің белгісі және 1989 жылдан басталатын президенттер желісі Америка Құрама Штаттарының соңғы президентінің сипаттарын дәл көрсетеді.</w:t>
      </w:r>
    </w:p>
    <w:p>
      <w:pPr>
        <w:pStyle w:val="ArticleBody"/>
        <w:jc w:val="left"/>
      </w:pPr>
      <w:r>
        <w:rPr>
          <w:rFonts w:ascii="Times New Roman" w:hAnsi="Times New Roman" w:eastAsia="Times New Roman" w:cs="Times New Roman"/>
        </w:rPr>
        <w:t>Рональд Рейган — біріншінің нышаны, сондықтан соңғыны да бейнелейді. Рейган бұрынғы медиа жұлдызы, кейіннен республикашыл болу үшін өз бағытын өзгерткен бұрынғы демократ еді. Ол ағылшын тілін арандатушы сипатта қолдануымен танылды. Ол әзіл-қалжың сезімімен де белгілі болды. Ол өзін протестантпын деп жариялаған еді, бірақ Киелі кітап пайғамбарлығындағы антихристпен одақ құрған кезде, «протестант» дегеннің нені білдіретінін шын мәнінде түсінбегенін көрсетті.</w:t>
      </w:r>
    </w:p>
    <w:p>
      <w:pPr>
        <w:pStyle w:val="ArticleBody"/>
        <w:jc w:val="left"/>
      </w:pPr>
      <w:r>
        <w:rPr>
          <w:rFonts w:ascii="Times New Roman" w:hAnsi="Times New Roman" w:eastAsia="Times New Roman" w:cs="Times New Roman"/>
        </w:rPr>
        <w:t>Ол Американы жақтайтын әрі саяси тұрғыдан ештеңеден қаймықпайтын адам еді. Қазіргі заманғы саясаттың сол дәуіріндегі ең дәрменсіз президент оның алдында болды, ал одан бұрынғы президент радикалды исламның талаптарына бас иген еді. Бәлкім, оның айтқан сөздерінің ішіндегі ең маңыздысы әрі жүзеге асырды деп бағаланатыны: «Мырза Горбачев, мына қабырғаны бұзып тастаңыз», — деген сөзі болса керек.</w:t>
      </w:r>
    </w:p>
    <w:p>
      <w:pPr>
        <w:pStyle w:val="ArticleBody"/>
        <w:jc w:val="left"/>
      </w:pPr>
      <w:r>
        <w:rPr>
          <w:rFonts w:ascii="Times New Roman" w:hAnsi="Times New Roman" w:eastAsia="Times New Roman" w:cs="Times New Roman"/>
        </w:rPr>
        <w:t>Дональд Трамп — соңғының нышаны, сондықтан ол алғашқы арқылы бейнеленген. Трамп бұрынғы медиа жұлдыз, Республикашылға айналған бұрынғы демократ болды. Ол ағылшын тілін арандатушылық сипатта қолдануымен танымал. Ол әзіл-қалжыңға бейімділігімен танымал. Ол өзін протестант деп жариялаған, бірақ «протестант» дегеннің нені білдіретінін шын мәнінде түсінбейтінін көрсеткен адам, әрі ол жуық арада келетін жексенбілік заң кезінде Киелі кітап пайғамбарлығындағы антихристпен одақ құратын болады.</w:t>
      </w:r>
    </w:p>
    <w:p>
      <w:pPr>
        <w:pStyle w:val="ArticleBody"/>
        <w:jc w:val="left"/>
      </w:pPr>
      <w:r>
        <w:rPr>
          <w:rFonts w:ascii="Times New Roman" w:hAnsi="Times New Roman" w:eastAsia="Times New Roman" w:cs="Times New Roman"/>
        </w:rPr>
        <w:t>Ол Америкашыл және саяси тұрғыдан қаймықпайтын адам. Оған дейін қазіргі заманғы саясат дәуіріндегі ең дәрменсіз президент болды, әрі ол 2024 жылы қайта сайланған кезде, оның алдында тағы да қазіргі заманғы саясат дәуіріндегі жаңа ең дәрменсіз президент тұрған болады. Екі жағдайда да оның ізашарлары радикалды исламның талаптарына бас игенімен белгілі. Сөзсіз, оның айтқан ең маңызды сөзі де, әрі өзі жүзеге асырғаны үшін өзіне лайықты түрде танылатын ісі де: «Қабырғаны тұрғызыңдар».</w:t>
      </w:r>
    </w:p>
    <w:p>
      <w:pPr>
        <w:pStyle w:val="ArticleBody"/>
        <w:jc w:val="left"/>
      </w:pPr>
      <w:r>
        <w:rPr>
          <w:rFonts w:ascii="Times New Roman" w:hAnsi="Times New Roman" w:eastAsia="Times New Roman" w:cs="Times New Roman"/>
        </w:rPr>
        <w:t>Бұл Джимми Картердің, Барак Хусейн Обаманың және Джо Байденнің президенттік қызметтерінде аса тиімді болмағанын айту үшін емес; тек олардың тиімділігі Америка Құрама Штаттарының Конституциясында бекітілген қағидаттарды — өздері жеке-жеке сақтауға әрі қорғауға ант еткен дәл сол құжаттың қағидаттарын — күйретуге бағытталған әрекеттеріне негізделгенін айту ғана; оған қоса, Картердің Рейган сайланғанға дейін исламның адамдарды кепілдікте ұстауына жол бергені, Обаманың ислам әлеміне кешірім сұрау сапарын жасағаны және радикалды исламның негізгі банкіне кемінде бір миллиард доллар қолма-қол ақша бергені, ал Байденнің исламды қолдау жөніндегі тарихы тізіп шығуға тым ұзақ екені де бар.</w:t>
      </w:r>
    </w:p>
    <w:p>
      <w:pPr>
        <w:pStyle w:val="ArticleBody"/>
        <w:jc w:val="left"/>
      </w:pPr>
      <w:r>
        <w:rPr>
          <w:rFonts w:ascii="Times New Roman" w:hAnsi="Times New Roman" w:eastAsia="Times New Roman" w:cs="Times New Roman"/>
        </w:rPr>
        <w:t>Рональд Рейган «темір перде» деп аталатын нышандық қабырғаны құлату ісін жүзеге асырды, ал 1989 жылғы 11 қарашада Берлин қабырғасы сол рухани жеңісті тура мағынадағы бір белгімен айқындау үшін құлады. Трамп Шіркеу мен Мемлекеттің бөлінуінің нышандық қабырғасын құлататын болады, ал үшінші Қасірет сол оқиғаның тура мағынадағы бір белгісін береді. Сол оқиға үшінші Қасіреттің Исламының келуімен басталған, яғни мөрлеу кезеңінің рухани ісі басталғанын анықтауға арналған тура мағынадағы бір белгі берген, жүз қырық төрт мыңды мөрлеу кезеңін аяқтайтын болады. 2023 жылғы 7 қазан жүз қырық төрт мыңды мөрлеу уақытының үш тура тарихи белгісінің ортаңғы нүктесін берді.</w:t>
      </w:r>
    </w:p>
    <w:p>
      <w:pPr>
        <w:pStyle w:val="ArticleBody"/>
        <w:jc w:val="left"/>
      </w:pPr>
      <w:r>
        <w:rPr>
          <w:rFonts w:ascii="Times New Roman" w:hAnsi="Times New Roman" w:eastAsia="Times New Roman" w:cs="Times New Roman"/>
        </w:rPr>
        <w:t>Мөрлену тарихының дәл ортасында Рональд Рейганнан бергі алтыншы президент тұңғиық шыңыраудан шыққан аң тарапынан рәміздік-саяси түрде өлтірілді. Мөрлену уақытының басындағы тұңғиық шыңыраудан шыққан аң — жалған пайғамбардың рәмізі болып табылатын Мұхаммедті білдіретін ислам еді. Мөрлену уақытының соңындағы тұңғиық шыңыраудан шыққан аң — өлімші жарасы сонда жазылатын католицизмнің теңіз аңы. Мөрлену уақытының ортасында жоғары көтерілетін тұңғиық шыңыраудан шыққан аң — айдаһар, атеизм аңы. Тұңғиық шыңыраудан шыққан айдаһар аң мөрлену уақытының ортасында Аян кітабының он бірінші тарауында екі куәгерді өлтіреді.</w:t>
      </w:r>
    </w:p>
    <w:p>
      <w:pPr>
        <w:pStyle w:val="ArticleBody"/>
        <w:jc w:val="left"/>
      </w:pPr>
      <w:r>
        <w:rPr>
          <w:rFonts w:ascii="Times New Roman" w:hAnsi="Times New Roman" w:eastAsia="Times New Roman" w:cs="Times New Roman"/>
        </w:rPr>
        <w:t>АҚШ Азамат соғысы кезіндегі құлдықты жақтайтын Демократиялық айдаһарлық топ сөзбе-сөз алғашқы республикалық президентті өлтірді. Азамат соғысы ресми түрде 1865 жылғы 9 сәуірде аяқталды, ал Линкольн одан бір апта өткен соң, 15-інде қайтыс болды, бірақ оған бір күн бұрын оқ атылған еді. Соғыс жетінші күнгі сенбіде аяқталды, әрі Линкольн де жетінші күнгі сенбіде қайтыс болды.</w:t>
      </w:r>
    </w:p>
    <w:p>
      <w:pPr>
        <w:pStyle w:val="ArticleBody"/>
        <w:jc w:val="left"/>
      </w:pPr>
      <w:r>
        <w:rPr>
          <w:rFonts w:ascii="Times New Roman" w:hAnsi="Times New Roman" w:eastAsia="Times New Roman" w:cs="Times New Roman"/>
        </w:rPr>
        <w:t>Бай да ықпалды президентке қарсы оятылған (қоздырылған) жаһанданушылар 2020 жылғы 3 қарашада саяси қастандықты жүзеге асырды. Түпсіз тұңғиықтан шыққан әлгі аң айдаһар аңын білдірді; ол сөзбе-сөз алғанда алғашқы республикалық президенттің өлімімен бейнеленгендей, соңғы республикалық президентті рәміздік тұрғыдан өлтірді. Құдай Сөзі дүниенің оның өліміне қуанғанынан кейін, оның аяғына тұратынын айқындайды. Қазір 2024 жыл, әрі оған қарсы жұмсалып жатқан барлық құқықтық қудалауға, өтірікке, насихатқа және ақшаға қарамастан, Трамптың қайта тірілгені айқын көрініп тұр.</w:t>
      </w:r>
    </w:p>
    <w:p>
      <w:pPr>
        <w:pStyle w:val="ArticleBody"/>
        <w:jc w:val="left"/>
      </w:pPr>
      <w:r>
        <w:rPr>
          <w:rFonts w:ascii="Times New Roman" w:hAnsi="Times New Roman" w:eastAsia="Times New Roman" w:cs="Times New Roman"/>
        </w:rPr>
        <w:t>Америка Құрама Штаттарында көрініс табатын, әрі сол арқылы дүниедегі дәл сондай даудың алдын ала бейнесін көрсететін осы қақтығыста, жоғарыдан түсіп келе жатқан кеш жауын арқылы бейнеленген Құдайдың құдіреті әрекет етіп тұрған уақытта, төменнен шайтандық бір күш көтеріледі.</w:t>
      </w:r>
    </w:p>
    <w:p>
      <w:pPr>
        <w:pStyle w:val="ArticleBody"/>
        <w:jc w:val="left"/>
      </w:pPr>
      <w:r>
        <w:rPr>
          <w:rFonts w:ascii="Times New Roman" w:hAnsi="Times New Roman" w:eastAsia="Times New Roman" w:cs="Times New Roman"/>
        </w:rPr>
        <w:t>2001 жылғы 11 қыркүйек тарихында, Америка Құрама Штаттарында жуырда келетін жексенбілік заңға дейін, үшінші Қасіреттің Исламы түпсіз тұңғиықтан түтін ретінде шықты; бұл сол тарихтың басында жанып жатқан ғимараттардың түтінін білдіреді. 2016 жылы жаһанданушылардың коммунистік ояу-измі екі куәгерді өлтіру үшін көтерілді. Содан кейін, жуырда келетін жексенбілік заң кезінде, сол кезде жетеудің ішінен шыққан сегізінші аңға айналатын папалық, өзінің өлімге соқтырған жарасы жазылғанда, жердің тағына көтеріледі.</w:t>
      </w:r>
    </w:p>
    <w:p>
      <w:pPr>
        <w:pStyle w:val="ArticleBody"/>
        <w:jc w:val="left"/>
      </w:pPr>
      <w:r>
        <w:rPr>
          <w:rFonts w:ascii="Times New Roman" w:hAnsi="Times New Roman" w:eastAsia="Times New Roman" w:cs="Times New Roman"/>
        </w:rPr>
        <w:t>Жоғарыдан түсетін күш ретінде кешкі жаңбыр жауып тұрған кезеңде, төменнен келетін күшті бейнелейтін аңдар пайғамбарлық «Шындықты» білдіреді. Түтін ретінде көтерілуге тиістінің біріншісі — Аян кітабының он сегізінші тарауындағы алғашқы дауыс естілетін уақытта, әрі кешкі жаңбыр «өлшене» бастағанда көтерілетін үшінші Қасіреттің Исламы. Көтерілуге тиісті соңғы аң — Аян кітабының он сегізінші тарауындағы екінші дауыс естілетін уақытта, әрі кешкі жаңбыр өлшеусіз төгілуде болғанда көтерілетін папалық.</w:t>
      </w:r>
    </w:p>
    <w:p>
      <w:pPr>
        <w:pStyle w:val="ArticleBody"/>
        <w:jc w:val="left"/>
      </w:pPr>
      <w:r>
        <w:rPr>
          <w:rFonts w:ascii="Times New Roman" w:hAnsi="Times New Roman" w:eastAsia="Times New Roman" w:cs="Times New Roman"/>
        </w:rPr>
        <w:t>Біріншісі соңғысын бейнелейді, ал ортада көтерілетін аң — 2020 жылы екі куәгерді өлтірген атеистік жаһанданудың аңы. Куәгерлердің бірі протестанттық мүйіз болды, ал екіншісі республикалық мүйіз болды. Атеизм аңынымен байланысты бүлік пен анархия еврей әліпбиінің он үшінші әрпімен бейнеленеді; әрі түпсіз тұңғиықтан шыққан сол аң түпсіз тұңғиықтан шыққан бірінші және соңғы аңдардың арасына келді, бұл «ақиқат» деген еврей сөзінің анықтамасын қалыптастырады, тіпті ол көктен келетін билік жоғарыдан келіп жатқан уақытта төменнен шығатын шайтандық күшті айқындайтын ақиқат болса да.</w:t>
      </w:r>
    </w:p>
    <w:p>
      <w:pPr>
        <w:pStyle w:val="ArticleBody"/>
        <w:jc w:val="left"/>
      </w:pPr>
      <w:r>
        <w:rPr>
          <w:rFonts w:ascii="Times New Roman" w:hAnsi="Times New Roman" w:eastAsia="Times New Roman" w:cs="Times New Roman"/>
        </w:rPr>
        <w:t>Екі куә өлтірілгеннен кейін үш жарым күн өткен соң «орта дауыс» естіле бастады. Бұл «айдалада жар салушының дауысы» еді. Сол дауыс Келісімнің Хабаршысы үшін жол дайындайтын хабаршы дауысының «аяқталуы» және ерлер мен әйелдерді Кармил тауына шақыратын Ілиястың дауысының басталуы болды.</w:t>
      </w:r>
    </w:p>
    <w:p>
      <w:pPr>
        <w:pStyle w:val="ArticleScripture"/>
        <w:jc w:val="left"/>
      </w:pPr>
      <w:r>
        <w:rPr>
          <w:rFonts w:ascii="Times New Roman" w:hAnsi="Times New Roman" w:eastAsia="Times New Roman" w:cs="Times New Roman"/>
        </w:rPr>
        <w:t>«Бауырлар мен әпкелер, осы уақыттың маңыздылығына, дәл қазір болып жатқан оқиғалардың мәніне сендерді ояту үшін бір нәрсе айта алар ма едім. Мен назарларыңды қазір діни бостандықты шектеу үшін жасалып жатқан озбыр әрекеттерге аударамын. Құдайдың қасиеттеген естелік күні құлатылды, ал оның орнына ешқандай киелілігі жоқ жалған сенбі дүниенің алдында тұр. Ал түнек күштері төменнен күштерді қоздырып жатқанда, көктегі Жаратқан Ие төтенше жағдайға қарсы тұру үшін Өзінің тірі қызметкерлерін көк заңының абыройын көтеруге оятып, жоғарыдан күш жіберіп отыр. Дәл қазір, тап осы сәтте, шет елдерде еңбек ету — біздің уақытымыз. Діни бостандық елі Америка ар-ожданға зорлық жасап, адамдарды жалған сенбіні құрметтеуге мәжбүрлеуде папалықпен біріккен кезде, жер жүзіндегі әрбір елдің халқы оның үлгісіне еруге жетеленетін болады. Біздің халқымыз қолындағы мүмкіндіктер мен құралдарды пайдаланып, ескерту хабарын тарату үшін қолынан келгеннің бәрін істеуге жартылай да оянған жоқ.»</w:t>
      </w:r>
    </w:p>
    <w:p>
      <w:pPr>
        <w:pStyle w:val="ArticleScripture"/>
        <w:jc w:val="left"/>
      </w:pPr>
      <w:r>
        <w:rPr>
          <w:rFonts w:ascii="Times New Roman" w:hAnsi="Times New Roman" w:eastAsia="Times New Roman" w:cs="Times New Roman"/>
        </w:rPr>
        <w:t>«Көктегі Жаратқан Ие Өзінің күзетшілерін ескертуді жариялауға жібермейінше, мойынсұнбаушылық пен заң бұзушылық үшін дүниенің үстіне Өзінің үкімдерін жібермейді. Хабар неғұрлым айқынырақ жарияланбайынша, Ол сынақ мерзімін жаппайды. Құдайдың заңы ұлықталуға тиіс; оның талаптары халықтың ақиқат үшін не оған қарсы шешім қабылдауына жеткізілуі үшін, өздерінің шынайы, қасиетті сипатында ұсынылуға тиіс. Алайда іс әділдікпен қысқартылатын болады. Мәсіхтің әділдігі туралы хабар Жаратқан Иенің жолын дайындау үшін жердің бір шетінен екінші шетіне дейін естілуге тиіс. Үшінші періштенің ісін аяқтайтын Құдайдың даңқы — осы». Testimonies, volume 6, 18, 19.</w:t>
      </w:r>
    </w:p>
    <w:p>
      <w:pPr>
        <w:pStyle w:val="ArticleBody"/>
        <w:jc w:val="left"/>
      </w:pPr>
      <w:r>
        <w:rPr>
          <w:rFonts w:ascii="Times New Roman" w:hAnsi="Times New Roman" w:eastAsia="Times New Roman" w:cs="Times New Roman"/>
        </w:rPr>
        <w:t>2023 жылдың шілде айының соңында басталған хабар қазір «анық жариялап», «ескертуді» жеткізіп, «осы уақыттың маңызын, дәл қазір болып жатқан оқиғалардың мәнін» айқындап көрсетуде. Ол «қараңғылық күштерін» анық әшкерелеп, олардың «төменнен табиғат күштерін қозғап» жатқанын, ал «көктегі Ие Құдайдың» 2001 жылғы 11 қыркүйекте «жоғарыдан күш жібере» бастағанын айқын көрсетуде. Ол «Мәсіхтің әділдігі туралы хабарды» «жердің бір шетінен екінші шетіне дейін» «жариялап» тұр. «Осы уақыттың маңызын» ұғынып, «оянатын» мезгіл әлдеқашан жетті, өйткені Құдай енді дүние жүзіне мойынсұнбаушылық пен заңбұзушылық үшін «Өзінің соттарын жібере» бастамақ.</w:t>
      </w:r>
    </w:p>
    <w:p>
      <w:pPr>
        <w:pStyle w:val="ArticleBody"/>
        <w:jc w:val="left"/>
      </w:pPr>
      <w:r>
        <w:rPr>
          <w:rFonts w:ascii="Times New Roman" w:hAnsi="Times New Roman" w:eastAsia="Times New Roman" w:cs="Times New Roman"/>
        </w:rPr>
        <w:t>Қырықыншы аятта ақырзаман уақыты ретінде 1989 жылмен бейнеленген пайғамбарлық желісі Даниял он бірдің қырықыншы аятында ақырзаман уақыты ретінде 1798 жылмен бейнеленген ішкі пайғамбарлық желісінің сыртқы тарихын айқындайды. Аяттағы 1989 жылдан басталатын пайғамбарлық тарих папалық Римнің өлімге соқтырған жарасының жазылуының үш сатылы үдерісін көрсетеді. 1989 жылдан бастап, сол жара жақында шығатын жексенбілік заң кезінде жазылғанға дейінгі мерзім белгілі бір пайғамбарлық кезеңді білдіреді. Даниял он бірдің екінші аяты 1989 жылы Рональд Рейганнан басталатын Америка Құрама Штаттары президенттерінің пайғамбарлық рөлін айқындау арқылы екінші бір желіні қосады. Жексенбілік заңға алып баратын пайғамбарлық уақыт кезеңі 508 жылдан 538 жылға дейін жүзеге асқан отыз жылдық дайындықта екінші куәлікке ие, сол кезде папалық алғаш рет таққа отырып, дәл сол жылы жексенбілік заң қабылдады.</w:t>
      </w:r>
    </w:p>
    <w:p>
      <w:pPr>
        <w:pStyle w:val="ArticleBody"/>
        <w:jc w:val="left"/>
      </w:pPr>
      <w:r>
        <w:rPr>
          <w:rFonts w:ascii="Times New Roman" w:hAnsi="Times New Roman" w:eastAsia="Times New Roman" w:cs="Times New Roman"/>
        </w:rPr>
        <w:t>Мәсіх отыз жасқа келгенде шомылдыру рәсімінен өтіп, үш жарым жылдық қызметін бастады. Папалық — Мәсіхтің шайтандық жалған көшірмесі, ал 508 жылдан 538 жылға дейінгі отыз жыл Мәсіхтің шомылдыру рәсіміне алып келген алғашқы отыз жылын қолдан жасап қайталайды. Оның үш жарым жылдық қызметі де жалған түрде қайталанып, папалық әлемге өмір қызметінің жалған көшірмесі ретінде өлім қызметін ұсынған үш жарым пайғамбарлық жылмен алмастырылды.</w:t>
      </w:r>
    </w:p>
    <w:p>
      <w:pPr>
        <w:pStyle w:val="ArticleBody"/>
        <w:jc w:val="left"/>
      </w:pPr>
      <w:r>
        <w:rPr>
          <w:rFonts w:ascii="Times New Roman" w:hAnsi="Times New Roman" w:eastAsia="Times New Roman" w:cs="Times New Roman"/>
        </w:rPr>
        <w:t>Өз қызметінің соңында Ол қайтыс болды, жетінші күні қабірде тынықты, содан кейін қайта тірілді. 1798 жылы папалықтың шайтандық қызметінің үш жарым пайғамбарлық жылының соңында папалық өлімші жарасын алды; содан соң ол жетпіс рәміздік жыл бойы ұмыт қалдырылды, жетінің ішінен шыққан сегізінші ретінде қайта тірілгенге дейін. Мәсіх аптаның бірінші күні қайта тірілді, бірақ реттік тұрғыдан бірінші күн — «сегізінші» күн, әрі ол Мәсіх жаратқан «жеті» күннің ішінен. Сегіз саны «қайта тірілуді» білдіреді, ал папалық қайта тіріледі, өйткені ол — Киелі кітап пайғамбарлығындағы патшалықтардың ішінде өлімші жара алғаны ретінде айқындалған жалғыз патшалық.</w:t>
      </w:r>
    </w:p>
    <w:p>
      <w:pPr>
        <w:pStyle w:val="ArticleBody"/>
        <w:jc w:val="left"/>
      </w:pPr>
      <w:r>
        <w:rPr>
          <w:rFonts w:ascii="Times New Roman" w:hAnsi="Times New Roman" w:eastAsia="Times New Roman" w:cs="Times New Roman"/>
        </w:rPr>
        <w:t>Пауыл Құдай ежелгі Исраилді Қызыл теңіз арқылы алып өткен кезде, сол арқылы шомылдыру рәсімінің рәміздік түрде бейнеленгенін көрсетеді.</w:t>
      </w:r>
    </w:p>
    <w:p>
      <w:pPr>
        <w:pStyle w:val="ArticleScripture"/>
        <w:jc w:val="left"/>
      </w:pPr>
      <w:r>
        <w:rPr>
          <w:rFonts w:ascii="Times New Roman" w:hAnsi="Times New Roman" w:eastAsia="Times New Roman" w:cs="Times New Roman"/>
        </w:rPr>
        <w:t>Сонымен қатар, бауырластар, сендердің бейхабар болғандарыңды қаламаймын: ата-бабаларымыздың бәрі де бұлттың астында болды, және бәрі де теңізден өтті; әрі бәрі де бұлтта да, теңізде де Мұсаға бағышталып шомылдыру рәсімінен өтті. 1 Қорынттықтарға 10:1, 2.</w:t>
      </w:r>
    </w:p>
    <w:p>
      <w:pPr>
        <w:pStyle w:val="ArticleBody"/>
        <w:jc w:val="left"/>
      </w:pPr>
      <w:r>
        <w:rPr>
          <w:rFonts w:ascii="Times New Roman" w:hAnsi="Times New Roman" w:eastAsia="Times New Roman" w:cs="Times New Roman"/>
        </w:rPr>
        <w:t>Рухани Исраил үшін шомылдыру рәсімі тәндік Исраил үшін сүндеттеу рәсімінің орнын басты, ал сүндеттеу сегізінші күні жасалуға тиіс еді. Сондықтан Мәсіх жетінің ішіндегі сегізінші күні қайта тірілді; ал папалық жетінің ішіндегі сегізінші ретінде қайта тірілгенде, ол Мәсіхтің желісіне қатысты шайтандық параллель болып табылады. Папалықтың таққа отырғызылуға дайындалған отыз жылы, Мәсіхтің Өзінің шомылдыру рәсіміне, қызметіне және өліміне дайындық болған өмірінің отыз жылымен бейнеленді. Бұл екі желі де Киелі кітап пайғамбарлығындағы алтыншы патшалықтың өліміне алып баратын кезеңді көрсетеді. Екі желі де жердегі аңның соңғы кезеңін бейнелейді. Мәсіхтің желісінде Оның туылуы сол тарих үшін «ақырзаман уақытын» белгілеп берді.</w:t>
      </w:r>
    </w:p>
    <w:p>
      <w:pPr>
        <w:pStyle w:val="ArticleBody"/>
        <w:jc w:val="left"/>
      </w:pPr>
      <w:r>
        <w:rPr>
          <w:rFonts w:ascii="Times New Roman" w:hAnsi="Times New Roman" w:eastAsia="Times New Roman" w:cs="Times New Roman"/>
        </w:rPr>
        <w:t>Осылайша, бізде төрт желі бар. Қырқыншы аяттағы ақырзаман уақыты 1989 жылдан бастап, қырық бірінші аяттағы жексенбілік заңға дейін. Екінші аяттағы президенттердің ұсынылуы және Мәсіх пен антихристке ортақ отыз жылдық даярлық. Мәсіхтің отыз жылы Оның өз желісіндегі «ақырзаман уақытында» басталды, ал ол Оның дүниеге келуімен белгіленді. 1798 жылғы ақырзаман уақыты, тура Исраилдің тура Бабылдағы жетпіс жылдық тұтқындығының аяқталуымен бейнеленді. Сондықтан Даниялдың он бірінші тарауының екінші аяты Дарийден басталады, өйткені Дарий Бабыл құлаған кезде патшалық ете бастады. 1989 жыл — қырқыншы аяттағы ақырзаман уақыты, ал Даниялдың он бірінші тарауының екінші аяты да ақырзаман уақыты болып табылады, және Мәсіхтің отыз жылдық даярлығы «ақырзаман уақытында» басталды. Осы төрт желінің үшеуінде «ақырзаман уақыты» бастау межесі ретінде оңай айқындалады.</w:t>
      </w:r>
    </w:p>
    <w:p>
      <w:pPr>
        <w:pStyle w:val="ArticleBody"/>
        <w:jc w:val="left"/>
      </w:pPr>
      <w:r>
        <w:rPr>
          <w:rFonts w:ascii="Times New Roman" w:hAnsi="Times New Roman" w:eastAsia="Times New Roman" w:cs="Times New Roman"/>
        </w:rPr>
        <w:t>Бірінші періштенің қозғалысы мен үшінші періштенің қозғалысындағы екі жүз жиырма жылдық екі желі екі жүз жиырманы адамзат пен құдайлықтың арасындағы байланыстың нышаны ретінде айқындайды. 1776 жылы басталған екі жүз жиырма жылдық осы нышандық байланыстың басталуы 1996 жылға алып келді.</w:t>
      </w:r>
    </w:p>
    <w:p>
      <w:pPr>
        <w:pStyle w:val="ArticleBody"/>
        <w:jc w:val="left"/>
      </w:pPr>
      <w:r>
        <w:rPr>
          <w:rFonts w:ascii="Times New Roman" w:hAnsi="Times New Roman" w:eastAsia="Times New Roman" w:cs="Times New Roman"/>
        </w:rPr>
        <w:t>Бұл кезең Миллериттер тарихындағы 1611 жылдан 1831 жылға дейінгі екі жүз жиырма жылмен бейнеленді. 1776 жылғы Тәуелсіздік декларациясынан бастап, жердегі аң Киелі кітап пайғамбарлығының алтыншы патшалығы ретінде таққа отырған 1798 жылға дейінгі кезең 1996 жылы аяқталған екі жүз жиырма жылдың ішіндегі үш меженің алғашқы екеуін білдіреді.</w:t>
      </w:r>
    </w:p>
    <w:p>
      <w:pPr>
        <w:pStyle w:val="ArticleBody"/>
        <w:jc w:val="left"/>
      </w:pPr>
      <w:r>
        <w:rPr>
          <w:rFonts w:ascii="Times New Roman" w:hAnsi="Times New Roman" w:eastAsia="Times New Roman" w:cs="Times New Roman"/>
        </w:rPr>
        <w:t>1776 жылдан 1798 жылға дейінгі кезең Киелі кітап пайғамбарлығындағы алтыншы патшалықтың күшке енуіне алып баратын мерзімді білдіреді, сондықтан ол Мәсіх пен антихристің отыз жылдық дайындық кезеңіне сәйкес келеді. Жер аңының күшке енуінің алдындағы кезең жетіліктен шыққан сегізінші аң болып табылатын үштік одақтың күшке енуінің алдындағы кезеңді білдіреді. Жетіліктен шыққан сегізінші аң — папалықтың дүниеге билік жүргізуінің екінші әрі соңғы көрінісі. Папалықтың дүниеге билік жүргізуінің алғашқы көрінісінде отыз жылдық дайындық кезеңі болды.</w:t>
      </w:r>
    </w:p>
    <w:p>
      <w:pPr>
        <w:pStyle w:val="ArticleBody"/>
        <w:jc w:val="left"/>
      </w:pPr>
      <w:r>
        <w:rPr>
          <w:rFonts w:ascii="Times New Roman" w:hAnsi="Times New Roman" w:eastAsia="Times New Roman" w:cs="Times New Roman"/>
        </w:rPr>
        <w:t>Жол үстіне жол — 1989 жылдан жексенбілік заңға дейінгі тарих; 538 жылға алып келген отыз жылдың тарихы; Мәсіхтің шомылдыру рәсіміне алып келген отыз жылдың тарихы; Рональд Рейганнан басталып жексенбілік заңға дейін созылатын Даниялдың он бірінші тарауының екінші аятының тарихы; сондай-ақ 1776 жылдан 1798 жылға дейінгі тарих — бұлардың барлығы соңғы күндердегі бір ғана тарихты бейнелейді. Осы ақиқатқа қатысты айқын түсінікте болу аса қажет, өйткені 1776 жылдан 1798 жылға дейін басталатын тарих барлық желілерді біріктіріп, айқындыққа келтіретін желі болып табылады.</w:t>
      </w:r>
    </w:p>
    <w:p>
      <w:pPr>
        <w:pStyle w:val="ArticleBody"/>
        <w:jc w:val="left"/>
      </w:pPr>
      <w:r>
        <w:rPr>
          <w:rFonts w:ascii="Times New Roman" w:hAnsi="Times New Roman" w:eastAsia="Times New Roman" w:cs="Times New Roman"/>
        </w:rPr>
        <w:t>Аян кітабының он үшінші тарауындағы жердегі аңның жер тарихының қорытынды кезеңі болып табылатын сол пайғамбарлық тарих сызығында Құдай халқын шынайы протестантизмнің мүйізі арқылы бейнелейтін ішкі бір сызық бар, сондай-ақ республикалық ұстанымның мүйізі арқылы бейнеленетін сыртқы бір сызық бар. Екі мүйізде де пайғамбарлық сөз арнайтын екі қырлы күрес пен дау-тартыс бар. Біз 1989 жылдан жексенбілік заңға дейінгі тарихта көрініс табатын айдаһардың, аңның, жалған пайғамбардың және Исламның пайғамбарлық құрамдас бөліктерін айқындап келеміз.</w:t>
      </w:r>
    </w:p>
    <w:p>
      <w:pPr>
        <w:pStyle w:val="ArticleBody"/>
        <w:jc w:val="left"/>
      </w:pPr>
      <w:r>
        <w:rPr>
          <w:rFonts w:ascii="Times New Roman" w:hAnsi="Times New Roman" w:eastAsia="Times New Roman" w:cs="Times New Roman"/>
        </w:rPr>
        <w:t>Айдаһардың пайғамбарлық сипаты мынада: ол — өтіріктің әкесі, ол — кісі өлтіруші, әрі көкте қандай болса, жерде де құпия астыртын сөз байласулардың жетекшісі. Оның діні — спиритизм. Ол бүгінде «lawfare» деп аталатынның басты жақтаушысы; ол — қасиетсіз айыптаушы, бауырластарымыздың жала жапқышы; көктегі сотта Әйүптің мойынсұнуы мен сенімі жөнінде дауласып қарсы тұрғаны сияқты, Мұсаның денесі туралы дауласып қарсы тұрғаны сияқты, сондай-ақ Зәкәрия кітабының үшінші тарауында Ешуаның үстінен лас киімдерді шешіп тастау үшін Мәсіхтің істеген ісіне қарсы дауласа түскені сияқты. Ол — патшалықтарды билейтін де, өзін Құдайдай жоғары көтеретін де сол.</w:t>
      </w:r>
    </w:p>
    <w:p>
      <w:pPr>
        <w:pStyle w:val="ArticleBody"/>
        <w:jc w:val="left"/>
      </w:pPr>
      <w:r>
        <w:rPr>
          <w:rFonts w:ascii="Times New Roman" w:hAnsi="Times New Roman" w:eastAsia="Times New Roman" w:cs="Times New Roman"/>
        </w:rPr>
        <w:t>Аңның діні — католицизм, ал ол — өз ізбасарларын Құдай Сөзінен жоғары тұрып орындалуға тиіс деп сендіретін салт-дәстүрлер мен әдет-ғұрыптар арқылы дүниені алдайтын әйел. Ол дүниені өз сиқыршылықтары арқылы алдайды; бұл Аян кітабының он сегізінші тарауы, жиырма үшінші аятында қолданылған грекше pharmakeia сөзі, мағынасы — «дәрі-дәрмектер». Ол — жер патшаларымен азғындық жасайтын әйел. Ол — өліп, бірақ қайта тірі болатын Біреудің жалған баламасы. Ол — ұмытылып, кейін қайта еске алынатын, әрі жетеудің ішінен шыққан сегізіншісі. Ол — Америка Құрама Штаттары бейнесін жасайтын да, бейнесін соған жасайтын да аң.</w:t>
      </w:r>
    </w:p>
    <w:p>
      <w:pPr>
        <w:pStyle w:val="ArticleBody"/>
        <w:jc w:val="left"/>
      </w:pPr>
      <w:r>
        <w:rPr>
          <w:rFonts w:ascii="Times New Roman" w:hAnsi="Times New Roman" w:eastAsia="Times New Roman" w:cs="Times New Roman"/>
        </w:rPr>
        <w:t>Жалған пайғамбар — Құдай Сөзі теріске шығаратын нәрсе болуға өзін құқылымын деп есептейтін жолдан тайған протестантизм; әрі Құдай Сөзін теріске шығарғандықтан, ол Құдай Сөзі беретін күштен мақұрым. Құдай Сөзінің күшінсіз, соған қарамастан өздерін Құдай халқы деп өркөкіректене мәлімдейтін шіркеу не халық, Құдайдың ісін атқарып жатқан болып көріну үшін, қисын бойынша, азаматтық билікке сүйенуге мәжбүр болады. Жолдан тайған протестантизм — Езабел мен Иродияға алдамшы биді ұсынатын Бағал мен Аштарот пайғамбарлары, әрі олар — Иродияның қызы Саломе.</w:t>
      </w:r>
    </w:p>
    <w:p>
      <w:pPr>
        <w:pStyle w:val="ArticleBody"/>
        <w:jc w:val="left"/>
      </w:pPr>
      <w:r>
        <w:rPr>
          <w:rFonts w:ascii="Times New Roman" w:hAnsi="Times New Roman" w:eastAsia="Times New Roman" w:cs="Times New Roman"/>
        </w:rPr>
        <w:t>Бұл үш күш үштік одаққа бірігеді, бірақ шын мәнінде олар бір-бірін жек көреді. Олардың өзара тартыста екендігі туралы ақиқатты түсінбейінше, он патшаның (Біріккен Ұлттар Ұйымының) папалыққа өз патшалығын беруге қалай келісетіні, әрі сол тараудың өзінде оның тәнін жеп, өзін отпен өртейтіні қалай болатынын түсіну мүмкін емес. Осы күштердің арасындағы тартыс Құдайдың пайғамбарлықты зерттеуші шәкірттеріне үйретілуге тиіс.</w:t>
      </w:r>
    </w:p>
    <w:p>
      <w:pPr>
        <w:pStyle w:val="ArticleBody"/>
        <w:jc w:val="left"/>
      </w:pPr>
      <w:r>
        <w:rPr>
          <w:rFonts w:ascii="Times New Roman" w:hAnsi="Times New Roman" w:eastAsia="Times New Roman" w:cs="Times New Roman"/>
        </w:rPr>
        <w:t>Ислам — жетінші керней, әрі үшінші қасірет ретінде ол Құдай қазіргі Бабылға үкім шығару үшін қолданатын үкім құралы болып табылады; қалай алғашқы төрт керней батыстағы пұтқа табынушы Римге үкім алып келген болса, сол сияқты бесінші және алтыншы кернейлер де папалық Рим мен шығыстағы пұтқа табынушы Римге үкім алып келді.</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«Осынау айрықша мән беріліп отырған заманда Құдайдың отарының бағушылары халыққа рухани күштердің тартысқа түсіп жатқанын үйретуге тиіс. Қазіргі кезде діни әлемде орын алып отырған мұндай күшті сезім толқынын туғызып отырған — адамдардың өздері емес. Шайтанның рухани синагогасынан шыққан бір күш дүниенің діни элементтеріне өз ықпалын дарытып, адамдарды Шайтанның діни дүниені Құдай сөзін өздеріне жетекші әрі ілімнің жалғыз негізі ететіндерге қарсы табанды соғысқа бастауы арқылы қол жеткізген артықшылықтарын ілгерілету үшін батыл әрекетке қоздыруда. Ехобаның заңының міндеттеуші талаптарына, әсіресе көктер мен жердің Жаратушысы кім екенін айқындайтын төртінші өсиетке қарсы дауласу үшін Шайтан қазір қолдана алатын әрбір принцип пен әрбір күшті жинауға өзінің аса шебер күш-жігерін жұмсауда.»</w:t>
      </w:r>
    </w:p>
    <w:p>
      <w:pPr>
        <w:pStyle w:val="ArticleScripture"/>
        <w:jc w:val="left"/>
      </w:pPr>
      <w:r>
        <w:rPr>
          <w:rFonts w:ascii="Times New Roman" w:hAnsi="Times New Roman" w:eastAsia="Times New Roman" w:cs="Times New Roman"/>
        </w:rPr>
        <w:t>«Күнәнің адамы заманалар мен заңдарды өзгертуді ойлады; бірақ ол мұны істей алды ма? Міне, ұлы мәселе осы. Рим және оның заңсыздық тостағанынан ішкен барлық шіркеулер заманалар мен заңдарды өзгертуді ойлап, өздерін Құдайдан жоғары көтерді және Құдайдың ұлы ескерткіші — жетінші күнгі сенбіні — жойып тастады. Сенбі Құдайдың дүниені алты күнде жаратқандағы құдіретін және жетінші күні тыныққанын білдіріп тұруы тиіс еді. «Сондықтан Ол сенбі күнін жарылқап, оны қасиетті етті», өйткені сол күні Құдай жаратқан және жасаған барлық істерінен тыныққан еді. Ұлы алдаушының айлакерлікпен жүргізген іс-әрекетінің мақсаты — Құдайдың орнын басу болды. Заманалар мен заңдарды өзгертуге тырысқан әрекеттерінде ол Құдайға қарсы және Одан жоғары тұратын билікті сақтап қалу үшін әрекет етті.»</w:t>
      </w:r>
    </w:p>
    <w:p>
      <w:pPr>
        <w:pStyle w:val="ArticleScripture"/>
        <w:jc w:val="left"/>
      </w:pPr>
      <w:r>
        <w:rPr>
          <w:rFonts w:ascii="Times New Roman" w:hAnsi="Times New Roman" w:eastAsia="Times New Roman" w:cs="Times New Roman"/>
        </w:rPr>
        <w:t>Міне, ұлы мәселе осы. Міне, бір-біріне қарсы тұрған екі ұлы күш: Құдайдың Әміршісі Иса Мәсіх және қараңғылық әміршісі — Шайтан. Міне, ашық қақтығыс келіп жетті. Дүниеде бар болғаны екі-ақ топ бар, және әрбір адам осы екі тудың бірінің астына тұрады: не қараңғылық әміршісінің туының астына, не Иса Мәсіхтің туының астына.</w:t>
      </w:r>
    </w:p>
    <w:p>
      <w:pPr>
        <w:pStyle w:val="ArticleScripture"/>
        <w:jc w:val="left"/>
      </w:pPr>
      <w:r>
        <w:rPr>
          <w:rFonts w:ascii="Times New Roman" w:hAnsi="Times New Roman" w:eastAsia="Times New Roman" w:cs="Times New Roman"/>
        </w:rPr>
        <w:t>«Құдай Өзінің адал әрі шынайы балаларына Өз Рухын дарытады. Киелі Рух — Құдайдың өкілі, әрі Иенің қамбасы үшін адалдар мен шынайыларды бауларға байлап жинау ісінде біздің дүниемізде құдіретті әрекет етуші күш болады. Шайтан да зор қарқынмен бидайдың арасынан өз арамшөптерін бауларға байлап жинап жатыр.</w:t>
      </w:r>
    </w:p>
    <w:p>
      <w:pPr>
        <w:pStyle w:val="ArticleScripture"/>
        <w:jc w:val="left"/>
      </w:pPr>
      <w:r>
        <w:rPr>
          <w:rFonts w:ascii="Times New Roman" w:hAnsi="Times New Roman" w:eastAsia="Times New Roman" w:cs="Times New Roman"/>
        </w:rPr>
        <w:t>«Мәсіх үшін әрбір шынайы елшінің тәлімі — қазір аса салмақты да байыпты іс. Біз бүкіл мәңгілік үшін түпкілікті шешім қабылданғанға дейін ешқашан тоқтамайтын соғысқа қатысудамыз. Исаның әрбір шәкіртіне: “Біздің күресіміз тән мен қанға қарсы емес, билеушіліктерге қарсы, өктемдіктерге қарсы, осы дүниенің қараңғылық билеушілеріне қарсы, көктегі рухани зұлымдық күштеріне қарсы” екені еске салынсын. О, бұл қақтығысқа мәңгілік мүдделер тартылған, сондықтан бұл мәселеге қарсы тұру үшін үстірт жұмысқа да, арзан тәжірибеге де орын болмауға тиіс. “Иеміз құдайшылдарды азғырудан қалай құтқаруды және әділетсіздерді жазаға тартылу үшін сот күніне дейін қалай сақтауды біледі…. Ал қуаты мен күші жағынан олардан артық періштелер Иенің алдында оларға қарсы ғайбаттайтын айып тағуды келтірмейді”». General Conference Daily Bulletin, March 4,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отызыншы</dc:title>
  <dc:subject>Америка Құрама Штаттарының пайғамбарлық ауысуы: алтыншы патшалықтан үштік одаққа дейін</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