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Жүз отыз тоғызыншы</w:t>
      </w:r>
    </w:p>
    <w:p>
      <w:pPr>
        <w:pStyle w:val="ArticleSubtitle"/>
        <w:jc w:val="left"/>
      </w:pPr>
      <w:r>
        <w:rPr>
          <w:rFonts w:ascii="Arial" w:hAnsi="Arial" w:eastAsia="Arial" w:cs="Arial"/>
        </w:rPr>
        <w:t>Даниял 11:40-тың қазіргі саяси шындықтармен пайғамбарлық сәйкестігі: Соңғы президенттің құпиясын ашу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2024-03-16</w:t>
      </w:r>
    </w:p>
    <w:p>
      <w:pPr>
        <w:pStyle w:val="ArticleBody"/>
        <w:jc w:val="left"/>
      </w:pPr>
      <w:r>
        <w:rPr>
          <w:rFonts w:ascii="Times New Roman" w:hAnsi="Times New Roman" w:eastAsia="Times New Roman" w:cs="Times New Roman"/>
        </w:rPr>
        <w:t>Біз Даниял кітабының он бірінші тарауының қырқыншы аятының осы тараудың бірінші және екінші аяттарымен сәйкестігін қарастырып отырмыз. Бірінші аят ақырзаман уақытын 1989 жыл деп айқындайды, ал қырқыншы аят та 1989 жылы, 1989 жылғы 9 қарашада Берлин қабырғасының құлатылуымен бейнеленген Кеңес Одағының күйреуі арқылы, ақырзаман уақытын белгілейді.</w:t>
      </w:r>
    </w:p>
    <w:p>
      <w:pPr>
        <w:pStyle w:val="ArticleBody"/>
        <w:jc w:val="left"/>
      </w:pPr>
      <w:r>
        <w:rPr>
          <w:rFonts w:ascii="Times New Roman" w:hAnsi="Times New Roman" w:eastAsia="Times New Roman" w:cs="Times New Roman"/>
        </w:rPr>
        <w:t>Екінші аят 1989 жылдан кейінгі Америка Құрама Штаттарының алтыншы президентін барлық президенттердің ішіндегі ең байы ретінде айқындайды, сөйтіп Дональд Трампты нақты көрсетеді. Осылай ете отырып, ол Трамптың үшінші аяттағы Ескендір Зұлқарнайынның грек империясы болған бүкіл Грекияны “қозғауға” тиіс екенін анықтайды. Үшінші және төртінші аяттардағы грек патшалығы — Даниял кітабының он бірінші тарауында дүниежүзілік патшалықтың символы.</w:t>
      </w:r>
    </w:p>
    <w:p>
      <w:pPr>
        <w:pStyle w:val="ArticleBody"/>
        <w:jc w:val="left"/>
      </w:pPr>
      <w:r>
        <w:rPr>
          <w:rFonts w:ascii="Times New Roman" w:hAnsi="Times New Roman" w:eastAsia="Times New Roman" w:cs="Times New Roman"/>
        </w:rPr>
        <w:t>Уильям Миллер «тарих пен пайғамбарлық өзара сәйкеседі» деген тіркесті қолданды, ал Дональд Трамптың тарихы оның Америка Құрама Штаттарының соңғы сегіз президентінің ішіндегі ең байы ғана емес екенін, сонымен бірге Америка Құрама Штаттарының және бүкіл дүниенің жаһанданушылары Дональд Трампты соншалықты қисынға сыймайтын өшпенділікпен жек көретінін, тіпті оны көпшілік ессіздік деп сипаттайтынын бұлтартпас айғақпен көрсетеді.</w:t>
      </w:r>
    </w:p>
    <w:p>
      <w:pPr>
        <w:pStyle w:val="ArticleBody"/>
        <w:jc w:val="left"/>
      </w:pPr>
      <w:r>
        <w:rPr>
          <w:rFonts w:ascii="Times New Roman" w:hAnsi="Times New Roman" w:eastAsia="Times New Roman" w:cs="Times New Roman"/>
        </w:rPr>
        <w:t>1989 жылдан басталатын соңғы сегіз президенттің біріншісі Трамптың бейнесін әртүрлі түрде айқын түрде танытты; осылайша бұл екінші аяттағы алтыншы президенттің түптің түбінде сегізінші әрі соңғы президент болатынын қуаттайды. Рейган, сегіздің тізбегіндегі біріншісі ретінде, сегізінші әрі соңғыны бейнелер еді, өйткені Иса әрдайым бір нәрсенің ақырын сол нәрсенің басымен көрсетеді.</w:t>
      </w:r>
    </w:p>
    <w:p>
      <w:pPr>
        <w:pStyle w:val="ArticleBody"/>
        <w:jc w:val="left"/>
      </w:pPr>
      <w:r>
        <w:rPr>
          <w:rFonts w:ascii="Times New Roman" w:hAnsi="Times New Roman" w:eastAsia="Times New Roman" w:cs="Times New Roman"/>
        </w:rPr>
        <w:t>1989 жылғы ақырзаман уақыты кезіндегі президент Рональд Рейганның куәлігі пайғамбарлық тұрғыдан сегіз президенттің соңғысы болатын президентті бейнелейді. Рейганнан кейін жеті президент болмақ еді, өйткені Киелі кітап пайғамбарлығындағы алтыншы патшалық ретінде Америка Құрама Штаттары жуық арада келетін жексенбілік заң тұсында тоқтайды, ал сол жексенбілік заңға дейін Америка Құрама Штаттары аңның мүсінін жасайды, және сол аң — жеті аңның ішінен шыққан сегізіншісі. Рейган 1989 жылғы ақырзаман уақытының тұсындағы алғашқы президент болды, ал соңғысы — жетеудің ішінен шыққан сегізіншісі болмақ.</w:t>
      </w:r>
    </w:p>
    <w:p>
      <w:pPr>
        <w:pStyle w:val="ArticleBody"/>
        <w:jc w:val="left"/>
      </w:pPr>
      <w:r>
        <w:rPr>
          <w:rFonts w:ascii="Times New Roman" w:hAnsi="Times New Roman" w:eastAsia="Times New Roman" w:cs="Times New Roman"/>
        </w:rPr>
        <w:t>Рейган 1987 жылғы 12 маусымда Германияның Батыс Берлин қаласындағы Берлин қабырғасының маңындағы Бранденбург қақпасында сөйлеген сөзінде, Кеңес Одағы Коммунистік партиясының Бас хатшысы Михаил Горбачевке қарата былай деді: «Бас хатшы Горбачев, егер сіз бейбітшілікті қаласаңыз, егер сіз Кеңес Одағы мен Шығыс Еуропа үшін өркендеуді қаласаңыз, егер сіз ырықтандыруды қаласаңыз: осы қақпаға келіңіз! Мырза Горбачев, осы қақпаны ашыңыз! Мырза Горбачев, осы қабырғаны бұзыңыз!» Соңғы сегіз президенттің ішіндегі біріншісінің ең әйгілі сөзі екі жылдан кейін, 1989 жылғы 9 қарашада, қабырғаның құлатылуының жүзеге асуын айқындады.</w:t>
      </w:r>
    </w:p>
    <w:p>
      <w:pPr>
        <w:pStyle w:val="ArticleBody"/>
        <w:jc w:val="left"/>
      </w:pPr>
      <w:r>
        <w:rPr>
          <w:rFonts w:ascii="Times New Roman" w:hAnsi="Times New Roman" w:eastAsia="Times New Roman" w:cs="Times New Roman"/>
        </w:rPr>
        <w:t>Осылай ете отырып, Рейганның қабырғаны құлатуға жасаған баса көрсетуі сегізінші президентке үн қатты; ол алтыншы президент болуға үміткер болып жүрген кезінде өз науқанын “қабырғаны тұрғызу” деген уәдеге негіздеген еді. Соңғы сегіз президенттің біріншісі қабырғаны құлатуға шақырды, және Берлин қабырғасы 1989 жылы, ақырзаман уақытында, құлатылды. Жақында келетін жексенбілік заң кезінде 1989 жылғы басталу арқылы бейнеленген Шіркеу мен Мемлекеттің бөліну “қабырғасы” құлатылатын болады. Сол кезеңнің ортасында жаһанданушыларды қоздыратын алтыншы президент олардың қаламайтын қабырғаны тұрғызуға әрекет етеді, ал ол жетінің ішінен тағы да сегізінші президент болған кезде, тағы бір “қабырға” құлайтын болады.</w:t>
      </w:r>
    </w:p>
    <w:p>
      <w:pPr>
        <w:pStyle w:val="ArticleBody"/>
        <w:jc w:val="left"/>
      </w:pPr>
      <w:r>
        <w:rPr>
          <w:rFonts w:ascii="Times New Roman" w:hAnsi="Times New Roman" w:eastAsia="Times New Roman" w:cs="Times New Roman"/>
        </w:rPr>
        <w:t>Сегіз президенттің алғашқысы ақырзаман уақытын белгілеген қабырғаның құлатылуымен ерекшеленеді; бұл Даниялдың он бірінші тарауының қырықыншы аятында бейнеленген. Ал сегіз президенттің соңғысы жүз қырық төрт мыңның мөрлену уақытының аяқталуын белгілейтін «қабырғаның» құлатылуымен ерекшеленеді; бұл Даниял кітабының он бірінші тарауының қырық бірінші аятында бейнеленген.</w:t>
      </w:r>
    </w:p>
    <w:p>
      <w:pPr>
        <w:pStyle w:val="ArticleBody"/>
        <w:jc w:val="left"/>
      </w:pPr>
      <w:r>
        <w:rPr>
          <w:rFonts w:ascii="Times New Roman" w:hAnsi="Times New Roman" w:eastAsia="Times New Roman" w:cs="Times New Roman"/>
        </w:rPr>
        <w:t>Президент Рейган — бұрынғы демократ, кейін республикашыл болған, бұрынғы медиа жұлдыз, анық та айқын шешендігімен танылған, терең әзіл-қалжың сезімі бар адам, Вашингтон, Колумбия округіндегі истеблишментке қарсы науқан жүргізген фискалдық консерватор еді. Алайда Рейганның ел астанасында орнығып алған истеблишментке («батпаққа») қарсы алғашқы науқанындағы риторикасына қарамастан, ол өз кабинетінің лауазымдарына сол уақытқа дейінгі өзге кез келген заманауи президенттен гөрі расталған жаһанданушы саясаткерлердің жоғарырақ пайызын тағайындап шықты. Ол тіпті жаһанданушылық тарихына тереңнен жалғасып жатқан отбасылық тамыры бар адам — аға Джордж Бушты өзіне вице-президент етіп таңдауға дейін барды.</w:t>
      </w:r>
    </w:p>
    <w:p>
      <w:pPr>
        <w:pStyle w:val="ArticleBody"/>
        <w:jc w:val="left"/>
      </w:pPr>
      <w:r>
        <w:rPr>
          <w:rFonts w:ascii="Times New Roman" w:hAnsi="Times New Roman" w:eastAsia="Times New Roman" w:cs="Times New Roman"/>
        </w:rPr>
        <w:t>Трамп «батпақ» деп атаған истеблишментті тазарту ұранымен сайлауалды науқан жүргізді, бірақ өзімен тығыз жұмыс істеу үшін таңдаған адамдарының тарихы оның ең үлкен әлсіздігін айқындайды. Сол адамдардың дерлік барлығы Трамптың соншалықты табанды түрде қарсы шығатын «батпақтың» өкілдері болды. Трамп, Рейган сияқты, бұрынғы демократ болып, кейін республикалыққа айналған, бұқаралық ақпарат құралдарында танылған бұрынғы жұлдыз, шешендігімен белгілі, терең әзіл сезімі бар әрі фискалдық тұрғыдан консервативті адам еді.</w:t>
      </w:r>
    </w:p>
    <w:p>
      <w:pPr>
        <w:pStyle w:val="ArticleBody"/>
        <w:jc w:val="left"/>
      </w:pPr>
      <w:r>
        <w:rPr>
          <w:rFonts w:ascii="Times New Roman" w:hAnsi="Times New Roman" w:eastAsia="Times New Roman" w:cs="Times New Roman"/>
        </w:rPr>
        <w:t>Америка Құрама Штаттарының соңғы президенті папалықтың мүсіні (аңның мүсіні) Америка Құрама Штаттарында жасалатын кезде президент болады. Сондықтан 1989 жылдан бергі сегізінші әрі соңғы президент айдаһарлық күшке қарсы соғыспен байланысты болмақ, өйткені папалық алғаш рет 538 жылы айдаһарлық күш тарапынан таққа отырғызылған да, кейін 1798 жылы сол айдаһарлық күштің тарапынан тақтан тайдырылған ұзаққа созылған соғыс айдаһармен жүрген болатын; сондай-ақ ол өздерінің жетінші патшалығын папалыққа беруге келісетін он патша бейнелейтін айдаһарлық күш арқылы қайтадан таққа отырғызылады, ал содан кейін олар папалық аңды отпен өртеп, оның тәнін жеп, оған көмектесетін ешкім болмай, ақырына жеткен кезде тақтан тайдырады.</w:t>
      </w:r>
    </w:p>
    <w:p>
      <w:pPr>
        <w:pStyle w:val="ArticleBody"/>
        <w:jc w:val="left"/>
      </w:pPr>
      <w:r>
        <w:rPr>
          <w:rFonts w:ascii="Times New Roman" w:hAnsi="Times New Roman" w:eastAsia="Times New Roman" w:cs="Times New Roman"/>
        </w:rPr>
        <w:t>Сегізіншісі болуға тиісті, яғни жетеудің бірі болып табылатын президент, айдаһар билігіне қарсы соғысқа қатысы бар президент те болады. Сол соғыс алтыншы әрі ең бай президент бүкіл жаһанданушы айдаһарлық биліктерді қоздырған кезде айқындалады. 1989 жылдан басталатын соңғы сегіз президенттің екеуі қайтыс болған, сондықтан айдаһар билігіне қарсы соғысқа қатысы болуы мүмкін алты президент қалады.</w:t>
      </w:r>
    </w:p>
    <w:p>
      <w:pPr>
        <w:pStyle w:val="ArticleBody"/>
        <w:jc w:val="left"/>
      </w:pPr>
      <w:r>
        <w:rPr>
          <w:rFonts w:ascii="Times New Roman" w:hAnsi="Times New Roman" w:eastAsia="Times New Roman" w:cs="Times New Roman"/>
        </w:rPr>
        <w:t>Сол алты мүмкіндіктің төртеуі — айқын түрде айдаһар күш-қуатымен әрекет ететін жаһанданушылар. Сол алтаудың біреуі, әкесі сияқты, өзін Республикалық партияның мүшесі деп жариялайды, бірақ ол тек аты ғана республикалық; әрі әкесі сияқты, жаһанданушы айдаһар билігінің өкілі болып табылады. Тірі алты президенттің ішінде жаһанданушы еместігі анық тек біреуі ғана бар, әрі дәл сол президент жаһанданушыларды дүрліктіреді. Ол — соңғы сегіз президенттің ішінде айдаһар билігіне қарсы соғысқа қатысу тұрғысынан папалықтың бейнесі элементін орындай алатын жалғыз тұлға.</w:t>
      </w:r>
    </w:p>
    <w:p>
      <w:pPr>
        <w:pStyle w:val="ArticleBody"/>
        <w:jc w:val="left"/>
      </w:pPr>
      <w:r>
        <w:rPr>
          <w:rFonts w:ascii="Times New Roman" w:hAnsi="Times New Roman" w:eastAsia="Times New Roman" w:cs="Times New Roman"/>
        </w:rPr>
        <w:t>Ең алғашқы республикалық президенттің өзі-ақ АҚШ-тың Азаматтық соғысына қатысты дәл осы жайтқа арналған бір Жазба аятын әйгілі түрде келтірген.</w:t>
      </w:r>
    </w:p>
    <w:p>
      <w:pPr>
        <w:pStyle w:val="ArticleScripture"/>
        <w:jc w:val="left"/>
      </w:pPr>
      <w:r>
        <w:rPr>
          <w:rFonts w:ascii="Times New Roman" w:hAnsi="Times New Roman" w:eastAsia="Times New Roman" w:cs="Times New Roman"/>
        </w:rPr>
        <w:t>Ал Иса олардың ойларын біліп, оларға былай деді: Өз-өзіне қарсы бөлінген әрбір патшалық қаңырап қалады; әрі өз-өзіне қарсы бөлінген әрбір қала не үй тұра алмайды. Егер шайтан шайтанды қуып шығарса, ол өз-өзіне қарсы бөлінгені; онда оның патшалығы қалайша тұра алады? Ал егер Мен жындарды Беелзебуб арқылы қуып шығаратын болсам, онда сендердің ұлдарың оларды кім арқылы қуып шығарады? Сондықтан олар сендерге төреші болады. Бірақ егер Мен жындарды Құдайдың Рухымен қуып шығаратын болсам, онда Құдай Патшалығы сендерге келіп жеткен. Матай 12:25–28.</w:t>
      </w:r>
    </w:p>
    <w:p>
      <w:pPr>
        <w:pStyle w:val="ArticleBody"/>
        <w:jc w:val="left"/>
      </w:pPr>
      <w:r>
        <w:rPr>
          <w:rFonts w:ascii="Times New Roman" w:hAnsi="Times New Roman" w:eastAsia="Times New Roman" w:cs="Times New Roman"/>
        </w:rPr>
        <w:t>Айдаһардың Грекия патшалығын дүрліктірген ең бай президентке қарсы соғысы тек Дональд Трамп пен жаһанданушылардың арасында ғана болуы мүмкін, өйткені өмірде болуы мүмкін қалған бес президенттің бәрі де Америкаға қарсы жаһанданушылар. Линкольн алдыңғы аяттарды құлдықты жақтаушылар мен құлдыққа қарсы шығушылар деген екі лагерьге бөлінген ұлттың жіктелуіне қатысты келтірген кезде, ол құлдықты жақтаушы демократтарға және құлдыққа қарсы республикашылдарға үн қатты; осылай ету арқылы ол соңғы күндердегі жаһанданушы демократтар мен MAGA-изм қозғалысы арқылы соны қоздыратын, оны бейнелеп, оған жетекшілік ететін соңғы республикашыл президент арасындағы соғысқа да үн қатты.</w:t>
      </w:r>
    </w:p>
    <w:p>
      <w:pPr>
        <w:pStyle w:val="ArticleBody"/>
        <w:jc w:val="left"/>
      </w:pPr>
      <w:r>
        <w:rPr>
          <w:rFonts w:ascii="Times New Roman" w:hAnsi="Times New Roman" w:eastAsia="Times New Roman" w:cs="Times New Roman"/>
        </w:rPr>
        <w:t>Алғашқы республикалық президент ретінде Линкольн соңғы республикалық президенттің бейнесін көрсетеді. Соңғы президент сондай-ақ 1989 жылғы ақырғы уақыттағы республикалық президент арқылы да бейнеленеді. Бұл екі куә өздері бейнелеп тұрған президенттің республикалық екенін айқындайды. 1989 жылғы ақырғы уақыттағы республикалық президент жай ғана республикалық емес, сонымен қатар ол соңғы сегіз президенттің алғашқысы болды. Соңғы президент, сондай-ақ, алғашқы президент әрі алғашқы Бас Қолбасшы болған Джордж Вашингтон арқылы да бейнеленген болады.</w:t>
      </w:r>
    </w:p>
    <w:p>
      <w:pPr>
        <w:pStyle w:val="ArticleBody"/>
        <w:jc w:val="left"/>
      </w:pPr>
      <w:r>
        <w:rPr>
          <w:rFonts w:ascii="Times New Roman" w:hAnsi="Times New Roman" w:eastAsia="Times New Roman" w:cs="Times New Roman"/>
        </w:rPr>
        <w:t>Өз кезегінде Вашингтон 1776 жылмен бейнеленген кезеңдегі алғашқы президент арқылы алдын ала бейнеленген еді, ал сол алғашқы президент (Пейтон Рэндолф) жеті адаммен бейнеленген сегіз кезеңнің барысында қызмет еткен жеті адамның бірі болды. Рэндолф сегіздің біріншісі болды, сондықтан ол сегіздің біріншісі болған Рейганды бейнеледі, әрі ол жетеудің ішінен шыққан сегізінші болды. Сондықтан Рэндолф Вашингтонды (алғашқы президентті), Линкольнді (алғашқы республикалық президентті), Рейганды (соңғы сегіздің алғашқы президентін) және 1989 жылдан кейінгі сегізінші президентті бейнеледі; пайғамбарлық қажеттілік бойынша ол жетеудің ішінен шыққан сегізінші болуға тиіс еді.</w:t>
      </w:r>
    </w:p>
    <w:p>
      <w:pPr>
        <w:pStyle w:val="ArticleBody"/>
        <w:jc w:val="left"/>
      </w:pPr>
      <w:r>
        <w:rPr>
          <w:rFonts w:ascii="Times New Roman" w:hAnsi="Times New Roman" w:eastAsia="Times New Roman" w:cs="Times New Roman"/>
        </w:rPr>
        <w:t>Вашингтонды, сондай-ақ, 1789 жылмен бейнеленген тарихта президент болған және Рэндольф сияқты жетінші қатарынан шыққан сегізіншісі болған Джон Хэнкок та типтейтін еді. Рэндольф Вашингтонды типтеген болатын; сондықтан Хэнкок Рэндольфпен жетінші қатарынан шыққан сегізінші ретінде сәйкестендірілгенде, Хэнкок 1989 жылдан кейінгі сегізінші президентті бейнелейді; пайғамбарлық қажеттілік бойынша ол жетінші қатарынан шыққан сегізінші болар еді.</w:t>
      </w:r>
    </w:p>
    <w:p>
      <w:pPr>
        <w:pStyle w:val="ArticleBody"/>
        <w:jc w:val="left"/>
      </w:pPr>
      <w:r>
        <w:rPr>
          <w:rFonts w:ascii="Times New Roman" w:hAnsi="Times New Roman" w:eastAsia="Times New Roman" w:cs="Times New Roman"/>
        </w:rPr>
        <w:t>Рэндольф, Хэнкок, Вашингтон, Линкольн және Рейган — барлығы да соңғы президенттің бейнесін көрсетеді. Сол куәгерлердің екеуі соңғы президенттің республикалық болатынын айқындайды. Екеуі соңғы президенттің сегізінші болатынын, яғни жетеудің бірі екенін, бекітеді. 1989 жылғы ақырзаман уақытынан кейінгі сегіз президенттің ішіндегі тірі бес президент айдаһар билігімен соғысқа араласуға қажетті саяси идеология тек Трампта ғана бар екенін айқындайды.</w:t>
      </w:r>
    </w:p>
    <w:p>
      <w:pPr>
        <w:pStyle w:val="ArticleBody"/>
        <w:jc w:val="left"/>
      </w:pPr>
      <w:r>
        <w:rPr>
          <w:rFonts w:ascii="Times New Roman" w:hAnsi="Times New Roman" w:eastAsia="Times New Roman" w:cs="Times New Roman"/>
        </w:rPr>
        <w:t>Линкольннің алдында Демократиялық партияның өкілі Джеймс Бьюкенен болды; адал тарихшылар оны Америка Құрама Штаттарының сол ерте кезеңдегі тарихындағы ең дәрменсіз президент ретінде таниды, әрі оның нәтижесіз басшылығы, шын мәнінде, АҚШ-тағы Азамат соғысын туғызды. Линкольн ант беріп қызметіне кіріспей тұрып-ақ, оңтүстік штаттар Одақтан бөлініп шыға бастаған еді, ал Линкольннің инаугурациясынан небәрі бір ай өткен соң алғашқы оқтар атылды. Бьюкенен Линкольн мәжбүр болып шешуге тиіс болған соғысты туғызған қозғалыстарды іске қосты.</w:t>
      </w:r>
    </w:p>
    <w:p>
      <w:pPr>
        <w:pStyle w:val="ArticleBody"/>
        <w:jc w:val="left"/>
      </w:pPr>
      <w:r>
        <w:rPr>
          <w:rFonts w:ascii="Times New Roman" w:hAnsi="Times New Roman" w:eastAsia="Times New Roman" w:cs="Times New Roman"/>
        </w:rPr>
        <w:t>Рейганның алдында қазіргі заманның ең дәрменсіз президенті болды. Демократ Картер Иранда орналасқан радикалды исламға дұрыс түрде қарсы тұра алмауы арқылы Америка Құрама Штаттарын масқара етті.</w:t>
      </w:r>
    </w:p>
    <w:p>
      <w:pPr>
        <w:pStyle w:val="ArticleBody"/>
        <w:jc w:val="left"/>
      </w:pPr>
      <w:r>
        <w:rPr>
          <w:rFonts w:ascii="Times New Roman" w:hAnsi="Times New Roman" w:eastAsia="Times New Roman" w:cs="Times New Roman"/>
        </w:rPr>
        <w:t>Трамптың алдында демократ Обама болды; ол мәдени, саяси және экономикалық тұрғыдан жікке бөлінулерді қасақана бастап берді, ал сол уақыттан бері олар тек күшейе түсті. Оның дәрменсіз басшылығы Бьюкенен мен Картердің тұлғаларымен сипатталды, бірақ ол билік еткен тарихи кезеңде Негізгі арнадағы бұқаралық ақпарат құралдары Адольф Гитлердің Қоғамдық ағарту және насихат жөніндегі рейх министрлігіне қатарлас түрде өз болмысын көрсете бастаған еді. Обаманың Америка Құрама Штаттарының әлеуметтік, саяси, қаржылық және діни институттарына жасаған шабуылдары, көргісі келмегендер үшін, бүркемеленді, әрі Конституцияны қорғауға ант берген тұлға ретіндегі оның дәрменсіздігі мұқият жасырылды. Обама Иранда орныққан радикалды исламға дұрыс түрде қарсы жауап қата алмауы арқылы Америка Құрама Штаттарын масқара етті.</w:t>
      </w:r>
    </w:p>
    <w:p>
      <w:pPr>
        <w:pStyle w:val="ArticleBody"/>
        <w:jc w:val="left"/>
      </w:pPr>
      <w:r>
        <w:rPr>
          <w:rFonts w:ascii="Times New Roman" w:hAnsi="Times New Roman" w:eastAsia="Times New Roman" w:cs="Times New Roman"/>
        </w:rPr>
        <w:t>Трамп 2024 жылы Рейганнан бергі, яғни 1989 жылдан бергі сегізінші президент ретінде қайта сайланғанда, оның алдында тағы да айдаһардың күшімен әрекет ететін жаһанданушы демократ болады; ол енді тарихтағы ең дәрменсіз президент деген атақты иеленіп, Иранда орныққан радикал исламға қарсы әрекет ету талпынысында Құрама Штаттарды қайта-қайта масқара етті, дегенмен қазіргі заманғы Негізгі Ағымдағы БАҚ (Рейхтің Қоғамдық ағарту және насихат министрлігімен сипатталатындай) сол айқын шындықты тағы да көміп тастауға тырысуда.</w:t>
      </w:r>
    </w:p>
    <w:p>
      <w:pPr>
        <w:pStyle w:val="ArticleBody"/>
        <w:jc w:val="left"/>
      </w:pPr>
      <w:r>
        <w:rPr>
          <w:rFonts w:ascii="Times New Roman" w:hAnsi="Times New Roman" w:eastAsia="Times New Roman" w:cs="Times New Roman"/>
        </w:rPr>
        <w:t>Рейган қызметіне кіріскен кезде, Иранда шоғырланған радикалды исламға қатысты шешілмеген дағдарыс Демократиялық президент тарапынан шешілмеген күйінде қалдырылған еді. Рейган Иран ұсынатын радикалды ислам арқылы көрініс тапқан Америка Құрама Штаттары мен радикалды ислам арасындағы шиеленістің бағытын кері бұру үшін дереу қадамдар жасады. Трамп қызметіне кіріскен кезде, тағы да Иранда шоғырланған радикалды исламға қатысты шешілмеген дағдарыс Демократиялық президент тарапынан шешілмеген күйінде ғана қалдырылмай, сонымен бірге қаржыландырылған да еді. Трамп Иран ұсынатын радикалды ислам арқылы көрініс тапқан Америка Құрама Штаттары мен радикалды ислам арасындағы шиеленістің бағытын кері бұру үшін дереу қадамдар жасады. Қазіргі Демократиялық президент Трамп қол жеткізген бүкіл ілгерілеуді кері айналдырды, ал енді бүкіл әлем Байденнің тиімсіз басшылығының салдарынан үшінші дүниежүзілік соғысқа тартылып барады.</w:t>
      </w:r>
    </w:p>
    <w:p>
      <w:pPr>
        <w:pStyle w:val="ArticleBody"/>
        <w:jc w:val="left"/>
      </w:pPr>
      <w:r>
        <w:rPr>
          <w:rFonts w:ascii="Times New Roman" w:hAnsi="Times New Roman" w:eastAsia="Times New Roman" w:cs="Times New Roman"/>
        </w:rPr>
        <w:t>Бұл Картердің дәрменсіздігімен және Обаманың исламды ілгерілетуімен бейнеленген исламға қатысты істі ғана емес, сонымен бірге Бьюкененнің соғыс бастап, оны шешу республикалық президентке қажет болған ісін де толықтырады.</w:t>
      </w:r>
    </w:p>
    <w:p>
      <w:pPr>
        <w:pStyle w:val="ArticleBody"/>
        <w:jc w:val="left"/>
      </w:pPr>
      <w:r>
        <w:rPr>
          <w:rFonts w:ascii="Times New Roman" w:hAnsi="Times New Roman" w:eastAsia="Times New Roman" w:cs="Times New Roman"/>
        </w:rPr>
        <w:t>Бірінші республикалық президентке қатысты болғандай, Трамп 2020 жылғы сайлауда жаһаншыл айдаһар күштері тарапынан саяси тұрғыдан өлтірілді. Ол көшеде өлі деп есептеліп тұрған кезде, жердегі аңның жаһаншылдары мен бүкіл дүниенің жаһаншылдары Аян кітабының он бірінші тарауында алдын ала пайғамбарлық етілгендей, тойлай бастады.</w:t>
      </w:r>
    </w:p>
    <w:p>
      <w:pPr>
        <w:pStyle w:val="ArticleScripture"/>
        <w:jc w:val="left"/>
      </w:pPr>
      <w:r>
        <w:rPr>
          <w:rFonts w:ascii="Times New Roman" w:hAnsi="Times New Roman" w:eastAsia="Times New Roman" w:cs="Times New Roman"/>
        </w:rPr>
        <w:t>Олар өз куәліктерін аяқтаған кезде, тұңғиықтан шығатын аң оларға қарсы соғыс ашып, оларды жеңіп, өлтіреді. Олардың мәйіттері рухани мағынада Содом және Мысыр деп аталатын ұлы қаланың көшесінде жатады; сол жерде Иеміз де айқышқа шегеленген еді. Әр түрлі халықтардан, рулардан, тілдерден және ұлттардан болғандар олардың мәйіттерін үш жарым күн бойы көріп, оларды қабірге қоюға жол бермейді. Жер бетінде тұратындар оларға қарап қуанып, шаттанып, бір-біріне сыйлықтар жібереді, өйткені бұл екі пайғамбар жер бетінде тұратындарды азапқа салған еді. Ал үш жарым күннен кейін Құдайдан келген өмір рухы олардың ішіне енді, сонда олар аяқтарына тік тұрды; мұны көргендердің үстіне зор үрей түсті. Аян 11:7–11.</w:t>
      </w:r>
    </w:p>
    <w:p>
      <w:pPr>
        <w:pStyle w:val="ArticleBody"/>
        <w:jc w:val="left"/>
      </w:pPr>
      <w:r>
        <w:rPr>
          <w:rFonts w:ascii="Times New Roman" w:hAnsi="Times New Roman" w:eastAsia="Times New Roman" w:cs="Times New Roman"/>
        </w:rPr>
        <w:t>Біз енді 2024 жылға жеттік; мұнда Трамп өз аяғына тік тұрған, ал 2021 жылғы 6 қаңтардан бері шаттанып, сайран салып келген айдаһар әлемі енді «зор қорқынышқа» тап болуда. Негізгі ағымдағы бұқаралық ақпарат құралдары (MSM) абыржып, дүрбелеңге түсіп отыр. Олардың өздерінің-ақ насихаттық тезистері, ескі рок-н-ролл әнінде айтылғандай, «өздері патша етіп сайлаған сол титықтаған кәрі адамның» Байденді дауыс беру машиналары арқылы мәреге жеткізуге мүмкіндік берерліктей Трамптың көрсеткіштеріне жеткілікті дәрежеде жуықтай алатын қабілеті жоқ екеніне қатысты алаңдаушылықтарын әшкерелей бастады. Негізгі ағымдағы бұқаралық ақпарат құралдары қазір насихат машинасына айналғаны соншалық, бұл Гитлер дәуіріндегі Қоғамдық ағарту және насихат жөніндегі Рейх министрлігі қандай болса, дәл сондай.</w:t>
      </w:r>
    </w:p>
    <w:p>
      <w:pPr>
        <w:pStyle w:val="ArticleBody"/>
        <w:jc w:val="left"/>
      </w:pPr>
      <w:r>
        <w:rPr>
          <w:rFonts w:ascii="Times New Roman" w:hAnsi="Times New Roman" w:eastAsia="Times New Roman" w:cs="Times New Roman"/>
        </w:rPr>
        <w:t>Бұл дерек бұдан өзгеше болуының қандай да бір математикалық мүмкіндігінен тыс қайта-қайта дәлелденіп келді. Жаһаншылдардың кезекті насихаттық тезисі кең ауқымды қоғамға әр жолы енгізілген сайын, айдаһардың үгіт-насихат машинасы басқаратын түрлі байланыс арналары осы не анау оқиғаны немесе белгілі бір мәселені сипаттағанда сөзбе-сөз бірдей тұжырымдарды қолданатыны қайта-қайта құжатталған.</w:t>
      </w:r>
    </w:p>
    <w:p>
      <w:pPr>
        <w:pStyle w:val="ArticleBody"/>
        <w:jc w:val="left"/>
      </w:pPr>
      <w:r>
        <w:rPr>
          <w:rFonts w:ascii="Times New Roman" w:hAnsi="Times New Roman" w:eastAsia="Times New Roman" w:cs="Times New Roman"/>
        </w:rPr>
        <w:t>Егер араларыңызда ежелден белгілі «telephone», немесе кейде «Chinese whispers» деп аталатын балалар ойынын білетіндер болса, адамдар шеңбер құрып отырған кезде, ойынның барысы бойынша, бірінші адам қасындағысының құлағына сыбырлап айтады да, содан кейін сол сыбыр шеңбер бойымен қайталанып тарағанда, шеңберді айналып өткен бастапқы сыбыр, сөзсіз, әуелгі сыбыр білдірген мағынадан өзгеше бір нәрсеге айналып кететінін білесіздер. Алайда Негізгі арнадағы медиа өзіне ергендерден осы елдегі және бүкіл дүниежүзіндегі әрбір журналист қандай да бір түрде белгілі бір тақырып не оқиға жөніндегі айдаһардың ұстанымын түсіндіру үшін дәл сол бірдей сөздер мен тіркестерді таңдайды деп сенуді күтеді. Жүздеген «журналист» деп аталатындар бір оқиғаға қарады да, бір ғана қорытындыға келіп қана қоймай, сол оқиғаны сипаттау үшін айна-қатесіз бірдей сөздер мен тіркестерді таңдады.</w:t>
      </w:r>
    </w:p>
    <w:p>
      <w:pPr>
        <w:pStyle w:val="ArticleBody"/>
        <w:jc w:val="left"/>
      </w:pPr>
      <w:r>
        <w:rPr>
          <w:rFonts w:ascii="Times New Roman" w:hAnsi="Times New Roman" w:eastAsia="Times New Roman" w:cs="Times New Roman"/>
        </w:rPr>
        <w:t>Біз қазіргі уақытта қарастырып отырған нәрсе — жаһанданушылардың насихат машинасына жасалған шабуыл емес, бұл тек қазір жер планетасында жүріп жатқан рухани соғыстың пайғамбарлық сипатының бір белгісін айқындау ғана. Мәсіхтің заманында яһудилер өздерінің Мәсіхін қабылдамай, ақырында жұрт алдында Цезарьды өз патшасы ретінде таңдады. Сол даулы кезеңде бас діни қызметкер Мәсіхті өлтіруді жақтайтын уәж келтірді; ол шайтандық сипатта және теріс пайымға негізделген еді, бірақ сонымен бірге дәл де болды.</w:t>
      </w:r>
    </w:p>
    <w:p>
      <w:pPr>
        <w:pStyle w:val="ArticleScripture"/>
        <w:jc w:val="left"/>
      </w:pPr>
      <w:r>
        <w:rPr>
          <w:rFonts w:ascii="Times New Roman" w:hAnsi="Times New Roman" w:eastAsia="Times New Roman" w:cs="Times New Roman"/>
        </w:rPr>
        <w:t>Сонда олардың бірі, сол жылғы бас діни қызметкер Қаяфа, оларға былай деді: «Сендер мүлде ештеңе білмейсіңдер, әрі бүкіл халық құрып кетпес үшін, біз үшін бір адамның халық үшін өлгені тиімді екенін де ойламайсыңдар». Мұны ол өздігінен айтқан жоқ; қайта, сол жылғы бас діни қызметкер болғандықтан, Исаның сол халық үшін өлуге тиіс екенін пайғамбарлықпен айтты; әрі тек сол халық үшін ғана емес, сондай-ақ жан-жаққа шашырап кеткен Құдайдың балаларын біртұтас етіп жинау үшін де. Жохан 11:49–52.</w:t>
      </w:r>
    </w:p>
    <w:p>
      <w:pPr>
        <w:pStyle w:val="ArticleBody"/>
        <w:jc w:val="left"/>
      </w:pPr>
      <w:r>
        <w:rPr>
          <w:rFonts w:ascii="Times New Roman" w:hAnsi="Times New Roman" w:eastAsia="Times New Roman" w:cs="Times New Roman"/>
        </w:rPr>
        <w:t>Қаяпа Мәсіхке қарсы шабуыл жасау үшін бір қисын ойлап тауып жатқан еді, әрі солай ете отырып, ол шын мәнінде дәл бір пайғамбарлық болжам айтып қойды. Ол Мәсіхтің адамзат үшін құрбандық болуға тиіс екеніне сенген жоқ, ол тек Оны өлтіргісі келді. Айдаһар билігінің Негізгі ағымдағы бұқаралық ақпарат құралдары қазір Трампқа қатысты соған ұқсас нәрсені жүзеге асырып жатыр. Олар халықтың санасына, егер Трамп қайта сайланса, Адольф Гитлер сияқты диктаторға айналады деген қорқынышты сіңіруге тырысуда. Демократтар — құлдықты жақтайтын партия және оларда нацистік партияның сипаттары бар, соның ішінде тек германдық қана емес, дүниежүзілік үгіт-насихат машинасы да бар, бірақ соған қарамастан олар, егер Трамп сайланса, демократия жойылып, Трамп Адольф Гитлер сияқты диктатор болады деп мәлімдеуде.</w:t>
      </w:r>
    </w:p>
    <w:p>
      <w:pPr>
        <w:pStyle w:val="ArticleBody"/>
        <w:jc w:val="left"/>
      </w:pPr>
      <w:r>
        <w:rPr>
          <w:rFonts w:ascii="Times New Roman" w:hAnsi="Times New Roman" w:eastAsia="Times New Roman" w:cs="Times New Roman"/>
        </w:rPr>
        <w:t>Бұл — Құдай Сөзінің Америка Құрама Штаттарының соңғы президенті туралы дәл айқындайтыны; алайда негізгі ағымдағы бұқаралық ақпарат құралдары, айдаһар рухтандырған Қаяпа сияқты, өздерінің айтылып жүрген тұжырымдарының пайғамбарлық екенін және олардың шын мәнінде жүзеге асатынын түсінбейді.</w:t>
      </w:r>
    </w:p>
    <w:p>
      <w:pPr>
        <w:pStyle w:val="ArticleScripture"/>
        <w:jc w:val="left"/>
      </w:pPr>
      <w:r>
        <w:rPr>
          <w:rFonts w:ascii="Times New Roman" w:hAnsi="Times New Roman" w:eastAsia="Times New Roman" w:cs="Times New Roman"/>
        </w:rPr>
        <w:t>«Жерімізге қауіп төніп тұр. Оның заң шығарушылары протестантизм қағидаларынан соншалықты безінетін уақыт таяп келеді, сөйтіп Римдік діннен безушілікке қолдау көрсететін болады. Құдай олар үшін соншалықты ғажайып түрде әрекет етіп, оларды папалықтың жанға батарлық қамытын сілкіп тастауға нығайтқан халық ұлттық бір әрекет арқылы Римнің азғын сеніміне күш-қуат беріп, сөйтіп қайтадан қатыгездік пен деспотизмге лап қою үшін бір түрткісін ғана күтіп тұрған зорлық-зомбылықты оятады. Біз бұл кезеңге қазірдің өзінде-ақ шапшаң қадамдармен жақындап келеміз». The Spirit of Prophecy, volume 4, 410.</w:t>
      </w:r>
    </w:p>
    <w:p>
      <w:pPr>
        <w:pStyle w:val="ArticleBody"/>
        <w:jc w:val="left"/>
      </w:pPr>
      <w:r>
        <w:rPr>
          <w:rFonts w:ascii="Times New Roman" w:hAnsi="Times New Roman" w:eastAsia="Times New Roman" w:cs="Times New Roman"/>
        </w:rPr>
        <w:t>Мен Құрама Штаттардағы демократтардың азғындалған элементтерін, шын мәнінде жаһанданушылар болып табылатын өзін республикашыл деп жариялайтындарды және дүниежүзінің прогрессивті жаһанданушыларын айқындап көрсетіп отырғандықтан, оқырман менде Республикашылдар партиясына немесе Дональд Трампқа қандай да бір саяси ілтипат бар деген ойға келуі мүмкін екенін түсінемін. Бұл істің нақты жай-күйінен мүлде алшақ: соңғы президент, дәл Негізгі арнадағы бұқаралық ақпарат құралдары болжап отырғандай, диктаторға айналуы тиіс, бірақ олар өздері шын мәнінде нені болжап отырғанын Қаяфа қаншалықты түсінбесе, соншалықты ғана түсінеді. Біз бар болғаны Езекиелдің «дөңгелектер ішіндегі дөңгелектері» арқылы бейнеленген, «адамзат оқиғаларының күрделі өзара ықпалына» қатысты пайғамбарлық серпіндерді айқындап отырмыз.</w:t>
      </w:r>
    </w:p>
    <w:p>
      <w:pPr>
        <w:pStyle w:val="ArticleBody"/>
        <w:jc w:val="left"/>
      </w:pPr>
      <w:r>
        <w:rPr>
          <w:rFonts w:ascii="Times New Roman" w:hAnsi="Times New Roman" w:eastAsia="Times New Roman" w:cs="Times New Roman"/>
        </w:rPr>
        <w:t>Біз бұл зерттеуді келесі мақалада жалғастырамыз.</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Жүз отыз тоғызыншы</dc:title>
  <dc:subject>Даниял 11:40-тың қазіргі саяси шындықтармен пайғамбарлық сәйкестігі: Соңғы президенттің құпиясын ашу</dc:subject>
  <dc:creator>Jeff Pippenger</dc:creator>
  <cp:keywords/>
  <dc:description>Generated by ArticleDigger from daniel\139_daniel.json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