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Қырықыншы Сан</w:t>
      </w:r>
    </w:p>
    <w:p>
      <w:pPr>
        <w:pStyle w:val="ArticleSubtitle"/>
        <w:jc w:val="left"/>
      </w:pPr>
      <w:r>
        <w:rPr>
          <w:rFonts w:ascii="Arial" w:hAnsi="Arial" w:eastAsia="Arial" w:cs="Arial"/>
        </w:rPr>
        <w:t>Соңғы уәде: Жаратқан Иенің күніне дейін Ілиястың рөлін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Ескі Өсиеттің соңғы уәдесі — Жаратқан Иенің ұлы әрі үрейлі күні келмей тұрып, Ілиястың келетіндігі.</w:t>
      </w:r>
    </w:p>
    <w:p>
      <w:pPr>
        <w:pStyle w:val="ArticleScripture"/>
        <w:jc w:val="left"/>
      </w:pPr>
      <w:r>
        <w:rPr>
          <w:rFonts w:ascii="Times New Roman" w:hAnsi="Times New Roman" w:eastAsia="Times New Roman" w:cs="Times New Roman"/>
        </w:rPr>
        <w:t>Құлым Мұсаның заңын, Мен бүкіл Исраил үшін Хоребте оған өсиет еткен жарғылар мен үкімдерді естеріңде сақтаңдар. Міне, Жаратқан Иенің ұлы да қорқынышты күні келмей тұрып, Мен сендерге Ілияс пайғамбарды жіберемін. Ол әкелердің жүрегін балаларға, ал балалардың жүрегін әкелеріне бұрады, әйтпесе Мен келіп, жерді қарғысқа ұшыратармын. Малахи 4:4–5.</w:t>
      </w:r>
    </w:p>
    <w:p>
      <w:pPr>
        <w:pStyle w:val="ArticleBody"/>
        <w:jc w:val="left"/>
      </w:pPr>
      <w:r>
        <w:rPr>
          <w:rFonts w:ascii="Times New Roman" w:hAnsi="Times New Roman" w:eastAsia="Times New Roman" w:cs="Times New Roman"/>
        </w:rPr>
        <w:t>«Жаратқан Иенің ұлы да қорқынышты күні» келердің алдында келетін Ілияс — жеке бір хабаршы, сондай-ақ сол хабаршы жариялайтын хабармен байланысты қозғалыс та болып табылады. Сондықтан жіберілетін Ілияс — Енох пен Ілияс бейнелейтіндей, өлім татпайтын жүз қырық төрт мың. Олар — жуық арада келетін жексенбілік заң кезінде белгі ретінде жоғары көтерілетіндер.</w:t>
      </w:r>
    </w:p>
    <w:p>
      <w:pPr>
        <w:pStyle w:val="ArticleBody"/>
        <w:jc w:val="left"/>
      </w:pPr>
      <w:r>
        <w:rPr>
          <w:rFonts w:ascii="Times New Roman" w:hAnsi="Times New Roman" w:eastAsia="Times New Roman" w:cs="Times New Roman"/>
        </w:rPr>
        <w:t>Соңғы күндегі Ілияс Жақия Шомылдырушы арқылы да бейнеленді, бірақ Жақия бір жүз қырық төрт мыңды бейнелеген жоқ. Ол қозғалысқа қосылып, соңғы күннің хабаршысының хабарын қабылдайтындарды бейнеледі; олар кейінірек жуық арада келетін жексенбілік заңнан басталып, Михаил орнынан тұрған кезде аяқталатын, әрі папалыққа көмек беретін ешкім қалмай, оның ақыры жететін жексенбілік заң дағдарысының сағатында папалық тарапынан өлтіріледі.</w:t>
      </w:r>
    </w:p>
    <w:p>
      <w:pPr>
        <w:pStyle w:val="ArticleBody"/>
        <w:jc w:val="left"/>
      </w:pPr>
      <w:r>
        <w:rPr>
          <w:rFonts w:ascii="Times New Roman" w:hAnsi="Times New Roman" w:eastAsia="Times New Roman" w:cs="Times New Roman"/>
        </w:rPr>
        <w:t>Ілияс Кармил тауында бейнеленген, ал Жохан Иродтың той залынында бейнеленген. Осы екі тарихи куәгер Аян кітабының жетінші тарауында бейнеленген Құдайдың соңғы күндердегі халқының екі тобын айқындайды. Жүз қырық төрт мың және ұлы көпшілік Кармил тауы мен Иродтың туған күніндегі тойымен сәйкес келеді. Осы екі пайғамбарлық желі Аян кітабының он жетінші тарауындағы жеті бастың қатарына жататын сегізінші бастың құрамдас бөліктерін мұқият айқындау үшін берік тірек нүктесін береді; сондай-ақ Киелі кітап пайғамбарлығындағы алтыншы патшалықтың соңғы қозғалыстарында жеті патшаның қатарына жататын сегізінші патша болып табылатын соңғы президенттің қалай және не себепті Америка Құрама Штаттарының ұлы әміршісіне айналатынын айқындайтындай дәрежеде жеткілікті пайғамбарлық егжей-тегжей береді.</w:t>
      </w:r>
    </w:p>
    <w:p>
      <w:pPr>
        <w:pStyle w:val="ArticleBody"/>
        <w:jc w:val="left"/>
      </w:pPr>
      <w:r>
        <w:rPr>
          <w:rFonts w:ascii="Times New Roman" w:hAnsi="Times New Roman" w:eastAsia="Times New Roman" w:cs="Times New Roman"/>
        </w:rPr>
        <w:t>Жексенбілік заң кезінде үшжақты одақ жүзеге асады.</w:t>
      </w:r>
    </w:p>
    <w:p>
      <w:pPr>
        <w:pStyle w:val="ArticleScripture"/>
        <w:jc w:val="left"/>
      </w:pPr>
      <w:r>
        <w:rPr>
          <w:rFonts w:ascii="Times New Roman" w:hAnsi="Times New Roman" w:eastAsia="Times New Roman" w:cs="Times New Roman"/>
        </w:rPr>
        <w:t>«Құдай заңын бұза отырып, папалық институтты күштеп енгізетін жарлық арқылы біздің ұлтымыз өзін әділдіктен толықтай ажыратады. Протестантизм шығанақтың арғы жағына қолын созып, римдік биліктің қолын ұстағанда, тұңғиықтың үстінен еңкейіп барып, Спиритуализммен қол алысқанда, осы үштік одақтың ықпалымен біздің еліміз протестанттық әрі республикалық үкімет ретіндегі өз Конституциясының әрбір қағидасынан бас тартып, папалық жалғандықтар мен адасулардың таралуына жағдай жасағанда, сонда біз Шайтанның ғажайып әрекет ету уақытының келгенін және ақырдың жақын екенін біле аламыз». Testimonies, 5-том, 451.</w:t>
      </w:r>
    </w:p>
    <w:p>
      <w:pPr>
        <w:pStyle w:val="ArticleBody"/>
        <w:jc w:val="left"/>
      </w:pPr>
      <w:r>
        <w:rPr>
          <w:rFonts w:ascii="Times New Roman" w:hAnsi="Times New Roman" w:eastAsia="Times New Roman" w:cs="Times New Roman"/>
        </w:rPr>
        <w:t>Алайда осы мысалда бір реттілік бар, әрі сол реттілік — рухтандырылған Сөздің тақырыбы. Бұл — жарлық кезінде болатын оқиға; бір мағынада ол дара оқиға болып көрінеді, бірақ шын мәнінде ол оқиғалардың аса мұқият реттілігі болып табылады. «Жарлық» кезінде Америка Құрама Штаттары Киелі кітаптағы пайғамбарлықтың алтыншы патшалығы болуын тоқтатады, бұл жетінші патшалықтың дәл сол жерде басталатынын білдіреді; бірақ жетінші патшалық өз патшалығын аңға беруге келіседі. Жалған пайғамбар жеңілген кезде, айдаһар оның орнын басады да, дереу өз патшалығының жартысын аңға береді.</w:t>
      </w:r>
    </w:p>
    <w:p>
      <w:pPr>
        <w:pStyle w:val="ArticleBody"/>
        <w:jc w:val="left"/>
      </w:pPr>
      <w:r>
        <w:rPr>
          <w:rFonts w:ascii="Times New Roman" w:hAnsi="Times New Roman" w:eastAsia="Times New Roman" w:cs="Times New Roman"/>
        </w:rPr>
        <w:t>Кәрмел тауында Бағалдың төрт жүз елу пайғамбары болды, сондай-ақ Самарияда Езабелдің дастарқанынан тамақтанатын тоғайдың төрт жүз пайғамбары да сонда болды.</w:t>
      </w:r>
    </w:p>
    <w:p>
      <w:pPr>
        <w:pStyle w:val="ArticleScripture"/>
        <w:jc w:val="left"/>
      </w:pPr>
      <w:r>
        <w:rPr>
          <w:rFonts w:ascii="Times New Roman" w:hAnsi="Times New Roman" w:eastAsia="Times New Roman" w:cs="Times New Roman"/>
        </w:rPr>
        <w:t>Енді сондықтан кісі жіберіп, бүкіл Исраилді Қармел тауына менің қасыма жина, сондай-ақ Езабелдің дастарқанынан ас ішетін Бағалдың төрт жүз елу пайғамбары мен тоғайлардың төрт жүз пайғамбарын да жина. Патшалықтар 3-жазба 18:19.</w:t>
      </w:r>
    </w:p>
    <w:p>
      <w:pPr>
        <w:pStyle w:val="ArticleBody"/>
        <w:jc w:val="left"/>
      </w:pPr>
      <w:r>
        <w:rPr>
          <w:rFonts w:ascii="Times New Roman" w:hAnsi="Times New Roman" w:eastAsia="Times New Roman" w:cs="Times New Roman"/>
        </w:rPr>
        <w:t>Ілияс Кармил тауындағы бетпе-бет келуді тек шынайы Құдайдың кім екені жөніндегі мәселе ретінде ғана емес, сонымен бірге шынайы пайғамбардың кім екені жөніндегі даулы мәселе ретінде де айқындайды.</w:t>
      </w:r>
    </w:p>
    <w:p>
      <w:pPr>
        <w:pStyle w:val="ArticleScripture"/>
        <w:jc w:val="left"/>
      </w:pPr>
      <w:r>
        <w:rPr>
          <w:rFonts w:ascii="Times New Roman" w:hAnsi="Times New Roman" w:eastAsia="Times New Roman" w:cs="Times New Roman"/>
        </w:rPr>
        <w:t>Сонда Ілияс халыққа былай деді: «Жаратқан Иенің пайғамбары болып мен, тек мен ғана қалдым; ал Бағалдың пайғамбарлары төрт жүз елу адам». Патшалықтар 3-жазба 18:22.</w:t>
      </w:r>
    </w:p>
    <w:p>
      <w:pPr>
        <w:pStyle w:val="ArticleBody"/>
        <w:jc w:val="left"/>
      </w:pPr>
      <w:r>
        <w:rPr>
          <w:rFonts w:ascii="Times New Roman" w:hAnsi="Times New Roman" w:eastAsia="Times New Roman" w:cs="Times New Roman"/>
        </w:rPr>
        <w:t>Ілиястың құрбандығын көктен түскен от жалмап қойғаннан кейін, ол Бағалдың төрт жүз елу пайғамбарын өз қолымен өлтірді.</w:t>
      </w:r>
    </w:p>
    <w:p>
      <w:pPr>
        <w:pStyle w:val="ArticleScripture"/>
        <w:jc w:val="left"/>
      </w:pPr>
      <w:r>
        <w:rPr>
          <w:rFonts w:ascii="Times New Roman" w:hAnsi="Times New Roman" w:eastAsia="Times New Roman" w:cs="Times New Roman"/>
        </w:rPr>
        <w:t>Сонда Ілияс оларға: «Бағалдың пайғамбарларын ұстаңдар; олардың бірде-бірі қашып құтылмасын»,— деді. Олар оларды ұстады; ал Ілияс оларды Кишон өзеніне түсіріп апарып, сол жерде өлтірді. Патшалықтар 3-жазба 18:40.</w:t>
      </w:r>
    </w:p>
    <w:p>
      <w:pPr>
        <w:pStyle w:val="ArticleBody"/>
        <w:jc w:val="left"/>
      </w:pPr>
      <w:r>
        <w:rPr>
          <w:rFonts w:ascii="Times New Roman" w:hAnsi="Times New Roman" w:eastAsia="Times New Roman" w:cs="Times New Roman"/>
        </w:rPr>
        <w:t>Бағал жалған еркек тәңірі болатын, ал Самария қаласында Езабелмен бірге болып, оның дастарқанынан тамақтанып жүрген тоғайдың төрт жүз пайғамбары әйел тәңірі Аштөреттің пайғамбарлары еді. Әйел тәңірі Ілиястың Кармил тауындағы пайғамбарларды қырып-жоюынан аман қалды.</w:t>
      </w:r>
    </w:p>
    <w:p>
      <w:pPr>
        <w:pStyle w:val="ArticleScripture"/>
        <w:jc w:val="left"/>
      </w:pPr>
      <w:r>
        <w:rPr>
          <w:rFonts w:ascii="Times New Roman" w:hAnsi="Times New Roman" w:eastAsia="Times New Roman" w:cs="Times New Roman"/>
        </w:rPr>
        <w:t>«Таудағы халық көзге көрінбейтін Құдайдың алдында үрей мен қастерлеуде жерге жата кетеді. Олар Көктен жіберілген жарқын, жалмаушы отқа қарай алмайды. Өздерінің Құдайдан безгендігі мен күнәлары үшін жалмап қойылармыз деп қорқады. Олар бір ауыздан айқай салады; ол дауыс тау үстінде жаңғырып, төмендегі жазықтарға үрейлі айқындықпен жетеді: “Жаратқан Ие — Құдай; Жаратқан Ие — Құдай”. Ақырында Исраил оянып, алданудан арылады. Олар өз күнәларын және Құдайды қаншалықты қатты қорлағандарын көреді. Олардың Бағал пайғамбарларына қарсы ашу-ызасы тұтанады. Ахаб пен Бағалдың діни қызметкерлері Ехобаның құдіретінің ғажайып көрінісіне қорқынышты үреймен куә болды. Сонда Ілиястың халыққа тағы да әмірлі, сескендірер сөздері естіледі: “Бағал пайғамбарларын ұстаңдар; олардың бірде-бірі қашып құтылмасын”. Ал халық Ілиястың сөзіне мойынсұнуға дайын еді. Олар өздерін адастырған жалған пайғамбарларды ұстап алып, оларды Кишон жылғасына алып келді, сонда Ілияс өз қолымен осы пұтқа табынушы діни қызметкерлерді өлтірді». Review and Herald, October 7, 1873.</w:t>
      </w:r>
    </w:p>
    <w:p>
      <w:pPr>
        <w:pStyle w:val="ArticleBody"/>
        <w:jc w:val="left"/>
      </w:pPr>
      <w:r>
        <w:rPr>
          <w:rFonts w:ascii="Times New Roman" w:hAnsi="Times New Roman" w:eastAsia="Times New Roman" w:cs="Times New Roman"/>
        </w:rPr>
        <w:t>Кармел тауы Америка Құрама Штаттарында жуық арада келетін жексенбілік заңды бейнелейді. Дәл сол кезде жүз қырық төрт мыңның туы (Ілияспен бейнеленген) көтеріліп қойылады. Дәл сол жерде жалған протестант мүйізіне қарама-қарсы шынайы протестант мүйізі айқын түрде көрінеді; ал анау болса Самарияда болып, Езабелдің асынан жеп отыр. Дәл сол жерде Кармел тауына дейін шіркеу мен мемлекеттің екеуінің де мүйізіне айналып келген Республикалық мүйіз Киелі кітап пайғамбарлығындағы алтыншы патшалық ретінде өз ақырына жетеді. Сонда Ахаб пен оның он есе ұлты және Самарияда жасырынып, жолдан тайған протестанттармен дастарқандас болып отырған Езабел ғана қалады. Алтыншы патшалық аяқталады, содан кейін жаңбыр өлшеусіз жауады.</w:t>
      </w:r>
    </w:p>
    <w:p>
      <w:pPr>
        <w:pStyle w:val="ArticleBody"/>
        <w:jc w:val="left"/>
      </w:pPr>
      <w:r>
        <w:rPr>
          <w:rFonts w:ascii="Times New Roman" w:hAnsi="Times New Roman" w:eastAsia="Times New Roman" w:cs="Times New Roman"/>
        </w:rPr>
        <w:t>Иродтың туған күніне арналған тойында Ілияс, яғни Шомылдыру рәсімін жасаушы Жақия арқылы бейнеленген Ілияс, Рим түрмесінде құтқарылуды не өлімді күтіп отыр. Алдаудың биін орындайтын Бағал пайғамбарлары жоқ, тек Езабелдің қызы Саломея ғана бар. Ирод пен оның патшалықтағы достары Бабылдың шарабына мас, өйткені оның туған күні жексенбілік заңды да бейнелейді, әрі барлық халықтар 2001 жылғы 11 қыркүйекте, жуықта келетін жексенбілік заңнан әлдеқайда бұрын, Бабылдың шарабын іше бастады.</w:t>
      </w:r>
    </w:p>
    <w:p>
      <w:pPr>
        <w:pStyle w:val="ArticleScripture"/>
        <w:jc w:val="left"/>
      </w:pPr>
      <w:r>
        <w:rPr>
          <w:rFonts w:ascii="Times New Roman" w:hAnsi="Times New Roman" w:eastAsia="Times New Roman" w:cs="Times New Roman"/>
        </w:rPr>
        <w:t>Осыдан кейін мен көктен түсіп келе жатқан, зор билігі бар тағы бір періштені көрдім; жер оның даңқымен нұрланды. Ол қатты дауыспен, құдіретті үнмен былай деп айқайлады: Ұлы Бабыл құлады, құлады, әрі жындардың тұрағына, әрбір арам рухтың мекеніне және әрбір арам да жиренішті құстың қапасына айналды. Өйткені барлық халықтар оның азғындығының қаһар шарабынан ішті, жердің патшалары онымен азғындық жасады, әрі жердің саудагерлері оның сән-салтанатының молдығы арқылы байыды. Аян 18:1–3.</w:t>
      </w:r>
    </w:p>
    <w:p>
      <w:pPr>
        <w:pStyle w:val="ArticleBody"/>
        <w:jc w:val="left"/>
      </w:pPr>
      <w:r>
        <w:rPr>
          <w:rFonts w:ascii="Times New Roman" w:hAnsi="Times New Roman" w:eastAsia="Times New Roman" w:cs="Times New Roman"/>
        </w:rPr>
        <w:t>Бұл үш аят Құдайдың бір ғана тиюімен Нью-Йорктегі алып ғимараттар, яғни егіз мұнаралар, құлатылған кезде орындалды.</w:t>
      </w:r>
    </w:p>
    <w:p>
      <w:pPr>
        <w:pStyle w:val="ArticleScripture"/>
        <w:jc w:val="left"/>
      </w:pPr>
      <w:r>
        <w:rPr>
          <w:rFonts w:ascii="Times New Roman" w:hAnsi="Times New Roman" w:eastAsia="Times New Roman" w:cs="Times New Roman"/>
        </w:rPr>
        <w:t>«Менің Нью-Йоркты теңіз тасқыны жайып кетеді деп жариялаған сөзім енді келіп отыр ма? Мен мұны ешқашан айтқан емеспін. Мен онда қабат үстіне қабат болып бой көтеріп жатқан алып ғимараттарға қарағанымда: “Жаратқан Ие жерді қатты сілкіндіру үшін орнынан тұрған кезде қандай сұмдық көріністер болады десеңші! Сонда Аян 18:1–3-тегі сөздер орындалады”,— дедім. Аян кітабының он сегізінші тарауы тұтасымен жер бетіне келетін нәрселер туралы ескерту болып табылады. Бірақ Нью-Йоркке не келетіні жөнінде маған арнайы берілген нұр жоқ, тек бір күні ондағы алып ғимараттардың Құдай құдіретінің аударып-төңкеруі арқылы құлатыла түсетінін білемін. Маған берілген нұр бойынша, мен жойылудың дүниеде бар екенін білемін. Жаратқан Иеден шыққан бір ауыз сөз, Оның құдіретті күшінің бір ғана жанасуы — сонда бұл зәулім құрылыстар құлап түседі. Біз тіпті елестете де алмайтын үрейлі көріністер болады». Review and Herald, July 5, 1906.</w:t>
      </w:r>
    </w:p>
    <w:p>
      <w:pPr>
        <w:pStyle w:val="ArticleBody"/>
        <w:jc w:val="left"/>
      </w:pPr>
      <w:r>
        <w:rPr>
          <w:rFonts w:ascii="Times New Roman" w:hAnsi="Times New Roman" w:eastAsia="Times New Roman" w:cs="Times New Roman"/>
        </w:rPr>
        <w:t>Жақында шығатын жексенбілік заң Аян кітабының он сегізінші тарауындағы екінші дауыспен бейнеленген, әрі ол Ахабтың Кармил тауымен және Һиродтың туған күн тойымен де бейнеленеді. Һиродия, яғни сондай-ақ Езабел де, Һиродтың масайған тойына қатыспайды, дәл сол сияқты Езабел де Кармил тауында болмаған. Жексенбілік заңға дейін ол Киелі кітап пайғамбарлығындағы алтыншы патшалықтың, яғни жердегі аңның билігінің символдық жетпіс жылы бойы ұмыт қалған. Езабел 1798 және 1799 жылдары өлімші жарасын алған кезде, алтыншы патшалық (Америка Құрама Штаттары) Киелі кітап пайғамбарлығындағы алтыншы патшалық ретіндегі мерзімін бастады. Алтыншы патшалық аяқталған кезде, ол қайта оралып, өз әндерін айта бастайды және жер бетіндегі барлық халықтармен азғындық жасайды.</w:t>
      </w:r>
    </w:p>
    <w:p>
      <w:pPr>
        <w:pStyle w:val="ArticleBody"/>
        <w:jc w:val="left"/>
      </w:pPr>
      <w:r>
        <w:rPr>
          <w:rFonts w:ascii="Times New Roman" w:hAnsi="Times New Roman" w:eastAsia="Times New Roman" w:cs="Times New Roman"/>
        </w:rPr>
        <w:t>Оның азғындық пен шарап туралы әндері пайғамбарлық тұрғыдан 2001 жылғы 11 қыркүйекте басталды, бірақ бұл тек оның алғаш рет таққа отырған 508 жылдан 538 жылға дейінгі отыз жылмен бейнеленген дайындық кезеңі ғана болды. Жексенбілік заңға дейін, алтыншы патшалық Ілиястың қолымен өлтірілетін сәтке шейін, ол Самарияда жасырын болып келді. Сол кезде Жақия шомылдыру рәсімін жасаушы оның түрмесінде ұсталып, не құтқарылуын, не өлімін күтіп тұр.</w:t>
      </w:r>
    </w:p>
    <w:p>
      <w:pPr>
        <w:pStyle w:val="ArticleBody"/>
        <w:jc w:val="left"/>
      </w:pPr>
      <w:r>
        <w:rPr>
          <w:rFonts w:ascii="Times New Roman" w:hAnsi="Times New Roman" w:eastAsia="Times New Roman" w:cs="Times New Roman"/>
        </w:rPr>
        <w:t>Ирод пен оның ақсүйек достары Бабылдың шарабынан мас болып отырған кезде, Иродияның (Езабелдің) қызы Саломе аса азғырғыш биін орындады, ал Ирод өзінің нәпсіқұмар әрі қан араластыққа тән құмарлықтарын паш етеді. Ол өгей қызының жыныстық азғыруына толықтай елігіп, оған өз патшалығының жартысына дейін ұсынды.</w:t>
      </w:r>
    </w:p>
    <w:p>
      <w:pPr>
        <w:pStyle w:val="ArticleScripture"/>
        <w:jc w:val="left"/>
      </w:pPr>
      <w:r>
        <w:rPr>
          <w:rFonts w:ascii="Times New Roman" w:hAnsi="Times New Roman" w:eastAsia="Times New Roman" w:cs="Times New Roman"/>
        </w:rPr>
        <w:t>Қолайлы бір күн туған кезде, Һирод туған күніне орай өз мырзаларына, мыңбасыларына және Ғалилеяның игі жақсыларына арнап қонақасы берді. Сонда әлгі Һиродияның қызы ішке кіріп, би билеп, Һирод пен онымен бірге дастарқан басында отырғандарға ұнады. Патша қызға: «Менен не қаласаң да сұра, мен саған соны беремін»,— деді. Сондай-ақ оған ант етіп: «Менен не сұрасаң да, тіпті патшалығымның жартысына дейін болса да, саған беремін»,— деді. Қыз сыртқа шығып, анасына: «Не сұрайын?»— деді. Ал анасы: «Шомылдыру рәсімін жасаушы Жоханның басын»,— деді. Сонда ол дереу асығып патшаға кіріп: «Шомылдыру рәсімін жасаушы Жоханның басын маған дәл қазір табаққа салып беруіңді қалаймын»,— деп сұрады. Патша қатты қайғырды; дегенмен анты үшін және өзімен бірге отырғандар үшін оның өтінішін кері қайтарғысы келмеді. Патша сол сәтте-ақ жендет жіберіп, оның басын алып келуді бұйырды. Ол барып, түрмеде оның басын шауып алды да, басын табаққа салып әкеліп, қызға берді; ал қыз оны анасына берді. Марқа 6:21–28.</w:t>
      </w:r>
    </w:p>
    <w:p>
      <w:pPr>
        <w:pStyle w:val="ArticleBody"/>
        <w:jc w:val="left"/>
      </w:pPr>
      <w:r>
        <w:rPr>
          <w:rFonts w:ascii="Times New Roman" w:hAnsi="Times New Roman" w:eastAsia="Times New Roman" w:cs="Times New Roman"/>
        </w:rPr>
        <w:t>Аян кітабының он сегізінші тарауындағы бірінші дауыс 2001 жылғы 11 қыркүйекте естілді, ал екінші дауыс жақында келетін жексенбілік заң кезінде естіледі. Жоханның алтыншы тарауында бейнеленген тарихта 2001 жылғы бірінші дауыс — Мәсіхтің Өз шәкірттеріне Оның тәнін жеп, қанын ішулері керектігін, өйткені Ол Көктен түскен шынайы Нан екенін білдірген даусы болды. Сол кезең Ғалилеяда басталып, Жоханның АЛТЫНШЫ тарауының АЛПЫС АЛТЫНШЫ аятында Одан теріс айналған шәкірттерінің тазартылып, бөлініп шығуымен аяқталды. Сол тарих Ғалилеяда тағамдық сынақпен басталып, аңның белгісінің күштеп енгізілуімен аяқталды; бұл папаның есімінің саны, яғни АЛТЫ, АЛТЫ, АЛТЫ арқылы алдын ала бейнеленген. «Ғалилея» «бетбұрыс» дегенді білдіреді, ал 2001 жылғы 11 қыркүйек пайғамбарлық «бетбұрыс» (Ғалилея) болды, әрі Һиродтың туған күні Ғалилеяның басшылығымен байланысты болды. Аян кітабының он сегізінші тарауының бастапқы даусы да, он сегізінші тараудың соңғы даусы да екеуі де бетбұрыс болып табылатын Ғалилея арқылы бейнеленген.</w:t>
      </w:r>
    </w:p>
    <w:p>
      <w:pPr>
        <w:pStyle w:val="ArticleScripture"/>
        <w:jc w:val="left"/>
      </w:pPr>
      <w:r>
        <w:rPr>
          <w:rFonts w:ascii="Times New Roman" w:hAnsi="Times New Roman" w:eastAsia="Times New Roman" w:cs="Times New Roman"/>
        </w:rPr>
        <w:t>«Өткеннің тарихынан үйренуге тиісті сабақтар бар; әрі бәрі де Құдайдың бұрын қалай әрекет етіп келсе, қазір де сол бағытпен әрекет ететінін түсінуі үшін, назар соларға аударылады. Оның қолы Өз ісінде де, халықтар арасында да қазір көрініп тұр, Ізгі хабар алғаш рет Едемде Адамға жарияланғаннан бергі барлық уақытта қалай көрінген болса, дәл солай.»</w:t>
      </w:r>
    </w:p>
    <w:p>
      <w:pPr>
        <w:pStyle w:val="ArticleScripture"/>
        <w:jc w:val="left"/>
      </w:pPr>
      <w:r>
        <w:rPr>
          <w:rFonts w:ascii="Times New Roman" w:hAnsi="Times New Roman" w:eastAsia="Times New Roman" w:cs="Times New Roman"/>
        </w:rPr>
        <w:t>«Халықтар мен шіркеу тарихында бетбұрыс кезеңдер болады. Құдайдың қамқорлық жүргізуімен осындай әртүрлі дағдарыстар келген кезде, сол уақытқа арналған нұр беріледі. Егер ол қабылданса, рухани ілгерілеу болады; ал егер теріске шығарылса, рухани құлдырау мен күйреу соның соңынан келеді. Жаратқан Ие Өз Сөзінде Ізгі хабардың шабуылшыл ісінің бұрын қалай жүргізіліп келгенін және болашақта, тіпті соңғы қақтығысқа дейін, шайтандық күштер өздерінің ақырғы ғажайып қозғалысын жасайтын кезге дейін, қалай жүргізілетінін ашып көрсетті». Bible Echo, August 26, 1895.</w:t>
      </w:r>
    </w:p>
    <w:p>
      <w:pPr>
        <w:pStyle w:val="ArticleBody"/>
        <w:jc w:val="left"/>
      </w:pPr>
      <w:r>
        <w:rPr>
          <w:rFonts w:ascii="Times New Roman" w:hAnsi="Times New Roman" w:eastAsia="Times New Roman" w:cs="Times New Roman"/>
        </w:rPr>
        <w:t>2001 жылғы Ғалилея және жуық арада келетін жексенбілік заң кезіндегі Ғалилея кейінгі жауынның нұры қашан төгілетінін айқындайды. 2001 жылы бұл өлшеп берілген төгілу болды, ал екінші дауыста ол өлшеусіз төгіледі; бұл Ілияс Бағал пайғамбарларын өлтіргеннен кейін болған орасан зор төгілу арқылы бейнеленген, ал ол Иродтың туған күніндегі тойда орын алды. Иродтың туған күні Киелі кітап пайғамбарлығындағы жетінші патшалықтың тууын айқындайды, ол тікелей өзінен бұрынғы патшалықтың өлімінен кейін келеді. Құрама Штаттар 1798 жылы, бесінші патшалықтың өлімінде, билік ете бастады, ал Бағал пайғамбарларының өлімінде жетінші патшалықтың туған күні келіп жетеді. Сол жетінші патшалық Ахауыптың солтүстіктегі он бөлікті патшалығы арқылы және пұтқа табынушы Римнің солтүстіктегі он бөлікті патшалығының өкілі болған Ирод арқылы бейнеленген.</w:t>
      </w:r>
    </w:p>
    <w:p>
      <w:pPr>
        <w:pStyle w:val="ArticleScripture"/>
        <w:jc w:val="left"/>
      </w:pPr>
      <w:r>
        <w:rPr>
          <w:rFonts w:ascii="Times New Roman" w:hAnsi="Times New Roman" w:eastAsia="Times New Roman" w:cs="Times New Roman"/>
        </w:rPr>
        <w:t>Сен көрген мақұлықтың үстіндегі он мүйіз жезөкшені жек көріп, оны қаңыратып жалаңаш қалдырады, оның етін жеп, өзін отпен өртеп жібереді. Өйткені Құдай Өз еркін орындауды, өзара келісуді және Құдайдың сөздері орындалғанға дейін өз патшалықтарын мақұлыққа беруді олардың жүректеріне салды. Ал сен көрген әйел — жер жүзінің патшаларына үстемдік жүргізетін сол ұлы қала. Аян 17:16–18.</w:t>
      </w:r>
    </w:p>
    <w:p>
      <w:pPr>
        <w:pStyle w:val="ArticleBody"/>
        <w:jc w:val="left"/>
      </w:pPr>
      <w:r>
        <w:rPr>
          <w:rFonts w:ascii="Times New Roman" w:hAnsi="Times New Roman" w:eastAsia="Times New Roman" w:cs="Times New Roman"/>
        </w:rPr>
        <w:t>Ирод Саломеяға берген антын орындап, оған Жоханның басын беруге келіседі, әрі оның анты патшалығының жартысына дейін жететіндей етіп бейнеленген. Біріккен Ұлттар Ұйымының он патшасы, жезөкшені жек көргеніне қарамастан, жеті бұрынғы бастың бірі болып табылатын сегізінші басқа өздерінің жетінші патшалығын беруге келіседі. Олар бүкіләлемдік Мемлекеттің оның бүкіләлемдік Шіркеуімен бірігуіне негізделген патшалыққа келіседі. Бірақ бұл неке ағылшындық неке емес, латындық неке, өйткені олардың некесі “патшалардың үстінен” билік жүргізетін “әйел” арқылы бейнеленген. Латындық некеде әулет еркектің емес, әйелдің тегін сақтайды, әрі осы қосарлы некенің атауы пайғамбарлық баяндаудың маңызды бір элементі болып табылады.</w:t>
      </w:r>
    </w:p>
    <w:p>
      <w:pPr>
        <w:pStyle w:val="ArticleScripture"/>
        <w:jc w:val="left"/>
      </w:pPr>
      <w:r>
        <w:rPr>
          <w:rFonts w:ascii="Times New Roman" w:hAnsi="Times New Roman" w:eastAsia="Times New Roman" w:cs="Times New Roman"/>
        </w:rPr>
        <w:t>«Патшалар, билеушілер және әкімдер өздеріне антихристің таңбасын басқан, әрі олар Құдайдың өсиеттерін сақтайтындармен және Исаның сеніміне ие болғандармен — қасиеттілермен — соғысуға аттанатын айдаһар ретінде бейнеленген». Testimonies to Ministers, 38.</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Яһуда мен Иерусалим туралы Амос ұлы Ишаяның көрген сөзі. Ақырғы күндері Жаратқан Иенің үйі тұрған тау таулардың басына орнатылады және қыраттардан жоғары көтеріледі; оған барлық халықтар ағылады. Көптеген жұрт келіп: «Келіңдер, Жаратқан Иенің тауына, Жақыптың Құдайының үйіне көтерілайық; Ол бізге Өз жолдарын үйретеді, біз Оның соқпақтарымен жүреміз»,— дейді. Өйткені заң Сионнан шығады, ал Жаратқан Иенің сөзі Иерусалимнен таралады.... Сол күні жеті әйел бір еркекке жармасып: «Біз өз нанымызды өзіміз жейміз, өз киімімізді өзіміз киеміз; тек сенің атыңмен аталуға рұқсат ет, қорлығымызды алып таста»,— дейді. Сол күні Жаратқан Иенің бұтағы көркем әрі даңқты болады, ал жердің жемісі Исраилден аман қалғандар үшін асыл да ажарлы болады. Сонда Сионда қалған және Иерусалимде аман қалған әркім, яғни Иерусалимде тірілер қатарына жазылғандардың бәрі, киелі деп аталатын болады: Жаратқан Ие үкім рухымен және өртеп тазарту рухымен Сион қыздарының арамдығын жуып, Иерусалимнің қанын оның ортасынан тазартып кеткен кезде. Ишая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Қырықыншы Сан</dc:title>
  <dc:subject>Соңғы уәде: Жаратқан Иенің күніне дейін Ілиястың рөлін ашып көрсету</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