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сексен тоғызыншы бөлім</w:t>
      </w:r>
    </w:p>
    <w:p>
      <w:pPr>
        <w:pStyle w:val="ArticleSubtitle"/>
        <w:jc w:val="left"/>
      </w:pPr>
      <w:r>
        <w:rPr>
          <w:rFonts w:ascii="Arial" w:hAnsi="Arial" w:eastAsia="Arial" w:cs="Arial"/>
        </w:rPr>
        <w:t>Паниум шайқасының пайғамбарлық өрімі: Жексенбілік заңға кіріспе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2024-04-19</w:t>
      </w:r>
    </w:p>
    <w:p>
      <w:pPr>
        <w:pStyle w:val="ArticleBody"/>
        <w:jc w:val="left"/>
      </w:pPr>
      <w:r>
        <w:rPr>
          <w:rFonts w:ascii="Times New Roman" w:hAnsi="Times New Roman" w:eastAsia="Times New Roman" w:cs="Times New Roman"/>
        </w:rPr>
        <w:t>Паниум шайқасы мәні жағынан рухани соғыс болды. Жексенбілік заңның дәл алдында сегізінші президент — 1989 жылғы ақырзаман уақытында Рональд Рейганнан бергі алтыншы президент, әрі соңғы республикалық президент, әрі ең бай президент, әрі жаһанданудың бүкіл аймағын да қозғауға салатын сол тұлға — діннен тайған протестантизмді бастап, Панның грек дінін, яғни жаһанданудың «woke-измін», жеңеді. Он бірінші және он екінші аяттарда 2014 жылғы Украина соғысынан басталатын тарих он алтыншы аяттағы жексенбілік заңмен аяқталады. Он бесінші аят — Паниум шайқасы, ал Паниум шайқасы үшінші дүниежүзілік соғыс болып табылатын Акций шайқасына алып барады.</w:t>
      </w:r>
    </w:p>
    <w:p>
      <w:pPr>
        <w:pStyle w:val="ArticleBody"/>
        <w:jc w:val="left"/>
      </w:pPr>
      <w:r>
        <w:rPr>
          <w:rFonts w:ascii="Times New Roman" w:hAnsi="Times New Roman" w:eastAsia="Times New Roman" w:cs="Times New Roman"/>
        </w:rPr>
        <w:t>«Ұлы жер сілкінісінің» сағатында, яғни он алтыншы аяттағы жексенбілік заң кезінде, үшінші қасіреттің Исламы Америка Құрама Штаттарына шабуыл жасап, халықтарды ашуландырады және ұлттық күйреуді туғызады. Сол шабуылдың алдында Паний шайқасы болады. Жексенбілік заң кезінде айдаһардың, аңның және жалған пайғамбардың үштік одағы орнатылады.</w:t>
      </w:r>
    </w:p>
    <w:p>
      <w:pPr>
        <w:pStyle w:val="ArticleScripture"/>
        <w:jc w:val="left"/>
      </w:pPr>
      <w:r>
        <w:rPr>
          <w:rFonts w:ascii="Times New Roman" w:hAnsi="Times New Roman" w:eastAsia="Times New Roman" w:cs="Times New Roman"/>
        </w:rPr>
        <w:t>«Құдай заңын бұза отырып, папалықтың орнауын күшпен енгізетін жарлық арқылы біздің ұлтымыз өзін әділдіктен толықтай ажыратады. Протестантизм тұңғиықтың ар жағына қол созып, Рим билігінің қолын ұстаған кезде, ол шыңыраудың үстінен асып, спиритизммен қол алысқан кезде, осы үштаған одақтың ықпалымен еліміз өзін Протестанттық әрі республикалық үкімет ретіндегі Конституциясының әрбір қағидасынан бас тартып, папалық жалғандықтар мен алдаулардың таралуына жағдай жасаған кезде, сол уақытта біз Шайтанның ғажайып әрекет етуінің уақыты келгенін және ақырдың жақын екенін біле аламыз». Testimonies, volume 5, 451.</w:t>
      </w:r>
    </w:p>
    <w:p>
      <w:pPr>
        <w:pStyle w:val="ArticleBody"/>
        <w:jc w:val="left"/>
      </w:pPr>
      <w:r>
        <w:rPr>
          <w:rFonts w:ascii="Times New Roman" w:hAnsi="Times New Roman" w:eastAsia="Times New Roman" w:cs="Times New Roman"/>
        </w:rPr>
        <w:t>Сол сәтте папалықтың өлімге соқтырған жарасы толық айығып, ақырында өз ақырына жетіп, оған ешкім жәрдем етпейінше, ол жоғарғы билігін жүргізеді. Рим үшінші кедергіні жеңген кезде билік жүргізеді; бұл Даниял кітабының сегізінші тарауының тоғызыншы аятында және он бірінші тараудың он алтыншыдан он тоғызына дейінгі аяттарында пұтқа табынушы Рим арқылы бейнеленген. Папалық Рим үш мүйізді жойған кезде, ол мың екі жүз алпыс жыл бойы жоғарғы билік жүргізді; дәл сол сияқты, пұтқа табынушы Рим де б.з.д. 31 жылы Акций шайқасында үшінші кедергі — Мысырды — жеңгеннен кейін үш жүз алпыс жыл бойы жоғарғы билік жүргізді.</w:t>
      </w:r>
    </w:p>
    <w:p>
      <w:pPr>
        <w:pStyle w:val="ArticleBody"/>
        <w:jc w:val="left"/>
      </w:pPr>
      <w:r>
        <w:rPr>
          <w:rFonts w:ascii="Times New Roman" w:hAnsi="Times New Roman" w:eastAsia="Times New Roman" w:cs="Times New Roman"/>
        </w:rPr>
        <w:t>Грамматикада “ium” жұрнағы бір сөздің соңына жалғанып, орын, күй немесе бір нәрсенің жиынтығын білдіретін зат есім жасау үшін қолданылады. Ол, әсіресе химия мен биологияда, техникалық және ғылыми терминдерді қалыптастыруда кеңінен қолданылады. Мысалы: “stadium” спорттық жарыстарға немесе өзге де іс-шараларға арналған орынды білдіреді, “aquarium” су организмдері немесе өсімдіктері көрсету үшін ұсталып тұратын орынды білдіреді, ал “gymnasium” дене жаттығуларына немесе машықтануға арналған орынды білдіреді. Ғылыми терминологияда “ium” көбіне химиялық элементті немесе қосылысты білдіру үшін қолданылады, әсіресе ол элемент немесе қосылыс оқшауланған не ашылған жағдайда. Мысалы: “sodium” Na таңбасымен белгіленетін химиялық элементті білдіреді, “calcium” Ca таңбасымен белгіленетін химиялық элементті білдіреді.</w:t>
      </w:r>
    </w:p>
    <w:p>
      <w:pPr>
        <w:pStyle w:val="ArticleBody"/>
        <w:jc w:val="left"/>
      </w:pPr>
      <w:r>
        <w:rPr>
          <w:rFonts w:ascii="Times New Roman" w:hAnsi="Times New Roman" w:eastAsia="Times New Roman" w:cs="Times New Roman"/>
        </w:rPr>
        <w:t>Пұтқа табынушы Римнің үстем билік жүргізуінің басталуы Акций шайқасында жүзеге асты, ал Паниум шайқасы Акциймен бейнеленген соғысқа есік ашты, өйткені «үстіне жол, үстіне жол» қағидасы бойынша, Акций папалықтың дүниеге қайтадан үстемдікпен билік жүргізетін жексенбілік заңын бейнелейді.</w:t>
      </w:r>
    </w:p>
    <w:p>
      <w:pPr>
        <w:pStyle w:val="ArticleBody"/>
        <w:jc w:val="left"/>
      </w:pPr>
      <w:r>
        <w:rPr>
          <w:rFonts w:ascii="Times New Roman" w:hAnsi="Times New Roman" w:eastAsia="Times New Roman" w:cs="Times New Roman"/>
        </w:rPr>
        <w:t>Актий — теңіз шайқасы, ал Паний — құрлықтағы шайқас; сондықтан осы екі шайқастың байланысы құрлық пен теңізді қамтитын, бүкіл дүниежүзілік шайқасты білдіреді. Ежелгі тарихтағы ең әйгілі теңіз шайқасы — Актий — сондай-ақ дүниежүзілік соғысты бейнелейді, өйткені «сен көрген, жезөкше отырған сулар — халықтар, қалың бұқара, ұлттар мен тілдер». Паний жақын арада келетін жексенбілік заң кезінде саяси соғыспен ұштасқан рухани соғысты білдіреді.</w:t>
      </w:r>
    </w:p>
    <w:p>
      <w:pPr>
        <w:pStyle w:val="ArticleBody"/>
        <w:jc w:val="left"/>
      </w:pPr>
      <w:r>
        <w:rPr>
          <w:rFonts w:ascii="Times New Roman" w:hAnsi="Times New Roman" w:eastAsia="Times New Roman" w:cs="Times New Roman"/>
        </w:rPr>
        <w:t>«Pan» сөзі зат есім ретінде мәнмәтінге қарай бірнеше мағынаға ие, алайда грек мифологиясында Pan — бақташылардың, табындардың, ауылдық музыканың және тағы табиғаттың құдайы. Ол көбіне жартылай адам, жартылай ешкі бейнесіндегі тұлға ретінде суреттеледі және музыка мен табиғатты сүюімен танымал.</w:t>
      </w:r>
    </w:p>
    <w:p>
      <w:pPr>
        <w:pStyle w:val="ArticleScripture"/>
        <w:jc w:val="left"/>
      </w:pPr>
      <w:r>
        <w:rPr>
          <w:rFonts w:ascii="Times New Roman" w:hAnsi="Times New Roman" w:eastAsia="Times New Roman" w:cs="Times New Roman"/>
        </w:rPr>
        <w:t>«Алдаудың ұлы драмасындағы шарықтау шегі болатын іс ретінде, Шайтанның өзі Мәсіхтің бейнесіне енеді. Шіркеу ежелден өз үміттерінің толық жүзеге асуы ретінде Құтқарушының келуіне көз тігіп келді. Енді ұлы алдаушы Мәсіх келгендей етіп көрсетеді. Жердің әртүрлі бөліктерінде Шайтан адамдардың арасында Аян кітабында Жохан Құдай Ұлы туралы берген сипаттамаға ұқсайтын, көз қарықтырарлық нұрға бөленген айбынды болмыс ретінде көрінеді. Аян 1:13–15.» Ұлы Күрес, 624.</w:t>
      </w:r>
    </w:p>
    <w:p>
      <w:pPr>
        <w:pStyle w:val="ArticleBody"/>
        <w:jc w:val="left"/>
      </w:pPr>
      <w:r>
        <w:rPr>
          <w:rFonts w:ascii="Times New Roman" w:hAnsi="Times New Roman" w:eastAsia="Times New Roman" w:cs="Times New Roman"/>
        </w:rPr>
        <w:t>Пан — бақташы-құдай, әрі шынайы Бағушының кейпіне енеді. Шайтанның Мәсіхке еліктеуі жексенбілік заңнан басталады, өйткені «жарлық» шыққанда, біз сонда «Шайтанның таңғажайып әрекетінің уақыты келгенін және ақырдың жақын екенін» біле аламыз.</w:t>
      </w:r>
    </w:p>
    <w:p>
      <w:pPr>
        <w:pStyle w:val="ArticleBody"/>
        <w:jc w:val="left"/>
      </w:pPr>
      <w:r>
        <w:rPr>
          <w:rFonts w:ascii="Times New Roman" w:hAnsi="Times New Roman" w:eastAsia="Times New Roman" w:cs="Times New Roman"/>
        </w:rPr>
        <w:t>“Pan” сөзі сондай-ақ қуыруға, пісіруге немесе тағам әзірлеуге қолданылатын, жиегі кең, тайыз асүй ыдысын да білдіруі мүмкін. Соңғы соғыс рухани Иерусалимнің төңірегінде шоғырланады; ол — ту ретінде көтерілген қасиетті тау әрі әлі де Вавилонда жүрген Құдайдың басқа отары қашып баратын тау. Сол уақытта барлық халықтар рухани Иерусалимге қарсы келеді, ал ол “тостаған” (pan) ретінде айқындалады.</w:t>
      </w:r>
    </w:p>
    <w:p>
      <w:pPr>
        <w:pStyle w:val="ArticleScripture"/>
        <w:jc w:val="left"/>
      </w:pPr>
      <w:r>
        <w:rPr>
          <w:rFonts w:ascii="Times New Roman" w:hAnsi="Times New Roman" w:eastAsia="Times New Roman" w:cs="Times New Roman"/>
        </w:rPr>
        <w:t>Жаратқан Иенің Исраил туралы сөзіне түскен ауыр жүк былай дейді: көктерді керіп жайған, жердің негізін қалаған, адамның рухын өз ішінде жаратқан Жаратқан Ие: Міне, Мен Иерусалимді оны қоршаған барлық халықтар үшін қалтырататын тостаған етемін; Яһуда мен Иерусалимге қарсы қоршау болған кезде де солай болады. Сол күні Мен Иерусалимді барлық халықтар үшін ауыр тас етемін: оны көтермек болғандардың бәрі быт-шыт болады, жер бетіндегі барлық халықтар оған қарсы жиналса да. Зәкәрия 12:1-3.</w:t>
      </w:r>
    </w:p>
    <w:p>
      <w:pPr>
        <w:pStyle w:val="ArticleBody"/>
        <w:jc w:val="left"/>
      </w:pPr>
      <w:r>
        <w:rPr>
          <w:rFonts w:ascii="Times New Roman" w:hAnsi="Times New Roman" w:eastAsia="Times New Roman" w:cs="Times New Roman"/>
        </w:rPr>
        <w:t>Иерусалим де қазан болып табылады, өйткені бұл — оқиға жүзеге асырылатын таба. «Қазан» — ас пісіретін ыдыс.</w:t>
      </w:r>
    </w:p>
    <w:p>
      <w:pPr>
        <w:pStyle w:val="ArticleScripture"/>
        <w:jc w:val="left"/>
      </w:pPr>
      <w:r>
        <w:rPr>
          <w:rFonts w:ascii="Times New Roman" w:hAnsi="Times New Roman" w:eastAsia="Times New Roman" w:cs="Times New Roman"/>
        </w:rPr>
        <w:t>Сонда Ол маған былай деді: «Адам ұлы, осы қалада зұлымдық ойластырып, арам кеңес беретіндер — осылар. Олар: “Бұл уақыт жақын емес; үйлер салайық; бұл қала — қазан, ал біз — етпіз”,— дейді. Сондықтан оларға қарсы пайғамбарлық ет, пайғамбарлық ет, ей, адам ұлы». Сонда Жаратқан Иенің Рухы үстіме түсіп, маған былай деді: «Сөйле; Жаратқан Ие былай дейді: “Уа, Исраил үйі, сендер осылай дедіңдер; әрі әрқайсыңның ойларыңнан не шығатынын Мен білемін. Сендер осы қалада өлтірілгендерді көбейттіңдер, оның көшелерін өлгендерге толтырдыңдар. Сондықтан Құдай Ие былай дейді: Сендер оның ортасына жайғастырған өлтірілгендер — солар ет, ал бұл қала — қазан; бірақ Мен сендерді оның ортасынан алып шығамын. Сендер семсерден қорықтыңдар; ал Мен сендердің үсттеріңе семсер түсіремін,— дейді Құдай Ие. Мен сендерді оның ортасынан алып шығып, жат адамдардың қолына тапсырамын және араларыңда сот үкімдерін орындаймын. Семсерден құлайсыңдар; Мен сендерді Исраил шекарасында соттаймын; сонда Менің Жаратқан Ие екенімді білетін боласыңдар. Бұл қала сендерге қазан болмайды, әрі сендер оның ортасындағы ет болмайсыңдар; бірақ Мен сендерді Исраил шекарасында соттаймын. Сонда Менің Жаратқан Ие екенімді білетін боласыңдар; өйткені сендер Менің жарлықтарым бойынша жүрген жоқсыңдар, үкімдерімді орындамадыңдар, қайта айналаларыңдағы басқа халықтардың әдеттері бойынша істедіңдер”». Езекиел 11:2–12.</w:t>
      </w:r>
    </w:p>
    <w:p>
      <w:pPr>
        <w:pStyle w:val="ArticleBody"/>
        <w:jc w:val="left"/>
      </w:pPr>
      <w:r>
        <w:rPr>
          <w:rFonts w:ascii="Times New Roman" w:hAnsi="Times New Roman" w:eastAsia="Times New Roman" w:cs="Times New Roman"/>
        </w:rPr>
        <w:t>Ағылшын тілінде префикс ретінде қолданылатын “pan” «әмбебап», «бәрі» немесе «тұтас қамтитын» дегенді білдіреді. Мысалы, “panorama” белгілі бір аймақтың кең немесе жан-жақты көрінісін білдіреді, “pantheism” ғаламның құдайлық екеніне деген сенімді білдіреді, ал “Pan-American” Америка құрлықтарындағы барлық елдерді қамтитын нәрсеге қатысты айтылады. Сондықтан “pan” бүкіләлемдік соғысты білдіреді.</w:t>
      </w:r>
    </w:p>
    <w:p>
      <w:pPr>
        <w:pStyle w:val="ArticleScripture"/>
        <w:jc w:val="left"/>
      </w:pPr>
      <w:r>
        <w:rPr>
          <w:rFonts w:ascii="Times New Roman" w:hAnsi="Times New Roman" w:eastAsia="Times New Roman" w:cs="Times New Roman"/>
        </w:rPr>
        <w:t>«Шайтан адамдардың санасын болмашы мәселелермен бұрып әкетуде, мұның мақсаты — олардың аса зор маңызы бар істерді айқын да анық көре алмауы. Жау дүниені торына түсіруді жоспарлап отыр.»</w:t>
      </w:r>
    </w:p>
    <w:p>
      <w:pPr>
        <w:pStyle w:val="ArticleScripture"/>
        <w:jc w:val="left"/>
      </w:pPr>
      <w:r>
        <w:rPr>
          <w:rFonts w:ascii="Times New Roman" w:hAnsi="Times New Roman" w:eastAsia="Times New Roman" w:cs="Times New Roman"/>
        </w:rPr>
        <w:t>«Христиан әлемі» деп аталатын дүние ұлы әрі шешуші оқиғалардың сахнасына айналуға тиіс. Билік басындағы адамдар папалықтың үлгісі бойынша ар-ожданды бақылауға алатын заңдар шығаратын болады. Бабыл барлық халықтарға өзінің азғындығының қаһарлы шарабын ішкізеді. Әрбір ұлт бұған тартылатын болады. Selected Messages, 3-кітап, 392.</w:t>
      </w:r>
    </w:p>
    <w:p>
      <w:pPr>
        <w:pStyle w:val="ArticleBody"/>
        <w:jc w:val="left"/>
      </w:pPr>
      <w:r>
        <w:rPr>
          <w:rFonts w:ascii="Times New Roman" w:hAnsi="Times New Roman" w:eastAsia="Times New Roman" w:cs="Times New Roman"/>
        </w:rPr>
        <w:t>«act» сөзі зат есім ретінде «заң шығарушы орган қабылдаған ресми жазбаша шешім немесе заң» дегенді білдіреді.</w:t>
      </w:r>
    </w:p>
    <w:p>
      <w:pPr>
        <w:pStyle w:val="ArticleScripture"/>
        <w:jc w:val="left"/>
      </w:pPr>
      <w:r>
        <w:rPr>
          <w:rFonts w:ascii="Times New Roman" w:hAnsi="Times New Roman" w:eastAsia="Times New Roman" w:cs="Times New Roman"/>
        </w:rPr>
        <w:t>«Біздің халқымыз өз үкіметінің қағидаларын жексенбілік заң шығару үшін осылайша теріске шығарған кезде, осы әрекеті арқылы протестантизм папалықпен қол ұстасады». Testimonies, 5-том, 712.</w:t>
      </w:r>
    </w:p>
    <w:p>
      <w:pPr>
        <w:pStyle w:val="ArticleBody"/>
        <w:jc w:val="left"/>
      </w:pPr>
      <w:r>
        <w:rPr>
          <w:rFonts w:ascii="Times New Roman" w:hAnsi="Times New Roman" w:eastAsia="Times New Roman" w:cs="Times New Roman"/>
        </w:rPr>
        <w:t>Христиан деп аталатын әлем — ұлы әрекеттердің, яғни актілердің сахнасы, және әрбір ұлт (pan) оған қатысатын болады. “Акт” сөзі сондай-ақ пьесаның, фильмнің немесе өзге де қойылымның белгілі бір оқиғалар не әрекеттер жиынтығымен сипатталатын бөлігін немесе сегментін білдіре алады. “Act” сөзі етістік ретінде белгілі бір әрекетті орындау немесе өзін белгілі бір түрде ұстау дегенді білдіреді. Сондай-ақ ол пьесада немесе фильмде ойнау сияқты кейіп танытуды немесе рөл атқаруды да білдіре алады.</w:t>
      </w:r>
    </w:p>
    <w:p>
      <w:pPr>
        <w:pStyle w:val="ArticleScripture"/>
        <w:jc w:val="left"/>
      </w:pPr>
      <w:r>
        <w:rPr>
          <w:rFonts w:ascii="Times New Roman" w:hAnsi="Times New Roman" w:eastAsia="Times New Roman" w:cs="Times New Roman"/>
        </w:rPr>
        <w:t>«Дүние — театр. Оның тұрғындары болып табылатын актерлер соңғы ұлы драмадағы өз рөлдерін ойнауға әзірленіп жатыр. Құдай назардан тыс қалып отыр. Адамзаттың ұлы көпшілігінің арасында, адамдар өзімшіл мақсаттарын жүзеге асыру үшін одақ құрған жағдайдан басқа, бірлік жоқ. Құдай бәрін көріп тұр. Өзінің бүлікшіл қоластындағыларына қатысты Оның ниеттері орындалады. Құдай абыржу мен тәртіпсіздік күштерінің бір мезгіл үстемдік етуіне жол беріп отырғанымен, дүние адамдардың қолына берілген жоқ. Төменнен шыққан бір күш драмадағы соңғы ұлы көріністерді жүзеге асыру үшін әрекет етіп жатыр,—Шайтан Мәсіх кейпінде келіп, жасырын қоғамдарға өздерін байлап отырғандардың арасында әділетсіздіктің алдаушылығының барлық түрімен әрекет етуде. Одақтасуға деген құмарлыққа беріліп жүргендер жаудың жоспарларын іске асырып жатыр. Себептің соңынан салдар ереді.»</w:t>
      </w:r>
    </w:p>
    <w:p>
      <w:pPr>
        <w:pStyle w:val="ArticleScripture"/>
        <w:jc w:val="left"/>
      </w:pPr>
      <w:r>
        <w:rPr>
          <w:rFonts w:ascii="Times New Roman" w:hAnsi="Times New Roman" w:eastAsia="Times New Roman" w:cs="Times New Roman"/>
        </w:rPr>
        <w:t>«Қылмыс шегіне дерлік жетті. Әлемді абыржу жайлап алды, әрі жуырда адамзатқа зор үрей төнбек. Ақыр өте жақын. Ақиқатты білетін біздер көп ұзамай әлемге бәрін басып озар тосыннан төнетін нәрсеге дайындалып жүруіміз керек.» Review and Herald, September 10, 1903.</w:t>
      </w:r>
    </w:p>
    <w:p>
      <w:pPr>
        <w:pStyle w:val="ArticleBody"/>
        <w:jc w:val="left"/>
      </w:pPr>
      <w:r>
        <w:rPr>
          <w:rFonts w:ascii="Times New Roman" w:hAnsi="Times New Roman" w:eastAsia="Times New Roman" w:cs="Times New Roman"/>
        </w:rPr>
        <w:t>Паниум мен Актиум үшінші дүниежүзілік соғысты бейнелейді. Сол соғыста грек ешкі-құдайы Пан арқылы көрсетілгендей, табиғаттан тыс көріністер болады. Бұл соғыс жексенбілік заңның «әрекет» ретінде күшпен енгізілуімен байланысты болады. Және бұл соғыс «ұлы драманың соңғы көріністері» деп айқындалады, өйткені ол жексенбілік заңнаманы күштеп енгізудің құқықтық әрекеті ғана емес, сонымен бірге адамзатқа берілген сынақ мерзімінің соңғы сағаттарындағы Ізгі хабар драмасының шарықтау шегі де болып табылады. Даниял кітабының он бірінші тарауының он алтыншы аятында, Паниум мен Актиум пайғамбарлық тұрғыдан тоғысатын шайқастың алдында, Құдайдың ақырғы күндердегі әскері әлдеқашан көтеріліп қойылатын болады, ал олардың байрағы, яғни туы, сол кезде көтеріледі. «Ту» сөзінің негізгі мағынасы — әскердің байрағы.</w:t>
      </w:r>
    </w:p>
    <w:p>
      <w:pPr>
        <w:pStyle w:val="ArticleBody"/>
        <w:jc w:val="left"/>
      </w:pPr>
      <w:r>
        <w:rPr>
          <w:rFonts w:ascii="Times New Roman" w:hAnsi="Times New Roman" w:eastAsia="Times New Roman" w:cs="Times New Roman"/>
        </w:rPr>
        <w:t>Act пен Pan — Actium мен Panium, әрі Ғажайып Лингвист екі шайқастың да географиясын, атауларын және тарихын басқарды, өйткені бұл — жуық арада келетін жексенбілік заңның дәл алдындағы тарих. Panium шайқасы б.з.д. 200 жылы болды, ал он алтыншы аят Римнің б.з.д. 63 жылы Иерусалимді жаулап алғанын айқындайды.</w:t>
      </w:r>
    </w:p>
    <w:p>
      <w:pPr>
        <w:pStyle w:val="ArticleBody"/>
        <w:jc w:val="left"/>
      </w:pPr>
      <w:r>
        <w:rPr>
          <w:rFonts w:ascii="Times New Roman" w:hAnsi="Times New Roman" w:eastAsia="Times New Roman" w:cs="Times New Roman"/>
        </w:rPr>
        <w:t>Соңғы күндердегі б.з.д. 200 жылдан б.з.д. 63 жылға дейінгі кезеңмен бейнеленген тарихтың аралығында Америка Құрама Штаттарында аңның бейнесінің қалыптасуы жүзеге асады; бұл б.з.д. 161 жылдан б.з.д. 158 жылға дейінгі тарихпен бейнеленген. Америка Құрама Штаттарында аңның бейнесін орнатудың соңғы қозғалыстары орын алатын кезеңнің алдында б.з.д. 167 жылғы Модеин көтерілісімен бейнеленген бір оқиға болады. Бұл көтеріліс Грекияның күштеп таңылған дініне қарсы көтеріліспен алдын ала бейнеленген, әрі ол б.з.д. 164 жылғы ғибадатхананың қайта бағышталуымен бейнеленген бір межелік белгіге алып келеді.</w:t>
      </w:r>
    </w:p>
    <w:p>
      <w:pPr>
        <w:pStyle w:val="ArticleBody"/>
        <w:jc w:val="left"/>
      </w:pPr>
      <w:r>
        <w:rPr>
          <w:rFonts w:ascii="Times New Roman" w:hAnsi="Times New Roman" w:eastAsia="Times New Roman" w:cs="Times New Roman"/>
        </w:rPr>
        <w:t>Б.з.д. 164 жыл иудаизмде бір күнге ғана жететін қасиетті майдың сегіз күнге созылған кереметі үшін еске алынады. Сондықтан б.з.д. 161 жылдан бұрын тұрған б.з.д. 164 жыл Құдайдың жолынан тайған халқы үшін жүзеге асырылған шайтандық кереметті айқындайды. Бұл керемет бір күннің сегіз күнді туғызуы ретінде бейнеленеді, ал сол алғашқы күннің майы бүкіл сегіз күнге жеткен нәрсе болды. Бұл керемет жетеудің құрамындағы бір бөлікке қатысты жүзеге асырылды, әрі осы waymark нақ «жетінің ішінен шыққан сегізіншінің» жұмбағы діннен тайған Республикалық мүйізге де, діннен тайған Протестанттық мүйізге де қатысты орындалып жатқан тарихтың өз ішінде қойылған.</w:t>
      </w:r>
    </w:p>
    <w:p>
      <w:pPr>
        <w:pStyle w:val="ArticleBody"/>
        <w:jc w:val="left"/>
      </w:pPr>
      <w:r>
        <w:rPr>
          <w:rFonts w:ascii="Times New Roman" w:hAnsi="Times New Roman" w:eastAsia="Times New Roman" w:cs="Times New Roman"/>
        </w:rPr>
        <w:t>Жақында енгізілетін жексенбілік заңның алдында шайтандық кереметтердің көрініс беруі грек құдайы Панмен байланысты. Паний шайқасы Трамп пен діннен тайған протестантизм тарапынан жүргізіліп, жеңіске жеткен кезде, «Пандораның жәшігі» ашылған болады, сонда адамзатқа жіберілетін қиыншылықтарды шешудің ешбір жолы қалмайды, өйткені «адамзаттың басына жуырда зор үрей төнбек. Ақыр өте жақын. Ақиқатты білетін біздер жуырда дүниеге кенеттен, сұрапыл тосындықтай төнетін нәрсеге дайындалуымыз керек».</w:t>
      </w:r>
    </w:p>
    <w:p>
      <w:pPr>
        <w:pStyle w:val="ArticleBody"/>
        <w:jc w:val="left"/>
      </w:pPr>
      <w:r>
        <w:rPr>
          <w:rFonts w:ascii="Times New Roman" w:hAnsi="Times New Roman" w:eastAsia="Times New Roman" w:cs="Times New Roman"/>
        </w:rPr>
        <w:t>Жүз қырық төрт мың — Иса Мәсіхтің Аянын ашу арқылы берілген Құдай Сөзінің киелі етуші күшімен мөрленгендер. Сол Аян ақиқаттың бірнеше нақты желілерін қамтиды және Исаның кім екенін киелі етіп үйрететін тәлім береді. Құдай Сөзі ретінде, Ол — адамзаттың бүкіл тілін билеп-төстеген Ғажайып Тілтанушы, өйткені Бабыл мұнарасында абыржуды жаудырғанда, әртүрлі тілдерді Өз құдіреті арқылы сол тудырды. Ол — Өз Сөзінде баяндалған сандардың ішінде әрі бүкіл жаратылысының аясында құпияларды жасырған Ғажайып Есептеуші. Ол тарихты басқаратын Ие, өйткені тарих — “His”-story. Ол жерді жаратты, Топан судан кейін жер шарының географиялық пішінін де басқарды, сондықтан Оның Сөзінде кездесетін “ақиқаттарды” құрайтын түрлі пайғамбарлық географияларды да Ол белгілеген. Жүз қырық төрт мың, өзге мағыналармен қатар, Оның барлық нәрсені жаратқанына сенім танытатындарды білдіреді.</w:t>
      </w:r>
    </w:p>
    <w:p>
      <w:pPr>
        <w:pStyle w:val="ArticleScripture"/>
        <w:jc w:val="left"/>
      </w:pPr>
      <w:r>
        <w:rPr>
          <w:rFonts w:ascii="Times New Roman" w:hAnsi="Times New Roman" w:eastAsia="Times New Roman" w:cs="Times New Roman"/>
        </w:rPr>
        <w:t>Әуел баста Сөз бар еді, Сөз Құдаймен бірге еді, әрі Сөз Құдай еді. Ол әуел баста Құдаймен бірге болды. Барлық нәрсе Ол арқылы жаратылды; жаратылғанның бірде-бірі Онсыз жаратылған жоқ. Жохан 1:1–3.</w:t>
      </w:r>
    </w:p>
    <w:p>
      <w:pPr>
        <w:pStyle w:val="ArticleBody"/>
        <w:jc w:val="left"/>
      </w:pPr>
      <w:r>
        <w:rPr>
          <w:rFonts w:ascii="Times New Roman" w:hAnsi="Times New Roman" w:eastAsia="Times New Roman" w:cs="Times New Roman"/>
        </w:rPr>
        <w:t>Пандораның жәшігі туралы хикая — ежелгі грек мифологиясындағы миф. Ол негізінен грек ақыны Гесиодтың «Еңбектер мен күндер» атты шығармасында және басқа да әртүрлі классикалық дереккөздерде баяндалады. Бұл, анық, Хауа ананың Едем бағындағы тәжірибесінің парафразасы. «Пандора» атауы ежелгі грек мифологиясынан шыққан. Ол грек тіліндегі «pan» — «бәрі», «dora» — «сыйлар» деген сөздерден туындаған. Пандора «барлық сыйларға ие» дегенді білдіреді. Хауа — қауымның символы, ал барлық сыйлар Құдайдың қауымының ішінде табылады.</w:t>
      </w:r>
    </w:p>
    <w:p>
      <w:pPr>
        <w:pStyle w:val="ArticleBody"/>
        <w:jc w:val="left"/>
      </w:pPr>
      <w:r>
        <w:rPr>
          <w:rFonts w:ascii="Times New Roman" w:hAnsi="Times New Roman" w:eastAsia="Times New Roman" w:cs="Times New Roman"/>
        </w:rPr>
        <w:t>Грек мифологиясында Пандора — құдайлар жаратқан алғашқы өлімді әйел. Миф бойынша, ол адамзатты жазалау жоспарының бір бөлігі ретінде құдайлардың патшасы Зевстің әмірімен Гефест тарапынан жасалды. Құдайлардың әрқайсысы Пандораға сыйлар берді, соның ішінде сұлулық, әсемдік, ақыл және тартымдылық болды. Зевс оған бір құмыра берді (кейінгі баяндауларда ол сандыққа айналды) және ешбір жағдайда оны ашпауға бұйырды. Хауаға «Бақтың ортасындағы ағаштан» басқа барлық ағаштың жемісін жеуге болатыны айтылды.</w:t>
      </w:r>
    </w:p>
    <w:p>
      <w:pPr>
        <w:pStyle w:val="ArticleBody"/>
        <w:jc w:val="left"/>
      </w:pPr>
      <w:r>
        <w:rPr>
          <w:rFonts w:ascii="Times New Roman" w:hAnsi="Times New Roman" w:eastAsia="Times New Roman" w:cs="Times New Roman"/>
        </w:rPr>
        <w:t>Қызығушылық жеңіп, ақырында Пандора азғыруға бой алдырып, құмыраны ашты. Ол солай еткенде, бұған дейін оның ішінде ұсталып келген барлық жамандық, азап пен ауру дүниеге босап шығып, адамзат арасына қасірет пен қайғы-құса таратты. Алайда құмыраның ішінде бір нәрсе қалды: үміт. Мифтің кейбір нұсқаларында Пандора құмыраны тез жауып, үміттің сыртқа шығуына жол бермейді, ал басқа нұсқаларында үміт те сыртқа шығып, қиыншылыққа қарсы тұрған адамзатқа аз да болса үміт сәулесі мен төзімділік береді.</w:t>
      </w:r>
    </w:p>
    <w:p>
      <w:pPr>
        <w:pStyle w:val="ArticleBody"/>
        <w:jc w:val="left"/>
      </w:pPr>
      <w:r>
        <w:rPr>
          <w:rFonts w:ascii="Times New Roman" w:hAnsi="Times New Roman" w:eastAsia="Times New Roman" w:cs="Times New Roman"/>
        </w:rPr>
        <w:t>Паний шайқасы жуық арада келетін жексенбілік заңда Актиум шайқасымен тоғысады, ал жуық арада келетін жексенбілік заң Едем бағындағы сынақ арқылы бейнеленген еді. Бақтағы сынақ тек Адам мен Хауаға ғана қатысты болды, бірақ соңғы күндерде бұл сынақ бүкіл әлемдегі барша адамзаттың алдында тұруы керек еді. Бақта Құдай Сөзіне сену не сенбеу жөніндегі алғашқы сынақ жексенбілік заңның ақырғы сынағын бейнелейді. Хауа сол алғашқы сынақтан сүрінді де, Пандора туралы аңызда бейнеленгеніндей, адамзаттың үстіне қасірет қақпаларын айқара ашты.</w:t>
      </w:r>
    </w:p>
    <w:p>
      <w:pPr>
        <w:pStyle w:val="ArticleBody"/>
        <w:jc w:val="left"/>
      </w:pPr>
      <w:r>
        <w:rPr>
          <w:rFonts w:ascii="Times New Roman" w:hAnsi="Times New Roman" w:eastAsia="Times New Roman" w:cs="Times New Roman"/>
        </w:rPr>
        <w:t>Паниум шайқасы Актиум шайқасымен қосылған кезде, Едем бағында бейнеленген сынақ бүкіл адамзаттың алдына ашылады. Сонда әлем үшін ұсынылатын үміт — бүкіл дүниенің (панорама) көруі үшін көтерілетін ту.</w:t>
      </w:r>
    </w:p>
    <w:p>
      <w:pPr>
        <w:pStyle w:val="ArticleScripture"/>
        <w:jc w:val="left"/>
      </w:pPr>
      <w:r>
        <w:rPr>
          <w:rFonts w:ascii="Times New Roman" w:hAnsi="Times New Roman" w:eastAsia="Times New Roman" w:cs="Times New Roman"/>
        </w:rPr>
        <w:t>Уа, дүниенің барлық тұрғындары және жер бетінде мекендеушілер, Ол таулардың үстіне жалау көтергенде, соған қараңдар; әрі керней тартылғанда, соны тыңдаңдар. Ишая 18:3.</w:t>
      </w:r>
    </w:p>
    <w:p>
      <w:pPr>
        <w:pStyle w:val="ArticleBody"/>
        <w:jc w:val="left"/>
      </w:pPr>
      <w:r>
        <w:rPr>
          <w:rFonts w:ascii="Times New Roman" w:hAnsi="Times New Roman" w:eastAsia="Times New Roman" w:cs="Times New Roman"/>
        </w:rPr>
        <w:t>Біз бұл зерттеуді келесі мақалада жалғастырамыз.</w:t>
      </w:r>
    </w:p>
    <w:p>
      <w:pPr>
        <w:pStyle w:val="ArticleScripture"/>
        <w:jc w:val="left"/>
      </w:pPr>
      <w:r>
        <w:rPr>
          <w:rFonts w:ascii="Times New Roman" w:hAnsi="Times New Roman" w:eastAsia="Times New Roman" w:cs="Times New Roman"/>
        </w:rPr>
        <w:t>«Дүние — театр; ал оның тұрғындары — соңғы ұлы драмада өз рөлдерін атқаруға әзірленіп жатқан актерлер. Адамзаттың қалың бұқарасы арасында, адамдар өзімшіл мақсаттарын жүзеге асыру үшін одақтасатын жағдайдан басқа, бірлік жоқ. Құдай бақылап тұр. Өзінің бүлікшіл қарамағындағы адамдарға қатысты Оның ниеттері орындалады. Құдай біраз уақытқа абыржу мен ретсіздік күштерінің үстемдік етуіне жол беріп отырғанымен, дүние адамдардың қолына берілген жоқ. Төменнен шыққан бір күш драмадағы соңғы ұлы көріністерді жүзеге асыру үшін әрекет етіп жатыр, — Шайтан Мәсіх болып келіп, жасырын қоғамдарға бірігіп жатқан адамдардың арасында әділетсіздіктің барша алдамшылығымен әрекет етуде. Одақтасуға деген құмарлыққа беріліп жүргендер жаудың жоспарларын жүзеге асырып жатыр. Себептің соңынан салдар ілеседі.»</w:t>
      </w:r>
    </w:p>
    <w:p>
      <w:pPr>
        <w:pStyle w:val="ArticleScripture"/>
        <w:jc w:val="left"/>
      </w:pPr>
      <w:r>
        <w:rPr>
          <w:rFonts w:ascii="Times New Roman" w:hAnsi="Times New Roman" w:eastAsia="Times New Roman" w:cs="Times New Roman"/>
        </w:rPr>
        <w:t>«Бұл хабар ешқашан бүгінгідей зор күшпен қолданылған емес. Дүние барған сайын Құдайдың талаптарын түкке тұрғысыз етіп жатыр. Адамдар күнә жасауға батыл болып кетті. Жер тұрғындарының зұлымдығы өздерінің заңсыздық өлшемін дерлік толтырып болды. Бұл жер Құдайдың жойғышқа өз еркін оның үстінде жүзеге асыруға жол беретін шекке дерлік жетті. Адамдардың заңдарын Құдай заңының орнына қою, Киелі кітаптағы сенбі күнінің орнына жексенбіні тек адами билікпен жоғары көтеру — осы драманың соңғы әрекеті. Бұл алмастыру жалпыға бірдей болған кезде, Құдай Өзін ашып көрсетеді. Ол жерді қатты сілкіндіру үшін Өзінің ұлылығымен көтеріледі. Ол дүние тұрғындарын өздерінің заңсыздығы үшін жазалау үшін Өз орнынан шығады; сонда жер төгілген қанын әшкерелейді де, енді өлтірілгендерін жасырмайды.»</w:t>
      </w:r>
    </w:p>
    <w:p>
      <w:pPr>
        <w:pStyle w:val="ArticleScripture"/>
        <w:jc w:val="left"/>
      </w:pPr>
      <w:r>
        <w:rPr>
          <w:rFonts w:ascii="Times New Roman" w:hAnsi="Times New Roman" w:eastAsia="Times New Roman" w:cs="Times New Roman"/>
        </w:rPr>
        <w:t>«Біз дәуірлер дағдарысының табалдырығында тұрмыз. Құдайдың үкімдері бірінің артынан бірі тез арада келеді, — от, және топан су, және жер сілкінісі, сонымен бірге соғыс пен қантөгіс. Осы уақытта ұлы да шешуші оқиғаларға таңданбауға тиіспіз; өйткені мейірім періштесі тәубеге келмегендерді қалқалап тұру үшін енді көп ұзақ қала алмайды.</w:t>
      </w:r>
    </w:p>
    <w:p>
      <w:pPr>
        <w:pStyle w:val="ArticleScripture"/>
        <w:jc w:val="left"/>
      </w:pPr>
      <w:r>
        <w:rPr>
          <w:rFonts w:ascii="Times New Roman" w:hAnsi="Times New Roman" w:eastAsia="Times New Roman" w:cs="Times New Roman"/>
        </w:rPr>
        <w:t>«Дағдарыс бізге бірте-бірте таяп келеді. Күн көкте нұрын төгіп, өзінің әдеттегі айналымын жалғастыруда, ал аспан әлі де Құдайдың ұлылығын паш етуде. Адамдар әлі де ішіп-жеп, егіп, үй салып, үйленіп, күйеуге тиіп жатыр. Саудагерлер әлі де сатып алып, сатып сатуда. Адамдар әлі де бірін-бірі итермелеп, ең жоғары орын үшін таласуда. Ләззатқұмарлар әлі де театрларға, ат жарыстарына, құмар ойын орындарына ағылуда. Ең жоғары қозу белең алып тұр, алайда сынақ мерзімінің уақыты тез жабылып келеді, әрі әрбір істің мәңгілік шешімі шығарылмақ. Шайтан өз уақытының аз қалғанын көреді. Ол адамдар алдануы, адастырылуы, әуре-сарсаңға түсуі және еліктіріліп, сынақ мерзімінің күні аяқталғанша, ал рақым есігі мәңгіге жабылғанша, барша айла-құралдарын іске қосты.»</w:t>
      </w:r>
    </w:p>
    <w:p>
      <w:pPr>
        <w:pStyle w:val="ArticleScripture"/>
        <w:jc w:val="left"/>
      </w:pPr>
      <w:r>
        <w:rPr>
          <w:rFonts w:ascii="Times New Roman" w:hAnsi="Times New Roman" w:eastAsia="Times New Roman" w:cs="Times New Roman"/>
        </w:rPr>
        <w:t>«Заңсыздық дерлік шегіне жетті. Дүниені абыржу жайлап алды, және көп ұзамай адамзаттың басына зор үрей төнбек. Соңы тым жақын. Біз, ақиқатты білетіндер, жуырда дүниенің үстіне сұрапыл тосындықтай төніп келетін нәрсеге дайындалып жүруіміз керек. »</w:t>
      </w:r>
    </w:p>
    <w:p>
      <w:pPr>
        <w:pStyle w:val="ArticleScripture"/>
        <w:jc w:val="left"/>
      </w:pPr>
      <w:r>
        <w:rPr>
          <w:rFonts w:ascii="Times New Roman" w:hAnsi="Times New Roman" w:eastAsia="Times New Roman" w:cs="Times New Roman"/>
        </w:rPr>
        <w:t>«Заңсыздық үстемдік еткен осы заманда біз соңғы ұлы дағдарыстың таяп қалғанын біле аламыз. Құдайдың заңына қарсы шығу дерлік бүкіл әлемге жайылғанда, Оның халқы өзге адамдар тарапынан қысым көріп, қасірет шеккен кезде, Жаратқан Ие араласады.</w:t>
      </w:r>
    </w:p>
    <w:p>
      <w:pPr>
        <w:pStyle w:val="ArticleScripture"/>
        <w:jc w:val="left"/>
      </w:pPr>
      <w:r>
        <w:rPr>
          <w:rFonts w:ascii="Times New Roman" w:hAnsi="Times New Roman" w:eastAsia="Times New Roman" w:cs="Times New Roman"/>
        </w:rPr>
        <w:t>«Біз ұлы әрі салтанатты оқиғалардың табалдырығында тұрмыз. Пайғамбарлықтар орындалып жатыр. Аспан кітаптарында таңғаларлық, тағдырлы тарих жазылып жатыр. Біздің дүниеміздегі барлық нәрсе толқуда. Соғыстар бар, және соғыс қауесеттері бар. Халықтар қаһарлануда, әрі өлілердің сотталатын уақыты келді. Оқиғалар Құдайдың асыға жақындап келе жатқан күнін тудыру үшін өзгеріп жатыр. Енді, былайша айтқанда, уақыттың бір ғана сәті қалғандай. Бірақ қазірдің өзінде ұлт ұлтқа қарсы, патшалық патшалыққа қарсы көтеріліп жатқанымен, әзірге жалпыға бірдей қақтығыс жоқ. Төрт жел Құдайдың қызметшілерінің маңдайларына мөр басылғанға дейін әлі де ұсталып тұр. Сонда жердің күштері соңғы ұлы шайқас үшін өз әскерлерін сапқа тұрғызатын болады». Christian Service, 50, 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сексен тоғызыншы бөлім</dc:title>
  <dc:subject>Паниум шайқасының пайғамбарлық өрімі: Жексенбілік заңға кіріспе</dc:subject>
  <dc:creator>Jeff Pippenger</dc:creator>
  <cp:keywords/>
  <dc:description>Generated by ArticleDigger from daniel\189_daniel.json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