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бірінші</w:t>
      </w:r>
    </w:p>
    <w:p>
      <w:pPr>
        <w:pStyle w:val="ArticleSubtitle"/>
        <w:jc w:val="left"/>
      </w:pPr>
      <w:r>
        <w:rPr>
          <w:rFonts w:ascii="Arial" w:hAnsi="Arial" w:eastAsia="Arial" w:cs="Arial"/>
        </w:rPr>
        <w:t>Даниял 11-тараудың пайғамбарлық тоқымасы: Трамп дәуірінің күрделіліктерін және жексенбілік заңға кіріспені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Дұрыс түсінілгенде, Даниял кітабының он бірінші тарауының оныншы аятынан жиырма үшінші аятына дейінгі барлық аяттар сол тараудағы қырқыншы аяттың жасырын тарихымен толық сәйкес келеді. Қырқыншы аят 1989 жылдан бастап қырық бірінші аятқа дейінгі тарихты қамтиды. Он бірінші тараудың бірінші және екінші аяттары 1989 жылдан басталып, Дональд Трамптың 2015 жылғы президенттікке алғашқы науқанынан бастап 2020 жылға дейінгі кезеңді, яғни сайлаудың атеизмнің аңымен Трамптан ұрланған кезін анық көрсетеді. Бұл екі аят Трамп «Грекияның бүкіл патшалығын көтергенде» басталатын күресті айқындайды.</w:t>
      </w:r>
    </w:p>
    <w:p>
      <w:pPr>
        <w:pStyle w:val="ArticleBody"/>
        <w:jc w:val="left"/>
      </w:pPr>
      <w:r>
        <w:rPr>
          <w:rFonts w:ascii="Times New Roman" w:hAnsi="Times New Roman" w:eastAsia="Times New Roman" w:cs="Times New Roman"/>
        </w:rPr>
        <w:t>Трамптың сайлауалды науқаны оның алғашқы президенттік мерзімінің бүкіл кезеңіне созылған бір соғысты бастады. Өкілдер палатасы оған 2019 жылдың желтоқсанында импичмент жариялады, содан кейін мұны 2020 жылғы 13 қаңтарда тағы да жасады. Екі жағдайда да Сенат Өкілдер палатасының әрекеттерін кері қақты. Соған қарамастан, ол — Америка Құрама Штаттарының тарихында екі рет импичмент жарияланған жалғыз президент. Глобализм дүрліктірілген еді.</w:t>
      </w:r>
    </w:p>
    <w:p>
      <w:pPr>
        <w:pStyle w:val="ArticleScripture"/>
        <w:jc w:val="left"/>
      </w:pPr>
      <w:r>
        <w:rPr>
          <w:rFonts w:ascii="Times New Roman" w:hAnsi="Times New Roman" w:eastAsia="Times New Roman" w:cs="Times New Roman"/>
        </w:rPr>
        <w:t>Енді мен саған ақиқатты көрсетемін. Міне, Парсыда тағы үш патша көтеріледі; ал төртіншісі олардың бәрінен әлдеқайда бай болады; және ол өз байлығы арқылы күш-қуаттанып, бәрін де Грекия патшалығына қарсы қозғайды. Даниял 11:2.</w:t>
      </w:r>
    </w:p>
    <w:p>
      <w:pPr>
        <w:pStyle w:val="ArticleBody"/>
        <w:jc w:val="left"/>
      </w:pPr>
      <w:r>
        <w:rPr>
          <w:rFonts w:ascii="Times New Roman" w:hAnsi="Times New Roman" w:eastAsia="Times New Roman" w:cs="Times New Roman"/>
        </w:rPr>
        <w:t>Қырқыншы аяттағыдай, екінші аят та Трамптың президенттікке алғашқы сайлау науқаны мен 2021 жылғы 20 қаңтарда аяқталған президенттік мерзіміне қатысты жасырын тарихты қалдырады. 2021 жылғы сол күннен бастап, үшінші аятқа дейін, онда Ескендір Зұлқарнайын Біріккен Ұлттар Ұйымының (Киелі кітап пайғамбарлығындағы жетінші патшалықтың) рәмізі ретінде енгізілгенге дейін, 2021 жылғы инаугурациядан бастап үштік одақ орнайтын жексенбілік заңға дейінгі тарих жасырын тарихты білдіреді. Қырқыншы аят пен екінші аяттағы жасырын тарихтардың екеуі де жексенбілік заңға дейін жетіп, сонда аяқталады.</w:t>
      </w:r>
    </w:p>
    <w:p>
      <w:pPr>
        <w:pStyle w:val="ArticleBody"/>
        <w:jc w:val="left"/>
      </w:pPr>
      <w:r>
        <w:rPr>
          <w:rFonts w:ascii="Times New Roman" w:hAnsi="Times New Roman" w:eastAsia="Times New Roman" w:cs="Times New Roman"/>
        </w:rPr>
        <w:t>Оныншы аят бізді, бірінші аят сияқты, тағы да 1989 жылғы ақырзаман уақытына алып келеді, әрі екеуі де қырықыншы аяттағы нақты куәліктің қорытындысын айқындайды, дегенмен қырықыншы аяттағы сол қорытынды мен таяуда келетін жексенбілік заңның арасында әлі де тарих бар. 1989 жылды айқындап қана қоймай, оныншы аят 1989 жылы Кеңес Одағын сыпырып тастауда папалықтың және оның сенім білдірілген күші — Америка Құрама Штаттарының — іс-әрекетін толықтыратын қырықыншы аят тарихына қатысты үш куәгерді бір арнаға тоғыстыратын кілтке айналады. Сол үш куәгер 1989 жылдан бастап жексенбілік заңға дейінгі қырықыншы аяттың пайғамбарлық құрылымының маңызды бір құрамдас бөлігін белгілейді.</w:t>
      </w:r>
    </w:p>
    <w:p>
      <w:pPr>
        <w:pStyle w:val="ArticleBody"/>
        <w:jc w:val="left"/>
      </w:pPr>
      <w:r>
        <w:rPr>
          <w:rFonts w:ascii="Times New Roman" w:hAnsi="Times New Roman" w:eastAsia="Times New Roman" w:cs="Times New Roman"/>
        </w:rPr>
        <w:t>Солтүстіктің патшасы мен оңтүстіктің патшасы арасындағы соғыстың, әрі солтүстіктің патшасының тасқындай басып кіріп, өтіп кетуінің тарихи-пайғамбарлық құрылымы қырқыншы аятта да, сондай-ақ оныншы аятта да айқындалады.</w:t>
      </w:r>
    </w:p>
    <w:p>
      <w:pPr>
        <w:pStyle w:val="ArticleBody"/>
        <w:jc w:val="left"/>
      </w:pPr>
      <w:r>
        <w:rPr>
          <w:rFonts w:ascii="Times New Roman" w:hAnsi="Times New Roman" w:eastAsia="Times New Roman" w:cs="Times New Roman"/>
        </w:rPr>
        <w:t>Тарихи-пайғамбарлық құрылым солтүстіктің патшасының оңтүстіктің патшасына қарсы «тасқындап өтіп кетуі» екі аятта да бірдей еврейше тіркес екені жөніндегі грамматикалық куәлікпен толықтырылады; дәл сол сияқты, Ишая кітабының сегізінші тарауының сегізінші аятында кездесетін үшінші куәлікте де солай.</w:t>
      </w:r>
    </w:p>
    <w:p>
      <w:pPr>
        <w:pStyle w:val="ArticleBody"/>
        <w:jc w:val="left"/>
      </w:pPr>
      <w:r>
        <w:rPr>
          <w:rFonts w:ascii="Times New Roman" w:hAnsi="Times New Roman" w:eastAsia="Times New Roman" w:cs="Times New Roman"/>
        </w:rPr>
        <w:t>Оныншы аятта солтүстіктің патшасы «міндетті түрде келіп, тасқындап, өтіп кетеді», ал қырқыншы аятта солтүстіктің патшасы «тасқындап, асып өтеді». Ишая кітабының сегізінші тарауы, сегізінші аятында солтүстіктің патшасы «тасқындап, асып өтеді». Осы үш тіркес — аздап өзгеше аударылғанымен, мағынасы бірдей болып сақталған, бірдей еврейше мәтін. Оныншы аяттағы оңтүстіктің патшасы Птолемейдің Мысыры болды, ал қырқыншы аятта оңтүстіктің патшасы рухани Мысыр, атеизмнің патшасы — Кеңес Одағы болды, ал Ишаяда Яһуданың оңтүстік патшалығы оңтүстіктің патшасы болды. Сәйкесінше, солтүстіктің патшасы Селевкидтер империясы, содан кейін папалық билік болды, ал Ишаяда ол Ассур еді.</w:t>
      </w:r>
    </w:p>
    <w:p>
      <w:pPr>
        <w:pStyle w:val="ArticleBody"/>
        <w:jc w:val="left"/>
      </w:pPr>
      <w:r>
        <w:rPr>
          <w:rFonts w:ascii="Times New Roman" w:hAnsi="Times New Roman" w:eastAsia="Times New Roman" w:cs="Times New Roman"/>
        </w:rPr>
        <w:t>Үш параллель аяттың екеуінде солтүстіктің патшасының басып кіруі қай жерде аяқталатыны нақты көрсетілген. Оныншы аятта ол «қамалға» дейін жетіп тоқтайды; бұл тарихи тұрғыдан Селевкилер өз жорығын Мысыр шекарасында аяқтағанда орындалды, өйткені пайғамбарлық Сөз солтүстіктің патшасы «сөзсіз келеді, тасқындай асып өтеді; содан кейін қайта оралып, өз қамалына дейін қатты қозғалысқа түседі» деп айқындаған. «Қамал» Мысырды білдірді, ол олардың патшалығының астанасы болды.</w:t>
      </w:r>
    </w:p>
    <w:p>
      <w:pPr>
        <w:pStyle w:val="ArticleBody"/>
        <w:jc w:val="left"/>
      </w:pPr>
      <w:r>
        <w:rPr>
          <w:rFonts w:ascii="Times New Roman" w:hAnsi="Times New Roman" w:eastAsia="Times New Roman" w:cs="Times New Roman"/>
        </w:rPr>
        <w:t>Ишаяның сегізінші тарауында Сеннахирим «Яһуда арқылы өтеді; тасып, асып өтеді, мойынға дейін жетеді». «Астана», «патша» және «бас» — бәрі де Сеннахиримнің Иерусалимге қарсы көтерілгені айтылған сол үзіндінің өзінде екі куә арқылы бекітілген өзара алмастырылатын нышандар.</w:t>
      </w:r>
    </w:p>
    <w:p>
      <w:pPr>
        <w:pStyle w:val="ArticleScripture"/>
        <w:jc w:val="left"/>
      </w:pPr>
      <w:r>
        <w:rPr>
          <w:rFonts w:ascii="Times New Roman" w:hAnsi="Times New Roman" w:eastAsia="Times New Roman" w:cs="Times New Roman"/>
        </w:rPr>
        <w:t>Өйткені Сирияның басы — Дамаск, ал Дамаскінің басы — Ресин; ал алпыс бес жылдың ішінде Ефрем халық болудан қалып, быт-шыт болып қирайды. Ал Ефремнің басы — Самария, және Самарияның басы — Ремалияның ұлы. Егер сендер сенбесеңдер, расында орнықпайсыңдар. Ишая 7:8, 9.</w:t>
      </w:r>
    </w:p>
    <w:p>
      <w:pPr>
        <w:pStyle w:val="ArticleBody"/>
        <w:jc w:val="left"/>
      </w:pPr>
      <w:r>
        <w:rPr>
          <w:rFonts w:ascii="Times New Roman" w:hAnsi="Times New Roman" w:eastAsia="Times New Roman" w:cs="Times New Roman"/>
        </w:rPr>
        <w:t>Сирия — мемлекет, Дамаск — астана қала, ал Ресин — патша; әрі астана мен патша өзара алмастырылып қолданылатын нышандар болып табылады. Астана да, патша да — екеуі де «бастар». Сеннахириб Яһудаға «мойнына дейін» келгенде, ол Иерусалимге келіп тоқтады, өйткені ол «мойын» тіреп тұрған «баста» тоқтады. Селевкилер Птолемейге қарсы келгенде, олар «қамалға» дейін келіп тоқтады, ал «қамал» Мысыр мемлекеті еді.</w:t>
      </w:r>
    </w:p>
    <w:p>
      <w:pPr>
        <w:pStyle w:val="ArticleBody"/>
        <w:jc w:val="left"/>
      </w:pPr>
      <w:r>
        <w:rPr>
          <w:rFonts w:ascii="Times New Roman" w:hAnsi="Times New Roman" w:eastAsia="Times New Roman" w:cs="Times New Roman"/>
        </w:rPr>
        <w:t>Даниял кітабының он бірінші тарауының оныншы аяты мен Ишая кітабының сегізінші тарауының сегізінші аяты, Ишая кітабының жетінші тарауының сегізінші және тоғызыншы аяттарының мәнмәтінінде, екі куәгерді білдіреді; олар Даниял кітабының он бірінші тарауының қырқыншы аятында солтүстік патшасы 1989 жылы оңтүстік патшасын «тасып өтіп, басып өткенде», бастың, яғни оңтүстік патшалықтың астанасы болған елдің (Ресейдің), аман қалғанын анықтады.</w:t>
      </w:r>
    </w:p>
    <w:p>
      <w:pPr>
        <w:pStyle w:val="ArticleBody"/>
        <w:jc w:val="left"/>
      </w:pPr>
      <w:r>
        <w:rPr>
          <w:rFonts w:ascii="Times New Roman" w:hAnsi="Times New Roman" w:eastAsia="Times New Roman" w:cs="Times New Roman"/>
        </w:rPr>
        <w:t>Оныншы аяттағы «бекініс» қазіргі Украина соғысын айқындаудың, сондай-ақ Ресейдің жеңіске жететінін көрсетудің кілті болып табылады. Алайда бұл ақиқатты орнықтыратын пайғамбарлық қолданылу тікелей байланысты және толықтай 1856 жылы Review and Herald мақалаларында жарияланған, Хирам Эдсон үшін мөрі ашылған дәл сол аяттарға негізделген. Бұл мақалалар Леуіліктер кітабының жиырма алтыншы тарауындағы «жеті мезгілді» айқындайды.</w:t>
      </w:r>
    </w:p>
    <w:p>
      <w:pPr>
        <w:pStyle w:val="ArticleBody"/>
        <w:jc w:val="left"/>
      </w:pPr>
      <w:r>
        <w:rPr>
          <w:rFonts w:ascii="Times New Roman" w:hAnsi="Times New Roman" w:eastAsia="Times New Roman" w:cs="Times New Roman"/>
        </w:rPr>
        <w:t>2023 жылдың шілде айынан бері Яһуда руының Арыстаны дәл сол аяттардан солтүстік және оңтүстік патшалықтарға қарсы айтылған екі мың бес жүз жиырма жылдық пайғамбарлықтардың екеуі де тек бытыратылу кезеңін ғана білдірмейтінін, сонымен қатар Құдайлық пен адамдықтың бірігуін жүзеге асырудағы Мәсіхтің нақ жұмысының өзін де бейнелейтінін ашып көрсетті. Сол аянда «бас» адамның жоғары табиғаты екені анықталады. «Бас» — адам ғибадатханасындағы «қамал», оны Уайт ханым жанның қорғаны деп атайды. Қорған — қамал.</w:t>
      </w:r>
    </w:p>
    <w:p>
      <w:pPr>
        <w:pStyle w:val="ArticleBody"/>
        <w:jc w:val="left"/>
      </w:pPr>
      <w:r>
        <w:rPr>
          <w:rFonts w:ascii="Times New Roman" w:hAnsi="Times New Roman" w:eastAsia="Times New Roman" w:cs="Times New Roman"/>
        </w:rPr>
        <w:t>Осылайша, Даниял кітабының он бірінші тарауының оныншы аятындағы сыртқы «бекініс» ішкі «бекіністі» де бейнелейтіні анықталады. Украинадағы (сыртқы) соғыс 2014 жылы басталған кезде, «down under»-ден және Уэльстен келген шайтандық ілімдердің енуі (ішкі) Future for America қозғалысына енгізілді, әрі мөрлеу үдерісі тағы бір сатыға жеткен еді. 2020 жылға қарай Республикалық та, Протестанттық та мүйіздер де ұлы қаланың көшелерінде өлтірілді, сол жерде Иеміз де айқышқа шегеленген болатын.</w:t>
      </w:r>
    </w:p>
    <w:p>
      <w:pPr>
        <w:pStyle w:val="ArticleBody"/>
        <w:jc w:val="left"/>
      </w:pPr>
      <w:r>
        <w:rPr>
          <w:rFonts w:ascii="Times New Roman" w:hAnsi="Times New Roman" w:eastAsia="Times New Roman" w:cs="Times New Roman"/>
        </w:rPr>
        <w:t>2020 жылы Дональд Трамп өзінің екінші президенттік сайлау науқанында жеңіліс тапты, әрі он қыздың кідіру уақыты жетті. 2022 жылы Трамп өзінің үшінші президенттік сайлау науқанын ресми түрде бастады, ал оның алғашқы жеңіспен аяқталған президенттік науқаны соңғысын бейнелейді. 2023 жылы «айдаладағы дауыс» өлі құрғақ сүйектерге сөйлей бастады.</w:t>
      </w:r>
    </w:p>
    <w:p>
      <w:pPr>
        <w:pStyle w:val="ArticleBody"/>
        <w:jc w:val="left"/>
      </w:pPr>
      <w:r>
        <w:rPr>
          <w:rFonts w:ascii="Times New Roman" w:hAnsi="Times New Roman" w:eastAsia="Times New Roman" w:cs="Times New Roman"/>
        </w:rPr>
        <w:t>Он үшінші тармақтан он бесінші тармаққа дейін Путиннің Украинаға қарсы соғысынан кейінгі тарихты сөз етеді, бірақ жеңіс оған пайда әкелмейді, өйткені Ресей Наполеон Бонапарттың тарихын қайталайды.</w:t>
      </w:r>
    </w:p>
    <w:p>
      <w:pPr>
        <w:pStyle w:val="ArticleBody"/>
        <w:jc w:val="left"/>
      </w:pPr>
      <w:r>
        <w:rPr>
          <w:rFonts w:ascii="Times New Roman" w:hAnsi="Times New Roman" w:eastAsia="Times New Roman" w:cs="Times New Roman"/>
        </w:rPr>
        <w:t>Наполеонның жер аударылуы мен ақыры Уззия патшаның жер аударылуы мен ақыры арқылы бейнеленді; ол да өзінің әскери жеңістері арқылы нығайтылған жоқ, әрі ол он бірінші және он екінші аяттардағы Птоломей IV-ті алдын ала бейнеледі; екеуі де өздерінің әскери жеңістері арқылы нығайтылған жоқ. Уззия да, Птоломей IV те ғибадатханада құрбандық шалуға ұмтылды, бірақ екеуіне де бұған жол берілмеді. Уззия патша мұны істеуге әрекеттенген кезде маңдайына алапес тиді. Оның маңдайындағы таңба аңның таңбасын ғана білдіріп қоймай, 1989 жылғы оңтүстіктің бірінші патшасын да бейнеледі; ол да (Горбачев) Кеңес Одағынан шығып, Біріккен Ұлттар Ұйымының бір бөлігі болу арқылы бір түрдегі жер аударылуға кетті. Уззия патшадағы сияқты, Горбачевтің де маңдайында елеулі таңба болды. Уззия патша, Птоломей IV патша, Наполеон және Горбачевтің бәрі Путиннің ақырын бейнелейді. Төртеуі де оңтүстіктің патшалары болды; әрқайсысы өзіне тән әулеттің аяқталуын білдіріп, Путиннің Ресейінің ақырын бейнелейді.</w:t>
      </w:r>
    </w:p>
    <w:p>
      <w:pPr>
        <w:pStyle w:val="ArticleBody"/>
        <w:jc w:val="left"/>
      </w:pPr>
      <w:r>
        <w:rPr>
          <w:rFonts w:ascii="Times New Roman" w:hAnsi="Times New Roman" w:eastAsia="Times New Roman" w:cs="Times New Roman"/>
        </w:rPr>
        <w:t>Содан кейін он үшінші мен он бесінші аяттар б.з.д. 200 жылы басталған куәлікті ашады және Республикалық мүйізді бейнелейтін Дональд Трамптың үшінші әрі соңғы мерзімін алдын ала көрсетеді. Он төртінші аят папалықтың Тир жезөкшесі ретінде өзінің азғындық әндерін айта бастайтын уақытын белгілейді, ал он бесінші аят діннен тайған протестанттық мүйіздің желісін Маккавейлер тарихымен сәйкестендіреді. Бұл үш аятта үш пайғамбарлық желі қамтылған.</w:t>
      </w:r>
    </w:p>
    <w:p>
      <w:pPr>
        <w:pStyle w:val="ArticleBody"/>
        <w:jc w:val="left"/>
      </w:pPr>
      <w:r>
        <w:rPr>
          <w:rFonts w:ascii="Times New Roman" w:hAnsi="Times New Roman" w:eastAsia="Times New Roman" w:cs="Times New Roman"/>
        </w:rPr>
        <w:t>Маккавейлердің тарихы екінші аяттың соңынан үшінші аятқа дейінгі аралықтағыдай, немесе қырқыншы аяттың соңынан қырық бірінші аятқа дейінгі аралықтағыдай жасырын емес; бірақ бұл желі, ең кемінде, алғашқы зерттеуде көмескі. Алайда сол біршама бұлдыр пайғамбарлық тарихта яһудилердің Риммен одағы көрсетілген, әрі ол аңның мүсінінің құрылуын айқындайды. Аңның мүсінінің құрылуы Даниял кітабының екінші тарауындағы жасырын тарихта да бейнеленген: онда Набуходоносор өзі есіне түсіре алмаған бір түс көрді, ал Даниялдан, өлім қаупі төнген жағдайда, түсті білместен оны жорып беру талап етілді. Екінші тараудағы Даниял мен үш адал жанның дұғасы Даниялдың тоғызыншы тараудағы ішкі өзгеріс үшін еткен дұғасын толықтыратын сыртқы нұр үшін етілген дұғаны білдіреді.</w:t>
      </w:r>
    </w:p>
    <w:p>
      <w:pPr>
        <w:pStyle w:val="ArticleBody"/>
        <w:jc w:val="left"/>
      </w:pPr>
      <w:r>
        <w:rPr>
          <w:rFonts w:ascii="Times New Roman" w:hAnsi="Times New Roman" w:eastAsia="Times New Roman" w:cs="Times New Roman"/>
        </w:rPr>
        <w:t>Маккавейлердің шежіресі Даниял кітабының екінші тарауындағы жасырын құпиямен сәйкеседі. Даниялдың екінші тарауындағы құпия жетінің ішінен шығатын сегізінші туралы пайғамбарлық жұмбаққа қатысты алғашқы пайғамбарлық куәлікті береді, ал бұл Аян кітабының он бірінші тарауындағы екі куәгердің қайта тірілуінің ашылуына үлес қосады. Жетінің ішінен шығатын сегізіншіге байланысты екі куәгердің қайта тірілуі Миллершілер мен жүз қырық төрт мыңның қатарлас тарихында Миллершілердің Лаодикияға қарай кері ауысуы Лаодикиядан Филадельфияға қарай өтіп бара жатқан жүз қырық төрт мыңмен сәйкесетінін орнықтырады.</w:t>
      </w:r>
    </w:p>
    <w:p>
      <w:pPr>
        <w:pStyle w:val="ArticleBody"/>
        <w:jc w:val="left"/>
      </w:pPr>
      <w:r>
        <w:rPr>
          <w:rFonts w:ascii="Times New Roman" w:hAnsi="Times New Roman" w:eastAsia="Times New Roman" w:cs="Times New Roman"/>
        </w:rPr>
        <w:t>Маккавейлердің көмескі желісі мен Небухаднецардың жасырын түсі екі куәгерді қайта тірілту үдерісі 2023 жылы басталғаннан кейін ғана арнайы мөрленіп жабық тұрды. Олар Жетінші күн адвентистері үшін сынақ мерзімінің жабылуын белгілейтін «ұлы жер сілкінісінің» сағатының дәл алдында ашылады. Құдайдың мөрін қабылдамас бұрын және сынақ мерзімі жабылмай тұрып, сол адвентистерден өту талап етілетін сынақ — аңның мүсінінің құрылуымен байланысты сынақ.</w:t>
      </w:r>
    </w:p>
    <w:p>
      <w:pPr>
        <w:pStyle w:val="ArticleBody"/>
        <w:jc w:val="left"/>
      </w:pPr>
      <w:r>
        <w:rPr>
          <w:rFonts w:ascii="Times New Roman" w:hAnsi="Times New Roman" w:eastAsia="Times New Roman" w:cs="Times New Roman"/>
        </w:rPr>
        <w:t>Маккавейлердің әулеті, Набуходоносордың құпия түсі, жетеудің ішіндегі сегізіншінің жұмбағы және жердегі аңның екі мүйізі — мұның бәрі аңның бейнесі құрылған кезде жүзеге асатын сынақ үдерісіне өз үлесін қосады. Бұл желілердің қандай да бір пайғамбарлық мағынада «жасырын шындықтар» болып табылатын шындықтар ретінде танылуы — Яһуда руының Арыстаны дәл қазір ашып жатқан шындықтардың нақ өзі солар екенінің дәлелі.</w:t>
      </w:r>
    </w:p>
    <w:p>
      <w:pPr>
        <w:pStyle w:val="ArticleBody"/>
        <w:jc w:val="left"/>
      </w:pPr>
      <w:r>
        <w:rPr>
          <w:rFonts w:ascii="Times New Roman" w:hAnsi="Times New Roman" w:eastAsia="Times New Roman" w:cs="Times New Roman"/>
        </w:rPr>
        <w:t>Аян кітабының он үшінші тарауындағы жердегі аңның республикалық және протестанттық мүйіздерін бейнелейтін екі куәгердің кім екенінің ашылуы, әрбір мүйіздің екіншісімен қатарлас жүретіні және сондай-ақ әрбір мүйіздің ішкі жағынан қос табиғатқа ие екені туралы ақиқатпен бірге, Иса Мәсіхтің Аянының мөрінің ашыла бастағанын білдіреді. Мөрі ашылған ақиқатқа жеті күркіректің жасырын тарихының ашылуы, сондай-ақ «Ақиқат» деген еврей сөзінің анықтамасы да кіреді.</w:t>
      </w:r>
    </w:p>
    <w:p>
      <w:pPr>
        <w:pStyle w:val="ArticleBody"/>
        <w:jc w:val="left"/>
      </w:pPr>
      <w:r>
        <w:rPr>
          <w:rFonts w:ascii="Times New Roman" w:hAnsi="Times New Roman" w:eastAsia="Times New Roman" w:cs="Times New Roman"/>
        </w:rPr>
        <w:t>Жеті күркірдің соңғы кезеңі алғашқы түңілудің үш межесін білдіретіні, одан кейін Түн ортасындағы дауыстың хабары келіп, содан соң ұлы түңілумен аяқталатыны, әрі мұның бәрі еврейдің «Truth» сөзімен үйлесетіні танылған кезде, жексенбілік заңға алып баратын Түн ортасындағы дауыстың хабарының кемел орындалуы болып табылатын 2020 жылғы 18 шілдені белгілейтін аян сол кезде орнықтырылды.</w:t>
      </w:r>
    </w:p>
    <w:p>
      <w:pPr>
        <w:pStyle w:val="ArticleBody"/>
        <w:jc w:val="left"/>
      </w:pPr>
      <w:r>
        <w:rPr>
          <w:rFonts w:ascii="Times New Roman" w:hAnsi="Times New Roman" w:eastAsia="Times New Roman" w:cs="Times New Roman"/>
        </w:rPr>
        <w:t>Жеті күн күркірі 2023 жылғы шілдеге дейін-ақ бірінші періштенің қозғалысы мен үшінші періштенің қозғалысының параллель тарихы ретінде анықталған болатын, бірақ соңғы үш сатылы кезең сол уақытта жеті күн күркірі ретінде бейнеленген белгілі бір кезең деп қарастырылмаған еді. Енді бұл тану «Ақиқат» ретінде орнықты.</w:t>
      </w:r>
    </w:p>
    <w:p>
      <w:pPr>
        <w:pStyle w:val="ArticleBody"/>
        <w:jc w:val="left"/>
      </w:pPr>
      <w:r>
        <w:rPr>
          <w:rFonts w:ascii="Times New Roman" w:hAnsi="Times New Roman" w:eastAsia="Times New Roman" w:cs="Times New Roman"/>
        </w:rPr>
        <w:t>Иса Мәсіхтің Аян Кітабы сынақ мерзімі жабылардың дәл алдында мөрінен ашылады, әрі ол Аян кітабының он бірінші тарауындағы екі куәгерді қамтиды. Иса Мәсіхтің Аян Кітабы жеті күн күркіреуінің жасырын тарихын қамтиды. Иса Мәсіхтің Аян Кітабы «сегізіншісі жетеудің бірі» деген жұмбақты қамтиды; бұл, өз кезегінде, миллериттердің Лаодикияға ауысуын, сонымен қатар жүз қырық төрт мыңның Филадельфияға параллель ауысуын айқындайды. Сегізіншінің жетеудің бірі болуы, сондай-ақ, аңның мүсінінің сынағына қатысты пайғамбарлық көріністі білдіреді, өйткені Республикалық та, Протестанттық та мүйіздер өз қорытындысына Республикалық мүйіз аңның саяси мүсінін тудырған кезде жетеді; бұл, Мәсіхтің мүсінін қалыптастыратын шынайы Протестанттық мүйізге қарама-қарсы және онымен тартыста болады, ал содан кейін олар ту ретінде жоғары көтеріледі.</w:t>
      </w:r>
    </w:p>
    <w:p>
      <w:pPr>
        <w:pStyle w:val="ArticleBody"/>
        <w:jc w:val="left"/>
      </w:pPr>
      <w:r>
        <w:rPr>
          <w:rFonts w:ascii="Times New Roman" w:hAnsi="Times New Roman" w:eastAsia="Times New Roman" w:cs="Times New Roman"/>
        </w:rPr>
        <w:t>Бұл ақиқаттар 2023 жылғы шілденің соңында ашыла бастады, әрі осы ақиқаттардың барлығы жасырын тарихта орындалатын пайғамбарлық тарихты білдіреді; ол — «Даниял пайғамбарлығындағы соңғы күндерге қатысты бөлік».</w:t>
      </w:r>
    </w:p>
    <w:p>
      <w:pPr>
        <w:pStyle w:val="ArticleBody"/>
        <w:jc w:val="left"/>
      </w:pPr>
      <w:r>
        <w:rPr>
          <w:rFonts w:ascii="Times New Roman" w:hAnsi="Times New Roman" w:eastAsia="Times New Roman" w:cs="Times New Roman"/>
        </w:rPr>
        <w:t>Сондықтан бізде 1989 жылғы ақыр заманнан бастап, үстіне Даниял кітабының он бірінші тарауының бірінші және екінші аяттарын орналастыруға мүмкіндік беретін қырық бірінші аяттағы жексенбілік заңға дейін созылатын қырықыншы аяттың жасырын тарихының пайғамбарлық құрылымы бар. Содан кейін біз оныншыдан он бесінші аяттарға дейінгі аяттарды да сол бір желінің ішіне орналастыра аламыз. Бұдан соң, дұрыс түсінілген жағдайда, он үшінші аяттан басталып жиырма үшінші аятқа дейін жалғасатын Маккавейлер желісін де сол бір желінің ішіне енгізе аламыз. Одан кейін Аян кітабының он бірінші тарауының жетіншіден он екінші аятқа дейінгі екі куәгерінің желісін де сол бір желінің ішіне орналастыра аламыз. Даниял мен Аяндағы осы екі куәгер арқылы бізде қырықыншы аяттың жасырын тарихының құрылымы бар.</w:t>
      </w:r>
    </w:p>
    <w:p>
      <w:pPr>
        <w:pStyle w:val="ArticleBody"/>
        <w:jc w:val="left"/>
      </w:pPr>
      <w:r>
        <w:rPr>
          <w:rFonts w:ascii="Times New Roman" w:hAnsi="Times New Roman" w:eastAsia="Times New Roman" w:cs="Times New Roman"/>
        </w:rPr>
        <w:t>1989 жылы Кеңес Одағы папалық пен оның сенімді әскері — Америка Құрама Штаттары — арасындағы одақтың күшімен жойылып кетті. Горбачев Кеңес Одағын ыдыратқан кезде, жүз қырық төрт мың үшін ақырзаман уақыты келіп жетті. Рональд Рейган ақырзаман уақытынан бергі Америка Құрама Штаттарының алғашқы пайғамбарлық патшасы болды; патша Дарий арқылы бейнеленген, сенімнен тайған протестант-республикашыл Рейганнан кейін Кир, содан соң тағы үш патша, одан кейін бай төртінші патша келді.</w:t>
      </w:r>
    </w:p>
    <w:p>
      <w:pPr>
        <w:pStyle w:val="ArticleBody"/>
        <w:jc w:val="left"/>
      </w:pPr>
      <w:r>
        <w:rPr>
          <w:rFonts w:ascii="Times New Roman" w:hAnsi="Times New Roman" w:eastAsia="Times New Roman" w:cs="Times New Roman"/>
        </w:rPr>
        <w:t>Кир патша өзін республикалықпын деп мәлімдеген жаһанданушы Буш Біріншіні бейнеледі; оның артынан демократ жаһанданушы Клинтон келді; оның артынан өзін республикалықпын деп мәлімдеген жаһанданушы Соңғы Буш келді; оның артынан исламшыл демократ жаһанданушы Обама келді; ал оның артынан солардың бәрінің ішіндегі ең бай президент, жолдан тайған протестант республикалық Дональд Трамп келді.</w:t>
      </w:r>
    </w:p>
    <w:p>
      <w:pPr>
        <w:pStyle w:val="ArticleBody"/>
        <w:jc w:val="left"/>
      </w:pPr>
      <w:r>
        <w:rPr>
          <w:rFonts w:ascii="Times New Roman" w:hAnsi="Times New Roman" w:eastAsia="Times New Roman" w:cs="Times New Roman"/>
        </w:rPr>
        <w:t>2014 жылы Ресей мен папалықтың нацистік сенімді әскері арасындағы Украина соғысы басталды; бұл ретте папалықтың бұрынғы сенімді әскері — Америка Құрама Штаттары — украиналық сенімді әскерге қолдау көрсетті. 2014 жылы Future for America қозғалысының ішіне айдаһардың өкілдері еніп кетті, ал 2015 жылы Дональд Трамп өзі жүзеге асыратын үш президенттік науқанның біріншісін бастады. Ол өзінің бірінші науқанында жеңіске жетті, бірақ оның ортаңғы науқаны ұрланды, ал соңғы науқанында ол қайтадан жеңіске жетеді. 2020 жылы сайлау ұрланғандықтан, республикалық мүйіз де өлімші жарақат алды, ал шынайы протестанттық мүйіз жалған болжамды жариялау арқылы өлімші жарақат алды; бұған, ішінара, 2014 жылы басталған және түрлі жалған пайғамбарлық қолдануларды енгізу арқылы хабарды ұрлаған ішке ену себеп болды.</w:t>
      </w:r>
    </w:p>
    <w:p>
      <w:pPr>
        <w:pStyle w:val="ArticleBody"/>
        <w:jc w:val="left"/>
      </w:pPr>
      <w:r>
        <w:rPr>
          <w:rFonts w:ascii="Times New Roman" w:hAnsi="Times New Roman" w:eastAsia="Times New Roman" w:cs="Times New Roman"/>
        </w:rPr>
        <w:t>2020 жылы сайлау да, пайғамбарлық хабар да ұрланды, әрі екі мүйіз де айдаһардың өкілдері тарапынан рәміздік түрде өлтірілді. Сайлау өзін республикалықпыз деп жариялаған жаһанданушы топтар мен жаһанданушы демократтардың екі жақты одағы арқылы, сондай-ақ жаһанданушылық үгіт-насихат жүргізетін ақпарат құралдары мен жаһанданушы саудагерлердің қолдауымен ұрланды. Хабар оңтүстік жақтан шыққан бойдақ аласа қыз бен Уэльстен шыққан ажырасқан аласа жігіт тарапынан ұрланды; олардың жасырын мақсаты гомосексуалдық күн тәртібін енгізіп, оны ілгерілету және «күнә адамының» алдында кешірім сұрау еді. Future for America ұйымының басшысы осы шайтандық ішке ену үшін бүкіл кінәні көтереді, өйткені қозғалысты қорғау жауапкершілігі соның мойнында еді, бірақ ол қасиеттелмеген хабаршылардың басшылық орнына шығуына тым ықыласпен жол берді. Дональд Трамп ұрланған сайлау үшін кінәлі, өйткені ол өзінің биліктің ішкі шеңберіне кіргізуге рұқсат еткен адамдар әдейі оның қолға алған ісін іріткіге салып, әлсіретіп жатқан еді.</w:t>
      </w:r>
    </w:p>
    <w:p>
      <w:pPr>
        <w:pStyle w:val="ArticleBody"/>
        <w:jc w:val="left"/>
      </w:pPr>
      <w:r>
        <w:rPr>
          <w:rFonts w:ascii="Times New Roman" w:hAnsi="Times New Roman" w:eastAsia="Times New Roman" w:cs="Times New Roman"/>
        </w:rPr>
        <w:t>2022 жылы Дональд Трамп өзінің үшінші науқанын бастады, ал 2023 жылы «айдалада жар салушы дауыс» шіркеулерге хабар жібере бастады. Жақында «қазіргі ақиқаттан» тысқары тұрғандар деп мен айқындайтын бір «тас» айқай салды; ол, бәлкім, қоғамдық кеңістіктің қазіргі саяси ахуалындағы ең алғыр ой иелерінің бірі. Оның есімі — Виктор Дэвис Хэнсон, және егер сіз айналаңызда болып жатқан оқиғаларды қадағалап, сол оқиғаларды Оның Сөзінің алдын ала айтылғандарымен салыстырып жүрсеңіз, онда Виктор Дэвис Хэнсон — сіз, үміттенемін, зерттеп жатқан дәл сол хабарды жаңғыртып тұрған «тастардың» бірі.</w:t>
      </w:r>
    </w:p>
    <w:p>
      <w:pPr>
        <w:pStyle w:val="ArticleScripture"/>
        <w:jc w:val="left"/>
      </w:pPr>
      <w:r>
        <w:rPr>
          <w:rFonts w:ascii="Times New Roman" w:hAnsi="Times New Roman" w:eastAsia="Times New Roman" w:cs="Times New Roman"/>
        </w:rPr>
        <w:t>«Құдай біздің айналамызда болып жатқан оқиғаларды зерттеп, оларды Оның Сөзіндегі алдын ала айтылғандармен салыстыруымызды қалайды, сонда біз соңғы күндері өмір сүріп жатқанымызды түсіне аламыз. Біз Киелі кітаптарымызды қалаймыз, әрі онда не жазылғанын білгіміз келеді. Пайғамбарлықты ыждағатпен зерттейтін шәкірт айқын ақиқат аяндарымен марапатталады, өйткені Иса: “Сенің сөзің — ақиқат”,— деді». Signs of the Times, October 1, 1894.</w:t>
      </w:r>
    </w:p>
    <w:p>
      <w:pPr>
        <w:pStyle w:val="ArticleBody"/>
        <w:jc w:val="left"/>
      </w:pPr>
      <w:r>
        <w:rPr>
          <w:rFonts w:ascii="Times New Roman" w:hAnsi="Times New Roman" w:eastAsia="Times New Roman" w:cs="Times New Roman"/>
        </w:rPr>
        <w:t>X.com сайтында @FreyjaTarte жариялаған сұхбатта Хэнсон сөзін: «Олар [демократтар] Трампқа вампир ретінде қарайды», — деп бастады. Бұдан әрі ол демократтардың Дональд Трамптың қайта сайлануынан қорқатынын сөз етеді. Менде Хэнсонның Аян кітабының он бірінші тарауына сәйкес Трамптың (вампир ретінде) қайта тірілетінін, әрі сол оқиға болған кезде бұған дейін оның өліміне қуанғандардың қорқынышқа түсетінін түсінгеніне сенуге ешқандай негіз жоқ. Алайда ол бүкіл өз түсіндірмесінде дәл осыны айқындайды.</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сонда олар аяқтарына тік тұрды; әрі оларды көргендердің үстіне зор қорқыныш түсті. Аян 11:11.</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«Біз осы Жазбаларда алдын ала айтылған кезеңге жеттік. Ақырзаман уақыты келді, пайғамбарлардың аяндары ашылды, және олардың салмақты ескертулері бізге Иеміздің ұлылықпен келуінің таяп қалғанын көрсетеді.</w:t>
      </w:r>
    </w:p>
    <w:p>
      <w:pPr>
        <w:pStyle w:val="ArticleScripture"/>
        <w:jc w:val="left"/>
      </w:pPr>
      <w:r>
        <w:rPr>
          <w:rFonts w:ascii="Times New Roman" w:hAnsi="Times New Roman" w:eastAsia="Times New Roman" w:cs="Times New Roman"/>
        </w:rPr>
        <w:t>“Яһудилер Құдай сөзін қате түсініп, теріс қолданды, әрі өздеріне келген тексерілу уақытын танымады. Мәсіх пен Оның елшілерінің қызмет еткен жылдарын,—таңдап алынған халыққа берілген рақымның сол қымбат соңғы жылдарын,—олар Жаратқан Иенің хабаршыларын құртуды жоспарлаумен өткізді. Жерлік өршіл мақсаттар оларды түгел баурап алды, сондықтан рухани Патшалық туралы ұсыныс оларға бекер келді. Бүгін де осы дүниенің патшалығы адамдардың ой-санасын жаулап алғандықтан, олар тез орындалып жатқан пайғамбарлықтарға және Құдай Патшалығының жуық арада келуінің белгілеріне назар аудармайды.</w:t>
      </w:r>
    </w:p>
    <w:p>
      <w:pPr>
        <w:pStyle w:val="ArticleScripture"/>
        <w:jc w:val="left"/>
      </w:pPr>
      <w:r>
        <w:rPr>
          <w:rFonts w:ascii="Times New Roman" w:hAnsi="Times New Roman" w:eastAsia="Times New Roman" w:cs="Times New Roman"/>
        </w:rPr>
        <w:t>“‘Бірақ сендер, бауырластар, қараңғылықта емессіңдер, сондықтан ол күн сендерді ұрыдай басып қалмайды. Сендердің бәрің де нұрдың балаларысыңдар, күндіздің балаларысыңдар: біз түнге де, қараңғылыққа да жатпаймыз’. Біз Иеміздің қайта оралуының сағатын білуге тиіс болмасақ та, оның қашан жақын екенін біле аламыз. ‘Сондықтан өзгелер сияқты ұйықтамайық, қайта сергек те, байсалды болайық’. 1 Салониқалықтарға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бірінші</dc:title>
  <dc:subject>Даниял 11-тараудың пайғамбарлық тоқымасы: Трамп дәуірінің күрделіліктерін және жексенбілік заңға кіріспені ашып көрсету</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