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тоқсан екінші</w:t>
      </w:r>
    </w:p>
    <w:p>
      <w:pPr>
        <w:pStyle w:val="ArticleSubtitle"/>
        <w:jc w:val="left"/>
      </w:pPr>
      <w:r>
        <w:rPr>
          <w:rFonts w:ascii="Arial" w:hAnsi="Arial" w:eastAsia="Arial" w:cs="Arial"/>
        </w:rPr>
        <w:t>Жасырын тарихты ашу: Даниял 11-дегі пайғамбарлық сәйкестіктер және 144 000-ның мөрленуі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2024-04-22</w:t>
      </w:r>
    </w:p>
    <w:p>
      <w:pPr>
        <w:pStyle w:val="ArticleBody"/>
        <w:jc w:val="left"/>
      </w:pPr>
      <w:r>
        <w:rPr>
          <w:rFonts w:ascii="Times New Roman" w:hAnsi="Times New Roman" w:eastAsia="Times New Roman" w:cs="Times New Roman"/>
        </w:rPr>
        <w:t>Біз Даниял кітабының он бірінші тарауындағы қырқыншы аяттың «жасырын тарихын» қарастырып отырмыз; оның жазбаша куәлігі ақыр заман кезінде, 1989 жылы тоқтап, қырық бірінші аяттағы жексенбілік заңға дейін созылады. Жасырын тарих соңғы күндердің барлық пайғамбарлық желілерін соған сәйкестендіретін құрылымды білдіреді, өйткені жүз қырық төрт мыңның мөрленуі сол жасырын тарихтың ішінде жүзеге асады. Бұл — аңның мүсінінің қалыптасуымен байланысты сынақ болатын тарих. Сондықтан бұл — Набуходоносордың аңдардың мүсіні туралы жасырын түсі ашылатын тарих. Сол жасырын тарих — Даниял 11-тараудың екінші аятындағы Дональд Трамптың бірінші мерзімінен басталатын жасырын тарихтың үшінші аятқа дейін аяқталатын орны. Сол жасырын тарих — Даниял пайғамбарлығының соңғы күндерге қатысты бөлігі, әрі ол жексенбілік заң тұсында сынақ мерзімі жабылардың дәл алдында ашылатын Иса Мәсіхтің Аяны болып табылады. Осы ақиқат желілерінің бәрі жетінші әрі соңғы мөрдің алынуы ретінде бейнеленген.</w:t>
      </w:r>
    </w:p>
    <w:p>
      <w:pPr>
        <w:pStyle w:val="ArticleBody"/>
        <w:jc w:val="left"/>
      </w:pPr>
      <w:r>
        <w:rPr>
          <w:rFonts w:ascii="Times New Roman" w:hAnsi="Times New Roman" w:eastAsia="Times New Roman" w:cs="Times New Roman"/>
        </w:rPr>
        <w:t>Даниял 11-тараудың оныншыдан он бесінші аяттарына дейінгі аяттар сол жасырын тарихпен сәйкестендірілуі тиіс, ал сол аяттардың соңғы үшеуі үш пайғамбарлық желіні ұсынады. Олар папалықтың тарихқа қайтадан қашан араласатынын айқындайды, дәл ол б.з.д. 200 жылы, Данил кітабының 11-тарауының 14-аятында бейнеленген пайғамбарлық тарихқа пұтқа табынушы Рим алғаш кірген кездегідей. Сол аят және сол аяттың пұтқа табынушы Рим тарихындағы орындалуы аянды орнықтырды, өйткені пұтқа табынушы Рим өзін асқақтатқан, Құдай халқын тонаған, содан кейін құлаған биліктің нышаны болды. Жолдан тайған протестантизм бұл аятты Антиох Эпифанға қолданды, ал миллериттер оны пұтқа табынушы Римге қолданып, бұл аятты миллериттер тарихындағы сынақ ақиқаты ретінде таныды. Бүгінде қазіргі лаодикиялық адвентизмнің теологтары да оның Антиох Эпифан екенін қайтадан үйретуде, сондықтан бұл тағы да сынақ ақиқаты болып отыр.</w:t>
      </w:r>
    </w:p>
    <w:p>
      <w:pPr>
        <w:pStyle w:val="ArticleBody"/>
        <w:jc w:val="left"/>
      </w:pPr>
      <w:r>
        <w:rPr>
          <w:rFonts w:ascii="Times New Roman" w:hAnsi="Times New Roman" w:eastAsia="Times New Roman" w:cs="Times New Roman"/>
        </w:rPr>
        <w:t>Бұл тек сынайтын ақиқат қана емес, сонымен бірге осы аят пен оның б.з.д. 200 жылы орындалуы Тирдің жезөкшесі (қазіргі Рим) өзінің шайтандық әндерін қашан айта бастайтынын айқындайды, әрі папалықтың соңғы күндер тарихына қашан енетініне нұсқайды; сондықтан ол Миллершілер тарихындағы пікірталаспен бейнеленген сынайтын ақиқатқа сәйкес келетін, соңғы күндердегі негізгі сынайтын ақиқатты білдіреді.</w:t>
      </w:r>
    </w:p>
    <w:p>
      <w:pPr>
        <w:pStyle w:val="ArticleBody"/>
        <w:jc w:val="left"/>
      </w:pPr>
      <w:r>
        <w:rPr>
          <w:rFonts w:ascii="Times New Roman" w:hAnsi="Times New Roman" w:eastAsia="Times New Roman" w:cs="Times New Roman"/>
        </w:rPr>
        <w:t>Бұл үш аят сондай-ақ жердегі аңның республикалық мүйізінің желісін бейнелейді және 1989 жылы ақырзаман уақытында Рональд Рейганнан басталған президенттер желісіндегі жеті президенттің ішінен шыққан сегізінші президент ретінде Дональд Трамптың екінші мерзіміне кірген кездегі пайғамбарлық қадамдарын айқындайды. Он екінші аяттағы Рафия шайқасынан кейін «Антиох» әуелі Америка Құрама Штаттарының ішіндегі бүлікті басып-жаншиды, содан кейін Паниум шайқасында Мысыр арқылы бейнеленген жаһандануға қарсы соғысқа дайындалады. Трамп сол соғыста жеңіске жетеді, бірақ сол соғыс Үшінші дүниежүзілік соғыстың (Актиумның) басталуына түрткі болады. Бұл әрекеттер Рафия шайқасында Мысырдан жеңілген, бірақ кейін Паниум шайқасында салтанатты түрде кек қайтарған Ұлы Антиох III арқылы бейнеленген еді.</w:t>
      </w:r>
    </w:p>
    <w:p>
      <w:pPr>
        <w:pStyle w:val="ArticleBody"/>
        <w:jc w:val="left"/>
      </w:pPr>
      <w:r>
        <w:rPr>
          <w:rFonts w:ascii="Times New Roman" w:hAnsi="Times New Roman" w:eastAsia="Times New Roman" w:cs="Times New Roman"/>
        </w:rPr>
        <w:t>Он үшінші аятта айтылған «бірнеше жылдан кейін» деген сөздерге қатысты, Урия Смиттің пайымдауынша: «Антиох, өз патшалығындағы бүлікті басып-жаншып, шығыс аймақтарды бағындырып, оларды мойынсұнуда орнықтырғаннан кейін, жас Епифан Египет тағына отырған кезде, кез келген жорыққа еркін кірісуге мүмкіндік алды; және өз иелігін кеңейту үшін мұны жіберіп алуға болмайтын тым қолайлы мүмкіндік деп есептеп, бұрынғысынан да үлкен орасан зор әскер жинады». Трамп та әуелі өз патшалығындағы бір бүлікті басып-жаншиды, содан кейін өзі бұрын жеңіліске ұшыраған кезде қолында болған әскерден де үлкенірек әскер дайындайды. Трамп 2020 жылы Аян кітабының он бірінші тарауының орындалуы ретінде жеңіліске ұшырады, сол кезде дүниежүзілік жаһандануды бейнелейтін атеизм аңына және Демократиялық әрі Республикалық партиялардың жаһанданушыларына сайлауды ұрлатып жіберді, ал Тир жезөкшесінің негізгі сенімді әскері ретінде Путин Украинадан үстем шыққан кезде, бұл да жеңіліс болмақ.</w:t>
      </w:r>
    </w:p>
    <w:p>
      <w:pPr>
        <w:pStyle w:val="ArticleBody"/>
        <w:jc w:val="left"/>
      </w:pPr>
      <w:r>
        <w:rPr>
          <w:rFonts w:ascii="Times New Roman" w:hAnsi="Times New Roman" w:eastAsia="Times New Roman" w:cs="Times New Roman"/>
        </w:rPr>
        <w:t>Біз қарастырып отырған үш аяттағы үшінші пайғамбарлық желі — яһудилерге Грекия дінін күштеп таңуға тырысқан Антиох Епифанға қарсы олардың көтерілісімен бейнеленетін Маккавейлер желісі арқылы көрсетілген, діннен тайған протестантизм желісі. Трамп желісі мен діннен тайған протестантизм желісі ақырында аңның бейнесі ретінде көрсетілген мүйізге бірігетін екі билікті бейнелейді. Он үшінші аяттан он бесінші аятқа дейінгі аяттар жексенбілік заңға алып баратын тарихты бейнелейді, ал діннен тайған протестантизм мен діннен тайған республикализмнің екі желісі жексенбілік заңның алдында шіркеу мен мемлекетті біріктіре отырып, бір-бірімен жақындасып, тоғысатын осы екі биліктің өзара әрекетін көрсетеді.</w:t>
      </w:r>
    </w:p>
    <w:p>
      <w:pPr>
        <w:pStyle w:val="ArticleBody"/>
        <w:jc w:val="left"/>
      </w:pPr>
      <w:r>
        <w:rPr>
          <w:rFonts w:ascii="Times New Roman" w:hAnsi="Times New Roman" w:eastAsia="Times New Roman" w:cs="Times New Roman"/>
        </w:rPr>
        <w:t>Өткен мақалаларда біз 1776, 1789 және 1798 жылдарының мерзімдерімен бейнеленген үш оқиғаның — Тәуелсіздік декларациясы, Конституция және Шетелдіктер мен бүлікшілдік туралы актілердің — жердегі аңның Киелі кітап пайғамбарлығындағы алтыншы патшалық ретінде басталуына алып келген бір кезеңді айқындайтынын анықтадық. Осы себептен, бұл үш межелік белгі Киелі кітап пайғамбарлығындағы алтыншы патшалықтың аяқталуына алып баратын үш межелік белгіні білдіреді. Біз 1776 жылдан 1798 жылға дейінгі жиырма екі жылдың бір жүз қырық төрт мыңның мөрлену уақытын бейнелейтінін анықтадық, өйткені жиырма екі саны — Құдайлық пен адамзаттың бірігуінің нышаны.</w:t>
      </w:r>
    </w:p>
    <w:p>
      <w:pPr>
        <w:pStyle w:val="ArticleBody"/>
        <w:jc w:val="left"/>
      </w:pPr>
      <w:r>
        <w:rPr>
          <w:rFonts w:ascii="Times New Roman" w:hAnsi="Times New Roman" w:eastAsia="Times New Roman" w:cs="Times New Roman"/>
        </w:rPr>
        <w:t>Біз бұл тарихта “Ақиқаттың” таңбасы бар екенін анықтадық, өйткені бірінші және соңғы жолайрықтар орнатылған тәуелсіздік пен жойылған тәуелсіздікті білдіреді. Үш жолайрықтың бәрі де жердегі аңның негізгі рәмізін білдіреді, өйткені олардың бәрі Америка Құрама Штаттарының сөйлеуін көрсетеді, себебі “халықтың сөйлеуі — заң шығарушы және сот билігінің іс-әрекеті”. 1789 жыл мен Конституцияға қатысты ортаңғы жолайрық он үш отар тарапынан ратификацияланды, ал иврит тіліндегі “Ақиқат” сөзінің ортаңғы әрпі — он үшінші. 1776 жылдан 1798 жылға дейінгі жиырма екі жыл да иврит әліпбиін құрайтын жиырма екі әріппен сәйкес келеді.</w:t>
      </w:r>
    </w:p>
    <w:p>
      <w:pPr>
        <w:pStyle w:val="ArticleBody"/>
        <w:jc w:val="left"/>
      </w:pPr>
      <w:r>
        <w:rPr>
          <w:rFonts w:ascii="Times New Roman" w:hAnsi="Times New Roman" w:eastAsia="Times New Roman" w:cs="Times New Roman"/>
        </w:rPr>
        <w:t>Біз сондай-ақ 1798 жылғы Шетелдіктер мен Бүлікшілдік туралы актілердің Америка Құрама Штаттары айдаһарша сөйлейтін нүктені білдіретінін де анықтадық. Даниел он бірінші тарауының он үшінші мен он бесінші аяттарындағы жолдың бір бөлігі болып табылатын яһудилердің Риммен одағы — яғни, жолдан тайған протестантизмнің желісі — аңның мүсіні қалыптасатын кезеңді бейнелейді, ал сол мүсіннің қалыптасуы бір жүз қырық төрт мыңдықтар үшін соңғы сынақ болып табылады. Бұл — олардың мөрленуден бұрын өтуге тиіс сынағы. Сондықтан б.з.д. 161 жылдан б.з.д. 158 жылға дейінгі яһудилердің одағы бір жүз қырық төрт мыңдықтардың қатарында болуға шақырылғандардың сыналуы жүзеге асатын маңызды құрамдас бөлік болып табылады.</w:t>
      </w:r>
    </w:p>
    <w:p>
      <w:pPr>
        <w:pStyle w:val="ArticleBody"/>
        <w:jc w:val="left"/>
      </w:pPr>
      <w:r>
        <w:rPr>
          <w:rFonts w:ascii="Times New Roman" w:hAnsi="Times New Roman" w:eastAsia="Times New Roman" w:cs="Times New Roman"/>
        </w:rPr>
        <w:t>Б. з. д. 161 жылдан б. з. д. 158 жылға дейінгі уақыт кезеңі яһудилердің одағымен бейнеленген деп қабылдау тарих іліміне қайшы келеді, өйткені тарихшылар бұл одақ б. з. д. 161 жылы болғанын үйретеді, ал миллериттер оның б. з. д. 158 жылы болғанын үйретті, әрі бұл дерекке деген олардың берік сенімі екі қасиетті кестеде де көрсетілген.</w:t>
      </w:r>
    </w:p>
    <w:p>
      <w:pPr>
        <w:pStyle w:val="ArticleBody"/>
        <w:jc w:val="left"/>
      </w:pPr>
      <w:r>
        <w:rPr>
          <w:rFonts w:ascii="Times New Roman" w:hAnsi="Times New Roman" w:eastAsia="Times New Roman" w:cs="Times New Roman"/>
        </w:rPr>
        <w:t>Мәселе яһудилердің одағы үшін б.з.д. 161 жылды белгілеуде тарихшылардың дұрыс-бұрыстығында ғана емес, не болмаса б.з.д. 158 жылды айқындауда миллериттердің дұрыс-бұрыстығында да емес. Осы екі таңдаудың қайсысын алсаңыз да, сіздің таңдауыңызбен келісетін бір топ табылады. Мәселе — тарихшылар да, миллериттер де екеуі де дұрыс па, және яһудилермен жасалған одаққа қатысты шындық шын мәнінде тарихтағы мүмкін екі дара нүктенің бірін емес, белгілі бір уақыт кезеңін білдіре ме дегенде.</w:t>
      </w:r>
    </w:p>
    <w:p>
      <w:pPr>
        <w:pStyle w:val="ArticleBody"/>
        <w:jc w:val="left"/>
      </w:pPr>
      <w:r>
        <w:rPr>
          <w:rFonts w:ascii="Times New Roman" w:hAnsi="Times New Roman" w:eastAsia="Times New Roman" w:cs="Times New Roman"/>
        </w:rPr>
        <w:t>Алдыңғы мақалаларда біз Риммен және яһудилермен жасалған одақ 161 ж. б.з.д.-дан 158 ж. б.з.д.-ға дейінгі кезеңді білдіреді және сол кезең аңның бейнесінің қалыптасуын бейнелейді дегенді, біздің сенімімізше, негізді әрі қасиеттелген қисынмен көрсеттік. Егер солай болса, онда яһудилердің Риммен одағы уақыт кезеңі екенін қабылдауға деген шешімнің өзі де сынаққа айналады; әрі осы пайғамбарлық мағынада бұл аңның бейнесінің қалыптасуының «Құдай халқы үшін ұлы сынақ» екендігімен сәйкес келеді.</w:t>
      </w:r>
    </w:p>
    <w:p>
      <w:pPr>
        <w:pStyle w:val="ArticleBody"/>
        <w:jc w:val="left"/>
      </w:pPr>
      <w:r>
        <w:rPr>
          <w:rFonts w:ascii="Times New Roman" w:hAnsi="Times New Roman" w:eastAsia="Times New Roman" w:cs="Times New Roman"/>
        </w:rPr>
        <w:t>Осылай дей тұрғанмен, б.з.д. 158 жыл Маккавейлер деп аталған діннен тайған яһудилер мен Рим арасындағы одақтың берік орнаған уақытын көрсетеді, сондықтан ол жексенбілік заңның бейнесі болып табылады, өйткені Киелі кітап: «Екеуі келісіп алмаса, бірге жүре алар ма?» — деген риторикалық сұрақ қояды. Б.з.д. 158 жыл діннен тайған протестантизмнің папалық билікпен қашан және қай жерде қол ұстасатынын көрсетеді, ал б.з.д. 161 жылы басталып, б.з.д. 158 жылға алып келген кезең аңның мүсінінің қалыптасуын бейнелейтін уақыт мерзімін көрсетеді. Бұл кезеңнің діннен тайған протестантизмнің діннен тайған республикализммен қашан қосылатынын көрсететінін тану аса маңызды. Осы екі діннен тайған күштің екеуі де он үшіншіден он бесінші аяттарға дейін бейнеленген, сондықтан олардың кейбір ортақ межелік белгілері бар.</w:t>
      </w:r>
    </w:p>
    <w:p>
      <w:pPr>
        <w:pStyle w:val="ArticleBody"/>
        <w:jc w:val="left"/>
      </w:pPr>
      <w:r>
        <w:rPr>
          <w:rFonts w:ascii="Times New Roman" w:hAnsi="Times New Roman" w:eastAsia="Times New Roman" w:cs="Times New Roman"/>
        </w:rPr>
        <w:t>1776, 1789 және 1798 жылдарын 2001 жылғы 11 қыркүйекті бейнелеуші ретінде қолдану орынды; одан кейін 2021 жылғы 6 қаңтармен байланысты жалған ту қозғалысының Пелоси сот процестері және Байденнің ұрланған сайлауының инаугурациялық кезеңі келеді, бұл жексенбілік заңға алып барады. Осы қолдануда 2001 жылғы Patriot Act Тәуелсіздік декларациясымен сәйкестендіріліп, тәуелсіздіктің жойыла бастауын айқындайтын межелік белгі ретінде көрінеді. Содан соң Пелоси мен Шиффтің жалған сотының Конституцияның ратификациясымен сәйкестендірілетін екінші межелік белгісі келеді, осылайша ол Конституцияны теріске шығарудың басталуын бейнелейді; бұдан кейін үшінші межелік белгі ретінде Alien and Sedition Acts Америка Құрама Штаттарының айдаһар сияқты сөйлейтінін білдіреді. Осы межелік белгілерді осылайша қолдану — Маккавейлер арқылы бейнеленген жолдан тайған протестантизмнің межелік белгілерін айқындау болып табылады.</w:t>
      </w:r>
    </w:p>
    <w:p>
      <w:pPr>
        <w:pStyle w:val="ArticleBody"/>
        <w:jc w:val="left"/>
      </w:pPr>
      <w:r>
        <w:rPr>
          <w:rFonts w:ascii="Times New Roman" w:hAnsi="Times New Roman" w:eastAsia="Times New Roman" w:cs="Times New Roman"/>
        </w:rPr>
        <w:t>Тағы бір деңгейде, үш межелік белгіні жолдан тайған республикализммен байланыстыра айқындау сәл өзгеше қолдануды туындатады. 2001 жылғы 11 қыркүйек 1776 жылмен сәйкеседі, ал 1789 жыл, жолдан тайған республикализм үшін, Alien and Sedition Acts-пен сәйкеседі және сол “acts” пен айдаһардың сөйлеуінің, яғни жексенбіні мәжбүрлеп сақтатумен бейнеленетін құбылыстың, арасындағы айырмашылықты белгілейді. Осы екі желі аңның мүсіні сынағының аясында бірге қойылғанда, олар аңның мүсінін орнатудың пайғамбарлық құрылымын құрайды, ал Құдай халқы үшін ұлы сынақ — аңның мүсінінің қалыптасуы. Құдай халқы үшін аңның мүсінінің қалыптасуы, сол соңғы күндердегі адамдар саяси әрі діни әлемдегі сол қалыптасуды тани алулары үшін, әуелі оның Құдай Сөзінде қалай бейнеленетініне (қалыптасатынына) қарай танылуға тиіс.</w:t>
      </w:r>
    </w:p>
    <w:p>
      <w:pPr>
        <w:pStyle w:val="ArticleBody"/>
        <w:jc w:val="left"/>
      </w:pPr>
      <w:r>
        <w:rPr>
          <w:rFonts w:ascii="Times New Roman" w:hAnsi="Times New Roman" w:eastAsia="Times New Roman" w:cs="Times New Roman"/>
        </w:rPr>
        <w:t>Ендеше 2021 жылғы 6 қаңтардағы Пелоси соттары «Шетелдіктер мен бүлік туралы актілермен» қалайша үйлесе алады? Пелоси соттары — жаһандануды қоздырған бай президентті жаңа ғана өлтірген тұңғиықтың түбінен шыққан аңның салтанат құруын білдіреді. Бұл салтанат тарихы Байденнің ұлықталуы кезеңінен басталды және ол Трамптың екінші ұлықталуымен аяқталатын бір кезеңді бейнелейді. Айта кету керек, Трамп президенттікке үш рет түседі: біріншісінде де, соңғысында да жеңеді, ал ортасында оның жеңісін Жазба өтіріктің әкесі деп айқындайтын күш ұрлады. Ұрланған сайлаудан басталған Пелоси соттары 2025 жылғы 20 қаңтарда Трамп ұлықталған кезде басталатын кек қайтарушы Пелоси соттарының екінші тобын айқындайды.</w:t>
      </w:r>
    </w:p>
    <w:p>
      <w:pPr>
        <w:pStyle w:val="ArticleBody"/>
        <w:jc w:val="left"/>
      </w:pPr>
      <w:r>
        <w:rPr>
          <w:rFonts w:ascii="Times New Roman" w:hAnsi="Times New Roman" w:eastAsia="Times New Roman" w:cs="Times New Roman"/>
        </w:rPr>
        <w:t>Джо Байденнің президенттік өкілет мерзімінің кезеңі Пелосиге қатысты сот үдерістерінің бірқатарымен басталып, Пелосиге қатысты сот үдерістерінің бірқатарымен аяқталады. Екеуі де саяси сот үдерістері, бірақ екінші топтағы соттарда қудаланатындар — алғашқы соттарда бастапқы болып алға шыққандар. Трамптың екінші ұлықталуында б.з.д. 164 жыл белгіленеді. Трамптың екінші ұлықталуы б.з.д. 164 жылмен бейнеленеді, ал яһуди ғибадатханасының қайта бағышталуы саяси ғибадатхананың екінші рет қайта бағышталуын бейнелейді.</w:t>
      </w:r>
    </w:p>
    <w:p>
      <w:pPr>
        <w:pStyle w:val="ArticleBody"/>
        <w:jc w:val="left"/>
      </w:pPr>
      <w:r>
        <w:rPr>
          <w:rFonts w:ascii="Times New Roman" w:hAnsi="Times New Roman" w:eastAsia="Times New Roman" w:cs="Times New Roman"/>
        </w:rPr>
        <w:t>Дәл сол жылы Антиох Епифан қайтыс болды; ол яһудилерге Грекияның діни рәсімдерін зорлап таңған билік еді, сөйтіп б.з.д. 167 жылғы Маккавейлер көтерілісін туғызды. 2025 жылы Трамптың екінші инаугурациясында Грекияның діні (жаһанданушылық) Америка Құрама Штаттарында толықтай бағындырылады, ал шіркеу мен мемлекетті біріктіру ісін ілгерілету үшін шайтандық кереметтер күш бере бастайды. Сол сәтте Трамп Alien and Sedition Acts-пен параллель атқарушы жарлықтарға қол қояды, осылайша аңның мүсінінің қалыптасуының басталуын (б.з.д. 161 жыл) белгілейді, әрі ол Pelosi Trials-тың екінші қатарын бастайды. Alien and Sedition Acts аңның мүсінінің қалыптасу кезеңінің басталуын белгілейді, ал сол кезең жексенбілік заңмен аяқталады, бұл б.з.д. 158 жыл арқылы нышандалған.</w:t>
      </w:r>
    </w:p>
    <w:p>
      <w:pPr>
        <w:pStyle w:val="ArticleBody"/>
        <w:jc w:val="left"/>
      </w:pPr>
      <w:r>
        <w:rPr>
          <w:rFonts w:ascii="Times New Roman" w:hAnsi="Times New Roman" w:eastAsia="Times New Roman" w:cs="Times New Roman"/>
        </w:rPr>
        <w:t>Осылайша, аңның бейнесі қалыптасатын кезең Трампқа негізгі бұқаралық ақпарат құралдарын жабуға, заңсыз шетелдіктерді елден шығаруға және Демократиялық партияның астыртын сөз байласуына қатысы барларды тұтқындап, сот алдына әкелуге мүмкіндік беретін «әрекеттерден» басталады. Бұл кезеңнің басталуы Трамп әкелген саяси қудалауды білдіреді, ал оның соңы діни қудалаумен аяқталады.</w:t>
      </w:r>
    </w:p>
    <w:p>
      <w:pPr>
        <w:pStyle w:val="ArticleBody"/>
        <w:jc w:val="left"/>
      </w:pPr>
      <w:r>
        <w:rPr>
          <w:rFonts w:ascii="Times New Roman" w:hAnsi="Times New Roman" w:eastAsia="Times New Roman" w:cs="Times New Roman"/>
        </w:rPr>
        <w:t>Осы мағынада 1789 жылғы ортаңғы waymark пен Конституция — 2021 жылғы Pelosi соттары; олар басындағы тарихпен бірдей тарихпен аяқталатын кезеңді бейнелейді, бірақ Pelosi соттарының соңғы тобы қазіргі уақытта қудаланып, түрмеге қамалып жатқан адамдарға қатысты саяси кері бұрылыс болып табылады. Жолдан тайған протестантизм сызығындағы екінші waymark — Джо Байденнің президенттігін қамтитын Pelosi соттары, және бұл кезең 2025 жылғы қаңтарда аяқталады; сол кезде жолдан тайған республикализм сызығындағы 1789 жылғы waymark 2025 жылғы 20 қаңтарда, Трамптың екінші ұлықталуынан кейін бірден шығатын атқарушы жарлықтармен бірге, келіп жетеді. Бұл ұлттың айдаһарша сөйлейтін кезеңінің (Alien and Sedition Acts) басталуына жол ашады, әрі ол ұлт айдаһарша сөйлейтін жексенбілік заңға алып келеді. Сол кезеңде 1789 жылмен бейнеленген Конституция біртіндеп жойылады.</w:t>
      </w:r>
    </w:p>
    <w:p>
      <w:pPr>
        <w:pStyle w:val="ArticleBody"/>
        <w:jc w:val="left"/>
      </w:pPr>
      <w:r>
        <w:rPr>
          <w:rFonts w:ascii="Times New Roman" w:hAnsi="Times New Roman" w:eastAsia="Times New Roman" w:cs="Times New Roman"/>
        </w:rPr>
        <w:t>Трамптың екінші ұлықталуында ол жетеудің ішінен шыққан сегізінші президентке айналады, ал аңның мүсінінің құрылуы протестантизм мен республикашылдықтың жолдан тайған мүйіздерінің қалайша бір мүйіз болып тоғысатынын, әрі бұл қатынаста биліктің протестанттардың қолында болатынын айқындайды. Дәл сол тарихтың өзінде жүз қырық төрт мың болуға шақырылғандар жуықта келетін жексенбілік заң кезінде шынайы протестантизмнің мүйізі ретінде жоғары көтерілерінің алдында мөрленеді.</w:t>
      </w:r>
    </w:p>
    <w:p>
      <w:pPr>
        <w:pStyle w:val="ArticleBody"/>
        <w:jc w:val="left"/>
      </w:pPr>
      <w:r>
        <w:rPr>
          <w:rFonts w:ascii="Times New Roman" w:hAnsi="Times New Roman" w:eastAsia="Times New Roman" w:cs="Times New Roman"/>
        </w:rPr>
        <w:t>Сынақ мерзімі жабылардың дәл алдында ашылатын, Иса Мәсіхтің Аян болатын мөрлеу хабары — Даниял кітабының соңғы күндерге қатысты бөлігі. Ашылатын сол бөлік — Даниял 11-тарау, 40-аяттың жасырын тарихы, ал он үштен он бесінші аяттарға дейінгі аяттар сол жасырын тарихпен үйлеседі. Сондықтан сынақ мерзімі жабылардың дәл алдында ашылатын, Набуходоносордың аңдар бейнесінің жасырын пайғамбарлық хабарымен алдын ала бейнеленген бұл хабар — он үшінші аяттан он бесінші аятқа дейін Маккавейлер мен III Антиох арқылы бейнеленген, протестантизм мен республикашылдықтың діннен тайған мүйіздерінің екі таяғының қосылуы туралы нақ сол хабардың өзі.</w:t>
      </w:r>
    </w:p>
    <w:p>
      <w:pPr>
        <w:pStyle w:val="ArticleBody"/>
        <w:jc w:val="left"/>
      </w:pPr>
      <w:r>
        <w:rPr>
          <w:rFonts w:ascii="Times New Roman" w:hAnsi="Times New Roman" w:eastAsia="Times New Roman" w:cs="Times New Roman"/>
        </w:rPr>
        <w:t>Аңның бейнесінің қалыптасуын айқындайтын хабар — шынайы протестанттық мүйізді мөрлейтін қасиеттелуді жеткізетін хабар.</w:t>
      </w:r>
    </w:p>
    <w:p>
      <w:pPr>
        <w:pStyle w:val="ArticleBody"/>
        <w:jc w:val="left"/>
      </w:pPr>
      <w:r>
        <w:rPr>
          <w:rFonts w:ascii="Times New Roman" w:hAnsi="Times New Roman" w:eastAsia="Times New Roman" w:cs="Times New Roman"/>
        </w:rPr>
        <w:t>Он төртінші аятта, б.з.д. 200 жылы, Мысырдың жаңа сәби патшасын қорғау үшін көтерілгендіктен, пайғамбарлық баяндауға алғаш рет пұтқа табынушы Рим енгізіледі; оған қарсы Мысырға қарсы одақты Антиох III пен Македониялық Филип құрған еді. Сол жылы Паний шайқасын Антиох III Птолемей V-ке қарсы жүргізді. «Сенің халқыңның талан-таражшыларының», аянды орнықтыратындардың, яғни Антиох пен Филиптің арасындағы одақтың енгізілуі, сондай-ақ Паний шайқасы — мұның бәрі сол жылы болды. Сондықтан бұл межелік белгі жердегі аңның республикалық мүйізінің бейнесі болып табылатын Антиох пен Грекияның ежелгі атауы Македонияның Филипі арасындағы, Біріккен Ұлттар Ұйымының бейнесі болып табылатын одақты айқындайды.</w:t>
      </w:r>
    </w:p>
    <w:p>
      <w:pPr>
        <w:pStyle w:val="ArticleBody"/>
        <w:jc w:val="left"/>
      </w:pPr>
      <w:r>
        <w:rPr>
          <w:rFonts w:ascii="Times New Roman" w:hAnsi="Times New Roman" w:eastAsia="Times New Roman" w:cs="Times New Roman"/>
        </w:rPr>
        <w:t>Пайғамбарлық деңгейде Панийм шайқасында айдаһар (Македония) мен жалған пайғамбардың (АҚШ) арасындағы одақ құрылады. Бұл одақтың астарлы уәжі — күйреп бара жатқан Ресейді бейнелейтін Мысырдың иелігін өзара бөлісу еді.</w:t>
      </w:r>
    </w:p>
    <w:p>
      <w:pPr>
        <w:pStyle w:val="ArticleBody"/>
        <w:jc w:val="left"/>
      </w:pPr>
      <w:r>
        <w:rPr>
          <w:rFonts w:ascii="Times New Roman" w:hAnsi="Times New Roman" w:eastAsia="Times New Roman" w:cs="Times New Roman"/>
        </w:rPr>
        <w:t>Иса Өз шәкірттерін Паниумға алып барған кезде, ол сол уақытта Кесария Филиппи деп аталған еді. Ұлы Иродтың немересі Ирод Филиппи қаланы қалпына келтіру ісін жүзеге асырып, оны Цезарь Августтың және өзінің атымен атады, сөйтіп ол Кесария Филиппи деп аталды. Олардың өзара қатынасы Римнің Риммен байланысын білдіреді, бірақ Филиппи Цезарьмен салыстырғанда екінші дәрежелі Рим болып табылады; ал пайғамбарлық деңгейде Ирод Филиппи Иродияның қызы Саломеяны бейнелейді. Сондықтан Кесария Филиппи атауында Ирод Филиппидің жалған пайғамбарды, ал Цезарьдың папалықты бейнелейтінін көреміз.</w:t>
      </w:r>
    </w:p>
    <w:p>
      <w:pPr>
        <w:pStyle w:val="ArticleBody"/>
        <w:jc w:val="left"/>
      </w:pPr>
      <w:r>
        <w:rPr>
          <w:rFonts w:ascii="Times New Roman" w:hAnsi="Times New Roman" w:eastAsia="Times New Roman" w:cs="Times New Roman"/>
        </w:rPr>
        <w:t>Осылайша, Паниумның пайғамбарлық тарихы екі одақты алға тартады: бірінде жалған пайғамбар (Трамп) айдаһармен (Біріккен Ұлттар Ұйымы) қол ұстасады, ал екіншісінде жалған пайғамбар (Трамп) папалықпен (Цезарь) қол ұстасады. Он алтыншы аятта жексенбілік заң бейнеленген, әрі дәл сол жерде үштік одақ жүзеге асырылады; бірақ бұл тәртіп шын мәнінде жексенбілік заңнан бұрын, он бесінші аятта және Паниум шайқасында орнатылған еді.</w:t>
      </w:r>
    </w:p>
    <w:p>
      <w:pPr>
        <w:pStyle w:val="ArticleScripture"/>
        <w:jc w:val="left"/>
      </w:pPr>
      <w:r>
        <w:rPr>
          <w:rFonts w:ascii="Times New Roman" w:hAnsi="Times New Roman" w:eastAsia="Times New Roman" w:cs="Times New Roman"/>
        </w:rPr>
        <w:t>«Құдай заңын бұза отырып, папалық билік институтын күштеп енгізетін жарлық арқылы біздің ұлтымыз өзін әділдіктен толықтай ажыратады. Протестантизм шығанақтың арғы жағына қолын созып, Рим билігінің қолын қысып ұстағанда, ол шыңыраудың ар жағына дейін жетіп, Спиритизммен қол алысқанда, осы үштік одақтың ықпалымен біздің еліміз өзінің Конституциясының протестанттық әрі республикалық үкімет ретіндегі әрбір қағидатынан бас тартып, папалық жалғандықтар мен алдаулардың таралуына жағдай жасағанда, сол кезде біз Шайтанның ғажайып әрекет ететін уақыты келгенін және ақырзаманның жақын екенін біле аламыз». Testimonies, 5-том, 451.</w:t>
      </w:r>
    </w:p>
    <w:p>
      <w:pPr>
        <w:pStyle w:val="ArticleBody"/>
        <w:jc w:val="left"/>
      </w:pPr>
      <w:r>
        <w:rPr>
          <w:rFonts w:ascii="Times New Roman" w:hAnsi="Times New Roman" w:eastAsia="Times New Roman" w:cs="Times New Roman"/>
        </w:rPr>
        <w:t>Бұл зерттеуді келесі мақаламызда жалғастырамыз.</w:t>
      </w:r>
    </w:p>
    <w:p>
      <w:pPr>
        <w:pStyle w:val="ArticleScripture"/>
        <w:jc w:val="left"/>
      </w:pPr>
      <w:r>
        <w:rPr>
          <w:rFonts w:ascii="Times New Roman" w:hAnsi="Times New Roman" w:eastAsia="Times New Roman" w:cs="Times New Roman"/>
        </w:rPr>
        <w:t>«Аян — жаңа бір нәрсені жасау не ойлап табу емес, қайта, ашылғанға дейін адамзатқа беймәлім болып келгеннің көрініс табуы. Ізгі хабарда қамтылған ұлы да мәңгілік ақиқаттар ынталы ізденіс пен Құдайдың алдында өзімізді кішірейту арқылы ашылады. Көктегі Ұстаз шындықты іздеуші кіші жүректі жанның ойын жетелейді; әрі Киелі Рухтың басшылығымен Сөздің ақиқаттары оған мәлім етіледі. Осындай жолмен бағытталудан гөрі сенімді де әсерлі таным жолы жоқ. Құтқарушының уәдесі мынадай болды: “When he, the Spirit of truth, is come, he will guide you into all truth.” Құдай Сөзін түсінуге біз Киелі Рухтың дарытылуы арқылы жеткізілеміз.»</w:t>
      </w:r>
    </w:p>
    <w:p>
      <w:pPr>
        <w:pStyle w:val="ArticleScripture"/>
        <w:jc w:val="left"/>
      </w:pPr>
      <w:r>
        <w:rPr>
          <w:rFonts w:ascii="Times New Roman" w:hAnsi="Times New Roman" w:eastAsia="Times New Roman" w:cs="Times New Roman"/>
        </w:rPr>
        <w:t>Забур жыршысы былай деп жазады: «Жас жігіт өз жолын немен тазарта алады? Сенің сөзіңе сай оған құлақ асу арқылы. Мен Сені бар жүрегіммен іздедім; мені Өзіңнің өсиеттеріңнен адастыра көрме.... Көзімді аш, сонда мен Сенің заңыңнан ғажайып нәрселерді көрермін».</w:t>
      </w:r>
    </w:p>
    <w:p>
      <w:pPr>
        <w:pStyle w:val="ArticleScripture"/>
        <w:jc w:val="left"/>
      </w:pPr>
      <w:r>
        <w:rPr>
          <w:rFonts w:ascii="Times New Roman" w:hAnsi="Times New Roman" w:eastAsia="Times New Roman" w:cs="Times New Roman"/>
        </w:rPr>
        <w:t>«Бізге ақиқатты жасырылған қазынадай іздеуге өсиет етілген. Жаратқан Ие ақиқаттың шынайы іздеушісінің түсінігін ашады; ал Киелі Рух оған аянның ақиқаттарын ұғынуға мүмкіндік береді. Забур жыршысы көздерінің Заңнан ғажайып нәрселерді көруі үшін ашылуын сұрағанда, міне, осыны меңзейді. Жан Иса Мәсіхтің кемелдіктерін аңсаған кезде, сана жақсырақ дүниенің салтанатын ұғынуға қабілетті болады. Құдай Сөзінің ақиқаттарын біз тек Құдайлық Ұстаздың көмегімен ғана түсіне аламыз. Мәсіхтің мектебінде біз момын әрі кіші пейілді болуды үйренеміз, өйткені бізге Құдайға ұнамды өмірдің құпияларын түсіну берілген.»</w:t>
      </w:r>
    </w:p>
    <w:p>
      <w:pPr>
        <w:pStyle w:val="ArticleScripture"/>
        <w:jc w:val="left"/>
      </w:pPr>
      <w:r>
        <w:rPr>
          <w:rFonts w:ascii="Times New Roman" w:hAnsi="Times New Roman" w:eastAsia="Times New Roman" w:cs="Times New Roman"/>
        </w:rPr>
        <w:t>«Сөзге дем берген Тұлғаның Өзі Сөздің шынайы түсіндірушісі еді. Мәсіх Өз ілімдерін тыңдаушыларының назарын табиғаттың қарапайым заңдарына және олардың күн сайын көріп, қолданып жүрген таныс нәрселеріне аудару арқылы бейнелеп түсіндірді. Осылайша Ол олардың ойларын табиғидан руханиға жетеледі. Көбі Оның астарлы әңгімелерінің мағынасын бірден ұғына алмады; бірақ күннен-күнге Ұлы Ұстаз рухани шындықтармен байланыстырған нәрселермен бетпе-бет келген сайын, кейбіреулері Оның саналарына сіңіруге тырысқан Құдайлық ақиқаттың тағылымдарын аңғарып, Оның миссиясының шындығына көз жеткізді және Ізгі хабарға айналды». Sabbath School Worker, December 1, 1909.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тоқсан екінші</dc:title>
  <dc:subject>Жасырын тарихты ашу: Даниял 11-дегі пайғамбарлық сәйкестіктер және 144 000-ның мөрленуі</dc:subject>
  <dc:creator>Jeff Pippenger</dc:creator>
  <cp:keywords/>
  <dc:description>Generated by ArticleDigger from daniel\192_daniel.json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