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төртінші</w:t>
      </w:r>
    </w:p>
    <w:p>
      <w:pPr>
        <w:pStyle w:val="ArticleSubtitle"/>
        <w:jc w:val="left"/>
      </w:pPr>
      <w:r>
        <w:rPr>
          <w:rFonts w:ascii="Arial" w:hAnsi="Arial" w:eastAsia="Arial" w:cs="Arial"/>
        </w:rPr>
        <w:t>Маккавейлер жаңғырығы: Трамптың жеңісі және Аңның мүсініне апаратын пайғамбарлық жол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Америка Құрама Штаттарындағы жолдан тайған протестантизмді білдіретін Маккавейлердің желісі б.з.д. 167 жылы Модеинде грек дініне қарсы көтерілісін бастады. Сол жерде Маккавейлер Антиох Епифанның яһудилерге грек дінін күштеп таңу әрекеттерін жеңіп шықты, сондай-ақ Антиохпен астыртын әрекет етіп жүрген яһудилердің басшысын да өлтірді. Осылайша, 2024 жылғы сайлауда Байден «Діни оңшылдар» деп аталатын дауыс берушілер блогы арқылы жеңіліске ұшырайды. Бұл тарих 2024 жылғы сайлаудың жеңісін жолдан тайған протестантизмнің тек RINO деп аталатын жаһанданушы республикашылдарды ғана емес, сонымен бірге woke-изм дінін ұлтқа күштеп таңуға тырысқан атеистік демократтардың әрекеттерін де жеңіп шығуы ретінде сипаттайды.</w:t>
      </w:r>
    </w:p>
    <w:p>
      <w:pPr>
        <w:pStyle w:val="ArticleBody"/>
        <w:jc w:val="left"/>
      </w:pPr>
      <w:r>
        <w:rPr>
          <w:rFonts w:ascii="Times New Roman" w:hAnsi="Times New Roman" w:eastAsia="Times New Roman" w:cs="Times New Roman"/>
        </w:rPr>
        <w:t>Маккавейлердің желісімен бейнеленген ішкі рухани соғыс 2015 жылы басталды; сол кезде бай президент жаһанданудың айдаһарлық күштерін қозғады, ал екі куәгерді өлтірудегі айдаһардың іс-әрекетіне 2021 жылғы 6 қаңтарға қатысты Пелоси сот процестері де кірді. Модеин мен Маккавейлер көтерілісі 2024 жылғы 5 қарашада діннен тайған протестантизмнің болашақ жеңісін айқындайды. 2025 жылғы 20 қаңтардағы ұлықтау рәсімі б.з.д. 164 жылмен бейнеленді; бұл екінші ғибадатхананың қайта бағышталуын білдірді, әрі дәл сол жылы (б.з.д. 164 ж.) Антиох Епифан қайтыс болды. Антиох Демократиялық партияны және өздерін республикашылдармыз деп таныстыратын олардың жаһаншыл серіктестерін бейнелейді, бірақ олар бір қыздың ұл болмағаны сияқты, MAGA республикашылдары да емес.</w:t>
      </w:r>
    </w:p>
    <w:p>
      <w:pPr>
        <w:pStyle w:val="ArticleBody"/>
        <w:jc w:val="left"/>
      </w:pPr>
      <w:r>
        <w:rPr>
          <w:rFonts w:ascii="Times New Roman" w:hAnsi="Times New Roman" w:eastAsia="Times New Roman" w:cs="Times New Roman"/>
        </w:rPr>
        <w:t>Он үшіншіден он бесінші аяттарға дейін бейнеленген, Паний шайқасымен аяқталатын саяси күрес сол тарихтағы woke-изм мен діннен тайған протестантизм арасындағы діни күреспен қатар өрбиді. 2025 жылы Трамптың ұлықталуынан кейін, бұл б.з.д. 164 жылғы екінші ғибадатхананың қайта бағышталуымен бейнеленгендей, ол содан соң діннен тайған протестанттық шіркеуді өзінің діннен тайған республикалық үкіметімен біріктіру арқылы аңның бейнесін іс жүзінде қалыптастыруды бастайды; бұл б.з.д. 161 жылдан б.з.д. 158 жылға дейінгі Рим мен Маккавейлер одағымен бейнеленген. Трамп шіркеу мен мемлекетті діни элемент үстемдік ететін одаққа біріктіреді. Жердегі аң католицизм аңының бейнесін қалыптастыратын пайғамбарлық тарихта діннен тайған республикалық мүйіз бен діннен тайған протестанттық мүйіз мәңгілік өмір мәселесінде қате жақты таңдап, өздеріне берілген сынақ мерзімінің тостағанын толтырады.</w:t>
      </w:r>
    </w:p>
    <w:p>
      <w:pPr>
        <w:pStyle w:val="ArticleBody"/>
        <w:jc w:val="left"/>
      </w:pPr>
      <w:r>
        <w:rPr>
          <w:rFonts w:ascii="Times New Roman" w:hAnsi="Times New Roman" w:eastAsia="Times New Roman" w:cs="Times New Roman"/>
        </w:rPr>
        <w:t>Б.з.д. 164 жылы екінші ғибадатхананың тазартылуымен бейнеленген инаугурациядан бастап, б.з.д. 161 жылдан 158 жылға дейін яһудилер мен Римнің одағы арқылы бейнеленгендей, аңның мүсінін қалыптастыру ісі басталады. Трамп 2024 жылғы 5 қарашада (б.з.д. 167 жыл) қайта сайланады, ал өзінің инаугурациясында (б.з.д. 164 жыл) ол 1989 жылғы ақырзаман уақытынан бергі сегізінші президент болады. Осылайша ол жетінің ішінен шыққан сегізіншіге айналады, бұл жексенбілік заң кезінде өлімші жарасы жазылғанда Киелі кітап пайғамбарлығындағы сегізінші патшалыққа айналатын папалық аңды бейнелейді. Оның инаугурациясы б.з.д. 164 жылы Маккавейлердің екінші ғибадатхананы қайта бағыштауымен бейнеленген еді. Маккавейлер көтерілісі бұдан үш жыл бұрын «қарсылық» дегенді білдіретін Модеин қаласында басталған болатын, және бұл 2024 жылғы 5 қарашадағы оның сайлаудағы жеңісін белгілейді.</w:t>
      </w:r>
    </w:p>
    <w:p>
      <w:pPr>
        <w:pStyle w:val="ArticleBody"/>
        <w:jc w:val="left"/>
      </w:pPr>
      <w:r>
        <w:rPr>
          <w:rFonts w:ascii="Times New Roman" w:hAnsi="Times New Roman" w:eastAsia="Times New Roman" w:cs="Times New Roman"/>
        </w:rPr>
        <w:t>Б.з.д. 164 жылы екінші ғибадатхананың екінші бағышталуы болды, осылайша ол 2025 жылғы 20 қаңтарда Трамптың екінші инаугурациясының бейнесін көрсетті. Сол сәтте ол өзінен бұрынғы жеті президенттің қатарынан шыққан сегізінші президентке ресми түрде айналады. Б.з.д. 164 жыл иудаизмде екінші ғибадатхананың екінші бағышталуын белгілеу үшін еске алынады.</w:t>
      </w:r>
    </w:p>
    <w:p>
      <w:pPr>
        <w:pStyle w:val="ArticleBody"/>
        <w:jc w:val="left"/>
      </w:pPr>
      <w:r>
        <w:rPr>
          <w:rFonts w:ascii="Times New Roman" w:hAnsi="Times New Roman" w:eastAsia="Times New Roman" w:cs="Times New Roman"/>
        </w:rPr>
        <w:t>Инаугурация — Трамптың жетінші патшалардың ішінен шыққан сегізіншіге айналатын сәті, әрі сол мезеттен бастап аңға арнап мүсін орнату ісін қолдайтын шайтандық кереметтер жүзеге аса бастайды. Сегіз саны қайта тірілген аңның мүсінінің нышаны болып табылады, және дәл сол кезде, б.з.д. 161 жылмен бейнеленгендей, мүсіннің қалыптасуы басталады.</w:t>
      </w:r>
    </w:p>
    <w:p>
      <w:pPr>
        <w:pStyle w:val="ArticleBody"/>
        <w:jc w:val="left"/>
      </w:pPr>
      <w:r>
        <w:rPr>
          <w:rFonts w:ascii="Times New Roman" w:hAnsi="Times New Roman" w:eastAsia="Times New Roman" w:cs="Times New Roman"/>
        </w:rPr>
        <w:t>Аңның мүсінінің қалыптасуы әуелі Америка Құрама Штаттарында жүзеге асырылады, содан кейін аңның мүсіні бүкіл әлемге зорлықпен таңылады. Америка Құрама Штаттары әлемді аңға арналған мүсінді қабылдауға мәжбүрлей бастайтын кезде, ол мүсін әрі сөйлейтін, әрі аңның мүсініне табынбайтындардың қаншасын болса да өлтірілуіне себеп болатын еді; дәл сол сәтте Америка Құрама Штаттары жексенбілік заңды енді ғана қабылдап, үш жақты одақты құрған болады. Жексенбілік заң кезінде үш жақты одақ орнығып тұрады, әрі Шайтанның ғажайып істер көрсететін әрекетінің уақыты жетеді, өйткені Шайтан өзін Мәсіх ретінде танытып, әлемді дүниежүзілік аң мүсінін және жексенбілік құлшылықты қабылдауға жетелеу үшін кереметтер жасайды. Сол кезде Трамп он патшаның көсеміне айналады.</w:t>
      </w:r>
    </w:p>
    <w:p>
      <w:pPr>
        <w:pStyle w:val="ArticleBody"/>
        <w:jc w:val="left"/>
      </w:pPr>
      <w:r>
        <w:rPr>
          <w:rFonts w:ascii="Times New Roman" w:hAnsi="Times New Roman" w:eastAsia="Times New Roman" w:cs="Times New Roman"/>
        </w:rPr>
        <w:t>Осылайша, жуық арада келетін жексенбілік заң тұсындағы үштік одақта жүзеге асатын он патшаның жоғарғы патшасы ретінде Трамптың ұлықталуы 2025 жылғы 20 қаңтарда Трамптың жетінің ішінен шыққан сегізінші президент ретінде ұлықталуы арқылы алдын ала бейнеленген. Америка Құрама Штаттарында аңның мүсінінің қалыптасуын аяқтайтын жексенбілік заң кезінде папалық аң да жетінің ішінен шыққан сегізіншіге айналады. Осылайша, аңның мүсініне қатысты сыналу уақыты Трамптың жетінің ішінен шыққан сегізіншіге айналуымен басталады, ал сол кезең аяқталғанда, папалық та жетінің ішінен шыққан сегізіншіге айналады, өйткені Альфа мен Омега ақырды бастау арқылы бейнелейді.</w:t>
      </w:r>
    </w:p>
    <w:p>
      <w:pPr>
        <w:pStyle w:val="ArticleBody"/>
        <w:jc w:val="left"/>
      </w:pPr>
      <w:r>
        <w:rPr>
          <w:rFonts w:ascii="Times New Roman" w:hAnsi="Times New Roman" w:eastAsia="Times New Roman" w:cs="Times New Roman"/>
        </w:rPr>
        <w:t>Шайтандық кереметтер Трамптың ұлықталуынан басталады; дәл сол кезде аңның мүсінінің қалыптасу кезеңі басталады, әрі бұл Америка Құрама Штаттарында аңның мүсінінің қалыптасу кезеңінің соңында басталатын Шайтанның ғажайып әрекетінің нышаны болып табылады. Трамптың ұлықталуы сол кезеңнің басталуын білдіреді, ал оның Біріккен Ұлттар Ұйымының он патшасының бас патшасы ретінде ұлықталуы сол кезеңнің аяқталуын білдіреді. Аңның мүсінінің қалыптасуын бастайтын бастау және аяқталу ұлықтауларында бұл әуелі Америка Құрама Штаттарында, содан кейін бүкіл әлемде жүзеге асады.</w:t>
      </w:r>
    </w:p>
    <w:p>
      <w:pPr>
        <w:pStyle w:val="ArticleBody"/>
        <w:jc w:val="left"/>
      </w:pPr>
      <w:r>
        <w:rPr>
          <w:rFonts w:ascii="Times New Roman" w:hAnsi="Times New Roman" w:eastAsia="Times New Roman" w:cs="Times New Roman"/>
        </w:rPr>
        <w:t>Одақтың ісі, яғни б.з.д. 161 жылдан 158 жылға дейін орын алған Риммен бірігу осы тарихты айқындайды, әрі ол он алтыншы аяттағы жексенбілік заңмен аяқталады. Папалық жүйенің бейнесі болып табылатын үкіметті енгізудің соңғы ісі аңның бейнесінің қалыптасуы ретінде басталады және оны Трамп өзінің саяси жеңісіне жәрдемдескен жолдан тайған протестанттарға саяси жақсылықтарының қарымтасын қайтарып, алға жылжытады.</w:t>
      </w:r>
    </w:p>
    <w:p>
      <w:pPr>
        <w:pStyle w:val="ArticleBody"/>
        <w:jc w:val="left"/>
      </w:pPr>
      <w:r>
        <w:rPr>
          <w:rFonts w:ascii="Times New Roman" w:hAnsi="Times New Roman" w:eastAsia="Times New Roman" w:cs="Times New Roman"/>
        </w:rPr>
        <w:t>Бұл пайғамбарлық құрылым қырықыншы аяттың жасырын тарихына орналастырылуға тиіс. Даниял он бірдің екінші аятынан үшінші аятына дейінгі жасырын тарих та сол құрылымның үстіне орналастырылуға тиіс. Аян кітабының он бірінші тарауындағы екі куәгердің пайғамбарлық тарихы да сол құрылымның үстіне орналастырылуға тиіс. Осы үш желіні қырықыншы аяттың жасырын тарихында бір арнаға тоғыстыру арқылы Яһуда руының Арыстаны соңғы күндерге дейін мөрленіп келген Даниял пайғамбарлығының сол бөлігінің мөрін ашуда.</w:t>
      </w:r>
    </w:p>
    <w:p>
      <w:pPr>
        <w:pStyle w:val="ArticleScripture"/>
        <w:jc w:val="left"/>
      </w:pPr>
      <w:r>
        <w:rPr>
          <w:rFonts w:ascii="Times New Roman" w:hAnsi="Times New Roman" w:eastAsia="Times New Roman" w:cs="Times New Roman"/>
        </w:rPr>
        <w:t>Қалада керней тартылса, халық қорықпай ма? Қалада бір бәле болса, оны Жаратқан Ие істемей ме? Расында, Жаратушы Ие Өзі құпиясын қызметшілері — пайғамбарларға ашпайынша, еш нәрсе істемейді. Арыстан ақырды — кім қорықпас? Жаратушы Ие сөйледі — кім пайғамбарлық етпес? Ашдодтағы сарайларда және Мысыр жеріндегі сарайларда жариялап, былай деңдер: Самария тауларына жиналыңдар да, оның ортасындағы зор дүрбелеңдерді және оның ішіндегі езілгендерді көріңдер. Амос 3:6–9.</w:t>
      </w:r>
    </w:p>
    <w:p>
      <w:pPr>
        <w:pStyle w:val="ArticleBody"/>
        <w:jc w:val="left"/>
      </w:pPr>
      <w:r>
        <w:rPr>
          <w:rFonts w:ascii="Times New Roman" w:hAnsi="Times New Roman" w:eastAsia="Times New Roman" w:cs="Times New Roman"/>
        </w:rPr>
        <w:t>Даниял 11-тараудың қырқыншы аятының жасырын тарихында бейнеленген, мөрі ашылған хабар — бұл мөрлеу хабары; ал Амос қалада керней тартылуы және арыстанның ақыруы туралы риторикалық сұрақ қояды; әрі Амос Құдай әуелі оны Өзінің қызметшілері — пайғамбарларға ашып көрсетпейінше, еш нәрсе істемейтінін айтқанда, сол сұраққа жауап береді. Ол сондай-ақ, Құдайдан қорқуды тудыруға арналған керней хабары қаладағы зұлымдықты да әшкерелейтінін және оның Ашдодта, Мысырда және Самарияда жариялануға тиісті болғанын қамтиды; бұлар қазіргі Вавилонның үш құрамды болмысын бейнелейді. Мөрлеу керней хабары мөрлеу хабарында бейнеленген оқиғалардың алдында бүкіл әлемге жариялануға тиіс болды. Мөрлеу хабары болып табылатын керней хабары «Ақиқаттың» қолтаңбасын алып жүреді, өйткені мөрлеу уақыты үшінші қасіреттің кернейінің үш дүркін үндеуінің негізінде құрылған.</w:t>
      </w:r>
    </w:p>
    <w:p>
      <w:pPr>
        <w:pStyle w:val="ArticleBody"/>
        <w:jc w:val="left"/>
      </w:pPr>
      <w:r>
        <w:rPr>
          <w:rFonts w:ascii="Times New Roman" w:hAnsi="Times New Roman" w:eastAsia="Times New Roman" w:cs="Times New Roman"/>
        </w:rPr>
        <w:t>Керней алғаш рет 2001 жылғы 11 қыркүйекте мөрлеудің басталуын белгіледі, ал соңғысы жуық арада келетін жексенбілік заң тұсындағы мөрлеудің аяқталуын білдіреді, сол кезде ұлы жер сілкінісінде үшінші қасірет кенеттен келеді. Ортаңғы үні 2023 жылғы 7 қазанда болды, сол кезде ежелгі даңқты елге үшінші қасірет Исламынан тұтқиыл шабуыл жасалды; дәл сол сияқты 2001 жылы қазіргі даңқты елге де үшінші қасірет Исламынан тұтқиыл шабуыл жасалған еді, әрі жуық арада келетін жексенбілік заң кезінде сол үш дүрсілдің соңғысында да солай болады. Ежелгі даңқты елге жасалған ортаңғы тұтқиыл шабуыл тура мағынадағы Исраилге қарсы болды, әрі ол Мәсіхті айқышқа шегелеген бүліктің нышаны еді.</w:t>
      </w:r>
    </w:p>
    <w:p>
      <w:pPr>
        <w:pStyle w:val="ArticleBody"/>
        <w:jc w:val="left"/>
      </w:pPr>
      <w:r>
        <w:rPr>
          <w:rFonts w:ascii="Times New Roman" w:hAnsi="Times New Roman" w:eastAsia="Times New Roman" w:cs="Times New Roman"/>
        </w:rPr>
        <w:t>Амостың керней үні тәрізді хабары бүкіл әлемге таратылатын еді, әрі сол хабарды жариялау ісі 2023 жылдың шілде айының соңында басталды. Сонда Яһуда руының Арыстаны ақырды; енді кім қорықпайды, және жүз қырық төрт мыңның мөрлену уақытына байланысты оқиғалардың қазір жер шарының түкпір-түкпірінде ашылып жатқанына қарсы шығуға кімнің дәті барады? Бұл мақалалар қазір жүз жиырмадан астам елде, алпыстан астам тілде бар, әрі оларды не оқуға, не тыңдауға болады.</w:t>
      </w:r>
    </w:p>
    <w:p>
      <w:pPr>
        <w:pStyle w:val="ArticleScripture"/>
        <w:jc w:val="left"/>
      </w:pPr>
      <w:r>
        <w:rPr>
          <w:rFonts w:ascii="Times New Roman" w:hAnsi="Times New Roman" w:eastAsia="Times New Roman" w:cs="Times New Roman"/>
        </w:rPr>
        <w:t>Осы пайғамбарлықтың сөздерін оқитын да, тыңдайтындар да, онда жазылғандарды орындайтындар да бақытты; өйткені уақыт жақын. Аян 1:3.</w:t>
      </w:r>
    </w:p>
    <w:p>
      <w:pPr>
        <w:pStyle w:val="ArticleBody"/>
        <w:jc w:val="left"/>
      </w:pPr>
      <w:r>
        <w:rPr>
          <w:rFonts w:ascii="Times New Roman" w:hAnsi="Times New Roman" w:eastAsia="Times New Roman" w:cs="Times New Roman"/>
        </w:rPr>
        <w:t>Мінәжаттармен және хош иіспен араластырылған құрбандық үстелінің оты жетінші әрі соңғы мөр алынғанда жерге тасталған кезде, дауыстар, күн күркіреулері, найзағайлар және зор жер сілкінісі болды. Сол ұлы жер сілкінісі Түн ортасындағы айқай хабары Езекиелдің тоғызыншы тарауында күрсініп, зар еңіреп жүрген әулиелердің үстіне от секілді тасталуының салдарынан туындайды; дәл сол сияқты, Елуінші күн мейрамында да от төмен түскен еді. Сол от, осы мақалалар сияқты, кейін әрбір ұлтқа, руға, тілге және халыққа жеткізілген хабарды бейнеледі. Сол от, осы мақалалар сияқты, сол хабарды көптеген тілдерде жеткізу қабілетін бейнеледі. Бұл мақалалар таяуда не болатынын алдын ала айқындап көрсетіп отыр, өйткені Жаратқан Ие Өзінің пайғамбарлық Сөзі арқылы әуелі ашып көрсетпейінше, ешнәрсе істемейді.</w:t>
      </w:r>
    </w:p>
    <w:p>
      <w:pPr>
        <w:pStyle w:val="ArticleScripture"/>
        <w:jc w:val="left"/>
      </w:pPr>
      <w:r>
        <w:rPr>
          <w:rFonts w:ascii="Times New Roman" w:hAnsi="Times New Roman" w:eastAsia="Times New Roman" w:cs="Times New Roman"/>
        </w:rPr>
        <w:t>Тыңдаңдар, ей, аспандар, мен сөйлеймін; және құлақ сал, ей, жер, аузымның сөздеріне. Менің ілімім жаңбырдай тамшылап түссін, сөзім шықтай сіңсін, жас шөпке жауған майда жаңбырдай, көгалға құйған нөсердей. Өйткені мен Жаратқан Иенің атын жариялаймын: Құдайымызға ұлылық теліңдер. Ол — Жартас, Оның ісі кемел; өйткені Оның барлық жолдары — әділ сот. Ол — ақиқаттың Құдайы, онда әділетсіздік жоқ; Ол әділ әрі тура. Олар өздерін бұзды, олардың дағы Оның балаларының дағы емес: олар — теріс және қисық ұрпақ. Второзаконие 32:1–5.</w:t>
      </w:r>
    </w:p>
    <w:p>
      <w:pPr>
        <w:pStyle w:val="ArticleBody"/>
        <w:jc w:val="left"/>
      </w:pPr>
      <w:r>
        <w:rPr>
          <w:rFonts w:ascii="Times New Roman" w:hAnsi="Times New Roman" w:eastAsia="Times New Roman" w:cs="Times New Roman"/>
        </w:rPr>
        <w:t>Қазір Жаратқан Ие соңғы жаңбырдың «ілімін» жариялап жатыр, әрі Түн ортасындағы айқай — Соңғы жаңбыр хабарының құрамын құрайтын ілімдер «Жаратқан Иенің есіміне» негізделген. Оның есімі — «Ақиқат»; Ол — Палмони, Ғажайып Санаушы, әрі Ол — Ғажайып Тілші; Ол — Альфа мен Омега; Ол — Құдай Ұлы және Адам Ұлы; Ол — Бас Діни Қызметкер; Ол — Яһуда руының Арыстаны; әрі Ол — бас періште Михаил. Мәсіхтің осы есімдерінің бәрі сынақ мерзімі аяқталардан сәл бұрын мөрі ашылатын Иса Мәсіхтің Аянының ажырамас бөлігі болып табылады, әрі олар 2023 жылғы шілденің соңынан бері бүкіл жер жүзіне жарияланып келе жатқан мақалалардың ажырамас бөлігі болып табылады. «Құлағы бар адам Рухтың шіркеулерге не айтып тұрғанын естісін».</w:t>
      </w:r>
    </w:p>
    <w:p>
      <w:pPr>
        <w:pStyle w:val="ArticleBody"/>
        <w:jc w:val="left"/>
      </w:pPr>
      <w:r>
        <w:rPr>
          <w:rFonts w:ascii="Times New Roman" w:hAnsi="Times New Roman" w:eastAsia="Times New Roman" w:cs="Times New Roman"/>
        </w:rPr>
        <w:t>Яһуда руының Арыстаны, жеті мөрмен мөрленген кітапты ашуға құқық алып, жеңіске жеткен Сол, енді 1844 жылғы 22 қазандағы сияқты, үн қатып тұр: кім қорықпас?</w:t>
      </w:r>
    </w:p>
    <w:p>
      <w:pPr>
        <w:pStyle w:val="ArticleScripture"/>
        <w:jc w:val="left"/>
      </w:pPr>
      <w:r>
        <w:rPr>
          <w:rFonts w:ascii="Times New Roman" w:hAnsi="Times New Roman" w:eastAsia="Times New Roman" w:cs="Times New Roman"/>
        </w:rPr>
        <w:t>Арыстан ақырғандай, ол зор дауыспен айқай салды; және ол айқай салғанда, жеті күн күркіреуі өз дауыстарын шығарды. Ал жеті күн күркіреуі өз дауыстарын шығарған кезде, мен жазбақшы болып едім; сонда көктен маған: «Жеті күн күркіреуі айтқан нәрселерді мөрлеп қой да, оларды жазба»,— деген бір дауысты естідім. Аян 10:3, 4.</w:t>
      </w:r>
    </w:p>
    <w:p>
      <w:pPr>
        <w:pStyle w:val="ArticleBody"/>
        <w:jc w:val="left"/>
      </w:pPr>
      <w:r>
        <w:rPr>
          <w:rFonts w:ascii="Times New Roman" w:hAnsi="Times New Roman" w:eastAsia="Times New Roman" w:cs="Times New Roman"/>
        </w:rPr>
        <w:t>Даниял он бірінші тарау, қырықыншы аяттағы жасырын тарихпен сәйкес келетін қасиетті тарих — Матай жиырма бесінші тараудағы он қыз туралы астарлы әңгіменің, Аян ондағы жеті күн күркіреуінің, Хабақұқ екінші тарауының және Езекиел он екінші тарау, жиырма бірден жиырма сегізінші аяттарға дейінгі сөздердің орындалуындағы миллериттердің тарихы. Олардың тарихы 1798 жылы, ақырзаман уақыты басталған кезде басталды; бұл 1989 жылғы ақырзаман уақытымен сәйкес келеді. Аян оныншы тарауда жеті күн күркіреуі өз дауыстарын шығарды, бірақ Жоханға жеті күн күркіреуінің не айтқанын жазуға рұқсат етілмеді. Елші Пауыл үшінші аспанда адамдардың жазуына заңды емес болған нәрселерді көріп, естіді.</w:t>
      </w:r>
    </w:p>
    <w:p>
      <w:pPr>
        <w:pStyle w:val="ArticleScripture"/>
        <w:jc w:val="left"/>
      </w:pPr>
      <w:r>
        <w:rPr>
          <w:rFonts w:ascii="Times New Roman" w:hAnsi="Times New Roman" w:eastAsia="Times New Roman" w:cs="Times New Roman"/>
        </w:rPr>
        <w:t>«Елші Пауыл мәсіхшілік тәжірибесінің бастапқы кезеңінде-ақ Исаның ізбасарларына қатысты Құдайдың еркін білу үшін айрықша мүмкіндіктерге ие болды. Ол “үшінші аспанға,” “жұмаққа көтеріліп апарылды, әрі онда адамға айтуға болмайтын, айтуына рұқсат етілмеген сөздерді естіді.” Оның өзiне Иеміз тарапынан көптеген “аяндар мен ашулар” берілгенін өзі де мойындады. Ізгі хабар ақиқатының қағидаларын түсінуі жағынан ол “ең ұлы елшілердің” өзімен тең болды. 2 Қорынттықтарға 12:2, 4, 1, 11. Ол “танымнан асатын Мәсіхтің сүйіспеншілігінің” “ені мен ұзындығын, тереңдігі мен биіктігін” анық әрі толық ұғынды. Ефестіктерге 3:18, 19.» Елшілердің істері, 469.</w:t>
      </w:r>
    </w:p>
    <w:p>
      <w:pPr>
        <w:pStyle w:val="ArticleBody"/>
        <w:jc w:val="left"/>
      </w:pPr>
      <w:r>
        <w:rPr>
          <w:rFonts w:ascii="Times New Roman" w:hAnsi="Times New Roman" w:eastAsia="Times New Roman" w:cs="Times New Roman"/>
        </w:rPr>
        <w:t>Барлық пайғамбарлар ақырғы күндерді айқындайды, ал жеті күн күркірегенде өз дауыстарын «үн қаттырған» кезде Жоханның естігенін оған жазуға тыйым салынды. Пауыл үшінші аспанда болған кезінде көргенін адамға «айтуға» рұқсат етілмеді. Жеті күн күркірі бейнелеген ақиқат Яһуда руынан шыққан Арыстан сол ақиқатты ашуды таңдағанға дейін мөрленіп қалуы тиіс еді.</w:t>
      </w:r>
    </w:p>
    <w:p>
      <w:pPr>
        <w:pStyle w:val="ArticleBody"/>
        <w:jc w:val="left"/>
      </w:pPr>
      <w:r>
        <w:rPr>
          <w:rFonts w:ascii="Times New Roman" w:hAnsi="Times New Roman" w:eastAsia="Times New Roman" w:cs="Times New Roman"/>
        </w:rPr>
        <w:t>Ол Уайт әпкеге ішінара ашылды, өйткені ол оның бірінші және екінші періштелердің хабарлары тарихында «жүзеге асатын оқиғаларды» бейнелейтінін, сондай-ақ «өз ретімен ашылатын болашақ оқиғаларды» да білдіретінін айқындады. Сол кезде ашылған нәрсе «болашақ оқиғалармен» байланысты алдын ала айтылған пайғамбарлық еді. Сондай-ақ оған жеті күркірдің мөрленіп қойылуы Даниял кітабының мөрленіп қойылуымен типтендірілгені үйретілді.</w:t>
      </w:r>
    </w:p>
    <w:p>
      <w:pPr>
        <w:pStyle w:val="ArticleScripture"/>
        <w:jc w:val="left"/>
      </w:pPr>
      <w:r>
        <w:rPr>
          <w:rFonts w:ascii="Times New Roman" w:hAnsi="Times New Roman" w:eastAsia="Times New Roman" w:cs="Times New Roman"/>
        </w:rPr>
        <w:t>«Жоханға берілген, жеті күркіреуде білдірілген ерекше нұр — бірінші және екінші періштелердің хабарлары кезінде жүзеге асатын оқиғалардың сипаттамасы еді....»</w:t>
      </w:r>
    </w:p>
    <w:p>
      <w:pPr>
        <w:pStyle w:val="ArticleScripture"/>
        <w:jc w:val="left"/>
      </w:pPr>
      <w:r>
        <w:rPr>
          <w:rFonts w:ascii="Times New Roman" w:hAnsi="Times New Roman" w:eastAsia="Times New Roman" w:cs="Times New Roman"/>
        </w:rPr>
        <w:t>«Осы жеті күн күркіреуі өз дауыстарын шығарғаннан кейін, Даниялға кішкене кітапқа қатысты берілгендей, Жоханға да: “Жеті күн күркіреуі айтқан нәрселерді мөрлеп қой”,— деген бұйрық беріледі. Бұлар өз ретімен ашылатын болашақ оқиғаларға қатысты». The Seventh-day Adventist Bible Commentary, 7-том, 971.</w:t>
      </w:r>
    </w:p>
    <w:p>
      <w:pPr>
        <w:pStyle w:val="ArticleBody"/>
        <w:jc w:val="left"/>
      </w:pPr>
      <w:r>
        <w:rPr>
          <w:rFonts w:ascii="Times New Roman" w:hAnsi="Times New Roman" w:eastAsia="Times New Roman" w:cs="Times New Roman"/>
        </w:rPr>
        <w:t>Жеті күркіректің әдіснаманы дәлелдейтін және қолдайтын нышан екендігі туралы түсінік 1989 жылы басталған ақырзаман уақытында танылды. 2001 жылғы 11 қыркүйектен кейін екі қозғалыстың қайталануының маңыздылығы сол кезеңдегі сынақ ақиқатына айналды.</w:t>
      </w:r>
    </w:p>
    <w:p>
      <w:pPr>
        <w:pStyle w:val="ArticleBody"/>
        <w:jc w:val="left"/>
      </w:pPr>
      <w:r>
        <w:rPr>
          <w:rFonts w:ascii="Times New Roman" w:hAnsi="Times New Roman" w:eastAsia="Times New Roman" w:cs="Times New Roman"/>
        </w:rPr>
        <w:t>Жүз қырық төрт мыңның тарихындағы Миллериттер тарихының қайталануы сол күні расталған негізгі ереже болды; дәл сол сияқты Миллериттердің негізгі ережесі 1840 жылғы 11 тамызда расталған еді. Миллериттер үшін бір күннің бір жылды бейнелейтіні жөніндегі негізгі ереже 1840 жылғы 11 тамызда расталды, ал барлық реформаторлық қозғалыстардың бірін-бірі үлгі ететінін айқындайтын негізгі ереже — «жол үстіне жол» — 2001 жылғы 11 қыркүйекте расталды. Сол ақиқаттың куәсі ретінде жеті күркіреу сол кезде мөрінен ашылды.</w:t>
      </w:r>
    </w:p>
    <w:p>
      <w:pPr>
        <w:pStyle w:val="ArticleBody"/>
        <w:jc w:val="left"/>
      </w:pPr>
      <w:r>
        <w:rPr>
          <w:rFonts w:ascii="Times New Roman" w:hAnsi="Times New Roman" w:eastAsia="Times New Roman" w:cs="Times New Roman"/>
        </w:rPr>
        <w:t>Иса әрдайым бір нәрсенің ақырын оның басталуымен бейнелейді, ал 2001 жылғы 11 қыркүйек мөрлеу үдерісінің басталуы болғандықтан, ол мөрлеу үдерісінің аяқталуын да айқындайды. Яһуда руының Арыстаны 2023 жылдың шілдесінде өлген құрғақ сүйектерді тірілте бастағанда, жеті күн күркіреуінің тағы бір қырын ашты, өйткені сол кезде Ол «Ақиқатпен» үйлесімде жеті күн күркіреуінің сондай-ақ алғашқы және соңғы түңілулердің Миллериттік тарихын символдық түрде білдіретінін, ал Түн жарымындағы айқайдың бүлігі оның ортаңғы межелік белгісі екенін айқындады.</w:t>
      </w:r>
    </w:p>
    <w:p>
      <w:pPr>
        <w:pStyle w:val="ArticleBody"/>
        <w:jc w:val="left"/>
      </w:pPr>
      <w:r>
        <w:rPr>
          <w:rFonts w:ascii="Times New Roman" w:hAnsi="Times New Roman" w:eastAsia="Times New Roman" w:cs="Times New Roman"/>
        </w:rPr>
        <w:t>Осылай ете отырып, Ол жеті күркіректің 2020 жылғы 18 шілденің тарихында, жуық арада келетін жексенбілік заңға дейін, қайталанатынын ашып көрсетті. 2020 жылғы 18 шілдедегі түңілу — бірінші waymark, ал жуық арада келетін жексенбілік заңға байланысты түңілу — мөрлеу уақытының соңында жеті күркіректі айқындайтын «Ақиқаттың» үш waymark-ының соңғысы бола отырып, қазір Өз хабарын ашып, оны жер шарының түкпір-түкпіріне жариялап жатқан Яһуда руының Арыстанының хабарын қабылдамайтын ақылсыз қыздарға тән бүлік арқылы бейнеленген; өйткені сол хабар — соңғы күндердің Түн ортасындағы айқай хабары.</w:t>
      </w:r>
    </w:p>
    <w:p>
      <w:pPr>
        <w:pStyle w:val="ArticleBody"/>
        <w:jc w:val="left"/>
      </w:pPr>
      <w:r>
        <w:rPr>
          <w:rFonts w:ascii="Times New Roman" w:hAnsi="Times New Roman" w:eastAsia="Times New Roman" w:cs="Times New Roman"/>
        </w:rPr>
        <w:t>Мөрлену уақытының басында, 2001 жылғы 11 қыркүйекте, Аян кітабының он сегізінші тарауындағы періште төмен түсіп, бірнеше нәрсенің қатарында жеті күн күркіреуінің мағынасына қатысты анағұрлым толық түсінікті ашты. Сол кезде жеті күн күркіреуі туралы түсінілгені реформалық қозғалыстардың бір-біріне параллель келетіні ғана емес, сонымен бірге періште реформалық қозғалыстың сол межелік белгісінде төмен түскен кезде, ол тиісті тарихының негізгі пайғамбарлық ережесін растайтыны да еді.</w:t>
      </w:r>
    </w:p>
    <w:p>
      <w:pPr>
        <w:pStyle w:val="ArticleBody"/>
        <w:jc w:val="left"/>
      </w:pPr>
      <w:r>
        <w:rPr>
          <w:rFonts w:ascii="Times New Roman" w:hAnsi="Times New Roman" w:eastAsia="Times New Roman" w:cs="Times New Roman"/>
        </w:rPr>
        <w:t>2001 жылғы 11 қыркүйекте Аян кітабының он сегізінші тарауындағы періштенің түсуі кейінгі жаңбырдың «жол үстіне жол» әдіснамасын растады, өйткені ол бастау (немесе Альфа) қозғалысының аяқталу (немесе Омега) қозғалысын бейнелегенін айқындады. Мөрлеу уақытының соңында Михаил өлі құрғақ сүйектерді тірілту үшін түсті; олар Содом мен Мысыр деп аталатын, сондай-ақ Иеміз айқышқа шегеленген ұлы қаланың көшесінде өлі жатқан екі куәгер арқылы бейнеленген еді. Михаил өлгендерді қайтадан өмірге шақырғанда, Ол Яһуда руының Арыстаны ретінде жеті күн күркіреуінде бұрын ашылған ақиқаттардан тыс жасырын тарих бар екенін ашып берді.</w:t>
      </w:r>
    </w:p>
    <w:p>
      <w:pPr>
        <w:pStyle w:val="ArticleBody"/>
        <w:jc w:val="left"/>
      </w:pPr>
      <w:r>
        <w:rPr>
          <w:rFonts w:ascii="Times New Roman" w:hAnsi="Times New Roman" w:eastAsia="Times New Roman" w:cs="Times New Roman"/>
        </w:rPr>
        <w:t>Яһуда руының Арыстаны сол ақиқатты мөрінен ашқанда, Ол оны «Ақиқаттың» құрылымының ішіне орналастырды. Сонда 2020 жылғы 18 шілденің 1844 жылғы 19 сәуірге параллель екені, әрі сол межелік нүктелердің әрқайсысынан кейін Түн ортасындағы Айқай хабарының мөрінен ашылуы келетіндігі, ал бұл өз кезегінде тиісті әрбір тарихтағы ақымақ қыздардың бүлігін айқын көрсететіндігі ашылды. Сондай-ақ Ол сол хабардың жексенбілік заң күшіне енгізіліп, ұлы күйінішке жеткенге дейін бүкіл дүниежүзіне цунами тәрізді таралатынын да мөрінен ашты.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жақын. Әділетсіздік етуші әлі де әділетсіздік ете берсін; арамдалған әлі де арамдала берсін; ал әділ адам әлі де әділдік ете берсін; қасиетті адам әлі де қасиетті бола берсін. Міне, Мен тез келемін; әркімге ісіне қарай қайтаруым үшін сыйым Өзіммен бірге. Мен — Альфа және Омега, бастауы мен соңы, Бірінші және Соңғы». Аян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төртінші</dc:title>
  <dc:subject>Маккавейлер жаңғырығы: Трамптың жеңісі және Аңның мүсініне апаратын пайғамбарлық жол</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