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тоғызыншы</w:t>
      </w:r>
    </w:p>
    <w:p>
      <w:pPr>
        <w:pStyle w:val="ArticleSubtitle"/>
        <w:jc w:val="left"/>
      </w:pPr>
      <w:r>
        <w:rPr>
          <w:rFonts w:ascii="Arial" w:hAnsi="Arial" w:eastAsia="Arial" w:cs="Arial"/>
        </w:rPr>
        <w:t>Саяси құлдырау және пайғамбарлық тағдыр: Киелі кітаптағы пайғамбарлық аясында Демократиялық және Республикалық партиялардың соңы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Біз жердегі аңның тарихындағы Демократиялық және Республикалық партиялардың ақырын айқындап отырмыз. Аян кітабының он үшінші тарауындағы жердегі аң Республикалық және Демократиялық партияларға бөлінеді; олар Республикалық мүйіздің пайғамбарлық тарихының ішінде күрес жүргізеді. Мүйіздер — биліктің рәміздері, әрі екі мүйіздің әрқайсысы да өз пайғамбарлық тарихының аясында өзара пайғамбарлық қарым-қатынасының микрокосмын қамтиды. Республикалық мүйіз үшін сол микрокосм Америка Құрама Штаттарының тарихына кеңінен таралған екі негізгі саяси партия арқылы бейнеленеді. Америка Құрама Штаттары — пайғамбарлық тарихта екі биліктен тұратын патшалықтар ретінде айқындалған санаулы патшалықтардың бірі. Екі билікпен бейнеленген Киелі кітап пайғамбарлығындағы бұған дейінгі барлық халықтар Америка Құрама Штаттарының типі болып табылады. Мидия-Парсы империясы, Франция (Содом мен Мысыр) және солтүстік пен оңтүстік патшалықтары бар Исраил — бәрі де Америка Құрама Штаттарының пайғамбарлық сипаттарына үлес қосады.</w:t>
      </w:r>
    </w:p>
    <w:p>
      <w:pPr>
        <w:pStyle w:val="ArticleBody"/>
        <w:jc w:val="left"/>
      </w:pPr>
      <w:r>
        <w:rPr>
          <w:rFonts w:ascii="Times New Roman" w:hAnsi="Times New Roman" w:eastAsia="Times New Roman" w:cs="Times New Roman"/>
        </w:rPr>
        <w:t>Даниял кітабының сегізінші тарауындағы Мидия-Парсы империясының екі мүйізі болды, әрі соңғы мүйізі (Парсы) биігірек болып көтерілді. Біз бұл белгіні Демократиялық партияның тарих сахнасына Республикашыл партиядан бұрын шыққанын анықтау арқылы айқындадық; сондықтан Республикашыл партия, ақыр соңында, осы екі партияның соңғысы болады. Алғашқы Республикашыл президент тарих сахнасына Демократиялық партияның құлдықты жақтайтын ұстанымына жауап ретінде келді, әрі алғашқы Республикашыл президент 1863 жылы, АҚШ-тың Азаматтық соғысының қақ ортасында және Лаодикеялық Жетінші күн адвентистері шіркеуі үшін бүлік жылы болған кезде, Азат ету туралы жарлықты жариялады.</w:t>
      </w:r>
    </w:p>
    <w:p>
      <w:pPr>
        <w:pStyle w:val="ArticleBody"/>
        <w:jc w:val="left"/>
      </w:pPr>
      <w:r>
        <w:rPr>
          <w:rFonts w:ascii="Times New Roman" w:hAnsi="Times New Roman" w:eastAsia="Times New Roman" w:cs="Times New Roman"/>
        </w:rPr>
        <w:t>Соңғы республикалық президент алғашқы республикалық президент арқылы бейнеленеді; сондықтан соңғы президент тарих сахнасына құлдықты жақтайтын демократиялық партия мен оның құлдыққа қарсы республикалық партиясы арасындағы азаматтық соғыстың дәл ортасында келеді. Соңғы күндердің демократиялық партиясы насихаттап отырған құлдық — жаһандық құлдық. Алғашқы республикалық президенттегідей, соңғы республикалық президент те құлдықты жақтайтын партияның қолынан өлтіріледі; сол сияқты Трамп 2020 жылғы ұрланған сайлауда саяси тұрғыдан өлтірілді. 1989 жылғы ақырзаман уақыты басталғаннан бергі алтыншы президент ретінде Трамп ең бай президент болар еді және ол тек Америка Құрама Штаттарының ғана емес, бүкіл әлемнің жаһанданушыларын дүрліктірер еді. Осылайша, оның 2015 жылы президенттікке түсу туралы мәлімдемесімен құлдықты жақтайтын жаһанданушылардың демократиялық партиясы мен құлдыққа қарсы республикалық партия арасындағы саяси азаматтық соғыс басталды.</w:t>
      </w:r>
    </w:p>
    <w:p>
      <w:pPr>
        <w:pStyle w:val="ArticleBody"/>
        <w:jc w:val="left"/>
      </w:pPr>
      <w:r>
        <w:rPr>
          <w:rFonts w:ascii="Times New Roman" w:hAnsi="Times New Roman" w:eastAsia="Times New Roman" w:cs="Times New Roman"/>
        </w:rPr>
        <w:t>Аян кітабының он бірінші тарауының орындалуында, Трамп ұрланған 2020 жылғы сайлауда саяси тұрғыдан өлтірілді, ал Демократиялық партия көшеде шаттана бастады, 2022 жылы Трамптың тағы да Президенттікке үміткер болып шығатыны айқын болғанға дейін. Сонда жаһанданушылардың үстіне, Аян кітабының он бірінші тарауының орындалуында, зор қорқыныш түсті де, олардың соғысы күшейе түсті. Мидия-Парсы мүйіздерінің куәлігі соңынан көтерілетін мүйіздің (Республикалық партияның) ең соңынан шығып, жоғарырақ көтерілетінін айқындайды. Соңғы республикалық президент Демократиялық партияны жеңіп шығады.</w:t>
      </w:r>
    </w:p>
    <w:p>
      <w:pPr>
        <w:pStyle w:val="ArticleBody"/>
        <w:jc w:val="left"/>
      </w:pPr>
      <w:r>
        <w:rPr>
          <w:rFonts w:ascii="Times New Roman" w:hAnsi="Times New Roman" w:eastAsia="Times New Roman" w:cs="Times New Roman"/>
        </w:rPr>
        <w:t>2024 жылғы сайлау Демократиялық партияның аяқталуын білдіреді, өйткені жексенбілік заң жер хайуанының пайғамбарлық тарихын аяқтағанға дейін олардың енді президенттікке кандидат ұсынуға басқа мүмкіндігі ешқашан болмайды. Жексенбілік заң кезінде Республикалық партия да тоқтайды. Демократиялық партия 2024 жылғы сайлауда аяқталады, ал Республикалық партия жексенбілік заңда аяқталады. Жексенбілік заң, Киелі кітап пайғамбарлығындағы алтыншы патшалықтың соңы бола отырып, 1798 жылы жер хайуанының басталуымен бейнеленді. Жер хайуанының негізгі пайғамбарлық сипаты — оның «сөйлеуі». 1798 жылы Америка Құрама Штаттары Alien and Sedition Acts-ті қабылдады, сондықтан олар Америка Құрама Штаттары айдаһар сияқты сөйлейтін жексенбілік заңның бейнесі болып табылады.</w:t>
      </w:r>
    </w:p>
    <w:p>
      <w:pPr>
        <w:pStyle w:val="ArticleBody"/>
        <w:jc w:val="left"/>
      </w:pPr>
      <w:r>
        <w:rPr>
          <w:rFonts w:ascii="Times New Roman" w:hAnsi="Times New Roman" w:eastAsia="Times New Roman" w:cs="Times New Roman"/>
        </w:rPr>
        <w:t>1776 жылдан 1798 жылға дейінгі аралықта Америка Құрама Штаттары Киелі кітап пайғамбарлығындағы алтыншы патшалық әлі болмағанымен, ол Америка Құрама Штаттарының сөйлеуіне қатысты үш межені бейнелейді. Сол кезең жердегі аңның Киелі кітап пайғамбарлығындағы алтыншы патшалық ретіндегі билігінің басталуына алып келді; сондықтан ол жердегі аңның алтыншы патшалық ретіндегі билігінің аяқталуына алып келетін кезеңді де бейнелейді. 1776 жылғы Тәуелсіздік декларациясы, одан кейінгі 1789 жылғы Конституция және 1798 жылғы Шетелдіктер мен бүлікшілдік туралы актілер жексенбілік заң тұсында жердегі аңның алтыншы патшалық ретінде аяқталуына алып баратын тарихтағы үш межені білдіреді. Осы үш меженің орындалуы Демократиялық және Республикалық партиялардың екеуінің де тарихында әртүрлі түрде бейнеленген.</w:t>
      </w:r>
    </w:p>
    <w:p>
      <w:pPr>
        <w:pStyle w:val="ArticleBody"/>
        <w:jc w:val="left"/>
      </w:pPr>
      <w:r>
        <w:rPr>
          <w:rFonts w:ascii="Times New Roman" w:hAnsi="Times New Roman" w:eastAsia="Times New Roman" w:cs="Times New Roman"/>
        </w:rPr>
        <w:t>2001 жылғы Патриоттық акт Америка Құрама Штаттарының азаматтары үшін тәуелсіздіктің жойыла бастауын айқындайды және ол Американың тарихындағы шынайы патриоттар Тәуелсіздік декларациясы арқылы жүзеге асырған жарияланыммен типологиялық түрде бейнеленді. Патриоттық актінің межелік белгісі Республикалық және Демократиялық партиялардың екеуі үшін де үш межелік белгінің біріншісі болып табылады.</w:t>
      </w:r>
    </w:p>
    <w:p>
      <w:pPr>
        <w:pStyle w:val="ArticleBody"/>
        <w:jc w:val="left"/>
      </w:pPr>
      <w:r>
        <w:rPr>
          <w:rFonts w:ascii="Times New Roman" w:hAnsi="Times New Roman" w:eastAsia="Times New Roman" w:cs="Times New Roman"/>
        </w:rPr>
        <w:t>Демократиялық партия 2024 жылғы сайлауда өз мәресіне жетеді, бұл өз кезегінде «Alien and Sedition Acts»-та алдын ала бейнеленген Трамптың Атқарушы жарлықтарының күшіне енуіне жол ашады. Трамп кейін жүзеге асыратын Атқарушы жарлықтар жексенбілік заңның өзі емес, бірақ олар айдаһарша сөйлеудің бейнесі болып табылады, өйткені Трамп оларды Уайт қарындастың соңғы күндерде «белсенді деспотизм» орнайтыны туралы айқындауын жүзеге асыру барысында қолданатын болады. Деспотизм — диктатураны білдіретін сөз; ол «Alien and Sedition Acts»-та типологиялық түрде көрсетілген Атқарушы жарлықтар арқылы жүзеге асады. Трамп өзінің Атқарушы жарлықтарын енгізген кезде, Байденнің сәтсіз президенттігін айқындаған Пелоси соттарының кері бұрылуы орын алады.</w:t>
      </w:r>
    </w:p>
    <w:p>
      <w:pPr>
        <w:pStyle w:val="ArticleBody"/>
        <w:jc w:val="left"/>
      </w:pPr>
      <w:r>
        <w:rPr>
          <w:rFonts w:ascii="Times New Roman" w:hAnsi="Times New Roman" w:eastAsia="Times New Roman" w:cs="Times New Roman"/>
        </w:rPr>
        <w:t>Демократиялық және Республикалық партиялардың ақырын айқындайтын уақыт кезеңі Альфа мен Омеганың таңбасына ие, өйткені әрбір кезеңнің басы оның аяқталуын бейнелейді. Осы себепті Демократиялық партия үшін бірінші межелік белгі — 2001 жылғы Патриоттық акт, ал екінші межелік белгі — 2021 жылы басталған Пелоси соттары. Бұл соттар 1789 жылғы Конституцияны толықтай теріске шығаруды білдіреді. Пелоси соттары Демократиялық партия желісіндегі ортаңғы межелік белгіні білдіреді, оның бейнесі 1776 жылдан он үш жыл өткен соң Конституцияның он үш отар тарапынан бекітілуі кезінде көрсетілген болатын. Пелоси соттары Конституцияға қарсы бүлікті білдіреді және олардың бейнесі 1789 жылмен алдын ала көрсетілген болатын. Демократиялық желі үшін үшінші межелік белгі — олардың саяси партия ретінде аяқталатын жері.</w:t>
      </w:r>
    </w:p>
    <w:p>
      <w:pPr>
        <w:pStyle w:val="ArticleBody"/>
        <w:jc w:val="left"/>
      </w:pPr>
      <w:r>
        <w:rPr>
          <w:rFonts w:ascii="Times New Roman" w:hAnsi="Times New Roman" w:eastAsia="Times New Roman" w:cs="Times New Roman"/>
        </w:rPr>
        <w:t>Олар 2024 жылғы сайлаумен аяқталады, ал 2025 жылғы инаугурация жүзеге асқан соң, Пелосиге қатысты сынақтардың екінші жиынтығы Alien and Sedition Acts арқылы бейнеленген Executive Orders арқылы іске асырылады. Осылайша, Демократиялық партия үшін үшінші waymark — 1798 жылғы Alien and Sedition Acts. Демократиялық партияның ақырын бейнелейтін кезең сайлаудан, инаугурациядан және шайтандық саяси lawfare-дың енгізілуінен басталады, әрі ол да сайлаумен, инаугурациямен және шайтандық саяси lawfare-дың енгізілуімен аяқталады.</w:t>
      </w:r>
    </w:p>
    <w:p>
      <w:pPr>
        <w:pStyle w:val="ArticleBody"/>
        <w:jc w:val="left"/>
      </w:pPr>
      <w:r>
        <w:rPr>
          <w:rFonts w:ascii="Times New Roman" w:hAnsi="Times New Roman" w:eastAsia="Times New Roman" w:cs="Times New Roman"/>
        </w:rPr>
        <w:t>Республикалық партия үшін алғашқы жол-белгі — 2001 жылғы Patriot Act, ол 1776 жылғы Тәуелсіздік декларациясымен типологиялық түрде бейнеленген. Екінші жол-белгі Демократиялық партия үшін болған екінші жол-белгімен бірдей емес. Демократтар үшін 1789 жылғы Конституциямен көрсетілген екінші жол-белгі алғашқы Pelosi Trials болса, республикалықтар үшін 1789 жылғы Конституциямен көрсетілген екінші жол-белгі — Trump-тың екінші инаугурациясы 2025 жылы жүзеге асқан кезде орындалатын Alien and Sedition Act. 1798 жылғы Alien and Sedition Acts қалайша 1789 жылғы Конституцияны көрсете алады?</w:t>
      </w:r>
    </w:p>
    <w:p>
      <w:pPr>
        <w:pStyle w:val="ArticleBody"/>
        <w:jc w:val="left"/>
      </w:pPr>
      <w:r>
        <w:rPr>
          <w:rFonts w:ascii="Times New Roman" w:hAnsi="Times New Roman" w:eastAsia="Times New Roman" w:cs="Times New Roman"/>
        </w:rPr>
        <w:t>Трамптың екінші инаугурациясында оның 1798 жылғы Alien and Sedition Acts арқылы бейнеленетін Атқарушы жарлықтары Pelosi Trials-тың екінші топтамасын ғана бастамай, сонымен қатар аңның бейнесінің қалыптасуын да бастайды. Аңның бейнесінің қалыптасу кезеңі айдаһарша сөйлеумен басталып, айдаһарша сөйлеумен аяқталады. Кезеңнің басындағы сөйлеу диктатура ретінде, немесе Уайт ханым атағандай, «деспотизм» ретінде бейнеленетін патшалық биліктердің орнатылуын білдіреді. Аңның бейнесінің қалыптасу кезеңінің соңындағы айдаһарша сөйлеу діни биліктердің саяси биліктердің үстінен орнатылатын өкілеттігін айқындайды.</w:t>
      </w:r>
    </w:p>
    <w:p>
      <w:pPr>
        <w:pStyle w:val="ArticleBody"/>
        <w:jc w:val="left"/>
      </w:pPr>
      <w:r>
        <w:rPr>
          <w:rFonts w:ascii="Times New Roman" w:hAnsi="Times New Roman" w:eastAsia="Times New Roman" w:cs="Times New Roman"/>
        </w:rPr>
        <w:t>Тәуелсіздік туралы декларация Еуропа патшаларының саяси билігінің де, Рим шіркеуінің діни билігінің де озбырлығына қарсы жарияланған мәлімдеме болды. Аңның мүсінінің қалыптасу кезеңі — осы екі азғын билік біріккен кезең, әрі бұл қатынаста тізгін діни биліктің қолында болады. Осы екі биліктің қалыптасуында, яки бірігуінде, соңынан көтерілетін де, жоғары тұратын да — діни билік. Сондықтан сол кезеңнің басталуы сол кезеңнің аяқталуын бейнелейді. 1798 жылғы Alien and Sedition Acts Демократиялық партияның ақырын білдіреді және бұл олардың үшінші waymark-ы, бірақ сонымен қатар ол Республикашыл партияның аяқталу кезеңіндегі екінші waymark-ты да білдіреді. Республикашыл партия үшін үшінші waymark — жексенбілік мәжбүрлеу.</w:t>
      </w:r>
    </w:p>
    <w:p>
      <w:pPr>
        <w:pStyle w:val="ArticleBody"/>
        <w:jc w:val="left"/>
      </w:pPr>
      <w:r>
        <w:rPr>
          <w:rFonts w:ascii="Times New Roman" w:hAnsi="Times New Roman" w:eastAsia="Times New Roman" w:cs="Times New Roman"/>
        </w:rPr>
        <w:t>Демократиялық партия үшін 1776, 1789 және 1798 жылдармен бейнеленген үш межелік белгі 2001 жылды (1776), 2021 жылғы Пелосидің алғашқы сот процестерін (1789) және 2025 жылғы Пелосидің екінші сот процестерін (1798) типологиялық тұрғыдан білдіреді.</w:t>
      </w:r>
    </w:p>
    <w:p>
      <w:pPr>
        <w:pStyle w:val="ArticleBody"/>
        <w:jc w:val="left"/>
      </w:pPr>
      <w:r>
        <w:rPr>
          <w:rFonts w:ascii="Times New Roman" w:hAnsi="Times New Roman" w:eastAsia="Times New Roman" w:cs="Times New Roman"/>
        </w:rPr>
        <w:t>Республикалық партия үшін 1776, 1789 және 1798 арқылы бейнеленген осы үш межелік белгі 2001 жылды (1776), 2025 жылғы Пелосиге қатысты екінші сот үдерістерін (1789) және жексенбілік заңды (1798) типологиялық тұрғыдан білдіреді.</w:t>
      </w:r>
    </w:p>
    <w:p>
      <w:pPr>
        <w:pStyle w:val="ArticleBody"/>
        <w:jc w:val="left"/>
      </w:pPr>
      <w:r>
        <w:rPr>
          <w:rFonts w:ascii="Times New Roman" w:hAnsi="Times New Roman" w:eastAsia="Times New Roman" w:cs="Times New Roman"/>
        </w:rPr>
        <w:t>1776, 1789 және 1798 жиырма екі жылды білдіреді, ал жиырма екі — Құдайлық пен адамзаттың бірлесуінің нышаны. Бұл үш межелік белгі “Ақиқаттың” куәлігін алып жүреді, өйткені олар бірінші және соңғы межелік белгінің бір ақиқатты айқындайтынын көрсетеді. 1776 тәуелсіздіктің орнатылуын білдіреді, ал 1798 тәуелсіздіктің жойылуын білдіреді. Сондықтан олар жиырма екі әріптен тұратын еврей әліпбиінің бірінші және соңғы әріптерін бейнелейді. Он үшінші әріп бүліктің нышаны болып табылады, және осы үш әріп бірге — бірінші, он үшінші және соңғы — қосылып, еврей тіліндегі “Ақиқат” сөзін құрайды.</w:t>
      </w:r>
    </w:p>
    <w:p>
      <w:pPr>
        <w:pStyle w:val="ArticleBody"/>
        <w:jc w:val="left"/>
      </w:pPr>
      <w:r>
        <w:rPr>
          <w:rFonts w:ascii="Times New Roman" w:hAnsi="Times New Roman" w:eastAsia="Times New Roman" w:cs="Times New Roman"/>
        </w:rPr>
        <w:t>1776 2001 жылғы 11 қыркүйекті білдіреді және жүз қырық төрт мыңның мөрлену уақытының басталуын белгілейді. Ол кеш жаңбырдың себілуінің басталуын білдіреді; бұл — көрсеткен қызметі үшін айдаһардың аңға берілетін кезеңі, өйткені Демократиялық айдаһар партиясы Республикалық аң партиясынан жеңіледі.</w:t>
      </w:r>
    </w:p>
    <w:p>
      <w:pPr>
        <w:pStyle w:val="ArticleBody"/>
        <w:jc w:val="left"/>
      </w:pPr>
      <w:r>
        <w:rPr>
          <w:rFonts w:ascii="Times New Roman" w:hAnsi="Times New Roman" w:eastAsia="Times New Roman" w:cs="Times New Roman"/>
        </w:rPr>
        <w:t>Сол тарих барысында шынайы протестант мүйізінің мөрленуі Жаратқан Ие Өз қолын екінші рет созып, Исраилдің қуғындалғандары деп танылған халықты жинайтын кезеңде жүзеге асады; олар жексенбілік заң кезінде ту ретінде көтерілетін болады.</w:t>
      </w:r>
    </w:p>
    <w:p>
      <w:pPr>
        <w:pStyle w:val="ArticleBody"/>
        <w:jc w:val="left"/>
      </w:pPr>
      <w:r>
        <w:rPr>
          <w:rFonts w:ascii="Times New Roman" w:hAnsi="Times New Roman" w:eastAsia="Times New Roman" w:cs="Times New Roman"/>
        </w:rPr>
        <w:t>2020 жылғы 18 шілдеде шынайы протестанттық мүйіз бытыратылды, ал 2001 жылдан кейінгі жиырма екі жылдан соң, 2023 жылдың шілдесінде, айдалада жар салған бір дауыспен екінші жинаудың ісі басталды. Бірінші жинау 2001 жылы, Аян кітабының он сегізінші тарауындағы періште Нью-Йорк қаласының алып ғимараттары құлаған кезде көктен түскен сәтте орын алды. Сол періштенің түсуі мөрлеу уақытының басталуын білдірді, ал бас періште Михаилдің 2020 жылғы 18 шілдеде түсуі мөрлеу уақытының аяқталуын білдірді. Иса, Альфа мен Омега ретінде, әрдайым ақырды бастауымен бейнелейтіндіктен, 2001 жылғы 11 қыркүйекте басталған бірінші жинаудың пайғамбарлық элементтері екінші жинауда болатын пайғамбарлық элементтерді бейнелейді.</w:t>
      </w:r>
    </w:p>
    <w:p>
      <w:pPr>
        <w:pStyle w:val="ArticleBody"/>
        <w:jc w:val="left"/>
      </w:pPr>
      <w:r>
        <w:rPr>
          <w:rFonts w:ascii="Times New Roman" w:hAnsi="Times New Roman" w:eastAsia="Times New Roman" w:cs="Times New Roman"/>
        </w:rPr>
        <w:t>Жүз қырық төрт мыңның мөрлену уақытының аяқталу тарихын бейнелейтін екінші жиналудың үш айқын көрнекі үлгісі бар; олар — Мәсіхтің тарихы, 1840 жылғы 11 тамыздан 1844 жылғы 22 қазанға дейінгі бірінші және екінші періштелер хабарларының тарихы, сондай-ақ 1844 жылғы 22 қазаннан 1863 жылғы бүлікке дейінгі үшінші періштенің тарихы. Осы үш куәгер 2023 жылғы шілдеден бастап жуық арада келетін жексенбілік заңға дейінгі жүз қырық төрт мыңның екінші жиналуын бекітеді. Егер әрбір тарихтан бір айқын ерекшеленетін құрамдас бөлікті бөліп алсақ, онда үшінші қасіреттің рөліне қатысты дәлелді табамыз.</w:t>
      </w:r>
    </w:p>
    <w:p>
      <w:pPr>
        <w:pStyle w:val="ArticleBody"/>
        <w:jc w:val="left"/>
      </w:pPr>
      <w:r>
        <w:rPr>
          <w:rFonts w:ascii="Times New Roman" w:hAnsi="Times New Roman" w:eastAsia="Times New Roman" w:cs="Times New Roman"/>
        </w:rPr>
        <w:t>1844 жылғы 17 тамызда өткен Эксетер лагерлік жиналысының қорытындысында Түн ортасындағы Айқай хабары жарияланды. Сол жариялау жүз қырық төрт мыңның тарихындағы Түн ортасындағы Айқай хабарының жариялануын бейнеледі, өйткені екі тарих та он қыз туралы астарлы әңгіменің орындалуы болды әрі болып табылады. Уайт ханым Мәсіхтің Иерусалимге салтанатты кіруі 1844 жылғы Түн ортасындағы Айқайдың жариялануын бейнелегенін көрсетеді. Мәсіхтің жануарға мінген жалғыз кезі — Оның Иерусалимге кіруі, ал Ол мінген жануар есек еді, ол — Исламның нышаны. 1844 жылдан 1863 жылға дейінгі екінші жиналу кезеңінде, 1848 жылы Уайт ханым Еуропа халықтарының ашуландырылып жатқанын көрсетеді, ал сол тарихтағы халықтардың ашуландырылуы Исламның Еуропаға үздіксіз соғыс қаупін төндіруі арқылы жүзеге асырылды. Екінші жиналудың осы үш тарихының әрқайсысында үшінші қасірет ретіндегі Исламның рөлі айқындалған.</w:t>
      </w:r>
    </w:p>
    <w:p>
      <w:pPr>
        <w:pStyle w:val="ArticleBody"/>
        <w:jc w:val="left"/>
      </w:pPr>
      <w:r>
        <w:rPr>
          <w:rFonts w:ascii="Times New Roman" w:hAnsi="Times New Roman" w:eastAsia="Times New Roman" w:cs="Times New Roman"/>
        </w:rPr>
        <w:t>Жүз қырық төрт мыңның мөрлену уақыты 2001 жылғы 11 қыркүйекте үшінші қасіреттің Исламынан Америка Құрама Штаттарының қазіргі даңқты жеріне жасалған тұтқиыл шабуылмен басталды. Жиырма екі жылдан кейін, 2023 жылғы 7 қазанда, үшінші қасіреттің Исламы ежелгі даңқты жерге тұтқиыл шабуыл жасады. Аян кітабының он бірінші тарауындағы ұлы жер сілкінісі болып табылатын жуық арадағы жексенбілік заң келгенде, үшінші қасірет кенеттен қайтадан келеді, өйткені ол қазіргі даңқты жерге тағы да тұтқиыл шабуыл жасауды тағы бір рет жүзеге асырады.</w:t>
      </w:r>
    </w:p>
    <w:p>
      <w:pPr>
        <w:pStyle w:val="ArticleBody"/>
        <w:jc w:val="left"/>
      </w:pPr>
      <w:r>
        <w:rPr>
          <w:rFonts w:ascii="Times New Roman" w:hAnsi="Times New Roman" w:eastAsia="Times New Roman" w:cs="Times New Roman"/>
        </w:rPr>
        <w:t>Тура Исраил арқылы — өз Мәсіхін айқышқа шегелегендердің нышаны ретінде — бейнеленген бүлік және үшінші қасіреттегі Исламның кенеттен жасалған үш шабуылы «Ақиқаттың» таңбасын алып жүреді. Жүз қырық төрт мыңды мөрлейтін хабар Құдайдың соңғы күндердегі халқын екінші рет жинау ісін жүзеге асырады және бұл іс үшінші қасіреттегі Исламның әрекеттері белсенді болып тұрған уақыт кезеңінде орын алады.</w:t>
      </w:r>
    </w:p>
    <w:p>
      <w:pPr>
        <w:pStyle w:val="ArticleBody"/>
        <w:jc w:val="left"/>
      </w:pPr>
      <w:r>
        <w:rPr>
          <w:rFonts w:ascii="Times New Roman" w:hAnsi="Times New Roman" w:eastAsia="Times New Roman" w:cs="Times New Roman"/>
        </w:rPr>
        <w:t>«Екінші жинау» ретінде бейнеленген пайғамбарлық кезең «екінші жинаудың» бүкіл тарихын құрайтын нақты пайғамбарлық кезеңдерді айқын түрде айқындайды. Мәсіхтің қайта тірілгеннен кейін төмен түсуі Оның айқышта шашырап кеткендерді жинау ісінің басталуын білдіреді.</w:t>
      </w:r>
    </w:p>
    <w:p>
      <w:pPr>
        <w:pStyle w:val="ArticleScripture"/>
        <w:jc w:val="left"/>
      </w:pPr>
      <w:r>
        <w:rPr>
          <w:rFonts w:ascii="Times New Roman" w:hAnsi="Times New Roman" w:eastAsia="Times New Roman" w:cs="Times New Roman"/>
        </w:rPr>
        <w:t>Сонда Иса оларға былай деді: Бүгін түнде бәрің Мен үшін сүрінесіңдер; өйткені былай деп жазылған: Мен Бағушыны ұрамын, сонда отардың қойлары бытырап кетеді. Матай 26:31.</w:t>
      </w:r>
    </w:p>
    <w:p>
      <w:pPr>
        <w:pStyle w:val="ArticleBody"/>
        <w:jc w:val="left"/>
      </w:pPr>
      <w:r>
        <w:rPr>
          <w:rFonts w:ascii="Times New Roman" w:hAnsi="Times New Roman" w:eastAsia="Times New Roman" w:cs="Times New Roman"/>
        </w:rPr>
        <w:t>Мазарда болған үш күннен кейін Мәсіх шәкірттеріне түсіп келіп, оларды жеке түрде тәлімдеген қырық күндік кезеңді бастады; осыдан кейін Елуінші күн мейрамында Киелі Рухтың өлшеусіз төгілуінің алдында он күндік бірлік пен дұға кезеңі келді.</w:t>
      </w:r>
    </w:p>
    <w:p>
      <w:pPr>
        <w:pStyle w:val="ArticleScripture"/>
        <w:jc w:val="left"/>
      </w:pPr>
      <w:r>
        <w:rPr>
          <w:rFonts w:ascii="Times New Roman" w:hAnsi="Times New Roman" w:eastAsia="Times New Roman" w:cs="Times New Roman"/>
        </w:rPr>
        <w:t>Алдыңғы еңбегімді, ей, Теофил, Исаның істей бастаған және үйрете бастаған істерінің бәрі туралы жаздым, Ол Өзі таңдаған елшілеріне Киелі Рух арқылы өсиет беріп, көкке көтерілген күніне дейін; Соларға Ол азап шеккеннен кейін, көптеген даусыз айғақтармен Өзін тірі күйінде көрсетті, оларға қырық күн бойы көрініп, Құдай Патшалығына қатысты нәрселер туралы айтты. Олармен бірге жиналып отырғанда, Ол оларға Иерусалимнен кетпеуді, қайта Әкенің уәдесін күтуді бұйырды; ол туралы, — деді Ол, — сендер менен естідіңдер. Өйткені Жақия расында сумен шомылдырды, ал сендер көп күн өтпей Киелі Рухпен шомылдырылатын боласыңдар. Сондықтан олар жиналғанда, Одан: «Ием, Сен осы уақытта патшалықты Исраилге қайта орнатасың ба?» — деп сұрады. Сонда Ол оларға: «Әке Өз билігіне белгілеп қойған мезгілдер мен уақыттарды білу сендерге тиесілі емес. Бірақ Киелі Рух сендердің үстілеріңе түскен кезде, сендер күш-қуат аласыңдар да, Маған Иерусалимде, бүкіл Яһудея мен Самарияда және жердің қиыр шетіне дейін куә боласыңдар», — деді. Осы сөздерді айтқаннан кейін, олар қарап тұрған кезде, Ол көкке көтерілді; сөйтіп бұлт Оны олардың көз алдынан алып кетті.... Ал Елуінші күн мейрамы толығымен жеткенде, олардың бәрі бір ауыздан бір жерде болды. Кенеттен көктен қатты соққан екпінді желдің дауысындай бір үн шығып, олардың отырған бүкіл үйін толтырды. Елшілердің істері 1:1–9, 2:1, 2.</w:t>
      </w:r>
    </w:p>
    <w:p>
      <w:pPr>
        <w:pStyle w:val="ArticleBody"/>
        <w:jc w:val="left"/>
      </w:pPr>
      <w:r>
        <w:rPr>
          <w:rFonts w:ascii="Times New Roman" w:hAnsi="Times New Roman" w:eastAsia="Times New Roman" w:cs="Times New Roman"/>
        </w:rPr>
        <w:t>Қырық күн бойы, содан кейін шәкірттер Әкенің уәдесін күтуге тиіс болған он күнмен жалғасқан кезеңде, Мәсіх Өз шәкірттерін екінші рет жинап жатты. Иерусалимдегі күту кезеңі — Матай жиырма бес пен Хабаққұқ екідегі кідіру уақыттарымен үйлесетін кідіріс уақытының нышаны. Бүкіл кезеңді Мәсіх Ілиястың ісінен, Жохан шомылдыру рәсімінен өткізіп жүрген кезде басталады деп айқындайды, ал бүкіл кезең Елуінші күн мейрамында Киелі Рухтың шомылдыру рәсімімен аяқталды. Шомылдыру рәсімі — өлімнің, жерленудің және қайта тірілудің нышаны; сондықтан бүкіл кезеңнің ортаңғы межесі айқыш болды, өйткені бүкіл кезең «Ақиқаттың» мөрін алып жүр.</w:t>
      </w:r>
    </w:p>
    <w:p>
      <w:pPr>
        <w:pStyle w:val="ArticleBody"/>
        <w:jc w:val="left"/>
      </w:pPr>
      <w:r>
        <w:rPr>
          <w:rFonts w:ascii="Times New Roman" w:hAnsi="Times New Roman" w:eastAsia="Times New Roman" w:cs="Times New Roman"/>
        </w:rPr>
        <w:t>Бүкіл осы кезең Жақияның Мәсіхті шомылдыруынан басталады, сол кезде Киелі Рух көгершін бейнесінде түсті. Содан кейін мәсіхшілік ғибадатханасының іргетасы болуға тиісті шәкірттерді жинау ісі басталды. Сол кезеңнің соңында Мәсіх Өз шәкірттерін екінші рет жинайды, ал екінші жинау кезеңі бірінші жинау кезеңінің қайталануы болып табылады, өйткені Мәсіх бір нәрсенің аяқталуын оның басталуымен бейнелейді.</w:t>
      </w:r>
    </w:p>
    <w:p>
      <w:pPr>
        <w:pStyle w:val="ArticleBody"/>
        <w:jc w:val="left"/>
      </w:pPr>
      <w:r>
        <w:rPr>
          <w:rFonts w:ascii="Times New Roman" w:hAnsi="Times New Roman" w:eastAsia="Times New Roman" w:cs="Times New Roman"/>
        </w:rPr>
        <w:t>Айқыш Мәсіхтің шомылдыру рәсімі арқылы алдын ала бейнеленген еді, әрі бұл екі оқиға да шәкірттерді жинау ісін бастады. Басталуы мен аяқталуын айқындайтын межелік белгі өлімді, жерленуді және қайта тірілуді білдіреді. Қайта тірілгеннен кейін, түздегі қырық күндік сыналу Оның шәкірттеріне түскенінен кейінгі қырық күндік тәлімді бейнеледі. Бұл екі қырық күннің екеуі де Иса былай деп білдірген негізгі ақиқатты көрсетеді: «Жазылып қойған: Адам тек нанмен ғана емес, Құдайдың аузынан шығатын әрбір сөзбен өмір сүреді».</w:t>
      </w:r>
    </w:p>
    <w:p>
      <w:pPr>
        <w:pStyle w:val="ArticleBody"/>
        <w:jc w:val="left"/>
      </w:pPr>
      <w:r>
        <w:rPr>
          <w:rFonts w:ascii="Times New Roman" w:hAnsi="Times New Roman" w:eastAsia="Times New Roman" w:cs="Times New Roman"/>
        </w:rPr>
        <w:t>Сол уақыт кезеңінде Иса шәкірттерге пайғамбарлардың Мәсіх туралы куәлік еткендерінің бәрін ашып берді; осылайша, сол кезеңді Өзінің пайғамбарлық Сөзінің ашылуы ретінде айқындады.</w:t>
      </w:r>
    </w:p>
    <w:p>
      <w:pPr>
        <w:pStyle w:val="ArticleScripture"/>
        <w:jc w:val="left"/>
      </w:pPr>
      <w:r>
        <w:rPr>
          <w:rFonts w:ascii="Times New Roman" w:hAnsi="Times New Roman" w:eastAsia="Times New Roman" w:cs="Times New Roman"/>
        </w:rPr>
        <w:t>Міне, сол күні олардың екеуі Иерусалимнен алпыс стадиядай жердегі Еммаус деп аталатын бір ауылға бара жатты. Олар болған осы оқиғалардың бәрі туралы өзара әңгімелесіп келе жатты. Сөйтіп, олар сөйлесіп, талқылап келе жатқанда, Исаның Өзі жақындап келіп, олармен бірге жүрді. Бірақ Оны танымаулары үшін олардың көздері тұмшаланды.... Сонда Ол оларға былай деді: Әй, ақылсыздар, әрі пайғамбарлардың айтқандарының бәріне сенуге жүректері шабан жандар! Мәсіхтің осы азаптарды тартып, содан кейін Өзінің салтанатына кіруі тиіс емес пе еді? Содан Ол Мұсадан және барлық пайғамбарлардан бастап, бүкіл Жазбалардағы Өзіне қатысты нәрселердің бәрін оларға түсіндіріп берді. Олар өздері бара жатқан ауылға таяп қалды; ал Ол әрі қарай жүріп кететіндей болды. Бірақ олар Оны қолқалап: Бізбен бірге қала көр, өйткені кеш болып қалды, күн де еңкейіп кетті, — деді. Сонда Ол олармен бірге қалу үшін ішке кірді. Сөйтіп, Ол олармен бірге дастарқан басында отырғанда, нан алып, батасын беріп, оны сындырып, оларға берді. Сонда олардың көздері ашылып, Олар Оны таныды; ал Ол олардың көз алдынан ғайып болды. Лұқа 24:13–16, 26–31.</w:t>
      </w:r>
    </w:p>
    <w:p>
      <w:pPr>
        <w:pStyle w:val="ArticleBody"/>
        <w:jc w:val="left"/>
      </w:pPr>
      <w:r>
        <w:rPr>
          <w:rFonts w:ascii="Times New Roman" w:hAnsi="Times New Roman" w:eastAsia="Times New Roman" w:cs="Times New Roman"/>
        </w:rPr>
        <w:t>Мәсіх Өзінің кім екенін танымаған шәкірттермен бірге болды, ақыры олардың көздерін ашып, «Мұсадан және барлық пайғамбарлардан бастап, бүкіл Жазбалар бойынша Өзіне қатысты нәрселерді оларға түсіндіріп берді». Олардың көздері жеуге «нан» берілген кезде ашылды. Қырық күннен кейін Мәсіх көкке көтеріліп, қырық күндік тәлімнің басында Эммаус шәкірттеріне істегеніндей, «олардың көз алдынан ғайып болды». Содан кейін олар Алғашқы өнім мейрамына дайындалудың он күніне кірісті, бұл жуықта келетін жексенбілік заңды бейнелейді.</w:t>
      </w:r>
    </w:p>
    <w:p>
      <w:pPr>
        <w:pStyle w:val="ArticleBody"/>
        <w:jc w:val="left"/>
      </w:pPr>
      <w:r>
        <w:rPr>
          <w:rFonts w:ascii="Times New Roman" w:hAnsi="Times New Roman" w:eastAsia="Times New Roman" w:cs="Times New Roman"/>
        </w:rPr>
        <w:t>Жексенбілік заң болып табылатын ұлы жер сілкінісі кезінде Исламның үшінші қасіреті тез келеді; ал Ислам — Ишаяның “қатты” “шығыс желі”, яғни Жоханның төрт желінен келетін, жүз қырық төрт мыңның мөрленуі кезінде тежеліп тұрған Езекиелдің тынысы.</w:t>
      </w:r>
    </w:p>
    <w:p>
      <w:pPr>
        <w:pStyle w:val="ArticleBody"/>
        <w:jc w:val="left"/>
      </w:pPr>
      <w:r>
        <w:rPr>
          <w:rFonts w:ascii="Times New Roman" w:hAnsi="Times New Roman" w:eastAsia="Times New Roman" w:cs="Times New Roman"/>
        </w:rPr>
        <w:t>Жүз қырық төрт мыңға мөр басылғаннан кейін төрт жел босатылады, сонда «кенеттен көктен қатты ұйытқи соққан желдің шуылындай дыбыс келіп, ол бүкіл үйді толтырды». Үшінші қасіреттің Исламы «кенеттен» және күтпеген жерден соққы береді де, жетінші керней болып табылатын «көктен келген дыбысты» тудырады; ал ол Құдайдың құпиясының қашан аяқталатынын айқындайды, әрі Құдайдың құпиясы жүз қырық төрт мың үшін Құдайлықтың (Киелі Рухтың төгілуінің) адамзатпен тұрақты түрде біріктірілуі кезінде аяқталады, және Иеміз кенеттен Өзінің ғибадатханасына (шәкірттер жиналған үйге) келіп, жүз қырық төрт мыңмен келісімге кіреді.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 біздің тауға көтерілуімізді, яғни Оның қатысуына неғұрлым тікелей кіруімізді қалайды. Біз дүниенің жаратылғанынан бері болып өткен кез келген алдыңғы уақыттан да артық, Мәсіхтің есімін атаған әрбір жанның толықтай бағышталуын талап ететін дағдарысқа таяп келеміз.</w:t>
      </w:r>
    </w:p>
    <w:p>
      <w:pPr>
        <w:pStyle w:val="ArticleScripture"/>
        <w:jc w:val="left"/>
      </w:pPr>
      <w:r>
        <w:rPr>
          <w:rFonts w:ascii="Times New Roman" w:hAnsi="Times New Roman" w:eastAsia="Times New Roman" w:cs="Times New Roman"/>
        </w:rPr>
        <w:t>«Арамызда шынайы тақуалықтың қайта жандануы — біздің барлық мұқтаждықтарымыздың ішіндегі ең ұлысы әрі ең шұғылы. Бізге Құдайдың киелі майлануы, Оның Рухымен шомылдыруы қажет; өйткені қасиетті ақиқатты таратудағы жалғыз пәрменді күш — осы. Жанның жансыз күйге түскен қабілеттерін көктегі нәрселерді бағалауға жандандыратын да, сүйіспеншіліктерді Құдайға және ақиқатқа бұратын да — Құдайдың Рухы.»</w:t>
      </w:r>
    </w:p>
    <w:p>
      <w:pPr>
        <w:pStyle w:val="ArticleScripture"/>
        <w:jc w:val="left"/>
      </w:pPr>
      <w:r>
        <w:rPr>
          <w:rFonts w:ascii="Times New Roman" w:hAnsi="Times New Roman" w:eastAsia="Times New Roman" w:cs="Times New Roman"/>
        </w:rPr>
        <w:t>«Құдайдың сөзіне сену — біздің артықшылығымыз. Иса көкке көтерілу үшін шәкірттерінен кетер алдында, оларға Ізгі хабарды барлық ұлттарға, тілдерге және халықтарға жариялауды тапсырды. Ол оларға жоғарыдан күшпен киіндірілгенше Иерусалимде қалуды бұйырды. Бұл олардың табысы үшін аса қажет еді. Қасиетті майлау Құдайдың қызметшілеріне қонуға тиіс болатын. Мәсіхтің шәкірттері екендігімен толық танылғандардың және елшілермен бірге Ізгі хабарды таратушылар ретінде байланыста болғандардың бәрі Иерусалимде жиналды. Олар барлық алауыздықты доғарды. Киелі Рух уәдесінің орындалуын қабылдау үшін, олар бір ауыздан дұғада және жалбарынуда табандылықпен болды; өйткені олар Ізгі хабарды Рухтың айқын көрінісінде және Құдайдың құдіретімен уағыздауға тиіс еді. Бұл Мәсіхтің ізбасарлары үшін зор қауіп-қатер уақыты еді. Олар қасқырлардың арасындағы қойлар сияқты еді, соған қарамастан, батылдықтан айырылмады, өйткені Мәсіх өлілерден қайта тірілді, оларға Өзін танытты және оларға дүниеге Оның Ізгі хабарын уағыздауға шығуға лайықты ететін айрықша бата уәде етті. Олар Оның уәдесінің орындалуын үмітпен күтіп, ерекше жалынмен дұға етіп жатты.»</w:t>
      </w:r>
    </w:p>
    <w:p>
      <w:pPr>
        <w:pStyle w:val="ArticleScripture"/>
        <w:jc w:val="left"/>
      </w:pPr>
      <w:r>
        <w:rPr>
          <w:rFonts w:ascii="Times New Roman" w:hAnsi="Times New Roman" w:eastAsia="Times New Roman" w:cs="Times New Roman"/>
        </w:rPr>
        <w:t>«Бұл — Иеміздің көктегі бұлттардың үстінде келуін жариялау ісінде өз үлесін атқаратындар ұстануға тиіс дәл сол жол; өйткені халық Құдайдың ұлы күнінде тұруға дайындалуы керек. Мәсіх Өзінің шәкірттеріне Киелі Рухты қабылдайтындары жөнінде уәде берген болса да, бұл дұғаның қажеттілігін жойған жоқ. Керісінше, олар одан бетер ынтамен дұға етті; олар бір ауыздан дұға етуді жалғастырды. Қазір халықты Иеміздің келуіне дайындаудың салтанатты ісімен айналысып жүргендер де дұғаны жалғастыруға тиіс. Алғашқы шәкірттер бір ауызды болды. Олар уәде етілген игіліктің қалай келетіндігі жөнінде алға тартатын жорамалдарға да, әуес теорияларға да берілмеді. Олар сенімде де, рухта да бір болды. Олар өзара келісімде еді.»</w:t>
      </w:r>
    </w:p>
    <w:p>
      <w:pPr>
        <w:pStyle w:val="ArticleScripture"/>
        <w:jc w:val="left"/>
      </w:pPr>
      <w:r>
        <w:rPr>
          <w:rFonts w:ascii="Times New Roman" w:hAnsi="Times New Roman" w:eastAsia="Times New Roman" w:cs="Times New Roman"/>
        </w:rPr>
        <w:t>«Барлық күмәнді аулақ тастаңыздар. Қорқыныштарыңызды ысырып тастап, Пауылдың: “Мен Мәсіхпен бірге айқышқа шегелендім; енді тірі болып тұрған мен емес, менің ішімде Мәсіх өмір сүреді; ал қазір тәнде сүріп жүрген өмірімді мен мені сүйіп, Өзін мен үшін құрбан еткен Құдай Ұлына деген сеніммен сүріп жүрмін”, — деп жар салғандағы тәжірибесін иеленіңіздер. [Ғалаттықтарға 2:20.] Бәрін де Мәсіхке бағыштаңыздар, және өмірлеріңіз Құдайда Мәсіхпен бірге жасырын болсын. Сонда сіздер игілік үшін күшке айналасыздар. Біреу мыңды қуар, екеу он мыңды қашырар».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тоғызыншы</dc:title>
  <dc:subject>Саяси құлдырау және пайғамбарлық тағдыр: Киелі кітаптағы пайғамбарлық аясында Демократиялық және Республикалық партиялардың соңы</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