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сегізінші бөлім</w:t>
      </w:r>
    </w:p>
    <w:p>
      <w:pPr>
        <w:pStyle w:val="ArticleSubtitle"/>
        <w:jc w:val="left"/>
      </w:pPr>
      <w:r>
        <w:rPr>
          <w:rFonts w:ascii="Arial" w:hAnsi="Arial" w:eastAsia="Arial" w:cs="Arial"/>
        </w:rPr>
        <w:t>Ашылған Даналық: Үштік Бірлікті және пайғамбарлықтағы 666 жұмбағын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Бірнеше куәгер арқылы тарихта да, пайғамбарлықта да Рим әрдайым сегізінші болып шығып, жетінің бірі екені анықталды. Бұл нышанның пайғамбарлық жұмбағы — сынақ мерзімі жабылардың алдында Яһуда руының Арыстаны ашатын нәрсенің бір бөлігі. Мәсіх ешқашан өзгермейді, әрі Миллершілдер тарихындағы Бірінші және Ұлы Күйзелістерде Ол күйзелістің құпиясын түсіндіретін шындықты ашып көрсетті.</w:t>
      </w:r>
    </w:p>
    <w:p>
      <w:pPr>
        <w:pStyle w:val="ArticleBody"/>
        <w:jc w:val="left"/>
      </w:pPr>
      <w:r>
        <w:rPr>
          <w:rFonts w:ascii="Times New Roman" w:hAnsi="Times New Roman" w:eastAsia="Times New Roman" w:cs="Times New Roman"/>
        </w:rPr>
        <w:t>Миллериттер тарихындағы алғашқы Үміт ақталмауынан кейін, Ол 1843 жылғы кестеде бейнеленген кейбір мерзімдердегі қателіктен Өз қолын алып тастады. Сол қателік Үміттің ақталмауына әкелген пайғамбарлық түсінбеушілікті білдірді. Ақырында миллериттер екі мың үш жүз күннің басталу күнін берік түрде орнықтырған бірқатар түсініктерге жеткізілді. Негізінен айқыштағы өлім күніне сүйенген осы берік бастапқы нүктеге ие болған соң, олар 1843 жылды айқындау үшін қолданып келген сол бір пайғамбарлық дәлелдің шын мәнінде тек 1844 жылды ғана емес, 1844 жылғы 22 қазанның дәл өзін де көрсеткенін көрді.</w:t>
      </w:r>
    </w:p>
    <w:p>
      <w:pPr>
        <w:pStyle w:val="ArticleBody"/>
        <w:jc w:val="left"/>
      </w:pPr>
      <w:r>
        <w:rPr>
          <w:rFonts w:ascii="Times New Roman" w:hAnsi="Times New Roman" w:eastAsia="Times New Roman" w:cs="Times New Roman"/>
        </w:rPr>
        <w:t>Екінші, Ұлы Күйзелістен кейін, Жаратқан Ие 1844 жылғы 22 қазан — Мәсіхтің Екінші Келуі болды деген олардың қате жариялауынан туындаған пайғамбарлық қайшылықтардың бәріне жауап берген бір ақиқатты тағы да ашты. Жаратқан Ие Киелі Орын туралы тақырыпты және соған байланысты ақиқаттарды ашты, сөйтіп Ұлы Күйзеліс түсіндірілді.</w:t>
      </w:r>
    </w:p>
    <w:p>
      <w:pPr>
        <w:pStyle w:val="ArticleScripture"/>
        <w:jc w:val="left"/>
      </w:pPr>
      <w:r>
        <w:rPr>
          <w:rFonts w:ascii="Times New Roman" w:hAnsi="Times New Roman" w:eastAsia="Times New Roman" w:cs="Times New Roman"/>
        </w:rPr>
        <w:t>«Халық ретінде біз пайғамбарлықты ынта-жігермен зерттейтін шәкірттер болуға тиіспіз; Даниял мен Жоханның көріністерінде ашылған киелі орын тақырыбына қатысты түсінікті болғанға дейін тынышталмауымыз керек. Бұл тақырып біздің қазіргі ұстанымымыз бен қызметімізге мол нұр түсіреді және Құдайдың өткен тәжірибемізде бізді жетелегенінің айқын дәлелін береді. Ол 1844 жылғы көңіліміздің қалғанын түсіндіреді де, тазартылуға тиіс киелі орын біз ойлағандай жер емес екенін, қайта Мәсіхтің сол кезде көктегі киелі орынның ең қасиетті бөліміне кіргенін және сол жерде Даниял пайғамбарға періште айтқан: “Екі мың үш жүз кеш пен таңға дейін; содан кейін киелі орын тазартылады”, — деген сөздердің орындалуы ретінде, Өзінің діни қызметкерлік қызметінің қорытынды ісін атқарып жатқанын көрсетеді.»</w:t>
      </w:r>
    </w:p>
    <w:p>
      <w:pPr>
        <w:pStyle w:val="ArticleScripture"/>
        <w:jc w:val="left"/>
      </w:pPr>
      <w:r>
        <w:rPr>
          <w:rFonts w:ascii="Times New Roman" w:hAnsi="Times New Roman" w:eastAsia="Times New Roman" w:cs="Times New Roman"/>
        </w:rPr>
        <w:t>«Бірінші, екінші және үшінші періштелердің хабарларына қатысты біздің сеніміміз дұрыс болды. Біз өтіп келген ұлы межелік белгілер қозғалмас. Тозақтың әскерлері оларды іргетасынан жұлып тастауға тырысып, осыны жүзеге асырдық деген оймен салтанат құруы мүмкін, бірақ олар табысқа жетпейді. Ақиқаттың бұл діңгектері мәңгілік төбелердей берік тұр, адамдардың барша күш-жігері Шайтан мен оның әскерлерінің күштерімен қосылғанның өзінде де қозғалмайды. Біз көп нәрсені үйрене аламыз, әрі бұл нәрселердің шынымен солай екенін көру үшін Жазбаларды ұдайы зерттеуіміз керек. Қазір Құдай халқы көздерін көктегі қасиетті орынға тігуге тиіс; онда сот ісіндегі қызметте біздің ұлы Бас Діни Қызметкеріміздің соңғы қызметі жүріп жатыр,—сол жерде Ол Өз халқы үшін араша түсуде». Review and Herald, November 27, 1883.</w:t>
      </w:r>
    </w:p>
    <w:p>
      <w:pPr>
        <w:pStyle w:val="ArticleBody"/>
        <w:jc w:val="left"/>
      </w:pPr>
      <w:r>
        <w:rPr>
          <w:rFonts w:ascii="Times New Roman" w:hAnsi="Times New Roman" w:eastAsia="Times New Roman" w:cs="Times New Roman"/>
        </w:rPr>
        <w:t>Айқышқа шегелену кезінде шәкірттердің көңілінің қалуы Мәсіхтің айқышта орнатуға тиісті патшалығы жөніндегі қате түсінікке негізделген еді. Шомылдыру рәсімін жасаушы Жақияның және елші Пауылдың қызметтеріне тура Исраилдің және жердегі тура киелі орынның дәуірі рухани Исраилге және көктегі рухани киелі орынға ауысқанын айқындау ісі кірді. Яһуда руының Арыстаны «данышпандарға» көңіл қалудың мәнін әрдайым түсіндіреді. Римнің «сегізінші, бірақ жетеудің бірі» екендігі туралы пайғамбарлық жұмбақтың түсіндірмесі — Яһуда Арыстанының 2020 жылғы 18 шілдедегі көңіл қалуды түсіндіру үшін орындап жатқан ісінің бір бөлігі.</w:t>
      </w:r>
    </w:p>
    <w:p>
      <w:pPr>
        <w:pStyle w:val="ArticleBody"/>
        <w:jc w:val="left"/>
      </w:pPr>
      <w:r>
        <w:rPr>
          <w:rFonts w:ascii="Times New Roman" w:hAnsi="Times New Roman" w:eastAsia="Times New Roman" w:cs="Times New Roman"/>
        </w:rPr>
        <w:t>Миллериттер Римді Киелі кітап пайғамбарлығының төртінші патшалығы деп білді, әрі пұтқа табынушылық пен папалықтың арасындағы айырмашылықты көрді, бірақ папалық Римді Киелі кітап пайғамбарлығының бесінші патшалығы ретінде көре алмады. 1844 жылдан көп ұзамай ізашарлар Америка Құрама Штаттарының Киелі кітап пайғамбарлығындағы келесі патшалық екенін түсінді.</w:t>
      </w:r>
    </w:p>
    <w:p>
      <w:pPr>
        <w:pStyle w:val="ArticleBody"/>
        <w:jc w:val="left"/>
      </w:pPr>
      <w:r>
        <w:rPr>
          <w:rFonts w:ascii="Times New Roman" w:hAnsi="Times New Roman" w:eastAsia="Times New Roman" w:cs="Times New Roman"/>
        </w:rPr>
        <w:t>Бұл тану 1850 жылғы ізашарлар кестесінде бейнеленген, алайда Аян кітабының он жетінші тарауында көрсетілгендей, Киелі кітап пайғамбарлығындағы патшалықтардың толық бейнесін танып-білу олардың ұғыну қабілетінен тыс болды, өйткені олар 1863 жылы «жеті уақытты» қабылдамай тастағаннан кейін Лаодикияның шөлінде адаса бастады.</w:t>
      </w:r>
    </w:p>
    <w:p>
      <w:pPr>
        <w:pStyle w:val="ArticleScripture"/>
        <w:jc w:val="left"/>
      </w:pPr>
      <w:r>
        <w:rPr>
          <w:rFonts w:ascii="Times New Roman" w:hAnsi="Times New Roman" w:eastAsia="Times New Roman" w:cs="Times New Roman"/>
        </w:rPr>
        <w:t>«Ежелгі Исраилдің тарихы — адвентистік қауымның өткен тәжірибесінің айқын көрінісі. Құдай Өз халқын Мысырдан Исраил ұлдарын қалай жетелеп шығарса, адвент қозғалысында да солай жетеледі. Ұлы түңілу кезінде олардың сенімі Қызыл теңіз жағасындағы еврейлердің сенімі сыналғандай сыналды. Егер олар өткен тәжірибелерінде өздерімен бірге болған жетелеуші қолға әлі де сенім артқанда, Құдайдың құтқаруын көрер еді. Егер 1844 жылы осы істе бірлесе еңбек еткендердің бәрі үшінші періштенің хабарын қабылдап, оны Киелі Рухтың күшімен жариялаған болса, Иеміз олардың еңбектерімен құдіретті түрде әрекет етер еді. Дүниеге нұр тасқыны төгілер еді. Жер тұрғындары әлдеқашан ескертіліп, қорытынды іс аяқталып, Мәсіх Өз халқын құтқару үшін келер еді.»</w:t>
      </w:r>
    </w:p>
    <w:p>
      <w:pPr>
        <w:pStyle w:val="ArticleScripture"/>
        <w:jc w:val="left"/>
      </w:pPr>
      <w:r>
        <w:rPr>
          <w:rFonts w:ascii="Times New Roman" w:hAnsi="Times New Roman" w:eastAsia="Times New Roman" w:cs="Times New Roman"/>
        </w:rPr>
        <w:t>«Исраилдің қырық жыл бойы шөлде қаңғып жүруі Құдайдың еркі емес еді; Ол оларды тікелей Қанахан жеріне бастап барып, сол жерде қасиетті де бақытты халық етіп орнықтыруды қалады. Бірақ “олар сенбеушіліктері себепті кіре алмады”. Еврейлерге 3:19. Өздерінің кері кетуі мен діннен безуі себепті олар шөлде қырылып қалды, ал Уәде етілген Жерге кіру үшін басқалар көтерілді. Сол сияқты, Мәсіхтің келуі соншалықты ұзақ кідіруі де және Оның халқының күнә мен қайғыға толы осы дүниеде сонша көп жылдар бойы қалуы да Құдайдың еркі емес еді. Бірақ сенімсіздік оларды Құдайдан ажыратты. Олар Өздеріне Ол белгілеп қойған істі атқарудан бас тартқандықтан, хабарды жариялау үшін басқалар көтерілді. Иса дүниеге рақым етіп, Өзінің келуін кешеуілдетіп тұр, осылайша күнәкарлар ескертуді естуге және Құдайдың қаһары төгілерден бұрын Одан пана табуға мүмкіндік алсын». Ұлы күрес, 458.</w:t>
      </w:r>
    </w:p>
    <w:p>
      <w:pPr>
        <w:pStyle w:val="ArticleBody"/>
        <w:jc w:val="left"/>
      </w:pPr>
      <w:r>
        <w:rPr>
          <w:rFonts w:ascii="Times New Roman" w:hAnsi="Times New Roman" w:eastAsia="Times New Roman" w:cs="Times New Roman"/>
        </w:rPr>
        <w:t>Жақып та, Эллен Уайт та бұл қозғалыстың 1856 жылы Лаодикея қозғалысына ауысқанын екеуі де айқындады, әрі алдыңғы үзіндіде ол: «Егер 1844 жылы іске бірлесе еңбек еткендердің бәрі үшінші періштенің хабарын қабылдап, оны Киелі Рухтың құдіретімен жариялаған болса, Жаратқан Ие олардың күш-жігерімен құдіретті түрде әрекет етер еді», — деп көрсетеді. Содан кейін ол: «Сол сияқты», ежелгі Исраил көрсеткен «кері кету мен опасыздық» ежелгі Исраилдің «шөл далада қырылуына» себеп болды, — дейді. Бұл үзінді Лаодикеялық адвентизмнің шөл далада қаңғып жүруі Түн ортасындағы айқай хабарын жариялағандар әлі тірі болған кезеңде басталғанын көрсетеді.</w:t>
      </w:r>
    </w:p>
    <w:p>
      <w:pPr>
        <w:pStyle w:val="ArticleBody"/>
        <w:jc w:val="left"/>
      </w:pPr>
      <w:r>
        <w:rPr>
          <w:rFonts w:ascii="Times New Roman" w:hAnsi="Times New Roman" w:eastAsia="Times New Roman" w:cs="Times New Roman"/>
        </w:rPr>
        <w:t>Бүгінгі күні теологтар (ғұламалар) Аян кітабының он жетінші тарауына әртүрлі қолдануларды телиді; олардың кейбірі иезуиттер ойлап тапқан футуризм әдіснамасынан, ал кейбірі жолдан тайған протестантизмнің бұзылған теологиялық тәжірибелерінен туындайды. Аянның он жетінші тарауындағы рәміздер өте қарапайым. Біз қажетті рәміздерді анықтадық, енді сол жерде бейнеленген патшалықтарға қайта оралып, оларды Даниял кітабының екінші тарауындағы патшалықтармен сәйкестендіреміз, өйткені Иса әрдайым бір нәрсенің соңын оның басталуымен суреттейді.</w:t>
      </w:r>
    </w:p>
    <w:p>
      <w:pPr>
        <w:pStyle w:val="ArticleScripture"/>
        <w:jc w:val="left"/>
      </w:pPr>
      <w:r>
        <w:rPr>
          <w:rFonts w:ascii="Times New Roman" w:hAnsi="Times New Roman" w:eastAsia="Times New Roman" w:cs="Times New Roman"/>
        </w:rPr>
        <w:t>Жеті патша бар: бесеуі құлады, біреуі бар, ал екіншісі әлі келген жоқ; және ол келген кезде аз уақыт тұруы тиіс. Ал болған да, қазір жоқ та аң — сегізіншісі, әрі жетеудің ішінен; және ол құрып кетуге барады. Сен көрген он мүйіз — он патша, олар әлі патшалық алған жоқ; бірақ аңмен бірге бір сағатқа патшалар ретінде билік алады. Аян 17:10–12.</w:t>
      </w:r>
    </w:p>
    <w:p>
      <w:pPr>
        <w:pStyle w:val="ArticleBody"/>
        <w:jc w:val="left"/>
      </w:pPr>
      <w:r>
        <w:rPr>
          <w:rFonts w:ascii="Times New Roman" w:hAnsi="Times New Roman" w:eastAsia="Times New Roman" w:cs="Times New Roman"/>
        </w:rPr>
        <w:t>Үшінші аятта Жохан рухани түрде 1798 жылға жеткізілді. Тарихтың сол нүктесінен оған әлдеқашан құлаған бес патшалық бар екені айтылды. Ол патшалықтар: Бабыл, Мидия-Парсы, Грекия, пұтқа табынушы Рим және папалық Рим еді. Уильям Миллер он жетінші тараудағы осы үзіндінің мәнін шеше алмады, өйткені ол папалық Римнің пұтқа табынушы Римнен бөлек патшалық екенін тани алмады. Алайда бұл реттілік Аян кітабының он екінші және он үшінші тарауларында берілген, өйткені он екінші тараудағы айдаһар пұтқа табынушы Римді білдірді, он үшінші тарауда теңізден шыққан аң папалықты, ал жерден шыққан аң Америка Құрама Штаттарын білдіреді. Уайт ханым осы үш аңның бәрін айдаһар, аң және жалған пайғамбар деп айқындайды. Өз куәлігін бере отырып, ол патшалықтардың реттілігін көрсетеді, және бұл реттілік біздің Аянның он жетінші тарауына жасап отырған қолдануымызбен сәйкес келеді.</w:t>
      </w:r>
    </w:p>
    <w:p>
      <w:pPr>
        <w:pStyle w:val="ArticleScripture"/>
        <w:jc w:val="left"/>
      </w:pPr>
      <w:r>
        <w:rPr>
          <w:rFonts w:ascii="Times New Roman" w:hAnsi="Times New Roman" w:eastAsia="Times New Roman" w:cs="Times New Roman"/>
        </w:rPr>
        <w:t>«Ұлы қызыл айдаһардың, қабыланға ұқсас аңның және қозы тәрізді мүйіздері бар аңның рәміздері астында Құдайдың заңын таптап, Оның халқына қудалау жасауда айрықша әрекет ететін жердегі үкіметтер Жоханға көрсетілді. Бұл соғыс заманның ақырына дейін жалғасады. Қасиетті әйел және оның балалары арқылы рәмізделген Құдай халқы саны жағынан өте аз болып көрсетілді. Соңғы күндерде тек бір ғана қалдық сақталып қалды. Солар туралы Жохан былай дейді: олар “Құдайдың өсиеттерін сақтайтын және Иса Мәсіхтің куәлігіне ие болғандар”.»</w:t>
      </w:r>
    </w:p>
    <w:p>
      <w:pPr>
        <w:pStyle w:val="ArticleScripture"/>
        <w:jc w:val="left"/>
      </w:pPr>
      <w:r>
        <w:rPr>
          <w:rFonts w:ascii="Times New Roman" w:hAnsi="Times New Roman" w:eastAsia="Times New Roman" w:cs="Times New Roman"/>
        </w:rPr>
        <w:t>«Пұтқа табынушылық арқылы, ал содан кейін Папалық арқылы, Шайтан Құдайдың адал куәгерлерін жер бетінен өшіруге тырысып, көптеген ғасырлар бойы өз билігін жүргізді. Пұтқа табынушылар да, папашылдар да бірдей айдаһар рухының жетегінде болды. Олардың айырмашылығы тек мынада еді: Құдайға қызмет еткендей кейіп танытқан Папалық әлдеқайда қауіпті әрі қатыгез жау болды. Романизмнің құралы арқылы Шайтан дүниені тұтқынға алды. Құдайдың шіркеуіміз деп мойындалған қауымы осы алдаудың қатарына сыпырылып әкетілді, әрі мың жылдан астам уақыт бойы Құдай халқы айдаһардың қаһарының астында азап шекті. Ал Папалық өз күшінен айырылып, қудалауды тоқтатуға мәжбүр болған кезде, Жохан айдаһардың үнін қайталап, сол бір қатыгез де күпірлік істі жалғастыру үшін көтеріліп келе жатқан жаңа бір билікті көрді. Құдайдың шіркеуі мен заңына қарсы соғыс жүргізетін соңғы билік болып табылатын осы күш тоқты мүйізді аң арқылы бейнеленді.»</w:t>
      </w:r>
    </w:p>
    <w:p>
      <w:pPr>
        <w:pStyle w:val="ArticleScripture"/>
        <w:jc w:val="left"/>
      </w:pPr>
      <w:r>
        <w:rPr>
          <w:rFonts w:ascii="Times New Roman" w:hAnsi="Times New Roman" w:eastAsia="Times New Roman" w:cs="Times New Roman"/>
        </w:rPr>
        <w:t>«Алайда пайғамбарлық қылқаламның қатаң ізі осы бейбіт көріністің өзгеретінін ашады. Қозыға ұқсас мүйіздері бар аңдаһар айдаһардың үнімен сөйлейді және “өзінен бұрынғы бірінші аңның бүкіл билігін жүзеге асырады”. Пайғамбарлық оның жер бетінде тұратындарға аңға бір мүсін жасауды айтатынын және “үлкен-кішісіне де, бай-кедейіне де, азат-құлына да оң қолына немесе маңдайына белгі қабылдататынын; сондай-ақ ешкім аңның белгісі, не оның аты, не оның есімінің саны жоқ болса, сатып та ала алмайтынын, сата да алмайтынын” мәлімдейді. Осылайша протестантизм папалықтың ізімен жүреді». Signs of the Times, November 1, 1899.</w:t>
      </w:r>
    </w:p>
    <w:p>
      <w:pPr>
        <w:pStyle w:val="ArticleBody"/>
        <w:jc w:val="left"/>
      </w:pPr>
      <w:r>
        <w:rPr>
          <w:rFonts w:ascii="Times New Roman" w:hAnsi="Times New Roman" w:eastAsia="Times New Roman" w:cs="Times New Roman"/>
        </w:rPr>
        <w:t>Соңғы үзіндінің бірінші абзацында Уайт ханым пұтқа табынушы Римді, папалық Римді және Америка Құрама Штаттарын «жердегі үкіметтер» деп айқындайды. Екінші абзацта ол үкіметтердің бірізді түрде келгенін: «пұтқа табынушылық арқылы, содан кейін Папалық арқылы» және «Папалық, күшінен айырылып, қудалауды тоқтатуға мәжбүр болған кезде, Жохан айдаһардың үніне үн қосып, сол бір қатыгез де Құдайға тіл тигізуші істі жалғастыру үшін көтеріліп келе жатқан жаңа билікті көрді» деп айту арқылы көрсетеді. Алайда ол мұнымен тоқтамайды, өйткені үшінші абзацта ол Америка Құрама Штаттарының бүкіл әлемге тағы бір патшалықты күштеп таңатынын айқындайды. Ол былай дейді: «Тоқтыға ұқсас мүйіздері бар аң айдаһардың үнімен сөйлейді және “өзінен бұрынғы бірінші аңның барлық билігін жүзеге асырады”. Пайғамбарлық оның жерде тұрушыларға аңға бейне жасауды айтатынын жариялайды.»</w:t>
      </w:r>
    </w:p>
    <w:p>
      <w:pPr>
        <w:pStyle w:val="ArticleBody"/>
        <w:jc w:val="left"/>
      </w:pPr>
      <w:r>
        <w:rPr>
          <w:rFonts w:ascii="Times New Roman" w:hAnsi="Times New Roman" w:eastAsia="Times New Roman" w:cs="Times New Roman"/>
        </w:rPr>
        <w:t>Аян кітабының он екінші және он үшінші тараулары пұтқа табынушы Римді, папалық Римді, Америка Құрама Штаттарын және Америка Құрама Штаттары орнататын аңның әлемдік мүсінін айқындайды. «Аңның мүсіні» дегеннің анықтамасы — Шіркеу мен Мемлекеттің біріккен түрі; ал бүкіл дүниенің аңның мүсінін орнатуы, анықтаманың өзіне сай, соңғы күндері бүкіл жер жүзіне біртұтас әлемдік үкіметтің күштеп таңылатынын көрсетеді. Бұл патшалық Мемлекет пен Шіркеуден тұрады, әрі олардың арасындағы қатынаста билік Шіркеудің қолында болады. Аян кітабының он екінші және он үшінші тараулары бірінен кейін бірі келетін төрт патшалықты айқындайды, және сол патшалықтардың өзі он жетінші тарауда да, сондай-ақ Даниял кітабының екінші тарауында да бейнеленген.</w:t>
      </w:r>
    </w:p>
    <w:p>
      <w:pPr>
        <w:pStyle w:val="ArticleBody"/>
        <w:jc w:val="left"/>
      </w:pPr>
      <w:r>
        <w:rPr>
          <w:rFonts w:ascii="Times New Roman" w:hAnsi="Times New Roman" w:eastAsia="Times New Roman" w:cs="Times New Roman"/>
        </w:rPr>
        <w:t>1798 жылы Жохан Киелі кітап пайғамбарлығындағы алғашқы бес патшалықтың әлдеқашан құлағанын және 1798 жылы сол кезде бір патшалықтың өмір сүріп тұрғанын көрді. 1798 жылы басталған Киелі кітап пайғамбарлығындағы патшалық — Аян кітабының он үшінші тарауындағы жерден шыққан аң еді; ол қозыдай болып басталып, ақырында айдаһарша сөйлейді. Құрама Штаттар — өлімші жарақат алған рухани Бабылдың бесінші патшалығынан кейін келетін, Киелі кітап пайғамбарлығындағы екі мүйізді алтыншы патшалық. Бесінші патшалық — алғашқы, тура мағынадағы Бабыл патшалығы арқылы бейнеленген рухани Бабыл еді. Екі мүйізі бар алтыншы патшалық күмістен болған екі қол арқылы бейнеленген еді.</w:t>
      </w:r>
    </w:p>
    <w:p>
      <w:pPr>
        <w:pStyle w:val="ArticleBody"/>
        <w:jc w:val="left"/>
      </w:pPr>
      <w:r>
        <w:rPr>
          <w:rFonts w:ascii="Times New Roman" w:hAnsi="Times New Roman" w:eastAsia="Times New Roman" w:cs="Times New Roman"/>
        </w:rPr>
        <w:t>1798 жылы әлі болашақта болатын бір патшалық болуы тиіс еді, өйткені 1798 жылы «басқасы әлі келген жоқ» болатын. Сол жетінші патшалық тарих сахнасына келгенде, ол тек «аз уақыт» қана «тұрады». Бесінші патшалық өлімші жарақат алды, алтыншы патшалықтың екі мүйізі болды, ал жетінші патшалық тек қысқа мерзім ғана жалғасады. Осы үзіндінің мәнмәтіні жетінші патшалықтың «он патшамен» бейнеленетінін айқындайды, өйткені «он патша» бір патшалыққа айналғанда, олар тек «бір сағат» қана билік етеді, ал бір «сағат» — қысқа бір «мерзім». «Он патша» шынымен билік еткен кезде, олар аңмен бірге сол «бір сағат» бойы қатар билік етеді.</w:t>
      </w:r>
    </w:p>
    <w:p>
      <w:pPr>
        <w:pStyle w:val="ArticleScripture"/>
        <w:jc w:val="left"/>
      </w:pPr>
      <w:r>
        <w:rPr>
          <w:rFonts w:ascii="Times New Roman" w:hAnsi="Times New Roman" w:eastAsia="Times New Roman" w:cs="Times New Roman"/>
        </w:rPr>
        <w:t>Сен көрген он мүйіз — он патша; олар әлі патшалық алған жоқ, бірақ аңмен бірге бір сағатқа патшалар ретінде билік алады. Аян 17:12.</w:t>
      </w:r>
    </w:p>
    <w:p>
      <w:pPr>
        <w:pStyle w:val="ArticleBody"/>
        <w:jc w:val="left"/>
      </w:pPr>
      <w:r>
        <w:rPr>
          <w:rFonts w:ascii="Times New Roman" w:hAnsi="Times New Roman" w:eastAsia="Times New Roman" w:cs="Times New Roman"/>
        </w:rPr>
        <w:t>«Он мүйіз» — жетінші патшалық, бірақ олар аңмен бірге «бір сағат» билік етеді. «Бір сағат» — Америка Құрама Штаттарында жуық арада қабылданатын жексенбілік заңнан басталатын жексенбілік заң дағдарысының кезеңі. Олар аңмен бірге билік етуге келіседі, өйткені оларды бұған негізгі патша, яғни Америка Құрама Штаттары, мәжбүр етеді. Жаңа ғана келтірген үзіндіде Уайт ханым Құдай халқын қудалайтын соңғы биліктің жерден шыққан аң екенін айқындайды.</w:t>
      </w:r>
    </w:p>
    <w:p>
      <w:pPr>
        <w:pStyle w:val="ArticleScripture"/>
        <w:jc w:val="left"/>
      </w:pPr>
      <w:r>
        <w:rPr>
          <w:rFonts w:ascii="Times New Roman" w:hAnsi="Times New Roman" w:eastAsia="Times New Roman" w:cs="Times New Roman"/>
        </w:rPr>
        <w:t>«Жохан айдаһардың даусын қайталап, сол бір қатыгез әрі күпірлік істі ілгері жалғастыру үшін көтеріліп келе жатқан жаңа бір билікті көрді. Құдайдың қауымына және Құдай заңының өзіне қарсы соғыс жүргізетін осы билік — мұндайлардың ең соңғысы — тоқтының мүйіздеріне ұқсас мүйіздері бар аң арқылы бейнеленді». Signs of the Times, November 1, 1899.</w:t>
      </w:r>
    </w:p>
    <w:p>
      <w:pPr>
        <w:pStyle w:val="ArticleBody"/>
        <w:jc w:val="left"/>
      </w:pPr>
      <w:r>
        <w:rPr>
          <w:rFonts w:ascii="Times New Roman" w:hAnsi="Times New Roman" w:eastAsia="Times New Roman" w:cs="Times New Roman"/>
        </w:rPr>
        <w:t>Киелі кітаптағы пайғамбарлықтың соңғы патшалығы Жалған Пайғамбар ретіндегі Америка Құрама Штаттары жүзеге асырған алдау арқылы орнатылады. Бұл патшалық 1798 жылы қозы ретінде басталды, бірақ соңғы күндері ол дүниені бүкіләлемдік аңның бейнесін қабылдауға мәжбүрлейді; ал ол, анықтамасы бойынша, Шіркеу мен Мемлекеттің Шіркеу сол қатынасты билейтіндей бірігуі болып табылады. Бұл патшалық сондай-ақ үштік одақ ретінде де айқындалады.</w:t>
      </w:r>
    </w:p>
    <w:p>
      <w:pPr>
        <w:pStyle w:val="ArticleScripture"/>
        <w:jc w:val="left"/>
      </w:pPr>
      <w:r>
        <w:rPr>
          <w:rFonts w:ascii="Times New Roman" w:hAnsi="Times New Roman" w:eastAsia="Times New Roman" w:cs="Times New Roman"/>
        </w:rPr>
        <w:t>«Америка Құрама Штаттарының протестанттары өз қолдарын тұңғиықтың ар жағына созып, спиритизмнің қолын ұстауда алдыңғы қатарда болады; олар шыңыраудың үстінен асып, Рим билігімен қол алысады; әрі осы үштік одақтың ықпалы астында бұл ел ар-ождан құқықтарын таптай отырып, Римнің ізімен жүреді». The Great Controversy, 588.</w:t>
      </w:r>
    </w:p>
    <w:p>
      <w:pPr>
        <w:pStyle w:val="ArticleBody"/>
        <w:jc w:val="left"/>
      </w:pPr>
      <w:r>
        <w:rPr>
          <w:rFonts w:ascii="Times New Roman" w:hAnsi="Times New Roman" w:eastAsia="Times New Roman" w:cs="Times New Roman"/>
        </w:rPr>
        <w:t>Үштік одақ — Аян кітабының он алтыншы тарауында жер патшаларына қарай шығып, дүниені Армагеддонға бастап баратын айдаһардың, аңның және жалған пайғамбардың одағы.</w:t>
      </w:r>
    </w:p>
    <w:p>
      <w:pPr>
        <w:pStyle w:val="ArticleScripture"/>
        <w:jc w:val="left"/>
      </w:pPr>
      <w:r>
        <w:rPr>
          <w:rFonts w:ascii="Times New Roman" w:hAnsi="Times New Roman" w:eastAsia="Times New Roman" w:cs="Times New Roman"/>
        </w:rPr>
        <w:t>Сонда мен айдаһардың аузынан, аңның аузынан және жалған пайғамбардың аузынан бақаларға ұқсас үш арам рухтың шыққанын көрдім. Өйткені бұлар — жындардың рухтары, кереметтер жасап, Құдіреті шексіз Құдайдың ұлы күніндегі соғысқа оларды жинау үшін жердің патшалары мен бүкіл дүниенің патшаларына баратын рухтар. Аян 16:13, 14.</w:t>
      </w:r>
    </w:p>
    <w:p>
      <w:pPr>
        <w:pStyle w:val="ArticleBody"/>
        <w:jc w:val="left"/>
      </w:pPr>
      <w:r>
        <w:rPr>
          <w:rFonts w:ascii="Times New Roman" w:hAnsi="Times New Roman" w:eastAsia="Times New Roman" w:cs="Times New Roman"/>
        </w:rPr>
        <w:t>«Рим билігі» — өлім жарасын алған папалық, аң және Киелі кітаптағы пайғамбарлықтың бесінші патшалығы. «Протестанттар» — Америка Құрама Штаттарын, жалған пайғамбарды, Киелі кітаптағы пайғамбарлықтың алтыншы әрі соңғы патшалығын білдіреді. «Спиритизм» — Біріккен Ұлттар Ұйымы, айдаһар және аңмен бірге бір сағат бойы билік жүргізуге келісетін патшалық. Үштік одақ Аян кітабының он бірінші тарауындағы «ұлы жер сілкінісінің» «сағаты» болып табылатын «бір сағаттың» ішінде жүзеге асады; бұл — жуық арада келетін жексенбілік заң.</w:t>
      </w:r>
    </w:p>
    <w:p>
      <w:pPr>
        <w:pStyle w:val="ArticleScripture"/>
        <w:jc w:val="left"/>
      </w:pPr>
      <w:r>
        <w:rPr>
          <w:rFonts w:ascii="Times New Roman" w:hAnsi="Times New Roman" w:eastAsia="Times New Roman" w:cs="Times New Roman"/>
        </w:rPr>
        <w:t>«Папалықтың орнауын Құдай заңын бұза отырып күштеп енгізетін жарлық арқылы біздің ұлтымыз өзін әділдіктен толықтай ажыратады. Протестантизм Рим билігінің қолын ұстау үшін шыңыраудың арғы жағына қарай қолын созғанда, ол Рухтаршылдықпен қол алысу үшін тұңғиықтың үстінен еңкейгенде, осы үштік одақтың ықпалымен біздің еліміз протестанттық әрі республикалық үкімет ретіндегі өз Конституциясының әрбір қағидатын теріске шығарып, папалық жалған ілімдер мен алдаулардың таралуына жағдай жасағанда, сонда біз Шайтанның ғажайып әрекет ететін уақыты келгенін және ақырдың жақын екенін біле аламыз». Testimonies, 5-том, 451-бет.</w:t>
      </w:r>
    </w:p>
    <w:p>
      <w:pPr>
        <w:pStyle w:val="ArticleBody"/>
        <w:jc w:val="left"/>
      </w:pPr>
      <w:r>
        <w:rPr>
          <w:rFonts w:ascii="Times New Roman" w:hAnsi="Times New Roman" w:eastAsia="Times New Roman" w:cs="Times New Roman"/>
        </w:rPr>
        <w:t>Даниялдың екінші тарауында алтын баспен бейнеленген, Киелі кітап пайғамбарлығындағы бірінші патшалық — Бабыл — Киелі кітап пайғамбарлығындағы бесінші патшалық болып табылатын рухани Бабылды білдіреді. Күміс кеуде мен екі қолмен бейнеленген мидиялықтар мен парсылардың қос патшалығы, Даниял 2-дегі Киелі кітап пайғамбарлығындағы екінші патшалық, жерден шыққан екі мүйізді аңды, яғни Киелі кітап пайғамбарлығындағы алтыншы патшалық болып табылатын Америка Құрама Штаттарын білдіреді. Даниял 2-дегі мүсіннің қоласы, Киелі кітап пайғамбарлығындағы үшінші патшалық — Грекияны білдіре отырып, “бір сағат” бойы жалғасатын жетінші басты және айдаһар, аң және жалған пайғамбардың үштік одағындағы орынды қабылдауға келісетін Біріккен Ұлттар Ұйымын білдіреді.</w:t>
      </w:r>
    </w:p>
    <w:p>
      <w:pPr>
        <w:pStyle w:val="ArticleBody"/>
        <w:jc w:val="left"/>
      </w:pPr>
      <w:r>
        <w:rPr>
          <w:rFonts w:ascii="Times New Roman" w:hAnsi="Times New Roman" w:eastAsia="Times New Roman" w:cs="Times New Roman"/>
        </w:rPr>
        <w:t>Даниял кітабының екінші тарауындағы темір патшалық, Киелі кітап пайғамбарлығындағы төртінші патшалық, жетеудің бірі болып табылатын сегізінші патшалықты бейнелейді. Сөзбе-сөз пұтқа табынушы Рим, төртінші патшалық, шіркеу мен мемлекеттің қосылуымен құрылған, әрі бұл қатынаста шіркеу үстемдік ететін патшалық болып табылатын қазіргі Римді бейнелейді. Бұл патшалық болмысында үштік, өйткені «он патшаның» бас патшасы — жер аңын білдіретін алтыншы патшалық. Алтыншы патшалық — Езабелге үйленген Ахаб. Алтыншы патшалық өзінің үштік одағында бейнеленгенде, ол қазіргі Рим болып табылады; оның алдында папалық Рим болған бесінші патшалық тұрды, ал оның алдында пұтқа табынушы Рим болған төртінші патшалық тұрған еді.</w:t>
      </w:r>
    </w:p>
    <w:p>
      <w:pPr>
        <w:pStyle w:val="ArticleBody"/>
        <w:jc w:val="left"/>
      </w:pPr>
      <w:r>
        <w:rPr>
          <w:rFonts w:ascii="Times New Roman" w:hAnsi="Times New Roman" w:eastAsia="Times New Roman" w:cs="Times New Roman"/>
        </w:rPr>
        <w:t>Миллершілер Римді тек төртінші әрі соңғы патшалық ретінде ғана көрді. Олар оның табиғаты жағынан екі қырлы екенін мойындады, бірақ одан кейін келетін өзге жердегі патшалықты көре алмады. Төртінші патшалық — пұтқа табынушы Рим; одан кейін бесінші патшалық болып папалық Рим келді, ал оның соңынан алтыншы патшалық — қазіргі Рим ерді. Алтыншы патшалық — Римнің үш көрінісінің үшіншісі.</w:t>
      </w:r>
    </w:p>
    <w:p>
      <w:pPr>
        <w:pStyle w:val="ArticleBody"/>
        <w:jc w:val="left"/>
      </w:pPr>
      <w:r>
        <w:rPr>
          <w:rFonts w:ascii="Times New Roman" w:hAnsi="Times New Roman" w:eastAsia="Times New Roman" w:cs="Times New Roman"/>
        </w:rPr>
        <w:t>Айдаһар, аң және жалған пайғамбардан тұратын үштік одақ — әрі қазіргі Рим, әрі өлімші жарасы жазылған Ұлы Бабыл. Америка Құрама Штаттары, Біріккен Ұлттар Ұйымы және Тирдің жезөкшесі сегізінші әрі соңғы патшалықты білдіреді, бірақ үшеуі де Құдайдың шіркеуі мен заңына қарсы соғыс жүргізетін соңғы күш болып табылатын алтыншы патшалықтың үштік одағындағы одақтастар.</w:t>
      </w:r>
    </w:p>
    <w:p>
      <w:pPr>
        <w:pStyle w:val="ArticleBody"/>
        <w:jc w:val="left"/>
      </w:pPr>
      <w:r>
        <w:rPr>
          <w:rFonts w:ascii="Times New Roman" w:hAnsi="Times New Roman" w:eastAsia="Times New Roman" w:cs="Times New Roman"/>
        </w:rPr>
        <w:t>Америка Құрама Штаттары алтыншы патшалықтың үштен бір бөлігі. Үштік одақтың бір бөлігі ретінде Біріккен Ұлттар Ұйымы да алтыншы патшалықтың үштен бір бөлігі, ал папалық та алтыншы патшалықтың үштен бір бөлігі болып табылады. Осы деңгейде Америка Құрама Штаттарының саны — АЛТЫ, Біріккен Ұлттар Ұйымының саны — АЛТЫ, және папалықтың саны — АЛТЫ. Үштік одақ адам санының, яғни «күнә адамының», көрінісі болып табылады, және оның саны — АЛТЫ-АЛТЫ-АЛТЫ.</w:t>
      </w:r>
    </w:p>
    <w:p>
      <w:pPr>
        <w:pStyle w:val="ArticleScripture"/>
        <w:jc w:val="left"/>
      </w:pPr>
      <w:r>
        <w:rPr>
          <w:rFonts w:ascii="Times New Roman" w:hAnsi="Times New Roman" w:eastAsia="Times New Roman" w:cs="Times New Roman"/>
        </w:rPr>
        <w:t>Міне, даналық осы. Түсінігі бар адам аңның санын есептесін, өйткені бұл — адамның саны; ал оның саны — алты жүз алпыс алты. Аян 13:18.</w:t>
      </w:r>
    </w:p>
    <w:p>
      <w:pPr>
        <w:pStyle w:val="ArticleBody"/>
        <w:jc w:val="left"/>
      </w:pPr>
      <w:r>
        <w:rPr>
          <w:rFonts w:ascii="Times New Roman" w:hAnsi="Times New Roman" w:eastAsia="Times New Roman" w:cs="Times New Roman"/>
        </w:rPr>
        <w:t>Алтыншы әрі соңғы бөлек патшалық — Америка Құрама Штаттары, бірақ ол дүниені алдайды, өйткені ол — Жалған Пайғамбар.</w:t>
      </w:r>
    </w:p>
    <w:p>
      <w:pPr>
        <w:pStyle w:val="ArticleScripture"/>
        <w:jc w:val="left"/>
      </w:pPr>
      <w:r>
        <w:rPr>
          <w:rFonts w:ascii="Times New Roman" w:hAnsi="Times New Roman" w:eastAsia="Times New Roman" w:cs="Times New Roman"/>
        </w:rPr>
        <w:t>Ол оның алдында бірінші аңның бүкіл билігін жүргізеді де, жерді және онда тұратындарды өлімші жарасы жазылған бірінші аңға табынуға мәжбүр етеді. Ол зор кереметтер жасайды, тіпті адамдардың көз алдында көктен жерге от түсіреді. Сондай-ақ аңның алдында көрсетуге билік берілген сол кереметтер арқылы жерде тұратындарды алдайды да, жерде тұратындарға қылыштан жараланып, бірақ тірі қалған аңға арнап мүсін жасауды бұйырады. Аян 13:12–14.</w:t>
      </w:r>
    </w:p>
    <w:p>
      <w:pPr>
        <w:pStyle w:val="ArticleBody"/>
        <w:jc w:val="left"/>
      </w:pPr>
      <w:r>
        <w:rPr>
          <w:rFonts w:ascii="Times New Roman" w:hAnsi="Times New Roman" w:eastAsia="Times New Roman" w:cs="Times New Roman"/>
        </w:rPr>
        <w:t>«Оның алдында тұрған алғашқы аңның билігі» деп, 496 жылы Кловистен бастау алып, Еуропа патшалары папалыққа берген билік айтылады. Америка Құрама Штаттары өз әскери қуатын, сонымен бірге экономикалық қуатын пайдаланып, дүниені алдап-арбайды әрі мәжбүрлейді. Америка Құрама Штаттары жексенбілік құлшылықты міндеттеп енгізу арқылы дүниені папалыққа табынуға мәжбүр етеді. Америка Құрама Штаттары отты, (хабардың нышанын) көктен түсіріп, ұлы ғажайыптар көрсетеді; бұл Ақпараттық супермагистраль арқылы жүзеге асырылмақ, ал ол гипноздың заманауи көрінісі болып табылатын сананы жуу мен үгіт-насихаттың толық дамуын бейнелейді. Ислам халықтарды ашуландырудағы өз рөлін орындау арқылы жер бетіне әкелген дағдарыстың барған сайын күшеюіне байланысты, дүние айдаһардан, аңнан және жалған пайғамбардан тұратын Шіркеу мен Мемлекеттің бірігуінің бүкіләлемдік жүйесін қабылдауға алданады.</w:t>
      </w:r>
    </w:p>
    <w:p>
      <w:pPr>
        <w:pStyle w:val="ArticleBody"/>
        <w:jc w:val="left"/>
      </w:pPr>
      <w:r>
        <w:rPr>
          <w:rFonts w:ascii="Times New Roman" w:hAnsi="Times New Roman" w:eastAsia="Times New Roman" w:cs="Times New Roman"/>
        </w:rPr>
        <w:t>Аян кітабының он үшінші тарауының он сегізінші аяты: «аңның санын есепте» дегенде, бұл сан — алтыншы әрі соңғы патшалықты құрау үшін біріккен үш күш. Сол 666 патшалығы орнатылған кезде, бұл сегізінші патшаның жетеудің қатарынан екені туралы пайғамбарлық жұмбақтың орындалуы болады. Сол пайғамбарлық жұмбақ Иуда руынан шыққан Арыстан Иса Мәсіхтің Аянын ашқанда ашылатын шындықтың бір бөлігі болып табылады.</w:t>
      </w:r>
    </w:p>
    <w:p>
      <w:pPr>
        <w:pStyle w:val="ArticleBody"/>
        <w:jc w:val="left"/>
      </w:pPr>
      <w:r>
        <w:rPr>
          <w:rFonts w:ascii="Times New Roman" w:hAnsi="Times New Roman" w:eastAsia="Times New Roman" w:cs="Times New Roman"/>
        </w:rPr>
        <w:t>Сондықтан үш қырлы алтыншы патшалық болып табылатын, сондай-ақ жетпіс нышандық жыл бойы ұмыт қалған рухани Бабыл болатын, әрі қазіргі Рим болып табылатын, әрі алғашқы Бабыл патшалығы мен пұтқа табынушы Римнің төртінші патшалығы арқылы бейнеленген дүниежүзілік аңның мүсіні болып табылатын ақырғы патшалықтың жұмбағы «даналылардың» осы ақиқатты түсінетіні туралы айқындау арқылы екі рет куәландырылған; өйткені 666-ның құпиясы да, сегізінші патшаның жетінің бірі екендігі туралы құпия да даналығы барларға негізделген.</w:t>
      </w:r>
    </w:p>
    <w:p>
      <w:pPr>
        <w:pStyle w:val="ArticleScripture"/>
        <w:jc w:val="left"/>
      </w:pPr>
      <w:r>
        <w:rPr>
          <w:rFonts w:ascii="Times New Roman" w:hAnsi="Times New Roman" w:eastAsia="Times New Roman" w:cs="Times New Roman"/>
        </w:rPr>
        <w:t>Міне, даналық. Түсінігі бар адам аңның санын есептесін, өйткені ол — адамның саны; оның саны алты жүз алпыс алты. Аян 13:18.</w:t>
      </w:r>
    </w:p>
    <w:p>
      <w:pPr>
        <w:pStyle w:val="ArticleScripture"/>
        <w:jc w:val="left"/>
      </w:pPr>
      <w:r>
        <w:rPr>
          <w:rFonts w:ascii="Times New Roman" w:hAnsi="Times New Roman" w:eastAsia="Times New Roman" w:cs="Times New Roman"/>
        </w:rPr>
        <w:t>Міне, даналыққа ие ақыл осы. Жеті бас — әйел отырған жеті тау. Аян 17:9.</w:t>
      </w:r>
    </w:p>
    <w:p>
      <w:pPr>
        <w:pStyle w:val="ArticleBody"/>
        <w:jc w:val="left"/>
      </w:pPr>
      <w:r>
        <w:rPr>
          <w:rFonts w:ascii="Times New Roman" w:hAnsi="Times New Roman" w:eastAsia="Times New Roman" w:cs="Times New Roman"/>
        </w:rPr>
        <w:t>Иса Мәсіхтің Аянының мөрінің ашылуын зұлымдар емес, «даналар» түсінеді. Аян кітабындағы даналыққа қатысты екі сілтеменің екеуі де «түсінігі бар» адамдар туралы, ал «даналардың» түсінетіні — «білімнің артуы». Иса Мәсіхтің Аяны болып табылатын осы «білімнің артуы» — 666-ның үш қырлы патшалығы болып табылатын сегізінші патшалықтың Даниял кітабының екінші тарауында да бейнеленетіні туралы аян, өйткені Миллердің түсіндегі асыл тастар соңғы күндерде он есе жарығырақ жарқырауы тиіс.</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«Аян кітабында Құдайдың терең сырлары бейнеленген. Оның рухтың жетелеуімен жазылған беттеріне берілген атаудың өзі — “Аян” — бұл кітап мөрленген деген пікірге қайшы келеді. Аян дегеніміз — ашылған нәрсе. Иенің Өзі бұл кітапта қамтылған құпияларды Өз қызметшісіне ашып берді, әрі Ол олардың барша жұрттың зерттеуіне ашық болуын қалайды. Оның ақиқаттары жер тарихының соңғы күндерінде өмір сүріп жатқандарға да, сондай-ақ Жоханның күндерінде өмір сүргендерге де арналды. Осы пайғамбарлықта суреттелген көріністердің кейбірі өткен шаққа жатады, кейбірі қазір жүзеге асып жатыр; ал кейбірі қараңғылық күштері мен көктің Әміршісі арасындағы ұлы күрестің аяқталуын көз алдына әкеледі, және кейбірі жаңарған жерде құтқарылғандардың салтанаты мен қуанышын ашады.»</w:t>
      </w:r>
    </w:p>
    <w:p>
      <w:pPr>
        <w:pStyle w:val="ArticleScripture"/>
        <w:jc w:val="left"/>
      </w:pPr>
      <w:r>
        <w:rPr>
          <w:rFonts w:ascii="Times New Roman" w:hAnsi="Times New Roman" w:eastAsia="Times New Roman" w:cs="Times New Roman"/>
        </w:rPr>
        <w:t>Аян кітабындағы әрбір рәміздің мағынасын түсіндіре алмағандықтан, онда қамтылған шындықтың мәнін білуге ұмтылып, бұл кітапты зерттеудің өздеріне пайдасыз екені туралы ешкім ойламасын. Осы құпияларды Жоханға ашып көрсеткен Тұлға шындықты ыждағатпен іздеушіге көктегі нәрселердің алдын ала дәмін татқызады. Жүректері шындықты қабылдауға ашық болғандарға оның ілімдерін түсіну мүмкіндігі беріледі және «осы пайғамбарлық сөздерін еститін және онда жазылғандарды орындайтындарға» уәде етілген игілік сыйланады.</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аяқталуына жетеді. Мұнда Даниял кітабының толықтырушысы бар. Бірі — пайғамбарлық; екіншісі — аян. Мөрленген кітап — Аян емес, қайта Даниял пайғамбарлығының соңғы күндерге қатысты бөлігі. Періште: “Ал сен, Даниял, осы сөздерді құпия сақтап, кітапты ақырзаман уақытына дейін мөрлеп қой”,— деп бұйырды. Даниял 12:4». Елшілердің істері,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сегізінші бөлім</dc:title>
  <dc:subject>Ашылған Даналық: Үштік Бірлікті және пайғамбарлықтағы 666 жұмбағын зерттеу</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