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Алпыс сегізінші бөлім</w:t>
      </w:r>
    </w:p>
    <w:p>
      <w:pPr>
        <w:pStyle w:val="ArticleSubtitle"/>
        <w:jc w:val="left"/>
      </w:pPr>
      <w:r>
        <w:rPr>
          <w:rFonts w:ascii="Arial" w:hAnsi="Arial" w:eastAsia="Arial" w:cs="Arial"/>
        </w:rPr>
        <w:t>Езекиел кітабының сегізінші тарауындағы пайғамбарлық хабардың ашылуы: Жексенбілік заң және соңғы күндер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Езекиел кітабының сегізінші тарауы — Киелі Жазбадағы түсінуге ең жеңіл пайғамбарлық тараулардың бірі. Бұл тараудың айқын басталу нүктесі бар.</w:t>
      </w:r>
    </w:p>
    <w:p>
      <w:pPr>
        <w:pStyle w:val="ArticleScripture"/>
        <w:jc w:val="left"/>
      </w:pPr>
      <w:r>
        <w:rPr>
          <w:rFonts w:ascii="Times New Roman" w:hAnsi="Times New Roman" w:eastAsia="Times New Roman" w:cs="Times New Roman"/>
        </w:rPr>
        <w:t>Алтыншы жылы, алтыншы айда, айдың бесінші күні, мен өз үйімде отырғанымда, ал Яһуданың ақсақалдары алдымда отырғанда, сол жерде Жаратушы Иенің қолы менің үстіме түсті. Езекиел 8:1.</w:t>
      </w:r>
    </w:p>
    <w:p>
      <w:pPr>
        <w:pStyle w:val="ArticleBody"/>
        <w:jc w:val="left"/>
      </w:pPr>
      <w:r>
        <w:rPr>
          <w:rFonts w:ascii="Times New Roman" w:hAnsi="Times New Roman" w:eastAsia="Times New Roman" w:cs="Times New Roman"/>
        </w:rPr>
        <w:t>Бұл аян он бірінші тарауда айқын аяқталады.</w:t>
      </w:r>
    </w:p>
    <w:p>
      <w:pPr>
        <w:pStyle w:val="ArticleScripture"/>
        <w:jc w:val="left"/>
      </w:pPr>
      <w:r>
        <w:rPr>
          <w:rFonts w:ascii="Times New Roman" w:hAnsi="Times New Roman" w:eastAsia="Times New Roman" w:cs="Times New Roman"/>
        </w:rPr>
        <w:t>Содан кейін рух мені көтеріп, Құдай Рухы арқылы көріністе мені Халдеяға, тұтқындағыларға алып барды. Сонда мен көрген көрініс менен алыстап кетті. Содан кейін мен тұтқындағыларға Жаратқан Иенің маған көрсеткен нәрселерінің бәрін айтып бердім. Езекиел 11:24, 25.</w:t>
      </w:r>
    </w:p>
    <w:p>
      <w:pPr>
        <w:pStyle w:val="ArticleBody"/>
        <w:jc w:val="left"/>
      </w:pPr>
      <w:r>
        <w:rPr>
          <w:rFonts w:ascii="Times New Roman" w:hAnsi="Times New Roman" w:eastAsia="Times New Roman" w:cs="Times New Roman"/>
        </w:rPr>
        <w:t>Сегізінші тараудағы аян алтыншы жылдың алтыншы айының бесінші күні басталады; бұл күн мерзімнің «666»-мен сәйкесуінен тура бір күн бұрын, әрі шынында да, бұл аян жексенбілік заң туралы, яғни санасы «күнә адамының» саны болып табылатын, сондай-ақ жетеудің ішінен шығатын сегізінші патшалықтың да саны болып табылатын аңның белгісі туралы. «666» санына үстемдік алғандар Құдайдың мөрін қабылдайды, ал тоғызыншы тарауда Құдайдың мөрі соңғы күндердегі Құдайдың адал халқының үстіне басылып жатқаны көрсетіледі.</w:t>
      </w:r>
    </w:p>
    <w:p>
      <w:pPr>
        <w:pStyle w:val="ArticleScripture"/>
        <w:jc w:val="left"/>
      </w:pPr>
      <w:r>
        <w:rPr>
          <w:rFonts w:ascii="Times New Roman" w:hAnsi="Times New Roman" w:eastAsia="Times New Roman" w:cs="Times New Roman"/>
        </w:rPr>
        <w:t>Содан мен көкте тағы бір белгіні көрдім: ұлы әрі ғажайып белгіні — жеті періште соңғы жеті жазаны алып тұр екен; өйткені солармен Құдайдың қаһары толық төгіледі. Сондай-ақ мен отпен араласқан шыны теңіз секілді бір нәрсені көрдім; әрі аңды, оның мүсінін, оның таңбасын және оның есімінің санын жеңіп шыққандар Құдайдың арфаларын ұстап, шыны теңіздің үстінде тұр екен. Олар Құдайдың қызметшісі Мұсаның әнін және Тоқтының әнін айтып: «Уа, Құдіретті Ие Құдай, Сенің істерің ұлы да ғажайып; әулиелердің Патшасы, Сенің жолдарың әділ әрі шынайы»,— дейді. Аян 15:1–3.</w:t>
      </w:r>
    </w:p>
    <w:p>
      <w:pPr>
        <w:pStyle w:val="ArticleBody"/>
        <w:jc w:val="left"/>
      </w:pPr>
      <w:r>
        <w:rPr>
          <w:rFonts w:ascii="Times New Roman" w:hAnsi="Times New Roman" w:eastAsia="Times New Roman" w:cs="Times New Roman"/>
        </w:rPr>
        <w:t>Сынақ мерзімі жабылардың дәл алдында (өйткені соңғы жеті пәлесі бар жеті періште Құдайдың қаһарын Аян кітабының келесі тарауында төкпек), Құдайдың соңғы күндердегі халқы айқындалып көрсетіледі. Олар төрт нәрсені жеңіп шыққан. «Жеңіс» деп аударылған сөз «бағындыру», «жеңу» дегенді білдіреді. Адалдар аңды, аңның мүсінін, аңның таңбасын және оның есімінің санын жеңді. Бұл жеңіс олардың сол төрт рәміздің нені білдіретінін түсінетінін де қамтиды. Адамдардың өте аз ғана пайызы осы төрт пайғамбарлық рәміздің шын мәнінде нені білдіретінін біледі.</w:t>
      </w:r>
    </w:p>
    <w:p>
      <w:pPr>
        <w:pStyle w:val="ArticleBody"/>
        <w:jc w:val="left"/>
      </w:pPr>
      <w:r>
        <w:rPr>
          <w:rFonts w:ascii="Times New Roman" w:hAnsi="Times New Roman" w:eastAsia="Times New Roman" w:cs="Times New Roman"/>
        </w:rPr>
        <w:t>Бұрын әлем он жетінші тараудағы папалықтың Бабылдың жезөкшесі екенін білетін, бірақ Құдай Сөзі айқындағандай, жер патшаларымен зинақорлық жасайтын Тирдің жезөкшесі туралы түсінік Америка Құрама Штаттарының тарихы барысында ұмыт болады. Аңды жеңу дегеніміз — Киелі кітап пайғамбарлығындағы аңның папалық екендігін анықтауда ақиқат сөзін дұрыс ажырата білу. Дәл келесі тарауда айдаһар, аң және жалған пайғамбар дүниені Армагеддонға бастап барады, сондықтан соңғы күндердегі Құдайдың адалдары сол үш күштің кім екенін білуге тиіс.</w:t>
      </w:r>
    </w:p>
    <w:p>
      <w:pPr>
        <w:pStyle w:val="ArticleScripture"/>
        <w:jc w:val="left"/>
      </w:pPr>
      <w:r>
        <w:rPr>
          <w:rFonts w:ascii="Times New Roman" w:hAnsi="Times New Roman" w:eastAsia="Times New Roman" w:cs="Times New Roman"/>
        </w:rPr>
        <w:t>Алтыншы періште өз тостағанын ұлы Евфрат өзеніне төкті; сонда оның суы тартылып қалды, шығыстан келетін патшалардың жолы дайындалсын деп. Сонда мен айдаһардың аузынан, аңның аузынан және жалған пайғамбардың аузынан бақаларға ұқсас үш арам рухтың шыққанын көрдім. Өйткені бұлар — кереметтер жасайтын жындардың рухтары; олар бүкіл жер жүзінің және күллі дүниенің патшаларына барып, оларды Құдіреті шексіз Құдайдың ұлы күніндегі соғысқа жинайды. Міне, Мен ұры сияқты келемін. Сергек болып, киімдерін сақтайтын адам бақытты, әйтпесе ол жалаңаш жүріп, ұяты көрініп қалар. Сонда оларды еврей тілінде Армагеддон деп аталатын жерге жинады. Аян 16:12–16.</w:t>
      </w:r>
    </w:p>
    <w:p>
      <w:pPr>
        <w:pStyle w:val="ArticleBody"/>
        <w:jc w:val="left"/>
      </w:pPr>
      <w:r>
        <w:rPr>
          <w:rFonts w:ascii="Times New Roman" w:hAnsi="Times New Roman" w:eastAsia="Times New Roman" w:cs="Times New Roman"/>
        </w:rPr>
        <w:t>Аңды жеңу — оның кім екенін дұрыс түсінудің жеңісі. Жаңа ғана келтірілген үзінді сергек болып, киімдерін таза сақтайтындарға бата жариялайды, алайда алтыншы обаға қарай барлық адамдар үшін сынақ мерзімі толықтай жабылған болады. Михаил орнынан тұрған кезде, адамзаттың сынақ мерзімі жабылады, содан кейін соңғы жеті оба төгіледі. Сынақ мерзімі жабылғаннан кейін киімді ауыстырудың ешқандай жолы жоқ, дегенмен алтыншы обамен байланысты ескерту бар. Бұл ескерту сынақ мерзімі жабылардан бұрын аң туралы дұрыс түсінікке ие болуға қатысты, ал егер сенде сол түсінік болмаса, онда сен сынақ мерзімі жабылмай тұрып-ақ Мәсіхтің әділдігінің киімінен айырыласың.</w:t>
      </w:r>
    </w:p>
    <w:p>
      <w:pPr>
        <w:pStyle w:val="ArticleScripture"/>
        <w:jc w:val="left"/>
      </w:pPr>
      <w:r>
        <w:rPr>
          <w:rFonts w:ascii="Times New Roman" w:hAnsi="Times New Roman" w:eastAsia="Times New Roman" w:cs="Times New Roman"/>
        </w:rPr>
        <w:t>«Сөзді түсінуде шатасатындар, антихристің мәнін көре алмайтындар, сөзсіз өздерін антихристің жағына қояды. Қазір бізге дүниемен сіңісіп кететін уақыт емес. Даниял өз үлесінде және өз орнында тұр. Даниял мен Жоханның пайғамбарлықтары түсінілуге тиіс. Олар бірін-бірі түсіндіреді. Олар әлемге әркім түсінуге тиіс ақиқаттарды береді. Бұл пайғамбарлықтар әлемде куәлік болуы керек. Осы соңғы күндерде олардың орындалуы арқылы олар өздерін өздері түсіндіретін болады». Kress Collection, 105.</w:t>
      </w:r>
    </w:p>
    <w:p>
      <w:pPr>
        <w:pStyle w:val="ArticleBody"/>
        <w:jc w:val="left"/>
      </w:pPr>
      <w:r>
        <w:rPr>
          <w:rFonts w:ascii="Times New Roman" w:hAnsi="Times New Roman" w:eastAsia="Times New Roman" w:cs="Times New Roman"/>
        </w:rPr>
        <w:t>Егер адам антихристтің папалық билік екенін түсінбесе, ол ақырында папалықтың жағында болады, немесе Жохан жазғандай, жалаңаш жүріп, өз ұятының әшкереленуін көрсетеді. Аңды жеңіп шығу дегеніміз — аңның папалық билік екенін және папалық билік туралы ашылғанның бәрін түсіну. Жеңіске жетіп, папалықтың күнә адамы екенін түсінетіндер, папалықтың бейнесі шіркеу мен мемлекеттің бірігу қағидатын білдіретінін, әрі бұл қатынаста билік шіркеудің қолында болатынын түсінулері қажет.</w:t>
      </w:r>
    </w:p>
    <w:p>
      <w:pPr>
        <w:pStyle w:val="ArticleBody"/>
        <w:jc w:val="left"/>
      </w:pPr>
      <w:r>
        <w:rPr>
          <w:rFonts w:ascii="Times New Roman" w:hAnsi="Times New Roman" w:eastAsia="Times New Roman" w:cs="Times New Roman"/>
        </w:rPr>
        <w:t>Даниял кітабында аң мен мемлекеттің бірлестігі болып табылатын жыртқыштың құрылымы қаңыратып бос қалдыратын заңсыздық ретінде бейнеленген. Заңсыздық — күнә, ал папалық жыртқышты қалыптастыратын күнә — патшалардың өз билігін папалық өкіметке беруі. Осылай ете отырып, олар рухани азғындық жасайды; бұл — Даниял айтқан қаңыратып бос қалдыратын заңсыздық және Жохан айтқан жыртқыштың мүсіні.</w:t>
      </w:r>
    </w:p>
    <w:p>
      <w:pPr>
        <w:pStyle w:val="ArticleBody"/>
        <w:jc w:val="left"/>
      </w:pPr>
      <w:r>
        <w:rPr>
          <w:rFonts w:ascii="Times New Roman" w:hAnsi="Times New Roman" w:eastAsia="Times New Roman" w:cs="Times New Roman"/>
        </w:rPr>
        <w:t>Папалық мүсіннің үстінен жеңіске жету дегеніміз — Құдай Сөзі арқылы Америка Құрама Штаттарының әуелі осы қатынасты қалыптастыратынын, оны жуық арада шығатын жексенбілік заң арқылы бекітетінін, содан кейін бүкіл әлемді сол қатынасты қабылдауға мәжбүрлейтінін түсіну.</w:t>
      </w:r>
    </w:p>
    <w:p>
      <w:pPr>
        <w:pStyle w:val="ArticleBody"/>
        <w:jc w:val="left"/>
      </w:pPr>
      <w:r>
        <w:rPr>
          <w:rFonts w:ascii="Times New Roman" w:hAnsi="Times New Roman" w:eastAsia="Times New Roman" w:cs="Times New Roman"/>
        </w:rPr>
        <w:t>Америка Құрама Штаттары жер бетіне мәжбүрлеп таңатын шіркеу мен мемлекет арасындағы қарым-қатынас бір дүниежүзілік үкіметтен (Біріккен Ұлттар Ұйымы) және осы құрылымдарда билік жүргізуші күш ретінде папалықпен одаққа кіруден тұрады. Аңның бейнесін жеңу дегеніміз — Құдайдың пайғамбарлық Сөзі арқылы аңның бейнесі нақ осы нәрселерді білдіретінін түсіну.</w:t>
      </w:r>
    </w:p>
    <w:p>
      <w:pPr>
        <w:pStyle w:val="ArticleBody"/>
        <w:jc w:val="left"/>
      </w:pPr>
      <w:r>
        <w:rPr>
          <w:rFonts w:ascii="Times New Roman" w:hAnsi="Times New Roman" w:eastAsia="Times New Roman" w:cs="Times New Roman"/>
        </w:rPr>
        <w:t>Аңнан және аңның мүсінінен жеңіске жету аңның (папалықтың) билігінің белгісін түсінуді де қамтиды.</w:t>
      </w:r>
    </w:p>
    <w:p>
      <w:pPr>
        <w:pStyle w:val="ArticleBody"/>
        <w:jc w:val="left"/>
      </w:pPr>
      <w:r>
        <w:rPr>
          <w:rFonts w:ascii="Times New Roman" w:hAnsi="Times New Roman" w:eastAsia="Times New Roman" w:cs="Times New Roman"/>
        </w:rPr>
        <w:t>Аңның таңбасы — жексенбіні Құдайдың сенбілігі ретінде мәжбүрлі түрде сақтау. Таңбаға үстемдікке жету үшін жексенбілік ғибадаттың күнге табыну екенін, әрі оның пұтқа табынушылық Бағалға табынудан еш кем еместігін түсіну қажет. Бұл жеңіс сондай-ақ мына ақиқатты да қамтиды: аңның таңбасын ол адамдарға мәжбүрлеп таңылғанға дейін ешкім қабылдамайды.</w:t>
      </w:r>
    </w:p>
    <w:p>
      <w:pPr>
        <w:pStyle w:val="ArticleScripture"/>
        <w:jc w:val="left"/>
      </w:pPr>
      <w:r>
        <w:rPr>
          <w:rFonts w:ascii="Times New Roman" w:hAnsi="Times New Roman" w:eastAsia="Times New Roman" w:cs="Times New Roman"/>
        </w:rPr>
        <w:t>«Бірақ өткен ұрпақтардың мәсіхшілері жексенбіні ұстанды, мұны істеу арқылы Киелі кітаптағы сенбіні сақтап жүрміз деп ойлады; әрі қазір де әрбір шіркеуде, Рим-католик қауымын да қоспағанда емес, жексенбі Құдай тағайындаған сенбі деп шын жүректен сенетін шынайы мәсіхшілер бар. Құдай олардың ниетінің шынайылығын және Өзінің алдында адалдығын қабыл етеді. Бірақ жексенбіні сақтау заңмен мәжбүрлеп енгізілген кезде, әрі дүние шынайы сенбінің міндеттілігі жөнінде нұрландырылған кезде, сонда кімде-кім Құдайдың өсиетін бұзып, Римнің билігінен жоғары ешбір билігі жоқ қағиданы орындаса, сол арқылы Құдайдан жоғары папалықты құрметтеген болады. Ол Римге және Рим белгілеген осы жарлықты күштеп орындататын билікке тағзым етіп тұр. Ол аңға және оның мүсініне табынып тұр. Адамдар сол кезде Құдай Өз билігінің белгісі деп жариялаған мекемені теріске шығарып, оның орнына Рим өзінің үстемдігінің нышаны ретінде таңдағанды құрметтегендіктен, сол арқылы олар Римге адалдық белгісін — “аңның таңбасын” — қабылдайды. Және бұл мәселе халықтың алдына осылайша айқын қойылып, олар Құдайдың өсиеттері мен адамдардың өсиеттерінің арасынан таңдауға келтірілмейінше, заңсыздықта қала беретіндер “аңның таңбасын” қабылдамайды». Ұлы күрес, 449.</w:t>
      </w:r>
    </w:p>
    <w:p>
      <w:pPr>
        <w:pStyle w:val="ArticleBody"/>
        <w:jc w:val="left"/>
      </w:pPr>
      <w:r>
        <w:rPr>
          <w:rFonts w:ascii="Times New Roman" w:hAnsi="Times New Roman" w:eastAsia="Times New Roman" w:cs="Times New Roman"/>
        </w:rPr>
        <w:t>Аңнан, аңның мүсінінен және аңның таңбасынан жеңіске жететіндер оның есімінің санының үстінен де жеңіске жетуге тиіс. Тарихтың Тирдің жезөкшесі ұмытылмаған кезеңінде протестанттық әлем папалықтың антихрист екенін білді. Олар Пауылдың папалықты “сол зұлым,” “күнә адамы,” “заңсыздық құпиясы” және “құрып кетудің ұлы” деп танытқанын білді; ол “Құдай деп аталатынның бәріне не табынуға лайық деп саналатынның бәріне қарсы тұрып, өзін солардың бәрінен жоғары қояды; сөйтіп, Құдайдың ғибадатханасында Құдайдай отырып, өзін Құдай етіп көрсетеді.” Бірақ енді Тирдің ұлы жезөкшесі ұмытылды.</w:t>
      </w:r>
    </w:p>
    <w:p>
      <w:pPr>
        <w:pStyle w:val="ArticleBody"/>
        <w:jc w:val="left"/>
      </w:pPr>
      <w:r>
        <w:rPr>
          <w:rFonts w:ascii="Times New Roman" w:hAnsi="Times New Roman" w:eastAsia="Times New Roman" w:cs="Times New Roman"/>
        </w:rPr>
        <w:t>Өткен дәуірлерде «666» санының символдық түрде папалықты білдіретінін көрсеткен изопсефияның, немесе гематрияның, түрлі қолданылулары болған. Соның классикалық бір мысалы — папаның митрасында Vicarius Filii Dei деген сөздердің жазылуы. Vicarius Filii Dei, яғни «Құдай Ұлының орынбасары» дегенді білдіреді, сондықтан бұл оның Құдайдың ғибадатханасында отырып, өзін Құдаймын деп мәлімдеу жөніндегі талабына қатысты. Vicarius Filii Dei деген латын әріптері алты жүз алпыс алты санына тең.</w:t>
      </w:r>
    </w:p>
    <w:p>
      <w:pPr>
        <w:pStyle w:val="ArticleBody"/>
        <w:jc w:val="left"/>
      </w:pPr>
      <w:r>
        <w:rPr>
          <w:rFonts w:ascii="Times New Roman" w:hAnsi="Times New Roman" w:eastAsia="Times New Roman" w:cs="Times New Roman"/>
        </w:rPr>
        <w:t>Аң, яғни папалық билік, өзінің санымен айқындалады, ал оның саны — «666», бірақ күнә адамы 1798 жылы өлімге соқтырарлық жарақат алды да, ұмыт қалдырылды. Соңғы күндері сол өлімге соқтырарлық жарақат жазылуға тиіс, ал сол жарақаттың жазылуы Америка Құрама Штаттарының әуелі өз елінде аңның мүсінін жасайтынын, содан кейін бүкіл дүниені де соны істеуге мәжбүрлейтінін айқындайды.</w:t>
      </w:r>
    </w:p>
    <w:p>
      <w:pPr>
        <w:pStyle w:val="ArticleBody"/>
        <w:jc w:val="left"/>
      </w:pPr>
      <w:r>
        <w:rPr>
          <w:rFonts w:ascii="Times New Roman" w:hAnsi="Times New Roman" w:eastAsia="Times New Roman" w:cs="Times New Roman"/>
        </w:rPr>
        <w:t>Аңның дүниежүзілік бейнесі әрі екі жақты, әрі үш жақты. Пайғамбарлық тұрғыдан ол екі жақты, өйткені ол шіркеу мен мемлекеттің қосындысынан құралған; бірақ ол үш жақты, өйткені ол айдаһардан, аңнан және жалған пайғамбардан тұрады. Дүниені Армагеддонға бастап баратын нақ сол күштердің үш жақты одағы орнаған кезде, олар жетеудің ішінен шыққан сегізінші патшалық болып табылатын аң болады, әрі ол алтыншы патшалықтың үш жақты одағы да болады. Соңғы күндерде аңның есімінің саны қайтадан «666» болады, өйткені ол әрқайсысы алтыншы патшалықтың бір бөлігі болып табылатын үш патшалықты бейнелейді.</w:t>
      </w:r>
    </w:p>
    <w:p>
      <w:pPr>
        <w:pStyle w:val="ArticleBody"/>
        <w:jc w:val="left"/>
      </w:pPr>
      <w:r>
        <w:rPr>
          <w:rFonts w:ascii="Times New Roman" w:hAnsi="Times New Roman" w:eastAsia="Times New Roman" w:cs="Times New Roman"/>
        </w:rPr>
        <w:t>Аңды, оның бейнесін, оның таңбасын және оның есімінің санын жеңу — «сегізіншісі жетеудің өзінен» деген жұмбақты түсіну деген сөз; бұл — Даниял түсіну үшін дұға еткен Даниял кітабының екінші тарауының құпиясы. Бұл — сынақ мерзімі жабылардың дәл алдында ашылатын Иса Мәсіхтің Аян кітабының бір қыры, өйткені Жохан айтқандай, «уақыт жақын». Осы себепті мұндай жеңіске жеткендер індеттерді төгетін періштелермен бірге бейнеленген, өйткені олар бұл жеңіске, яғни қажетті пайғамбарлық түсінікке, сынақ мерзімі жабылардың дәл алдында жетеді.</w:t>
      </w:r>
    </w:p>
    <w:p>
      <w:pPr>
        <w:pStyle w:val="ArticleBody"/>
        <w:jc w:val="left"/>
      </w:pPr>
      <w:r>
        <w:rPr>
          <w:rFonts w:ascii="Times New Roman" w:hAnsi="Times New Roman" w:eastAsia="Times New Roman" w:cs="Times New Roman"/>
        </w:rPr>
        <w:t>Иса Мәсіхтің Аяны сынақ мерзімі жабылардың дәл алдында мөрден ашылатынын және «666» саны сол аянның бір бөлігі екенін түсінетіндер Езекиел кітабының сегізінші тарауындағы көрініс алтыншы жылдың алтыншы айының бесінші күніне (яғни алтыншы күннің алдындағы күнге) басталатынын назардан тыс қалдырмайды. Сегізінші тараудың соңына қарай жиырма бес адам күнге тағзым етіп жатады, ал тоғызыншы тарау Құдайдың мөрін алатындарды анықтайды.</w:t>
      </w:r>
    </w:p>
    <w:p>
      <w:pPr>
        <w:pStyle w:val="ArticleBody"/>
        <w:jc w:val="left"/>
      </w:pPr>
      <w:r>
        <w:rPr>
          <w:rFonts w:ascii="Times New Roman" w:hAnsi="Times New Roman" w:eastAsia="Times New Roman" w:cs="Times New Roman"/>
        </w:rPr>
        <w:t>Көріністің мәнмәтіні — аңның таңбасы мен Құдайдың мөрі, әрі бұл көрініс «666» саны арқылы бейнеленген жексенбілік заң кезіндегі сынақ мерзімі жабылардың дәл алдында ашылады. Бірақ Америка Құрама Штаттарындағы жексенбілік заң кезінде болады деп көрсетілген сынақ мерзімінің жабылуы адамзатқа берілген сынақ мерзімінің жабылуы емес; ол тек Жетінші күн адвентистері үшін ғана сынақ мерзімінің жабылуы болып табылады.</w:t>
      </w:r>
    </w:p>
    <w:p>
      <w:pPr>
        <w:pStyle w:val="ArticleBody"/>
        <w:jc w:val="left"/>
      </w:pPr>
      <w:r>
        <w:rPr>
          <w:rFonts w:ascii="Times New Roman" w:hAnsi="Times New Roman" w:eastAsia="Times New Roman" w:cs="Times New Roman"/>
        </w:rPr>
        <w:t>Бұл аян Иерусалимнің ішінде болып жатқандай етіп бейнеленген; Иерусалим — Жетінші күн адвентистері шіркеуінің нышаны. Америка Құрама Штаттарында жексенбілік заң қабылданған кезде, сол жерде және дәл сол сәтте сенбі күні туралы жарық үшін жауапқа тартылатын жалғыз топ — Жетінші күн адвентистері.</w:t>
      </w:r>
    </w:p>
    <w:p>
      <w:pPr>
        <w:pStyle w:val="ArticleScripture"/>
        <w:jc w:val="left"/>
      </w:pPr>
      <w:r>
        <w:rPr>
          <w:rFonts w:ascii="Times New Roman" w:hAnsi="Times New Roman" w:eastAsia="Times New Roman" w:cs="Times New Roman"/>
        </w:rPr>
        <w:t>«Егер ақиқат нұры саған ұсынылып, төртінші өсиеттің сенбісі ашылып көрсетілсе, әрі Құдай Сөзінде жексенбіні ұстануға ешқандай негіз жоқ екені дәлелденсе, соған қарамастан сен әлі де жалған сенбіге жабысып, Құдай “Менің қасиетті күнім” деп атайтын Сенбіні қасиетті сақтаудан бас тартсаң, онда сен аңның таңбасын қабылдайсың. Бұл қашан болады? — Сен жексенбі күні еңбекті тоқтатып, Құдайға ғибадат етуге бұйыратын жарлыққа мойынсұнған кезде, әрі Киелі кітапта жексенбінің кәдімгі жұмыс күнінен өзге нәрсе екенін көрсететін бір ауыз сөз жоқ екенін біле тұра, сен аңның таңбасын қабылдауға келісесің де, Құдайдың мөрінен бас тартасың. Егер біз осы таңбаны маңдайымызға немесе қолымызға қабылдайтын болсақ, онда мойынсұнбаушыларға қарсы жарияланған үкімдер біздің үстімізге түсуге тиіс. Ал тірі Құдайдың мөрі Жаратқан Иенің Сенбісін ар-ұжданмен сақтайтындардың үстіне қойылады». Review and Herald, April 27, 1911.</w:t>
      </w:r>
    </w:p>
    <w:p>
      <w:pPr>
        <w:pStyle w:val="ArticleBody"/>
        <w:jc w:val="left"/>
      </w:pPr>
      <w:r>
        <w:rPr>
          <w:rFonts w:ascii="Times New Roman" w:hAnsi="Times New Roman" w:eastAsia="Times New Roman" w:cs="Times New Roman"/>
        </w:rPr>
        <w:t>Езекиел кітабының сегізінші тарауынан он бірінші тарауына дейінгі аян Иерусалим үшін сынақ мерзімінің жабылуына дейінгі тарихты айқындайды. Ол «666» саны келерден небәрі бір күн бұрын болып жатқандай етіп бейнеленеді, ал сегізінші тарау Иерусалим ішіндегі үдей түскен бүлікті көрсетеді; бұл бүлік ақырында басшы ерлердің күнге тағзым етуімен шегіне жетеді, сөйтіп олар аңның таңбасын қабылдайды.</w:t>
      </w:r>
    </w:p>
    <w:p>
      <w:pPr>
        <w:pStyle w:val="ArticleBody"/>
        <w:jc w:val="left"/>
      </w:pPr>
      <w:r>
        <w:rPr>
          <w:rFonts w:ascii="Times New Roman" w:hAnsi="Times New Roman" w:eastAsia="Times New Roman" w:cs="Times New Roman"/>
        </w:rPr>
        <w:t>Тоғызыншы тарау бір періштенің Иерусалимнің ішінен өтіп бара жатқанын (осылайша белгілі бір үдерісті айқындай отырып) және содан кейін мөрі жоқтардың бәрін өлтіретін жойғыш періштелерден бұрын бір топтың маңдайына мөр басатынын бейнелейді. Екі тарау да жексенбілік заңға алып баратын үдемелі тарихты көрсетеді; сол жерде бір топ күнге тағзым етеді, ал екінші топ Құдайдың мөрін қабылдайды. Содан кейін зұлымдар Иерусалимнен аластатылады, өйткені жексенбілік заң зұлымдарды даналардан бөліп тастайды.</w:t>
      </w:r>
    </w:p>
    <w:p>
      <w:pPr>
        <w:pStyle w:val="ArticleBody"/>
        <w:jc w:val="left"/>
      </w:pPr>
      <w:r>
        <w:rPr>
          <w:rFonts w:ascii="Times New Roman" w:hAnsi="Times New Roman" w:eastAsia="Times New Roman" w:cs="Times New Roman"/>
        </w:rPr>
        <w:t>Езекиел кітабының тоғызыншы тарауында бейнеленген мөр басу — Аян кітабының жетінші тарауында бейнеленген сол мөр басу.</w:t>
      </w:r>
    </w:p>
    <w:p>
      <w:pPr>
        <w:pStyle w:val="ArticleScripture"/>
        <w:jc w:val="left"/>
      </w:pPr>
      <w:r>
        <w:rPr>
          <w:rFonts w:ascii="Times New Roman" w:hAnsi="Times New Roman" w:eastAsia="Times New Roman" w:cs="Times New Roman"/>
        </w:rPr>
        <w:t>«Егер осындай көріністер алда тұрса, егер кінәлі дүниеге осыншалық зор үкімдер келмек болса, онда Құдай халқы үшін пана қайда болмақ? Ашу-ыза өтіп кеткенше, олар қалай қорғалады? Жохан табиғат күштерін — жер сілкінісін, дауылды және саяси қақтығысты — төрт періште ұстап тұрған түрде көреді. Бұл желдер Құдай оларды жіберуге сөз бергенге дейін бақылауда тұрады. Міне, Құдай шіркеуінің қауіпсіздігі осында. Құдайдың періштелері Оның әмірін орындай отырып, жердің желдерін тежеп тұр, сондықтан Құдайдың қызметшілерінің маңдайларына мөр басылғанша, желдер жерге де, теңізге де, ешбір ағашқа да соқпасын. Құдіретті періштенің шығыстан (немесе күншығыстан) көтеріліп келе жатқаны көрінеді. Періштелердің осы ең құдіреттісінің қолында тірі Құдайдың, яғни жалғыз Өзі ғана өмір бере алатын, маңдайларға өлместік, мәңгілік өмір берілетіндерге тиесілі белгі не жазуды жаза алатын Тұлғаның мөрі бар. Төрт желді осы іс атқарылғанға дейін тежеп тұруды төрт періштеге бұйыруға билігі бар дауыс — оларды босатуға шақыру берілгенге дейін — осы ең жоғарғы періштенің дауысы еді.»</w:t>
      </w:r>
    </w:p>
    <w:p>
      <w:pPr>
        <w:pStyle w:val="ArticleScripture"/>
        <w:jc w:val="left"/>
      </w:pPr>
      <w:r>
        <w:rPr>
          <w:rFonts w:ascii="Times New Roman" w:hAnsi="Times New Roman" w:eastAsia="Times New Roman" w:cs="Times New Roman"/>
        </w:rPr>
        <w:t>«Әлемді, тәнді және шайтанды жеңетіндер — тірі Құдайдың мөрін алатын ілтипатқа ие болғандар болады. Қолдары таза емес, жүректері пәк емес болғандардың үстінде тірі Құдайдың мөрі болмайды. Күнәні ойластырып, соны іске асырып жүргендер сырт айналып өтіледі. Тек Құдайдың алдында өз қалпында ұлы түпнұсқа Күнәні өтеу күнінде тәубе етіп, күнәларын мойындап тұрғандардың орнын иеленіп жүргендер ғана Құдайдың қорғауына лайық деп танылып, белгіленеді. Өз Құтқарушысының көрінуін таңды күтетіндерден де зор ықыласпен әрі аңсармен іздеп, күтіп, қырағы қарап жүргендердің есімдері мөрленгендердің қатарына қосылады. Жандарына ақиқат нұры жарқырап төгіліп тұрғанымен, жария еткен сенімдеріне сай істері болуы тиіс бола тұра, күнәға еліктіріліп, жүректерінде пұттар орнатып, Құдай алдында жандарын былғап, өздерімен бірге күнәға қосылатындарды арамдайтындардың есімдері өмір кітабынан өшіріледі де, шамдарымен бірге сауыттарында майы жоқ, түн ортасындағы қараңғылықта қалдырылады. “Менің атымнан қорқатын сендерге Әділдік Күні қанаттарында шипамен бірге көтеріледі”».</w:t>
      </w:r>
    </w:p>
    <w:p>
      <w:pPr>
        <w:pStyle w:val="ArticleScripture"/>
        <w:jc w:val="left"/>
      </w:pPr>
      <w:r>
        <w:rPr>
          <w:rFonts w:ascii="Times New Roman" w:hAnsi="Times New Roman" w:eastAsia="Times New Roman" w:cs="Times New Roman"/>
        </w:rPr>
        <w:t>«Құдайдың қызметшілерін осылай мөрлеу — Езекиелге аянда көрсетілген сол нәрсенің өзі. Жохан да осы аса сұмдық аянның куәгері болған. Ол теңіз бен толқындардың ақырып жатқанын, әрі адамдардың жүректері қорқыныштан тоқтап қала жаздағанын көрді. Ол жердің қозғалғанын, таулардың теңіздің ортасына көшіріліп тасталғанын (бұл тура мағынасында болып жатыр), оның суларының шулап, тулап жатқанын, әрі таулардың оның тасуынан шайқалғанын көрді. Оған індеттер, жұқпалы аурулар, ашаршылық пен өлім өздерінің қорқынышты міндетін атқарып жүргені көрсетілді». Testimonies to Ministers, 445.</w:t>
      </w:r>
    </w:p>
    <w:p>
      <w:pPr>
        <w:pStyle w:val="ArticleBody"/>
        <w:jc w:val="left"/>
      </w:pPr>
      <w:r>
        <w:rPr>
          <w:rFonts w:ascii="Times New Roman" w:hAnsi="Times New Roman" w:eastAsia="Times New Roman" w:cs="Times New Roman"/>
        </w:rPr>
        <w:t>Аян кітабының жетінші тарауындағы жүз қырық төрт мыңның мөрленуі Езекиелдің тоғызыншы тарауында да бейнеленген, ал мөрлеуші періште — шығыстан көтерілетін ең құдіретті періште. Жоғалатындар, яғни өмір кітабынан есімдері өшірілетіндер, «шырақтарымен бірге ыдыстарында майы жоқ» деп бейнеленген. Езекиелдің сегізінші тарауынан он бірінші тарауына дейінгі аяндағы екі топ — Матайдың жиырма бесінші тарауындағы дана және ақылсыз қыздар, сондықтан олар — Адвентистер.</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халқының бастан кешкен тәжірибесін бейнелейді». Ұлы күрес, 393.</w:t>
      </w:r>
    </w:p>
    <w:p>
      <w:pPr>
        <w:pStyle w:val="ArticleBody"/>
        <w:jc w:val="left"/>
      </w:pPr>
      <w:r>
        <w:rPr>
          <w:rFonts w:ascii="Times New Roman" w:hAnsi="Times New Roman" w:eastAsia="Times New Roman" w:cs="Times New Roman"/>
        </w:rPr>
        <w:t>Уайт ханым Езекиелдің көрінісіндегі Иерусалимді Адвентизм деп нақты айқындайды:</w:t>
      </w:r>
    </w:p>
    <w:p>
      <w:pPr>
        <w:pStyle w:val="ArticleScripture"/>
        <w:jc w:val="left"/>
      </w:pPr>
      <w:r>
        <w:rPr>
          <w:rFonts w:ascii="Times New Roman" w:hAnsi="Times New Roman" w:eastAsia="Times New Roman" w:cs="Times New Roman"/>
        </w:rPr>
        <w:t>«Жаратқан Иенің ісінің рухы мен жандардың құтқарылуын жүрегіне түйген Құдайдың шынайы халқы күнәні әрдайым оның шын, күнәлі болмысында көреді. Олар Құдай халқын оңай торлайтын күнәларға қатысты әрқашан адал да ашық әшкерелеу жағында болады. Әсіресе қауым үшін жүргізілетін ақырғы істе, Құдай тағының алдында мүлтіксіз тұруға тиісті жүз қырық төрт мыңның мөрлену уақытында, олар Құдайдың атын ұстанамыз деуші халқының әділетсіздіктерін барынша терең сезінетін болады. Бұл пайғамбардың соңғы іске қатысты суреттеуінде, әрқайсысының қолында қырып-жоятын қаруы бар адамдар бейнесі арқылы айқын көрсетілген. Олардың арасындағы бір адам зығыр киім киген еді, белінің жанында хатшының сиясауыты бар болатын. “Жаратқан Ие оған былай деді: Қаланың ортасымен, Иерусалимнің ортасымен өтіп, оның ішінде жасалып жатқан барлық жиіркенішті істер үшін күрсініп, зар еңіреп жүрген адамдардың маңдайларына белгі қой”.» Testimonies, volume 3, 266.</w:t>
      </w:r>
    </w:p>
    <w:p>
      <w:pPr>
        <w:pStyle w:val="ArticleBody"/>
        <w:jc w:val="left"/>
      </w:pPr>
      <w:r>
        <w:rPr>
          <w:rFonts w:ascii="Times New Roman" w:hAnsi="Times New Roman" w:eastAsia="Times New Roman" w:cs="Times New Roman"/>
        </w:rPr>
        <w:t>Езекиелдің сегізінші мен он бірінші тараулары аралығындағы көрініс жексенбілік заңға дейінгі және сол заң тұсындағы Адвентизм тарихына тікелей қатысты. Ол Иерусалимнің (Адвентизмнің) ішіндегі табынушылардың екі тобын айқындайды және пайғамбарлық тұрғыдан Иса Мәсіхтің сынақ мерзімі жабылардың дәл алдында ашылатын Аянымен байланысты, өйткені ондағы алғашқы сілтемелердің бірі пайғамбарлық рәміздеудегі “666” санын ұсынады. Осылайша ол ақылдылар соңғы күндері жеңіске жетуге тиіс төрт нәрсенің бірін айқындайды, әрі сол төрт нәрсе сегізіншінің “жетінің бірі” болуы туралы нұрдың бір бөлігі болып табылады. Аянның он бесінші тарауы да папалықтың төрт рәміздік қырының үстінен жеңіске жеткендердің Мұса мен Тоқтының әнін айтатынын айқындайды.</w:t>
      </w:r>
    </w:p>
    <w:p>
      <w:pPr>
        <w:pStyle w:val="ArticleBody"/>
        <w:jc w:val="left"/>
      </w:pPr>
      <w:r>
        <w:rPr>
          <w:rFonts w:ascii="Times New Roman" w:hAnsi="Times New Roman" w:eastAsia="Times New Roman" w:cs="Times New Roman"/>
        </w:rPr>
        <w:t>Сол күні, Ишая пайғамбар жиырма жетінші тарауда соңғы күндердің әділдері жүзімдіктің әнін айтатынын айтады; бұл — Тоқты адамзат арасында жүрген кезінде айтқан әні, әрі ол жаңа таңдалған халық іріктеліп жатқанда, жанынан өтіп кетіліп жатқан таңдалған халықты айқындайтын ән. Сол әнді соңғы күндердегі «даналар» Езекиелдің тоғызыншы тарауындағы және Аян кітабының жетінші тарауындағы мөр басу кезінде айтады. Езекиелдің сегізінші тараудан он бірінші тарауға дейінгі аяны — дәл сол әннің бір бөлігі.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«Жаратқан Иенің ісі мен жандардың құтқарылуының рухын жүрегінде сақтаған Құдайдың шынайы халқы күнәні әрдайым өзінің шынайы, күнәлі болмысында қарайтын болады. Олар Құдай халқын оңай шырмайтын күнәларға қатысты әрқашан адал да ашық әшкерелеу жағында болады. Әсіресе қауым үшін жүргізілетін соңғы істе, Құдай тағының алдында мінсіз тұруға тиісті жүз қырық төрт мыңның мөрлену уақытында, олар Құдайдың халқы деп аталатындардың заңсыздықтарын барынша терең сезінетін болады. Бұл пайғамбардың соңғы істі әрқайсысының қолында қыру қаруы бар адамдар бейнесі арқылы берген суреттеуінде айқын көрсетілген. Олардың арасындағы бір адам зығыр киім киген, белінде хатшының сиясауыты бар еді. “Сонда Жаратқан Ие оған былай деді: Қаланың ортасынан, Иерусалимнің ортасынан өтіп, оның ішінде жасалып жатқан барлық жиіркенішті істер үшін күрсініп, зарлайтын адамдардың маңдайларына белгі қой”.»</w:t>
      </w:r>
    </w:p>
    <w:p>
      <w:pPr>
        <w:pStyle w:val="ArticleScripture"/>
        <w:jc w:val="left"/>
      </w:pPr>
      <w:r>
        <w:rPr>
          <w:rFonts w:ascii="Times New Roman" w:hAnsi="Times New Roman" w:eastAsia="Times New Roman" w:cs="Times New Roman"/>
        </w:rPr>
        <w:t>«Қазіргі уақытта Құдайдың кеңесінде тұрған кімдер? Құдайдың халқы деп танылатындар арасындағы теріс істерді іс жүзінде ақтайтындар ма, әрі күнәні әшкерелегісі келетіндерге қарсы, ашық болмаса да, жүректерінде күңкілдейтіндер ме? Оларға қарсы ұстаным алып, теріс іс істейтіндерге жанашырлық білдіретіндер ме? Жоқ, әсте олай емес! Егер олар тәубеге келмесе, әрі істің ауыртпалығын көтеріп жүргендерді жаншып, Сиондағы күнәкарлардың қолын көтеруде Шайтанның ісін тастамаса, олар ешқашан Құдайдың мөрлеуші мақұлдауының белгісін алмайды. Олар қыру қаруын ұстаған бес адамның ісімен бейнеленген зұлымдардың жалпы жойылуында құритын болады. Мына жайтты мұқият белгілеп алыңыздар: Киелі Рухтың құдіретімен олардың бойында жүзеге асқан, зығыр киім киген адам салған белгімен бейнеленген ақиқаттың таза белгісін алатындар — қауымда жасалып жатқан барлық жиіркенішті істер үшін “күрсініп, зарлайтын” жандар. Олардың пәктікке деген сүйіспеншілігі мен Құдайдың абыройы мен даңқына деген ілтипаты сондай, әрі күнәнің шектен тыс күнәлілігін соншалық айқын көретіні себепті, олар тіпті қасірет шегіп, күрсініп, зарлап жүргендер ретінде бейнеленген. Езекиелдің тоғызыншы тарауын оқыңдар.»</w:t>
      </w:r>
    </w:p>
    <w:p>
      <w:pPr>
        <w:pStyle w:val="ArticleScripture"/>
        <w:jc w:val="left"/>
      </w:pPr>
      <w:r>
        <w:rPr>
          <w:rFonts w:ascii="Times New Roman" w:hAnsi="Times New Roman" w:eastAsia="Times New Roman" w:cs="Times New Roman"/>
        </w:rPr>
        <w:t>«Ал күнә мен әділдіктің арасындағы ұлан-ғайыр қарама-қарсылықты осылайша көрмейтін және Құдай кеңесінде тұрып, белгіні қабылдағандар секілді сезінбейтіндердің бәрін жаппай қырып-жою сою қарулары бар бес адамға берілген бұйрықта былай суреттеледі: “Оның соңынан қала арқылы өтіп, өлтіріңдер; көздерің аямасын, рақым етпеңдер: қарт пен жасты да, қыздарды да, кішкентай балалар мен әйелдерді де түгел қырыңдар; бірақ үстінде белгісі бар ешбір адамға жоламаңдар; әрі Менің киелі орнымнан бастаыңдар.”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Алпыс сегізінші бөлім</dc:title>
  <dc:subject>Езекиел кітабының сегізінші тарауындағы пайғамбарлық хабардың ашылуы: Жексенбілік заң және соңғы күндер</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