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18 шілде 2020 жыл — Алтыншы нөмір</w:t>
      </w:r>
    </w:p>
    <w:p>
      <w:pPr>
        <w:pStyle w:val="ArticleSubtitle"/>
        <w:jc w:val="left"/>
      </w:pPr>
      <w:r>
        <w:rPr>
          <w:rFonts w:ascii="Arial" w:hAnsi="Arial" w:eastAsia="Arial" w:cs="Arial"/>
        </w:rPr>
        <w:t>Жалау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әрі оларды көргендердің үстіне зор қорқыныш түсті. Сонда олар көктен өздеріне: «Мұнда көтеріліңдер»,— деген қатты дауысты естіді. Олар бұлт ішінде көкке көтерілді; ал жаулары оларға қарап тұрды. Аян 11:11, 12.</w:t>
      </w:r>
    </w:p>
    <w:p>
      <w:pPr>
        <w:pStyle w:val="ArticleBody"/>
        <w:jc w:val="left"/>
      </w:pPr>
      <w:r>
        <w:rPr>
          <w:rFonts w:ascii="Times New Roman" w:hAnsi="Times New Roman" w:eastAsia="Times New Roman" w:cs="Times New Roman"/>
        </w:rPr>
        <w:t>Көшеде тапталып болғаннан кейін, Ілияс пен Мұса Жұбатушыны қабылдайды да, содан соң аяқтарына тік тұрады. Езекиелдің сүйектер аңғарындағы сүйектер әуелі бір дыбысты естиді, содан кейін дірілдеуді бастан кешіреді, бірақ оларда әлі де дем жоқ еді.</w:t>
      </w:r>
    </w:p>
    <w:p>
      <w:pPr>
        <w:pStyle w:val="ArticleScripture"/>
        <w:jc w:val="left"/>
      </w:pPr>
      <w:r>
        <w:rPr>
          <w:rFonts w:ascii="Times New Roman" w:hAnsi="Times New Roman" w:eastAsia="Times New Roman" w:cs="Times New Roman"/>
        </w:rPr>
        <w:t>Сондықтан мен өзіме бұйырылғандай пайғамбарлық еттім; мен пайғамбарлық еткенімде, бір шу естілді, міне, дүр сілкініс болды, әрі сүйектер өз сүйегіне қосылды. Мен қарағанымда, міне, олардың үстіне сіңірлер мен ет пайда болды, ал оларды сыртынан тері қаптады; бірақ оларда дем жоқ еді. Езекиел 37:7, 8.</w:t>
      </w:r>
    </w:p>
    <w:p>
      <w:pPr>
        <w:pStyle w:val="ArticleBody"/>
        <w:jc w:val="left"/>
      </w:pPr>
      <w:r>
        <w:rPr>
          <w:rFonts w:ascii="Times New Roman" w:hAnsi="Times New Roman" w:eastAsia="Times New Roman" w:cs="Times New Roman"/>
        </w:rPr>
        <w:t>Денелер қайтадан қалпына келтірілген кезде, олар төрт желдің хабарын естиді.</w:t>
      </w:r>
    </w:p>
    <w:p>
      <w:pPr>
        <w:pStyle w:val="ArticleScripture"/>
        <w:jc w:val="left"/>
      </w:pPr>
      <w:r>
        <w:rPr>
          <w:rFonts w:ascii="Times New Roman" w:hAnsi="Times New Roman" w:eastAsia="Times New Roman" w:cs="Times New Roman"/>
        </w:rPr>
        <w:t>Сонда Ол маған былай деді: «Желге пайғамбарлық ет, пайғамбарлық ет, адам ұлы, және желге былай де: Жаратушы Тәңір Ие былай дейді: Төрт желден кел, ей, рух, және мына өлтірілгендердің үстіне үрле, сонда олар тіріледі». Мен Ол маған бұйырғанындай пайғамбарлық еттім, сонда рух олардың ішіне кірді, олар тірілді де, аяқтарына тік тұрды, аса зор бір әскер болды. Езекиел 37:9, 10.</w:t>
      </w:r>
    </w:p>
    <w:p>
      <w:pPr>
        <w:pStyle w:val="ArticleBody"/>
        <w:jc w:val="left"/>
      </w:pPr>
      <w:r>
        <w:rPr>
          <w:rFonts w:ascii="Times New Roman" w:hAnsi="Times New Roman" w:eastAsia="Times New Roman" w:cs="Times New Roman"/>
        </w:rPr>
        <w:t>Барлық пайғамбарлар дүниенің ақырын айқындайды; сондықтан Езекиелден алынған осы үзінді Аян кітабының он бірінші тарауындағы екі пайғамбардың хабарынан қашқысы келетіндер үшін тығырық туғызады. Әрине, бұл хабарды теріске шығарғысы келетіндер өздеріне айта алатын ең оңай өтірік — Аян кітабының он бірінші тарауы Француз төңкерісін бейнелейтін жай ғана тарих, әрі оның дүниенің ақырына қатысты ешқандай қолданылуы жоқ деу. Бірақ егер Аян кітабының он бірінші тарауының өзі де дүниенің ақырын айқындайды деген алғышартты қабылдайтын болсаңыз, онда дүниенің ақырында үшінші періштенің хабарын зор айқаймен жариялайтын ұлы әскердің Құдайдың әскері ретінде орнынан тұруынан бұрын өлі болып, қайта тірілген деп сипатталатыны туралы шындықты үйлестіруге тиіссіз.</w:t>
      </w:r>
    </w:p>
    <w:p>
      <w:pPr>
        <w:pStyle w:val="ArticleScripture"/>
        <w:jc w:val="left"/>
      </w:pPr>
      <w:r>
        <w:rPr>
          <w:rFonts w:ascii="Times New Roman" w:hAnsi="Times New Roman" w:eastAsia="Times New Roman" w:cs="Times New Roman"/>
        </w:rPr>
        <w:t>Сонда Ол маған былай деді: Адам ұлы, мына сүйектер — бүкіл Исраил үйі. Міне, олар: «Сүйектеріміз кеуіп кетті, үмітіміз үзілді, біз өз үлесімізден айырылдық»,— дейді. Сондықтан пайғамбарлық етіп, оларға айт: Тәңір Ие былай дейді: Міне, халқым, Мен қабірлеріңді ашамын, сендерді қабірлеріңнен шығарамын да, Исраил жеріне алып келемін. Уа, халқым, қабірлеріңді ашып, сендерді қабірлеріңнен шығарғанымда, Менің Жаратқан Ие екенімді білетін боласыңдар. Мен Өз Рухымды сендердің іштеріңе саламын, сонда тірілесіңдер, әрі сендерді өз жерлеріңе орналастырамын. Сонда Менің, Жаратқан Иенің, осыны айтып, оны орындағанымды білетін боласыңдар, — дейді Жаратқан Ие. Езекиел 37:11–14.</w:t>
      </w:r>
    </w:p>
    <w:p>
      <w:pPr>
        <w:pStyle w:val="ArticleBody"/>
        <w:jc w:val="left"/>
      </w:pPr>
      <w:r>
        <w:rPr>
          <w:rFonts w:ascii="Times New Roman" w:hAnsi="Times New Roman" w:eastAsia="Times New Roman" w:cs="Times New Roman"/>
        </w:rPr>
        <w:t>Мәсіх көкке бұлтпен көтерілді, әрі Ол бұлттармен қайта оралады, ал бұлттар періштелерді бейнелейді. Мұса мен Ілияс көкке Америка Құрама Штаттарындағы жексенбілік заң кезінде көктің ортасында ұшып бара жатқан үшінші періштенің хабарын бейнелейтін бұлттың ішінде көтеріледі. Мұса мен Ілияс жексенбілік заң кезінде Ислам туралы хабармен байланысты түрде көкке көтеріледі.</w:t>
      </w:r>
    </w:p>
    <w:p>
      <w:pPr>
        <w:pStyle w:val="ArticleBody"/>
        <w:jc w:val="left"/>
      </w:pPr>
      <w:r>
        <w:rPr>
          <w:rFonts w:ascii="Times New Roman" w:hAnsi="Times New Roman" w:eastAsia="Times New Roman" w:cs="Times New Roman"/>
        </w:rPr>
        <w:t>Ишая осы тарихпен байланысты көптеген ақиқаттарды, сондай-ақ Иса Өз қызметін айқындау үшін сілтеме жасаған дәл сол үзіндіде көрсетеді. Ол Ілияс пен Еліше пайғамбарларды өз отандастары қабылдамаған пайғамбарлық хабардың үлгісі ретінде қолданды; бұл Назареттегі қауымдағыларды бірден ашуландырып, олар Оны өлтіруге ұмтылды.</w:t>
      </w:r>
    </w:p>
    <w:p>
      <w:pPr>
        <w:pStyle w:val="ArticleScripture"/>
        <w:jc w:val="left"/>
      </w:pPr>
      <w:r>
        <w:rPr>
          <w:rFonts w:ascii="Times New Roman" w:hAnsi="Times New Roman" w:eastAsia="Times New Roman" w:cs="Times New Roman"/>
        </w:rPr>
        <w:t>Жаратушы Тәңір Иенің Рухы менің үстімде; өйткені Жаратқан Ие мені момындарға ізгі хабарды жеткізуге майлады; Ол мені жүрегі жаралыларды таңуға, тұтқындарға азаттықты жариялауға және кісенделгендерге түрменің ашылуын жариялауға жіберді; Жаратқан Иенің рақым жылы мен Құдайымыздың кек алу күнін жариялауға; қайғырушылардың бәрін жұбатуға; Сионда қайғырушыларға белгілеуге, оларға күлдің орнына көрік, қайғының орнына қуаныш майын, жабырқау рухының орнына мадақ киімін беруге; сонда олар әділдіктің ағаштары, Жаратқан Иенің даңқталуы үшін Өзінің отырғызған бағы деп аталатын болады. Сонда олар ежелгі қираған орындарды қайта тұрғызады, бұрынғы қаңырап қалған жерлерді көтереді, және талай ұрпақтардың қираған, қаңыраған қалаларын қалпына келтіреді. Бөгде жұрттықтар келіп, отарларыңды бағады, жат жұрттың ұлдары сендердің жер жыртушыларың және жүзімдіктеріңді күтушілерің болады. Ал сендер Жаратқан Иенің Діни қызметкерлері деп аталасыңдар; адамдар сендерді Құдайымыздың қызметшілері деп атайды: сендер басқа ұлттардың байлығын жейсіңдер, әрі олардың даңқымен мақтанасыңдар. Ұяттарыңның орнына сендерге екі есе үлес беріледі; масқаралықтың орнына олар өз үлестеріне қуанады: сондықтан өз жерінде олар екі есе мұраға ие болады; мәңгілік қуаныш соларға тиесілі болады. Өйткені Мен, Жаратқан Ие, әділ сотты сүйемін, өртелетін құрбандық үшін жасалатын талауды жек көремін; және олардың ісін шындықпен бағыттаймын, әрі олармен мәңгілік келісім жасаймын. Олардың ұрпағы халықтар арасында белгілі болады, және олардың әулеті жұрттар арасында танылады: оларды көргеннің бәрі де Жаратқан Иенің батасын алған ұрпақ солар екенін мойындайды. Мен Жаратқан Иеде қатты қуанамын, жаным Құдайымда шаттанады; өйткені Ол маған құтқарылу киімдерін кигізді, мені әділдік шапанымен жапты, күйеу жігіт сәндік әшекейлерін таққандай, қалыңдық өз асыл бұйымдарымен безенгендей. Өйткені жер өз бүршігін шығарғандай, және бақша өзіне себілгендерді өсіріп шығарғандай; солайша Жаратушы Тәңір Ие барлық халықтардың алдында әділдік пен мадақты өсіріп шығарады.</w:t>
      </w:r>
    </w:p>
    <w:p>
      <w:pPr>
        <w:pStyle w:val="ArticleScripture"/>
        <w:jc w:val="left"/>
      </w:pPr>
      <w:r>
        <w:rPr>
          <w:rFonts w:ascii="Times New Roman" w:hAnsi="Times New Roman" w:eastAsia="Times New Roman" w:cs="Times New Roman"/>
        </w:rPr>
        <w:t>Сион үшін мен үндемей қалмаймын, Иерусалим үшін де тыншымаймын, оның әділдігі жарықтай жарқырап шыққанша, ал құтқарылуы жанып тұрған шамдай болғанша. Сонда халықтар сенің әділдігіңді, барлық патшалар сенің ұлылығыңды көреді; әрі Жаратқан Иенің аузы атайтын жаңа атпен аталасың. Сондай-ақ сен Жаратқан Иенің қолындағы даңқ тәжісі, Құдайыңның қолындағы патшалық сәнді тәж боласың. Енді сен «Тастап кеткен» деп аталмайсың, жерің де бұдан былай «Қаңырап бос қалған» деп аталмайды; қайта сен «Хефзиба», ал жерің «Беулах» деп аталатын болады; өйткені Жаратқан Ие саған рақаттанады, әрі жерің некеленеді. Жас жігіт пәк қызға үйленгендей, ұлдарың да саған үйленеді; күйеу жігіт қалыңдығына қалай қуанса, Құдайың да саған солай қуанады. Ей, Иерусалим, қабырғаларыңның үстіне Мен күзетшілер қойдым; олар күндіз де, түнде де ешқашан үнсіз қалмайды. Жаратқан Иені еске салушылар, үнсіз қалмаңдар. Ол орнықтырып, Иерусалимді жер жүзінде мадаққа айналдырғанша, Оған тыным бермеңдер. Жаратқан Ие Өзінің оң қолымен және құдіретті білегімен ант етті: «Енді ешқашан астығыңды жауларыңа азық қылып бермеймін; жат жұрттықтардың ұлдары сен маңдай теріңмен өндірген шарапты ішпейді. Қайта оны жинағандар өздері жеп, Жаратқан Иені мадақтайды; оны жинап тергендер Менің киелілігімнің аулаларында өздері ішеді». Өтіңдер, қақпалардан өтіңдер; халыққа жол дайындаңдар; даңғылды көтеріп түзеңдер, көтеріп түзеңдер; тастарды жинап алып тастаңдар; халық үшін ту көтеріңдер. Міне, Жаратқан Ие жердің түкпір-түкпіріне дейін жар салды: Сион қызына айтыңдар: «Міне, құтқарылуың келе жатыр; міне, Оның сыйы Өзімен бірге, әрі Өзіне тиесілі сый-тартуы алдында». Сонда оларды «Қасиетті халық», «Жаратқан Иенің құтқарғандары» деп атайды; ал сен «Ізделген», «Тастап кетілмеген қала» деп аталасың. Ишая 61:1–62:12.</w:t>
      </w:r>
    </w:p>
    <w:p>
      <w:pPr>
        <w:pStyle w:val="ArticleBody"/>
        <w:jc w:val="left"/>
      </w:pPr>
      <w:r>
        <w:rPr>
          <w:rFonts w:ascii="Times New Roman" w:hAnsi="Times New Roman" w:eastAsia="Times New Roman" w:cs="Times New Roman"/>
        </w:rPr>
        <w:t>Жаратқан Ие бұрын «тасталған» болған жүз қырық төрт мыңмен «мәңгілік келісім» жасайды, бірақ кейін олар «тастап кетілмеген» «қалаға» айналады. Олар «қаңырап бос қалған» еді және көшеде өлі жатты. Ишая оларды «Жаратқан Иенің діни қызметкерлері», Жаратқан Иенің «қызметшілері», «қасиетті халық» және Сион қабырғаларындағы «қарауылдар» деп атайды.</w:t>
      </w:r>
    </w:p>
    <w:p>
      <w:pPr>
        <w:pStyle w:val="ArticleBody"/>
        <w:jc w:val="left"/>
      </w:pPr>
      <w:r>
        <w:rPr>
          <w:rFonts w:ascii="Times New Roman" w:hAnsi="Times New Roman" w:eastAsia="Times New Roman" w:cs="Times New Roman"/>
        </w:rPr>
        <w:t>Олардың өлі денелеріне қуанып шаттанғандарға қарама-қарсы, содан кейін Құдайдың Өзі олар туралы «күйеужігіт қалыңдығына қалай қуанса, солай» қуанады. Сол кезде қалыңдық дайын етілген болады. Филадельфияға берілген уәде сияқты, Иеміз оларға «жаңа ат» береді, әрі олардың атын «Хефзиба» және «Беула» деп айқындайды. «Хефзиба» — менің сүйінішім онда дегенді, ал «Беула» — некеге тұру дегенді білдіреді. Иеміз Ілияс пен Мұса арқылы бейнеленгендерді Өзіне некелейді.</w:t>
      </w:r>
    </w:p>
    <w:p>
      <w:pPr>
        <w:pStyle w:val="ArticleBody"/>
        <w:jc w:val="left"/>
      </w:pPr>
      <w:r>
        <w:rPr>
          <w:rFonts w:ascii="Times New Roman" w:hAnsi="Times New Roman" w:eastAsia="Times New Roman" w:cs="Times New Roman"/>
        </w:rPr>
        <w:t>Оларға жүктелген іс — Мәсіхтің және Оның әділдігінің «ізгі хабарын» «дүниенің ақырына дейін» уағыздау арқылы Мәсіхтің Екінші келуіне жол дайындау. Олар Рухтың төгілуінде Жұбатушы арқылы майланған, содан кейін «көктен шыққан зор дауыс» оларға: «Мұнда көтеріліңдер»,— деп айтқанда, «ту секілді» жоғары көтеріледі. Сонда олар Жаратқан Иенің қолында «даңқ тәжі» және «патшалық тәж» сияқты болады. Зәкәрия осы тәжді де белгі ретінде айқындайды, сонымен бірге бұл оқиғаны ақырғы жаңбыр уақытына да орналастырады.</w:t>
      </w:r>
    </w:p>
    <w:p>
      <w:pPr>
        <w:pStyle w:val="ArticleScripture"/>
        <w:jc w:val="left"/>
      </w:pPr>
      <w:r>
        <w:rPr>
          <w:rFonts w:ascii="Times New Roman" w:hAnsi="Times New Roman" w:eastAsia="Times New Roman" w:cs="Times New Roman"/>
        </w:rPr>
        <w:t>Сол күні олардың Құдайы Жаратқан Ие оларды Өз халқының отары іспетті құтқарады; өйткені олар Оның елінде ту іспетті жоғары көтерілген тәждің асыл тастары сияқты болады. Оның ізгілігі неткен ұлы, Оның көркі неткен асқақ! Астық жас жігіттерді шаттандырады, ал жаңа шарап бойжеткендерді қуантады. Көктемгі жаңбыр жауар мезгілде Жаратқан Иеден жаңбыр сұраңдар; сонда Жаратқан Ие жарқыраған бұлттар жасап, оларға жаңбыр нөсерін береді, әркімге өз егістігінде көк шөп береді. Зәкәрия 9:16–10:1.</w:t>
      </w:r>
    </w:p>
    <w:p>
      <w:pPr>
        <w:pStyle w:val="ArticleBody"/>
        <w:jc w:val="left"/>
      </w:pPr>
      <w:r>
        <w:rPr>
          <w:rFonts w:ascii="Times New Roman" w:hAnsi="Times New Roman" w:eastAsia="Times New Roman" w:cs="Times New Roman"/>
        </w:rPr>
        <w:t>Олар «Оның халқының отары» болады, бірақ Жаратқан Иеде сол кезде әлі Бабылда жүрген, Өзі де шақыратын екінші бір отар бар. Олардың ісі ежелгі қираған орындарды және көптеген ұрпақтардың «қаңырап бос қалған» жерлерін қайта қалпына келтіру болмақ. Олар Адвентизмнің ішінде де, сыртында да теріске шығарылып, көміліп қалған ескі жолдарға қайта оралып, соларды қайта орнықтыратындар болады. Олар Миллериттік іргетастық ақиқаттарға қайта оралып, оларды өз тазалығында Лаодикеялық Адвентизмге ұсынады; сондай-ақ Адвентизмнен тысқары тұрғандарға Құдай заңы, әсіресе сенбі күнімен байланысты «ежелгі» ақиқаттар жөнінде де бір хабар жеткізеді. Осылай ете отырып, олар жаңа тарихты айқындау үшін көптеген ұрпақтардың тарихтарын қолданатын болады. Олардың қызметі кейінгі жаңбыр кезінде, Құдайдың соттары жер бетінде жүрген шақта жүзеге асады. Жаратқан Ие Өзінің оң қолымен оларды ту іспетті жоғары көтергенде, бұрын олардың көшеде жатқан өлі денелеріне қуанып жүрген бүкіл әлем сол туды көріп, күзетшілердің ескерту кернейін еститін болады.</w:t>
      </w:r>
    </w:p>
    <w:p>
      <w:pPr>
        <w:pStyle w:val="ArticleScripture"/>
        <w:jc w:val="left"/>
      </w:pPr>
      <w:r>
        <w:rPr>
          <w:rFonts w:ascii="Times New Roman" w:hAnsi="Times New Roman" w:eastAsia="Times New Roman" w:cs="Times New Roman"/>
        </w:rPr>
        <w:t>Уа, бүкіл дүниенің тұрғындары және жер бетін мекендеушілер, Ол таулар үстінде ту көтергенде, қараңдар; әрі керней тартылғанда, тыңдаңдар. Ишая 18:3.</w:t>
      </w:r>
    </w:p>
    <w:p>
      <w:pPr>
        <w:pStyle w:val="ArticleBody"/>
        <w:jc w:val="left"/>
      </w:pPr>
      <w:r>
        <w:rPr>
          <w:rFonts w:ascii="Times New Roman" w:hAnsi="Times New Roman" w:eastAsia="Times New Roman" w:cs="Times New Roman"/>
        </w:rPr>
        <w:t>Аян кітабының он бірінші тарауында олардың өлі денелеріне қуанып жүргендер олардың аяққа тұрғанын көргенде, «оларды көргендердің үстіне зор қорқыныш түсті».</w:t>
      </w:r>
    </w:p>
    <w:p>
      <w:pPr>
        <w:pStyle w:val="ArticleScripture"/>
        <w:jc w:val="left"/>
      </w:pPr>
      <w:r>
        <w:rPr>
          <w:rFonts w:ascii="Times New Roman" w:hAnsi="Times New Roman" w:eastAsia="Times New Roman" w:cs="Times New Roman"/>
        </w:rPr>
        <w:t>Сонда ассурлық күшті адамның семсерінен емес, семсерден құлайды; және оны жай адамның семсері жалмайды; бірақ ол семсерден қашады, ал оның жас жігіттері үрейге түседі. Ол қорыққанынан өз бекінісіне өтеді, ал оның әміршілері тудан шошиды, — дейді оты Сионда, әрі пеші Иерусалимде болатын Жаратқан Ие. Ишая 31:8, 9.</w:t>
      </w:r>
    </w:p>
    <w:p>
      <w:pPr>
        <w:pStyle w:val="ArticleBody"/>
        <w:jc w:val="left"/>
      </w:pPr>
      <w:r>
        <w:rPr>
          <w:rFonts w:ascii="Times New Roman" w:hAnsi="Times New Roman" w:eastAsia="Times New Roman" w:cs="Times New Roman"/>
        </w:rPr>
        <w:t>Пайғамбардың барлық куәліктері Аян кітабында тоғысады. Ассурлық Даниял кітабының он бірінші тарауының қырықыншыдан қырық бесінші аяттарына дейін баяндалған, көмек беретін ешкімі болмай, ақырына жететін солтүстік патшаны бейнелейді. Құдайдың күзетшілері болып табылатын жүз қырық төрт мың керней тартқанда, бүкіл дүние естіп, қорқады. Екі пайғамбар арқылы бейнеленгендер Даниял кітабының он бірінші тарауының қырық төртінші аятында солтүстік патшаны «мазалайтын» және шығыстан әрі солтүстіктен келетін «хабарлар» болып табылатын «ізгі хабарды жариялау» үшін Жұбатушы арқылы «майланады», әрі бұл жексенбілік заң дағдарысының қудалануының басталуын білдіреді. Сол кезде басқа ұлттар Бабылдан шығу туралы үндеуге жауап беріп, Жаратқан Иенің діни қызметкерлеріне келіп қосылады; олар сондай-ақ «Есейдің тамыры» ретінде де бейнеленеді, сөйтіп бұл олардың ескерту хабарын басқа ұлттарға жеткізу үшін қолданатын киелі кітаптық әдіснаманы айқындайды.</w:t>
      </w:r>
    </w:p>
    <w:p>
      <w:pPr>
        <w:pStyle w:val="ArticleScripture"/>
        <w:jc w:val="left"/>
      </w:pPr>
      <w:r>
        <w:rPr>
          <w:rFonts w:ascii="Times New Roman" w:hAnsi="Times New Roman" w:eastAsia="Times New Roman" w:cs="Times New Roman"/>
        </w:rPr>
        <w:t>Сол күні халықтар үшін ту іспетті болып тұратын Ессейдің тамыры пайда болады; ұлттар соған ұмтылатын болады, әрі Оның тыныштығы даңқты болмақ. Сол күні Жаратқан Ие Өз халқының аман қалған қалдығын — Ассурдан, Мысырдан, Патростан, Куштан, Еламнан, Шинардан, Хаматтан және теңіз аралдарынан қалғандарын — қайтадан, екінші рет, қайтарып алу үшін қолын созатын болады. Сондай-ақ Ол халықтар үшін ту көтеріп, Исраилдің қуғындалғандарын жинайды және Яһуданың бытырап кеткендерін жердің төрт бұрышынан біріктіреді. Ишая 11:10–12.</w:t>
      </w:r>
    </w:p>
    <w:p>
      <w:pPr>
        <w:pStyle w:val="ArticleBody"/>
        <w:jc w:val="left"/>
      </w:pPr>
      <w:r>
        <w:rPr>
          <w:rFonts w:ascii="Times New Roman" w:hAnsi="Times New Roman" w:eastAsia="Times New Roman" w:cs="Times New Roman"/>
        </w:rPr>
        <w:t>Иеміз 2001 жылғы 11 қыркүйекте Өз халқын Исламның шабуылын үшінші қасіреттің келуі деп айқындаған хабармен жинады. Иеміз Өз халқын көшеде өлі жатқаннан кейін қайтадан, екінші рет жинайды. Ол осылай еткенде, жиналғандар “Исраилдің аластатылғандары”, “Яһуданың бытырап кеткендері” деп аталады. Олар 2020 жылғы 18 шілдеде көшелерге қуылды, бірақ әлі де Бабылда жүрген Құдайдың өзге отарын жинайтын ту болу үшін олар екінші рет жиналады. Бабылда әлі жүргендердің жиналуы Аян кітабының он сегізінші тарауындағы екі дауыстың екіншісі болып табылатын Америка Құрама Штаттарындағы жексенбілік заңнан басталады.</w:t>
      </w:r>
    </w:p>
    <w:p>
      <w:pPr>
        <w:pStyle w:val="ArticleBody"/>
        <w:jc w:val="left"/>
      </w:pPr>
      <w:r>
        <w:rPr>
          <w:rFonts w:ascii="Times New Roman" w:hAnsi="Times New Roman" w:eastAsia="Times New Roman" w:cs="Times New Roman"/>
        </w:rPr>
        <w:t>Алғашқы жиналу 2001 жылғы 11 қыркүйекте, Ислам Америка Құрама Штаттарына соққы жасаған кезде, орын алды. Екінші рет жиналуға тиісті ту іспетті олар Есейдің тамыры ретінде бейнеленеді; бұл — Альфа мен Омеганың ісін көрсететін, бір нәрсенің ақырын оның басталуымен бейнелейтін рәміз. Алғашқы жиналу Америка Құрама Штаттарына жасалған исламдық соққымен белгіленді және екінші жиналу ретінде Америка Құрама Штаттарына жасалатын исламдық соққыны суреттеп, айқындайды. Есейдің тамыры басқа ұлттар үшін ту болып тұрған кезде, оның «тыныштығы» даңқты болады, өйткені бұл ту әлі де Бабылда жүргендерді жетінші күнгі сенбі туралы Киелі жазбалық көне жолға қайта бастап әкеледі; осылайша, бұл жексенбілік заң дағдарысы кезінде басқа ұлттар үшін тудың көтерілуін белгілейді.</w:t>
      </w:r>
    </w:p>
    <w:p>
      <w:pPr>
        <w:pStyle w:val="ArticleBody"/>
        <w:jc w:val="left"/>
      </w:pPr>
      <w:r>
        <w:rPr>
          <w:rFonts w:ascii="Times New Roman" w:hAnsi="Times New Roman" w:eastAsia="Times New Roman" w:cs="Times New Roman"/>
        </w:rPr>
        <w:t>«Ту» әуелі Малахи кітабының үшінші тарауында, Мәсіхтің ғибадатхананы екі рет тазалауында және, әрине, Миллерит қозғалысының соңындағы он қыз туралы астарлы әңгімеде бейнеленген тазару үдерісінен өтеді. Басталудағы тазару үдерісі соңында дәлме-дәл қайталанады, әрі оны Ишая бір кітапта атап өтілген дара кестеге байланысты етіп көрсетеді. Адвентизмнің бүлігі — Хабаққұқ кітабының екінші тарауында атап өтілген екі кестені теріске шығарып, олардың орнына қою үшін 1863 жылы жасалған жалған кесте.</w:t>
      </w:r>
    </w:p>
    <w:p>
      <w:pPr>
        <w:pStyle w:val="ArticleScripture"/>
        <w:jc w:val="left"/>
      </w:pPr>
      <w:r>
        <w:rPr>
          <w:rFonts w:ascii="Times New Roman" w:hAnsi="Times New Roman" w:eastAsia="Times New Roman" w:cs="Times New Roman"/>
        </w:rPr>
        <w:t>Енді барып, мұны олардың алдында тақтаға жаз, әрі оны кітапқа белгілеп қой, ол келер уақыт үшін мәңгі-бақи қалсын: Өйткені бұл — бүлікшіл халық, өтірікші балалар, Жаратқан Иенің заңын тыңдағысы келмейтін балалар. Олар көріпкелдерге: «Көрмеңдер», — дейді; ал пайғамбарларға: «Бізге тураны пайғамбарлық етпеңдер, бізге жағымды сөздер айтыңдар, алдамшы нәрселерді пайғамбарлық етіңдер; жолдан шығыңдар, соқпақтан бұрылыңдар, Исраилдің Киесін алдымыздан алып тастаңдар», — дейді. Сондықтан Исраилдің Киесі былай дейді: «Сендер осы сөзді менсінбей, зорлық пен бұрмалаушылыққа сеніп, соған сүйенгендіктен, осы заңсыздық сендер үшін құлауға әзір тұрған жарық секілді болады, биік қабырғада томпайып тұрған жарық секілді, оның құлауы кенеттен, қас-қағым сәтте келеді. Ол оны қышшының құмырасын быт-шыт етіп сындырғандай етіп қиратады; аямайды, сондықтан оның сынықтарының арасынан ошақтан от алуға немесе шұңқырдан су алуға жарайтын бірде-бір қыш сынығы табылмайды». Өйткені Тәңір Ие, Исраилдің Киесі, былай дейді: «Қайтып келуде және тыныштықта құтқарыласыңдар; байсалдылық пен сенімде күштерің болады». Бірақ сендер қаламадыңдар. Қайта: «Жоқ, біз аттарға мініп қашамыз», — дедіңдер; сондықтан қашатын боласыңдар. «Жүйріктерге мініп шабамыз», — дедіңдер; сондықтан соңдарыңнан қуудышылар да жүйрік болады. Біреу дүрсе қоя бергенде, мың адам қашады; бесеу дүрсе қоя бергенде, сендер қашасыңдар; таудың басындағы белгі бағанасындай, төбедегі тудандай болып жалғыз қалғанға дейін солай болады. Сондықтан Жаратқан Ие сендерге рақым көрсету үшін тосып тұрады, сондықтан сендерге мейірім ету үшін Өзі жоғары көтеріледі; өйткені Жаратқан Ие — әділдік Құдайы. Оны күткендердің бәрі бақытты. Өйткені халық Иерусалимдегі Сионда тұратын болады; енді жыламайсың. Зарыңның дауысына Ол саған аса рақымды болады; естіген бойда саған жауап береді. Ишая 30:8–19.</w:t>
      </w:r>
    </w:p>
    <w:p>
      <w:pPr>
        <w:pStyle w:val="ArticleBody"/>
        <w:jc w:val="left"/>
      </w:pPr>
      <w:r>
        <w:rPr>
          <w:rFonts w:ascii="Times New Roman" w:hAnsi="Times New Roman" w:eastAsia="Times New Roman" w:cs="Times New Roman"/>
        </w:rPr>
        <w:t>1863 жылы Адвентизм Уильям Миллердің Хабақұқтың екі қасиетті кестесінде бейнеленген пайғамбарлық хабарын теріске шығару үдерісін бастады. Иса ақырын басталуымен бейнелейді. Осы үзіндіде Адвентизмнің бастауындағы бүлікшілер Адвентизмнің соңындағы бүлікшілерді де бейнелейді. Екі жағдайда да бұл бүлік әрбір тарихтың пайғамбарлық хабары мен әдістемесін теріске шығаруды білдіреді; өйткені олар «көріпкелдерге»: «Көрмеңдер; ал пайғамбарларға: Бізге дұрыс нәрселерді пайғамбарлық етпеңдер, бізге жағымды нәрселерді айтыңдар, алдамшы нәрселерді пайғамбарлық етіңдер»,— деп жариялайды.</w:t>
      </w:r>
    </w:p>
    <w:p>
      <w:pPr>
        <w:pStyle w:val="ArticleBody"/>
        <w:jc w:val="left"/>
      </w:pPr>
      <w:r>
        <w:rPr>
          <w:rFonts w:ascii="Times New Roman" w:hAnsi="Times New Roman" w:eastAsia="Times New Roman" w:cs="Times New Roman"/>
        </w:rPr>
        <w:t>Сондай-ақ олар: «Жолдан шығыңдар, сүрлеуден бұрылыңдар, Исраилдің Киесін көз алдымыздан кетіріңдер»,— деп жариялағанда, сол жолды тастап кетуге бел байлайды. Әділдердің жолы — Еремия кітабының алтыншы тарауының он алтыншы және он жетінші аяттарындағы «ежелгі жолдар». Бүлікшілер іргетастық ақиқаттармен жүруден де, жоғары көтерілген сақшылар үрлеген кернейдің үніне құлақ асудан да бас тартуға бел байлайды; бұл сақшылар Миллерит қозғалысын және Future for America қозғалысын бейнелейді.</w:t>
      </w:r>
    </w:p>
    <w:p>
      <w:pPr>
        <w:pStyle w:val="ArticleScripture"/>
        <w:jc w:val="left"/>
      </w:pPr>
      <w:r>
        <w:rPr>
          <w:rFonts w:ascii="Times New Roman" w:hAnsi="Times New Roman" w:eastAsia="Times New Roman" w:cs="Times New Roman"/>
        </w:rPr>
        <w:t>Жаратқан Ие былай дейді: Жолдар үстінде тұрып, қараңдар да ежелгі соқпақтарды сұраңдар: қайсысы игі жол екенін біліп, сонымен жүріңдер, сонда жандарыңа тыныштық табасыңдар. Бірақ олар: «Онымен жүрмейміз»,— деді. Сондай-ақ Мен сендердің үсттеріңе күзетшілер қойып: «Кернейдің үнін тыңдаңдар»,— дедім. Бірақ олар: «Тыңдамаймыз»,— деді. Сондықтан тыңдаңдар, ей, халықтар, және біл, ей, қауым, олардың арасында не бар екенін. Тыңда, ей, жер: міне, Мен осы халықтың басына кесапат түсіремін, бұл — олардың ойларының жемісі; өйткені олар Менің сөздерімді тыңдамады, Менің заңымды да қабылдамай, оны теріске шығарды. Еремия 6:16–19.</w:t>
      </w:r>
    </w:p>
    <w:p>
      <w:pPr>
        <w:pStyle w:val="ArticleBody"/>
        <w:jc w:val="left"/>
      </w:pPr>
      <w:r>
        <w:rPr>
          <w:rFonts w:ascii="Times New Roman" w:hAnsi="Times New Roman" w:eastAsia="Times New Roman" w:cs="Times New Roman"/>
        </w:rPr>
        <w:t>Бүлікшілердің ежелгі жолдармен жүруден бас тартуы, сондай-ақ, олардың «Исраилдің Киесін өздерінің алдынан кетіруді» қалауымен де бейнеленеді; бұл Адвентизмнің соңын оның басталуымен көрсететін Альфа мен Омегаға негізделген Түн ортасындағы дауыстың хабарын қабылдамай тастауды білдіреді.</w:t>
      </w:r>
    </w:p>
    <w:p>
      <w:pPr>
        <w:pStyle w:val="ArticleScripture"/>
        <w:jc w:val="left"/>
      </w:pPr>
      <w:r>
        <w:rPr>
          <w:rFonts w:ascii="Times New Roman" w:hAnsi="Times New Roman" w:eastAsia="Times New Roman" w:cs="Times New Roman"/>
        </w:rPr>
        <w:t>«Олардың арт жағында, соқпақтың басында, жарқын бір нұр орнатылған еді; періште маған мұның “түн ортасындағы айқай” екенін айтты. Бұл нұр бүкіл соқпақ бойына сәуле шашып, олардың сүрінбеуі үшін аяқтарына жарық беріп тұрды. »</w:t>
      </w:r>
    </w:p>
    <w:p>
      <w:pPr>
        <w:pStyle w:val="ArticleScripture"/>
        <w:jc w:val="left"/>
      </w:pPr>
      <w:r>
        <w:rPr>
          <w:rFonts w:ascii="Times New Roman" w:hAnsi="Times New Roman" w:eastAsia="Times New Roman" w:cs="Times New Roman"/>
        </w:rPr>
        <w:t>«Егер олар көздерін дәл алдарында болып, өздерін қалаға бастап бара жатқан Исаға қадап ұстаса, аман еді. Бірақ көп ұзамай кейбіреулер қалжырап, қала тым алыс екендігін айтып, оған осыған дейін-ақ кіріп қойған боламыз деп күткен еді. Сонда Иса Өзінің даңқты оң қолын көтеріп, оларды жігерлендіретін; Оның қолынан адвент тобының үстінде тербелген бір нұр тарайтын, сонда олар: “Аллилуйя!” — деп айқайлайтын. Басқалары болса, арттарындағы нұрды ойланбай жоққа шығарып, оларды сонша алысқа дейін бастап келген Құдай емес деді. Сол нұр олардың артында сөніп қалды да, аяқтарының асты қап-қара түнекке оранып, олар сүрініп, нысананы да, Исаны да көзден жоғалтып, жолдан шығып, төмендегі қараңғы да зұлым дүниеге құлап түсті». Christian Experience and Teachings of Ellen G. White, 57.</w:t>
      </w:r>
    </w:p>
    <w:p>
      <w:pPr>
        <w:pStyle w:val="ArticleBody"/>
        <w:jc w:val="left"/>
      </w:pPr>
      <w:r>
        <w:rPr>
          <w:rFonts w:ascii="Times New Roman" w:hAnsi="Times New Roman" w:eastAsia="Times New Roman" w:cs="Times New Roman"/>
        </w:rPr>
        <w:t>Түн ортасындағы айқай бейнелейтін тазару үдерісі құлшылық етушілердің екі тобын шығарады, ал Ишаяның отызыншы тарауы ақымақ қыздардың майының жоқтығын су не от жинай алмаушылық ретінде көрсетеді; бұлардың екеуі де Жұбатушының нышандары, өйткені Ишая былай деп жазады: «оның қирауы кенеттен, бір сәтте келеді. Оны құмырашының күл-паршасы шыққан ыдысын сындырғандай сындырады; аямайды, сондықтан оның сынықтарының арасынан ошақтан от алатын бір қыш сынығы да, ордан су алатын бір жарықшағы да табылмайды». Олардың үкімі түн ортасындағы айқай арқылы бейнеленгендей «кенеттен» келеді, сол кезде олар май алуға енді тым кеш екенін біледі. Ишаяның куәлігіндегі от пен су — он қыз туралы астарлы әңгімедегі майдың жай ғана басқа бір бейнесі. Май, су және от мінезді білдіреді, хабарды да, сондай-ақ Жұбатушының қатысуын да білдіреді. Осы нышандардың ешқайсысын да он қыздың үкімі «кенеттен, бір сәтте» келген кезде алу мүмкін емес. Ол кезде тым кеш болады.</w:t>
      </w:r>
    </w:p>
    <w:p>
      <w:pPr>
        <w:pStyle w:val="ArticleBody"/>
        <w:jc w:val="left"/>
      </w:pPr>
      <w:r>
        <w:rPr>
          <w:rFonts w:ascii="Times New Roman" w:hAnsi="Times New Roman" w:eastAsia="Times New Roman" w:cs="Times New Roman"/>
        </w:rPr>
        <w:t>Жалғыз қауіпсіздік — “қайтып оралуда”; бұл — алғашқы түңілу кезінде түңілгендерді бейнелеген Еремияға берілген уәде. Егер Құдай халқы Оған қайта оралса, Ол да оларға қайта оралар еді, бірақ бүлікшілер бас тартады, сөйтіп жолды нұрландырған жарық сөнді. Бастапқыдағы жарық Түн ортасындағы Айқай болды, ал алға апарар жол Мәсіхтің даңқты оң қолымен мәңгілікке дейін түгел нұрландырылды. Мәсіх сол жолдағылардың алдында болды, ал арттағы жарық та сол жарықтың өзі болуы тиіс, өйткені Мәсіх жолдың соңын жолдың бастауымен бейнелейді. Түн ортасындағы Айқай болған да, болып та отырған ақиқаттың қазіргі хабары.</w:t>
      </w:r>
    </w:p>
    <w:p>
      <w:pPr>
        <w:pStyle w:val="ArticleScripture"/>
        <w:jc w:val="left"/>
      </w:pPr>
      <w:r>
        <w:rPr>
          <w:rFonts w:ascii="Times New Roman" w:hAnsi="Times New Roman" w:eastAsia="Times New Roman" w:cs="Times New Roman"/>
        </w:rPr>
        <w:t>«Мені он қыз туралы астарлы әңгімеге жиі сілтейді: олардың бесеуі дана, ал бесеуі ақылсыз еді. Бұл астарлы әңгіме сөзбе-сөз орындалды және әлі де орындалады, өйткені оның дәл осы уақытқа арналған ерекше қолданылуы бар; әрі ол үшінші періштенің хабарындай, орындалды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Олардың алдынан Киеліні алып тастауды қалау — тек Мәсіхтің өзін ғана емес, Мәсіхті Әліп пен Омега ретінде де қабылдамау болып табылады. Бұл — Түн ортасындағы айқай хабарын теріске шығару. Адвентизмнің бастапқы кезеңіндегі Түн ортасындағы айқай хабары орындалмай қалған болжамды түзету болды.</w:t>
      </w:r>
    </w:p>
    <w:p>
      <w:pPr>
        <w:pStyle w:val="ArticleBody"/>
        <w:jc w:val="left"/>
      </w:pPr>
      <w:r>
        <w:rPr>
          <w:rFonts w:ascii="Times New Roman" w:hAnsi="Times New Roman" w:eastAsia="Times New Roman" w:cs="Times New Roman"/>
        </w:rPr>
        <w:t>«Ескі жолдарды» қабылдамай тастаған бүлікшілер Түн ортасындағы айқайдың орындалуы ретінде көрінген Миллерлік қозғалыстағы әділдерден бөлек жалған «дастарқан» жасады. Сонда «біреудің айыптауынан» «мың адам» қашып кетті де, қозғалыс кенет елу мыңнан елуге дейін азайды. Олар «айыптау» себебінен қашты; бұл айыптау оларға бөлісетін майлары жоқ екенін, өз майларын өздері барып сатып алулары керектігін айтқан бес дана қыздан келді. Ақымақтардың даналардан бөлінуі дана қыздарды «таудың басындағы бір шамшырақтай және төбедегі бір жалаудай» қалдырды. 1844 жылғы 22 қазандағы ақымақ қыздардың бүлігі 1863 жылғы бүлікті бейнелеп көрсетті, өйткені 1844 жылғы 22 қазан Леуіліктер жиырма алтыдағы «жеті уақыттың» аяқталуын білдіретін он тоғыз жылдың басталуы еді. Бұл тақырып жөнінде айтарымыз әлі де бар, бірақ 1844 жылғы бүлік 1863 жылғы бүліктің үлгісі болды әрі жалған дастарқанның жасалған сәтін белгілейді.</w:t>
      </w:r>
    </w:p>
    <w:p>
      <w:pPr>
        <w:pStyle w:val="ArticleBody"/>
        <w:jc w:val="left"/>
      </w:pPr>
      <w:r>
        <w:rPr>
          <w:rFonts w:ascii="Times New Roman" w:hAnsi="Times New Roman" w:eastAsia="Times New Roman" w:cs="Times New Roman"/>
        </w:rPr>
        <w:t>Ақымақ қыздардың басынан кешіретін қорқынышы — дана қыздар қайта тіріліп, аяқтарына тұрған кезде бейнеленетін қорқыныш. Сол кезде 2020 жылғы 18 шілдедегі түңілуден қайтып оралуға тым кеш болады, әрі одан кейін болатын келесі оқиға — жексенбілік заң кезінде жүзеге асатын көкке көтерілу. Дәл сол кезде ұлы жер сілкінісі болады.</w:t>
      </w:r>
    </w:p>
    <w:p>
      <w:pPr>
        <w:pStyle w:val="ArticleScripture"/>
        <w:jc w:val="left"/>
      </w:pPr>
      <w:r>
        <w:rPr>
          <w:rFonts w:ascii="Times New Roman" w:hAnsi="Times New Roman" w:eastAsia="Times New Roman" w:cs="Times New Roman"/>
        </w:rPr>
        <w:t>Сол сағатта қатты жер сілкінісі болды, қаланың оннан бір бөлігі құлады, және сол жер сілкінісінде жеті мың адам қаза тапты; ал қалғандары қатты қорқып, көктің Құдайына мадақ берді. Екінші қасірет өтіп кетті; міне, үшінші қасірет тез келеді. Аян 11:13, 14.</w:t>
      </w:r>
    </w:p>
    <w:p>
      <w:pPr>
        <w:pStyle w:val="ArticleBody"/>
        <w:jc w:val="left"/>
      </w:pPr>
      <w:r>
        <w:rPr>
          <w:rFonts w:ascii="Times New Roman" w:hAnsi="Times New Roman" w:eastAsia="Times New Roman" w:cs="Times New Roman"/>
        </w:rPr>
        <w:t>Аян кітабының он бірінші тарауы Француз революциясы кезінде қаланың оннан бір бөлігі құлағанын айқындайды, әрі сол тарихта Содом мен Мысыр ретінде бейнеленген екі пайғамбарлық мүйізден тұратын Франция халқы — Франция ұлты — құлатылды. Францияның екі мүйізі Америка Құрама Штаттарының екі мүйізінің бейнесін танытады.</w:t>
      </w:r>
    </w:p>
    <w:p>
      <w:pPr>
        <w:pStyle w:val="ArticleBody"/>
        <w:jc w:val="left"/>
      </w:pPr>
      <w:r>
        <w:rPr>
          <w:rFonts w:ascii="Times New Roman" w:hAnsi="Times New Roman" w:eastAsia="Times New Roman" w:cs="Times New Roman"/>
        </w:rPr>
        <w:t>Франция пайғамбарлық тұрғыдан Даниялдың жетінші тарауында пұтқа табынушы Римді бейнелейтін он патшалықтың бірі болды; сондықтан патшалықтың (қаланың) оннан бір бөлігі құлады. Шын мәнінде, Даниялдың жетінші тарауындағы ақырында 538 жылы папалықты жердің тағына отырғызған сол он мүйіздің ішінде Франция папалықты орнықтырған негізгі патшалық болды. Даниялдың жетінші тарауындағы он биліктің бірі ретінде Франция Аян кітабының он үшінші тарауындағы екі мүйізді жердегі аңның рөлін бейнелейді. Америка Құрама Штаттары ақырында папалық үшін Франция бастапқыда істеген сол істі атқарады. Америка Құрама Штаттары Біріккен Ұлттар Ұйымын бейнелейтін он патшаның арасындағы басты держава болып табылады, әрі ол жексенбілік заңның жер сілкінісі кезінде құлайды. Бұл аяттарды келесі мақалада неғұрлым толық қарастырамыз.</w:t>
      </w:r>
    </w:p>
    <w:p>
      <w:pPr>
        <w:pStyle w:val="ArticleBody"/>
        <w:jc w:val="left"/>
      </w:pPr>
      <w:r>
        <w:rPr>
          <w:rFonts w:ascii="Times New Roman" w:hAnsi="Times New Roman" w:eastAsia="Times New Roman" w:cs="Times New Roman"/>
        </w:rPr>
        <w:t>Осы мақаланың негізгі мәселелерінің бірі — бұл Құдай халқын аяққа тұрғызатын хабар екендігі; өйткені оларды аяққа тұрғызатын Жұбатушы майды бейнелейді, ал май тек Киелі Рухты ғана емес, сонымен бірге Құдайдың Өз халқына жолдайтын хабарларын да білдіреді. Мұса мен Ілиясты аяққа тұрғызатын Аянның он бірінші тарауының хабары Еремияға берілген уәдемен де бейнеленеді.</w:t>
      </w:r>
    </w:p>
    <w:p>
      <w:pPr>
        <w:pStyle w:val="ArticleScripture"/>
        <w:jc w:val="left"/>
      </w:pPr>
      <w:r>
        <w:rPr>
          <w:rFonts w:ascii="Times New Roman" w:hAnsi="Times New Roman" w:eastAsia="Times New Roman" w:cs="Times New Roman"/>
        </w:rPr>
        <w:t>Сондықтан Жаратқан Ие былай дейді: егер сен қайтып келсең, онда Мен сені қайтадан қабылдаймын, сонда сен Менің алдымда тұрасың; егер сен қымбаттыны арзымастан ажыратып шығарсаң, Менің аузымдай боласың; олар саған қайтып келсін, ал сен оларға қайтып барма. Мен сені осы халыққа қорғанды қола қабырға етемін; олар саған қарсы соғысады, бірақ сені жеңе алмайды; өйткені Мен сені құтқару және азат ету үшін сенімен біргемін, — дейді Жаратқан Ие. Мен сені зұлымдардың қолынан құтқарамын, әрі сені қатыгездердің қолынан құн төлеп босатамын. Еремия 15:19–21.</w:t>
      </w:r>
    </w:p>
    <w:p>
      <w:pPr>
        <w:pStyle w:val="ArticleBody"/>
        <w:jc w:val="left"/>
      </w:pPr>
      <w:r>
        <w:rPr>
          <w:rFonts w:ascii="Times New Roman" w:hAnsi="Times New Roman" w:eastAsia="Times New Roman" w:cs="Times New Roman"/>
        </w:rPr>
        <w:t>Ишая дәл осы үндеуді жасаған еді, ол былай дегенде: «Өйткені Тәңір Ие Құдай, Исраилдің Қасиеттісі, былай дейді: “Қайтып келу мен тыныштықта құтқарыласыңдар”». Ишая «қайтып келудің» астарлы әңгіменің кідіру уақытымен байланысты екенін де қоса айтқан, өйткені ол былай деп жазды: «Сондықтан Жаратқан Ие сендерге рақым көрсету үшін күтеді, сондықтан сендерге мейірім ету үшін ұлықталады; өйткені Жаратқан Ие — әділдік Құдайы: Оны күткендердің бәрі бақытты».</w:t>
      </w:r>
    </w:p>
    <w:p>
      <w:pPr>
        <w:pStyle w:val="ArticleBody"/>
        <w:jc w:val="left"/>
      </w:pPr>
      <w:r>
        <w:rPr>
          <w:rFonts w:ascii="Times New Roman" w:hAnsi="Times New Roman" w:eastAsia="Times New Roman" w:cs="Times New Roman"/>
        </w:rPr>
        <w:t>Еремия айқындағандай, Құдайдың «аузы» болу артықшылығы — Америка Құрама Штаттары «айдаһарша сөйлейтін» уақытта Құдайдың атынан сөйлеу артықшылығы. Сол кезде Құдай халқы айтатын сөздер — папалық аңның таңбасына қарсы ескерту болады. Сол даңқты қозғалысқа қатысу үшін біз қайта оралуымыз керек.</w:t>
      </w:r>
    </w:p>
    <w:p>
      <w:pPr>
        <w:pStyle w:val="ArticleScripture"/>
        <w:jc w:val="left"/>
      </w:pPr>
      <w:r>
        <w:rPr>
          <w:rFonts w:ascii="Times New Roman" w:hAnsi="Times New Roman" w:eastAsia="Times New Roman" w:cs="Times New Roman"/>
        </w:rPr>
        <w:t>«Егер сен қайтатын болсаң, уа, Исраил, — дейді Жаратқан Ие, — Маған қайтып кел; егер көз алдымнан жиіркенішті істеріңді аластатсаң, онда сен қаңғып кетпейсің. Сонда сен: “Жаратқан Ие тірі”, — деп шындықпен, әділ сотпен және әділдікпен ант етесің; әрі халықтар Онымен өздерін жарылқайды, әрі Онымен мақтанады. Өйткені Жаратқан Ие Яһуда адамдары мен Иерусалим тұрғындарына былай дейді: Жаңадан жыртылмаған жерлеріңді жыртыңдар да, тікенектер арасына тұқым сеппеңдер. Жаратқан Иеге өздеріңді сүндеттеңдер, жүректеріңнің сүндет терісін алып тастаңдар, уа, Яһуда адамдары мен Иерусалим тұрғындары; әйтпесе Менің қаһарым оттай лап етіп шығып, ешкім өшіре алмайтындай болып жанады, істеген істеріңнің зұлымдығы үшін. Мұны Яһудада жариялаңдар, Иерусалимде хабарлаңдар да айтыңдар: Ел ішінде керней тартыңдар; дауыстап шақырыңдар, жиналыңдар да айтыңдар: Жиналыңдар, қорғанды қалаларға барайық. Сионға қарай туды көтеріңдер; шегініңдер, кідірмеңдер; өйткені Мен солтүстіктен апат пен зор қирауды әкелемін. Арыстан інінен шықты, халықтарды құртушы жолға шықты; ол сенің жеріңді қаңыратып тастау үшін өз орнынан шықты; қалаларың қирап, тұрғынсыз қалады». Еремия 4:1–7.</w:t>
      </w:r>
    </w:p>
    <w:p>
      <w:pPr>
        <w:pStyle w:val="ArticleScripture"/>
        <w:jc w:val="left"/>
      </w:pPr>
      <w:r>
        <w:rPr>
          <w:rFonts w:ascii="Times New Roman" w:hAnsi="Times New Roman" w:eastAsia="Times New Roman" w:cs="Times New Roman"/>
        </w:rPr>
        <w:t>Бірақ Жаратқан Иенің Рухы Гедеонға қонды, сонда ол керней тартты; әрі Әбиезер оның соңынан жиналды. Ол бүкіл Манасеге хабаршылар жіберді; олар да оның соңынан жиналды. Сондай-ақ ол Ашерге, Забулонға және Нафталыға хабаршылар жіберді; олар қарсы алуға көтеріліп келді. Билер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18 шілде 2020 жыл — Алтыншы нөмір</dc:title>
  <dc:subject>Жалау</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