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Бірінші сан</w:t>
      </w:r>
    </w:p>
    <w:p>
      <w:pPr>
        <w:pStyle w:val="ArticleSubtitle"/>
        <w:jc w:val="left"/>
      </w:pPr>
      <w:r>
        <w:rPr>
          <w:rFonts w:ascii="Arial" w:hAnsi="Arial" w:eastAsia="Arial" w:cs="Arial"/>
        </w:rPr>
        <w:t>Пайғамбарлықтарды ашу: Соңғы күндер, Яһуда Арыстаны және Аянның соңғы қозғалыстары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Аян кітабының бесінші тарауында Яһуда руынан шыққан Арыстан Мәсіхтің Құдай Сөзін Өз еркіне сай мөрлеуге де, мөрін ашуға да жеңіп шыққан Тұлға ретіндегі орнын білдіреді. 1989 жылы, 1863 жылғы бүліктен жүз жиырма алты жыл өткен соң, Яһуда руынан шыққан Арыстан Даниял кітабының он бірінші тарауының соңғы алты аятының мөрін ашты. Бұл аяттар 1798 жылы папалықтың өлімші жарақат алуынан басталып, папалық жараның қалай жазылуға тиіс екендігі туралы куәлікті, әрі одан әрі папалықтың ақырғы өлімші жарақатына дейінгі жайттарды таныстырады. Бұл аяттар қалай басталса, солай аяқталады: папалық Римнің сотымен.</w:t>
      </w:r>
    </w:p>
    <w:p>
      <w:pPr>
        <w:pStyle w:val="ArticleBody"/>
        <w:jc w:val="left"/>
      </w:pPr>
      <w:r>
        <w:rPr>
          <w:rFonts w:ascii="Times New Roman" w:hAnsi="Times New Roman" w:eastAsia="Times New Roman" w:cs="Times New Roman"/>
        </w:rPr>
        <w:t>Сол алты аят папалықтың өлімге соқтырар жарасының жазылуын, сондай-ақ айдаһардың, аңның және жалған пайғамбардың үштік одағының дүниені Армагеддонға қалай бастап апаратынын сипаттайды; бұл орын қырық бесінші аятта «теңіздердің арасында және даңқты қасиетті таудың жанында» деп айқындалады.</w:t>
      </w:r>
    </w:p>
    <w:p>
      <w:pPr>
        <w:pStyle w:val="ArticleBody"/>
        <w:jc w:val="left"/>
      </w:pPr>
      <w:r>
        <w:rPr>
          <w:rFonts w:ascii="Times New Roman" w:hAnsi="Times New Roman" w:eastAsia="Times New Roman" w:cs="Times New Roman"/>
        </w:rPr>
        <w:t>Альфа мен Омега Мәсіхтің соңын бастауымен әрдайым бейнелейтін сипатын білдіреді. Жүз қырық төрт мыңның реформалық қозғалысы — үшінші періштенің қозғалысы, яғни өз бастауымен алдын ала бейнеленген соңғы қозғалыс; ал оның бастауы — бірінші және екінші періштелердің Миллериттік қозғалысы болды. Миллериттік қозғалыс ақырзаман уақыты басталған 1798 жылы басталды; дәл сол жерден Даниял кітабының он бірінші тарауының соңғы алты аяты бастау алады, ал бұл қозғалыс 1844 жылғы 22 қазанда үкімнің ашылуымен аяқталды. Жүз қырық төрт мыңның қозғалысы Америка Құрама Штаттарындағы жексенбілік заңмен аяқталады.</w:t>
      </w:r>
    </w:p>
    <w:p>
      <w:pPr>
        <w:pStyle w:val="ArticleBody"/>
        <w:jc w:val="left"/>
      </w:pPr>
      <w:r>
        <w:rPr>
          <w:rFonts w:ascii="Times New Roman" w:hAnsi="Times New Roman" w:eastAsia="Times New Roman" w:cs="Times New Roman"/>
        </w:rPr>
        <w:t>Соңғы уақыттағы қозғалыстың басында, 1989 жылы, Яһуда руының Арыстаны Даниял кітабының он бірінші тарауының соңғы алты аятын ашты, ал қозғалыстың соңында, жексенбілік заңның дәл алдында, Ол Даниял кітабының он бірінші тарауындағы қырқыншы аяттың жасырын тарихын ашады. Уайт ханымның Даниялдың қай бөлігі ашылатыны жөніндегі түсіндірмесі 1989 жылғы ашылуға да, сондай-ақ 2023 жылдың шілде айында басталған ашылуға да қатысты.</w:t>
      </w:r>
    </w:p>
    <w:p>
      <w:pPr>
        <w:pStyle w:val="ArticleScripture"/>
        <w:jc w:val="left"/>
      </w:pPr>
      <w:r>
        <w:rPr>
          <w:rFonts w:ascii="Times New Roman" w:hAnsi="Times New Roman" w:eastAsia="Times New Roman" w:cs="Times New Roman"/>
        </w:rPr>
        <w:t>«Мөр басылған кітап — Аян кітабы емес, қайта Даниял пайғамбарлығының ақырғы күндерге қатысты бөлігі еді. Жазбада былай делінген: “Ал сен, ей Даниял, осы сөздерді жасырып қой да, кітапты ақыр заманға дейін мөрлеп қой; көп адам ары-бері жүгіріп, білім артады” (Даниял 12:4). Кітап ашылған кезде: “Уақыт енді болмайды”, — деген жар салынды. (Қараңыз: Аян 10:6.) Даниял кітабы енді мөрінен ашылды, ал Мәсіхтің Жоханға берген аяны жер жүзінің барлық тұрғындарына жетуге тиіс. Білімнің артуы арқылы соңғы күндерде тұруға дайын болатын бір халық әзірленуге тиіс. . . .»</w:t>
      </w:r>
    </w:p>
    <w:p>
      <w:pPr>
        <w:pStyle w:val="ArticleScripture"/>
        <w:jc w:val="left"/>
      </w:pPr>
      <w:r>
        <w:rPr>
          <w:rFonts w:ascii="Times New Roman" w:hAnsi="Times New Roman" w:eastAsia="Times New Roman" w:cs="Times New Roman"/>
        </w:rPr>
        <w:t>«Бірінші періштенің хабарында адамдар дүниені және ондағы барша нәрсені жаратқан Құдайға, біздің Жаратушымызға, ғибадат етуге шақырылады. Олар папалықтың бір мекемесіне тағзым етіп, Ехобаның заңын күшінен айырды, бірақ осы мәселе жөніндегі білімнің артуы болуға тиіс». Selected Messages, book 2, 105, 106.</w:t>
      </w:r>
    </w:p>
    <w:p>
      <w:pPr>
        <w:pStyle w:val="ArticleBody"/>
        <w:jc w:val="left"/>
      </w:pPr>
      <w:r>
        <w:rPr>
          <w:rFonts w:ascii="Times New Roman" w:hAnsi="Times New Roman" w:eastAsia="Times New Roman" w:cs="Times New Roman"/>
        </w:rPr>
        <w:t>1989 жылы соңғы күндерге қатысты Даниял кітабының бөлігі он бірінші тараудың соңғы алты аяты болды, ал жүз қырық төрт мыңның қозғалысы өз қозғалысының аяқталуына жеткен кезде, мөрі ашылатын Даниял кітабының бөлігі — қырқыншы аяттың жасырын тарихы; бұл 1989 жылдан бастап Америка Құрама Штаттарындағы жексенбілік заңға дейінгі тарихты бейнелейді. Қырқыншы аяттың жасырын тарихы — жүз қырық төрт мыңның тарихы. Әрбір пайғамбар сол кезеңге куәлік береді.</w:t>
      </w:r>
    </w:p>
    <w:p>
      <w:pPr>
        <w:pStyle w:val="ArticleBody"/>
        <w:jc w:val="left"/>
      </w:pPr>
      <w:r>
        <w:rPr>
          <w:rFonts w:ascii="Times New Roman" w:hAnsi="Times New Roman" w:eastAsia="Times New Roman" w:cs="Times New Roman"/>
        </w:rPr>
        <w:t>Бұл үзіндіде «соңғы күндері тұру үшін бір халықты даярлауға тиіс» білімнің артуы 1989 жылы соңғы алты аяттың мөрінің ашылуын білдіреді, сондай-ақ ол қырқыншы аяттың жасырын тарихының ашылуын да білдіреді. Екі тарихта да Рухтың жетелеуімен папалық билік пен жексенбілік заң жөнінде білімнің артуы болуға тиіс екені көрсетіледі. Жүз қырық төрт мыңдықтардың қозғалысының басталуында да, аяқталуында да білімнің артуы Даниял кітабының он екінші тарауында бейнеленгендей, үш сатылы сыналу үдерісін туындатады.</w:t>
      </w:r>
    </w:p>
    <w:p>
      <w:pPr>
        <w:pStyle w:val="ArticleScripture"/>
        <w:jc w:val="left"/>
      </w:pPr>
      <w:r>
        <w:rPr>
          <w:rFonts w:ascii="Times New Roman" w:hAnsi="Times New Roman" w:eastAsia="Times New Roman" w:cs="Times New Roman"/>
        </w:rPr>
        <w:t>Сонда ол былай деді: «Өз жолыңмен кете бер, Даниел; өйткені бұл сөздер ақыр заман уақытына дейін жабулы әрі мөрленген. Көптеген адамдар тазартылады, ағартылады және сыналады; ал зұлымдар зұлымдық жасай береді; зұлымдардың ешқайсысы түсінбейді, ал даналар түсінеді». Даниел 12:9, 10.</w:t>
      </w:r>
    </w:p>
    <w:p>
      <w:pPr>
        <w:pStyle w:val="ArticleBody"/>
        <w:jc w:val="left"/>
      </w:pPr>
      <w:r>
        <w:rPr>
          <w:rFonts w:ascii="Times New Roman" w:hAnsi="Times New Roman" w:eastAsia="Times New Roman" w:cs="Times New Roman"/>
        </w:rPr>
        <w:t>Қасиетті реформалық қозғалыстардың бәріндегідей, Даниял «тазартылып, ағартылып, сыналатын» деп бейнелеген үш қадам — құдайлық нышанның төмен түсуінің межелік белгісін, одан кейін орындалмай қалған болжамның сыналуын, ал содан соң мөрі ашылған білімнің артуын қабылдауы немесе қабылдамауы негізінде қалыптасатын екі таптың сипатын айқындайтын үшінші лакмус сынағын білдіреді. Жүз қырық төрт мыңдықтың қозғалысы басталған кезде, бұл үш қадам 2001 жылғы 11 қыркүйек, одан кейін 2020 жылғы 18 шілде, ал содан соң жексенбілік заң болды. Дәл сол қозғалыстың аяқталуында бұл үш қадам — 2023 жылғы шілде, Түн ортасындағы айғай хабарының келуі және жексенбілік заң.</w:t>
      </w:r>
    </w:p>
    <w:p>
      <w:pPr>
        <w:pStyle w:val="ArticleBody"/>
        <w:jc w:val="left"/>
      </w:pPr>
      <w:r>
        <w:rPr>
          <w:rFonts w:ascii="Times New Roman" w:hAnsi="Times New Roman" w:eastAsia="Times New Roman" w:cs="Times New Roman"/>
        </w:rPr>
        <w:t>2023 жылдың шілдесінде мөрі ашылған, Құдай халқын берік тұруға дайындайтын хабарда пайғамбарлық ақиқаттың бірнеше желісі бар, және сол желілердің қатарында Езекиел кітабының отыз жетінші тарауындағы қурап, кеуіп кеткен өлі сүйектер де қамтылған. Езекиел екі хабарды ұсынады. Бірінші хабар сүйектерді қайтадан біріктіреді, бірақ Исраил өз аяғына тұрып, құдіретті әскер болғаны тек екінші хабардан кейін ғана еді. Аян кітабының он бірінші тарауындағы екі куә Киелі Рухқа кенелген кезде орындарынан тұрды.</w:t>
      </w:r>
    </w:p>
    <w:p>
      <w:pPr>
        <w:pStyle w:val="ArticleScripture"/>
        <w:jc w:val="left"/>
      </w:pPr>
      <w:r>
        <w:rPr>
          <w:rFonts w:ascii="Times New Roman" w:hAnsi="Times New Roman" w:eastAsia="Times New Roman" w:cs="Times New Roman"/>
        </w:rPr>
        <w:t>Үш жарым күннен кейін Құдайдан келген өмір рухы олардың ішіне енді, сонда олар аяқтарына тік тұрды; және оларды көргендердің үстіне зор қорқыныш түсті. Аян 11:11.</w:t>
      </w:r>
    </w:p>
    <w:p>
      <w:pPr>
        <w:pStyle w:val="ArticleBody"/>
        <w:jc w:val="left"/>
      </w:pPr>
      <w:r>
        <w:rPr>
          <w:rFonts w:ascii="Times New Roman" w:hAnsi="Times New Roman" w:eastAsia="Times New Roman" w:cs="Times New Roman"/>
        </w:rPr>
        <w:t>Езекиел де дәл сол шындықты үйретеді.</w:t>
      </w:r>
    </w:p>
    <w:p>
      <w:pPr>
        <w:pStyle w:val="ArticleScripture"/>
        <w:jc w:val="left"/>
      </w:pPr>
      <w:r>
        <w:rPr>
          <w:rFonts w:ascii="Times New Roman" w:hAnsi="Times New Roman" w:eastAsia="Times New Roman" w:cs="Times New Roman"/>
        </w:rPr>
        <w:t>Сонда Ол маған: «Адам ұлы, орныңнан тұр, Мен саған сөйлеймін»,— деді. Ол маған сөйлеген кезде, рух ішіме кіріп, мені аяғымның үстіне тұрғызды; сонда мен өзіме сөйлегенді естідім. Езекиел 2:1, 2.</w:t>
      </w:r>
    </w:p>
    <w:p>
      <w:pPr>
        <w:pStyle w:val="ArticleBody"/>
        <w:jc w:val="left"/>
      </w:pPr>
      <w:r>
        <w:rPr>
          <w:rFonts w:ascii="Times New Roman" w:hAnsi="Times New Roman" w:eastAsia="Times New Roman" w:cs="Times New Roman"/>
        </w:rPr>
        <w:t>Уайт ханым: «білімнің артуы арқылы бір халық соңғы күндерде нық тұруға дайындалуға тиіс» дегенде, білімнің артуы он қыз туралы астарлы әңгіменің «майымен» сәйкестендіріледі, ал «май» «Құдай Рухының хабарларын», сондай-ақ «Киелі Рухты», сонымен бірге «мінезді» білдіреді.</w:t>
      </w:r>
    </w:p>
    <w:p>
      <w:pPr>
        <w:pStyle w:val="ArticleBody"/>
        <w:jc w:val="left"/>
      </w:pPr>
      <w:r>
        <w:rPr>
          <w:rFonts w:ascii="Times New Roman" w:hAnsi="Times New Roman" w:eastAsia="Times New Roman" w:cs="Times New Roman"/>
        </w:rPr>
        <w:t>2023 жылғы шілде мен жуық арада келетін жексенбілік заңның аралығында Құдай халқын тірілтіп, оларды аяққа тұрғызатын білімнің артуы болады. Олардың аяққа тұруы — сол уақытта мөрі ашылған хабардың «майына» ие екендіктерін білдіреді. Олар сауыттарының ішінде Киелі Рух болғанда аяққа тұрады, әрі Құдайдың мөріне әзірленген мінез-құлыққа ие болғанда да аяққа тұрады.</w:t>
      </w:r>
    </w:p>
    <w:p>
      <w:pPr>
        <w:pStyle w:val="ArticleBody"/>
        <w:jc w:val="left"/>
      </w:pPr>
      <w:r>
        <w:rPr>
          <w:rFonts w:ascii="Times New Roman" w:hAnsi="Times New Roman" w:eastAsia="Times New Roman" w:cs="Times New Roman"/>
        </w:rPr>
        <w:t>2023 жылдың шілдесінде басталған алғашқы сынақ қадамынан кейін үміткерлерге майды қабылдауға не оны теріске шығаруға мүмкіндік беретін кезең келді. Қабылдағандар мөрленеді де, жуық арада келетін жексенбілік заң кезінде ту іспетті көтеріліп қойылады. Ал майды теріске шығарғандар күшті адасуға ұшырайды.</w:t>
      </w:r>
    </w:p>
    <w:p>
      <w:pPr>
        <w:pStyle w:val="ArticleBody"/>
        <w:jc w:val="left"/>
      </w:pPr>
      <w:r>
        <w:rPr>
          <w:rFonts w:ascii="Times New Roman" w:hAnsi="Times New Roman" w:eastAsia="Times New Roman" w:cs="Times New Roman"/>
        </w:rPr>
        <w:t>Сол үміткерлер 2023 жылғы шілдеде рухани ұйқыдан оятылды, содан кейін олар өздерінің жеке сынақ мерзімі жабылар алдындағы соңғы сыналу үдерісімен бетпе-бет келді. Сыналу үдерісі аңның мүсінінің қалыптасуымен байланысты пайғамбарлық сынақтың аясында белгіленді; дәл сол кезде сол үміткерлер қайтадан тіріліп, өз ішінде Мәсіхтің мүсінін қалыптастыруға тиіс еді. Сынақ жүзеге асырылуға тиіс пайғамбарлық құрылым — 1989 жылдан жексенбілік заңға дейінгі тарих. Сол үміткерлердің ояна алмауы Жаратқан Иені адасушылықтардың енуіне жол беруге алып келді.</w:t>
      </w:r>
    </w:p>
    <w:p>
      <w:pPr>
        <w:pStyle w:val="ArticleScripture"/>
        <w:jc w:val="left"/>
      </w:pPr>
      <w:r>
        <w:rPr>
          <w:rFonts w:ascii="Times New Roman" w:hAnsi="Times New Roman" w:eastAsia="Times New Roman" w:cs="Times New Roman"/>
        </w:rPr>
        <w:t>«Құдай Өз халқын оятады; егер өзге амалдар нәтижесіз болса, олардың арасына адасушылық ілімдер енеді, және солар оларды елеуден өткізіп, сабанды бидайдан айырады. Жаратқан Ие Өз сөзіне сенетіндердің бәрін ұйқыдан оянуға шақырады. Осы уақытқа лайық қымбат нұр келді. Бұл — дәл іргемізде тұрған қауіптерді көрсететін Киелі кітап ақиқаты. Осы нұр бізді Жазбаларды ыждағатпен зерттеуге және ұстанып отырған ұстанымдарымызды барынша сындарлы түрде тексеруге жетелеуге тиіс. Құдай ақиқаттың барлық қырлары мен тұғырлары дұғамен және оразамен мұқият әрі табандылықпен зерттелгенін қалайды». Testimonies, 5-том, 708-б.</w:t>
      </w:r>
    </w:p>
    <w:p>
      <w:pPr>
        <w:pStyle w:val="ArticleBody"/>
        <w:jc w:val="left"/>
      </w:pPr>
      <w:r>
        <w:rPr>
          <w:rFonts w:ascii="Times New Roman" w:hAnsi="Times New Roman" w:eastAsia="Times New Roman" w:cs="Times New Roman"/>
        </w:rPr>
        <w:t>Барлық пайғамбарлар соңғы күндерге үн қатады, сондықтан осы соңғы күндерде, 2023 жылдың шілдесінде, Жаратқан Ие Өз халқын «оятуға» әрекет етті, бірақ Оның талпынысы нәтижесіз болды; содан кейін Ол ақырдың жақындығы туралы ескерту ретінде Адвент тарихындағы Римнің бір нышаны жөніндегі алғашқы даудың қайталануына жол берді. Ол мұны, тіпті «осы уақытқа лайық» «қымбатты нұр» «келген» болса да, жасады. 2023 жылдың шілдесінде келген сол нұр — «дәл қазір-ақ төніп тұрған қауіптерді көрсететін Киелі кітап ақиқаты». Сол нұр «бізді Жазбаларды ынтамен зерттеуге және өзіміз ұстанып жүрген ұстанымдарды аса сындарлы түрде тексеруге» жетелеуі тиіс еді.</w:t>
      </w:r>
    </w:p>
    <w:p>
      <w:pPr>
        <w:pStyle w:val="ArticleBody"/>
        <w:jc w:val="left"/>
      </w:pPr>
      <w:r>
        <w:rPr>
          <w:rFonts w:ascii="Times New Roman" w:hAnsi="Times New Roman" w:eastAsia="Times New Roman" w:cs="Times New Roman"/>
        </w:rPr>
        <w:t>Қырықыншы аяттың жасырын тарихы Даниял он бірдің оныншыдан он бесіншіге дейінгі аяттарында бейнеленген, өйткені Альфа мен Омега Даниялдың соңғы пайғамбарлығының аяқталуын оның басталуымен бірге көрсетіп берді. 2020 жылғы 18 шілдедегі түңіліске дейін Шайтан оныншыдан он бесіншіге дейінгі аяттарға қатысты шатасуды енгізген еді, себебі ол тараудың басы тараудың соңын бейнелеудің кілті екенін білді. Содан кейін он төртінші аяттың бастапқы дауы енгізілді.</w:t>
      </w:r>
    </w:p>
    <w:p>
      <w:pPr>
        <w:pStyle w:val="ArticleScripture"/>
        <w:jc w:val="left"/>
      </w:pPr>
      <w:r>
        <w:rPr>
          <w:rFonts w:ascii="Times New Roman" w:hAnsi="Times New Roman" w:eastAsia="Times New Roman" w:cs="Times New Roman"/>
        </w:rPr>
        <w:t>«Ұлы алдаушы біздің оның айла-тәсілдерімен танысып алуымыздан еш нәрседен мұншалықты қорықпайды». Ұлы күрес, 516-бет.</w:t>
      </w:r>
    </w:p>
    <w:p>
      <w:pPr>
        <w:pStyle w:val="ArticleBody"/>
        <w:jc w:val="left"/>
      </w:pPr>
      <w:r>
        <w:rPr>
          <w:rFonts w:ascii="Times New Roman" w:hAnsi="Times New Roman" w:eastAsia="Times New Roman" w:cs="Times New Roman"/>
        </w:rPr>
        <w:t>Бұл аяттардың мағынасы мен мақсатын шатастыруға бағытталған шайтандық әрекеттерден-ақ олардың қазір жүз қырық төрт мыңның қатарына енуге үміткерлерді електен өткізіп жатқан сынау үдерісінің маңызды бір бөлігі екені айқын көрінеді. Уайт қарындас 1798 жылы ақырзаман уақытына дейін орындалған Даниял он бірінші тарауында бейнеленген тарихтың соңғы алты аятта қайталанатынын ерекше атап көрсетеді.</w:t>
      </w:r>
    </w:p>
    <w:p>
      <w:pPr>
        <w:pStyle w:val="ArticleScripture"/>
        <w:jc w:val="left"/>
      </w:pPr>
      <w:r>
        <w:rPr>
          <w:rFonts w:ascii="Times New Roman" w:hAnsi="Times New Roman" w:eastAsia="Times New Roman" w:cs="Times New Roman"/>
        </w:rPr>
        <w:t>«Бізде жоғалтар уақыт жоқ. Алдымызда ауыр-қысталаң заман тұр. Дүние соғыс рухымен толқуда. Жақында пайғамбарлықтарда айтылған қиыншылық көріністері жүзеге асады. Даниял кітабының он бірінші тарауындағы пайғамбарлық өзінің толық орындалуына таяп қалды. Осы пайғамбарлықтың орындалуы барысында болған тарихтың көп бөлігі қайталанатын болады». Manuscript Releases, number 13, 394.</w:t>
      </w:r>
    </w:p>
    <w:p>
      <w:pPr>
        <w:pStyle w:val="ArticleBody"/>
        <w:jc w:val="left"/>
      </w:pPr>
      <w:r>
        <w:rPr>
          <w:rFonts w:ascii="Times New Roman" w:hAnsi="Times New Roman" w:eastAsia="Times New Roman" w:cs="Times New Roman"/>
        </w:rPr>
        <w:t>Менің пайымдауымша, бірінші аяттан отыз тоғызыншы аятқа дейін бейнеленген бүкіл тарих тараудың соңғы алты аятында қайтадан қайталанады. Сондай-ақ мен соңғы күндердің тарихы, яғни 1844 жылғы 22 қазанда басталған соттың аяқталу тарихы, екі негізгі пайғамбарлық кезеңмен бейнеленеді деп пайымдаймын. Бірінші кезең Құдай үйіне шығарылатын сотты бейнелейді, ал содан кейін Құдай үйінен тысқары тұрғандар үшін сот жүзеге асырылатын кезең келеді. Бірінші кезең 1989 жылы басталып, Америка Құрама Штаттарындағы жексенбілік заңмен аяқталады; бұл өз кезегінде екінші кезеңнің басталуын белгілейді, ал ол Михаилдің орнынан тұрып, адамзатқа берілген сынақ мерзімі жабылған кезде аяқталады. Қырықыншы аяттың жасырын тарихы да 1989 жылы басталып, қырық бірінші аятта, яғни Америка Құрама Штаттарындағы жексенбілік заңда, аяқталады.</w:t>
      </w:r>
    </w:p>
    <w:p>
      <w:pPr>
        <w:pStyle w:val="ArticleBody"/>
        <w:jc w:val="left"/>
      </w:pPr>
      <w:r>
        <w:rPr>
          <w:rFonts w:ascii="Times New Roman" w:hAnsi="Times New Roman" w:eastAsia="Times New Roman" w:cs="Times New Roman"/>
        </w:rPr>
        <w:t>Бұл — сол тараудың оннан он бесінші аяттарына дейінгі дәл сол тарих. Бұл тарих 1798 жылғы ақырзаман уақытынан бастап, 1844 жылғы 22 қазанда сот басталғанға дейінгі Миллериттердің тарихымен қатарласады. Осы екі тарих Мәсіхтің туылуынан басталып, айқышта аяқталған пайғамбарлық тарихпен қатар жүреді.</w:t>
      </w:r>
    </w:p>
    <w:p>
      <w:pPr>
        <w:pStyle w:val="ArticleBody"/>
        <w:jc w:val="left"/>
      </w:pPr>
      <w:r>
        <w:rPr>
          <w:rFonts w:ascii="Times New Roman" w:hAnsi="Times New Roman" w:eastAsia="Times New Roman" w:cs="Times New Roman"/>
        </w:rPr>
        <w:t>1989 жылы басталатын тарихқа 2001 жылғы 11 қыркүйекте басталған сыналу кезеңі кіреді; бұл кезең 1840 жылғы 11 тамызда басталған сыналу кезеңі және Мәсіхтің шомылдыру рәсімінен өтуімен басталған сыналу кезеңі арқылы бейнеленген. Аңның бейнесінің қалыптасуы пайғамбарлық тарихтың бірнеше желісі арқылы бейнеленген. Сол уақыт кезеңінің сондай көріністерінің бірі — 2001 жылғы 11 қыркүйекте басталып, жуық арада келетін жексенбілік заң кезінде аяқталатын жүз қырық төрт мыңның мөрлену уақыты. Қырықыншы аяттың жасырын тарихы да 1844 жылғы 22 қазаннан 1863 жылғы бүлікке дейінгі желімен қабаттастырыла алады.</w:t>
      </w:r>
    </w:p>
    <w:p>
      <w:pPr>
        <w:pStyle w:val="ArticleBody"/>
        <w:jc w:val="left"/>
      </w:pPr>
      <w:r>
        <w:rPr>
          <w:rFonts w:ascii="Times New Roman" w:hAnsi="Times New Roman" w:eastAsia="Times New Roman" w:cs="Times New Roman"/>
        </w:rPr>
        <w:t>1844 жылдың 22 қазаны үшінші періштенің келуін белгіледі. Кез келген пайғамбарлық періштенің келуі сияқты, оның да желінуге тиіс хабары болды, бірақ ол желінбеді; сөйтіп филадельфиялық миллеризм 1863 жылдан бұрын лаодикеялық миллеризмге айналды, сол жылы олар ресми түрде Жетінші күн адвентисі деген атауды қабылдап, осы күнге дейін бүлік шөлінде қаңғып жүруді бастады. 1844 жылдан 1863 жылға дейінгі тарих жүз қырық төрт мыңның қатарында болу шақыруын теріске шығаратындарды бейнелейді. Олар — Даниялдың он екінші тараудағы зұлымдары, Еремияның келемеждеушілер жиналысы, Жоханның шайтан синагогасы және Матайдың ақылсыз қыздары.</w:t>
      </w:r>
    </w:p>
    <w:p>
      <w:pPr>
        <w:pStyle w:val="ArticleBody"/>
        <w:jc w:val="left"/>
      </w:pPr>
      <w:r>
        <w:rPr>
          <w:rFonts w:ascii="Times New Roman" w:hAnsi="Times New Roman" w:eastAsia="Times New Roman" w:cs="Times New Roman"/>
        </w:rPr>
        <w:t>Мәсіхтің «Даниял пайғамбар айтқан қаңыратып-бос қалдыру жиіркеніштілігі» деп бейнелеген ескерту хабары — артынша келетін қирау мен бытырауға дейін алдын ала қашу туралы ескерту болып табылады. Б.з. 66 жылы римдік қолбасшы Цестий пұтқа табынушы Рим дәуіріндегі мәсіхшілерге арналған сол ескертуді орындады. Бірінші ғасырда елші Пауыл папалық Рим дәуірінде азап шегетін мәсіхшілер үшін сол ескертуді жазып қалдырды. Сенбіні сақтаушылардың қалалардан шығып, ауылдық жерде тұруы туралы ескерту 1888 жылы, жексенбіні Ұлттық Демалыс Күні ретінде бекітудің алғашқы талпынысы болған Блэр заңы шыққан сол жылы берілді. Блэр заңы Мәсіхтің Даниялдың қаңыратып-бос қалдыру жиіркеніштілігі туралы айтқан сөзінің орындалуындағы қашу жөніндегі ескерту болды.</w:t>
      </w:r>
    </w:p>
    <w:p>
      <w:pPr>
        <w:pStyle w:val="ArticleBody"/>
        <w:jc w:val="left"/>
      </w:pPr>
      <w:r>
        <w:rPr>
          <w:rFonts w:ascii="Times New Roman" w:hAnsi="Times New Roman" w:eastAsia="Times New Roman" w:cs="Times New Roman"/>
        </w:rPr>
        <w:t>Біздің заманымыздың 66 жылы Кестийге қатысты болғандай, Блэр заңы да Құдайдың алдын ала қамқорлығы бойынша кері қайтарылды. 1888 жыл 2001 жылғы 11 қыркүйекті бейнелейді, өйткені Уайт ханым екі тарихта да Аян кітабының он сегізінші тарауындағы періштенің түсуін атап көрсетеді. Соңғы күндері қалалардан қашу туралы ескерту 2001 жылғы 11 қыркүйекте күшіне енді. Сондықтан 1888 жылғы Блэр заңы 2001 жылғы Патриоттық актіні бейнеледі. 2001 жылғы 11 қыркүйекте түскен періште Аян кітабының он сегізінші тарауының алғашқы үш аятындағы соңғы ескерту хабарын жариялайды, ал соңғы ескерту хабары, он төртінші тараудағы үшінші періште бейнелейтін хабар он сегізінші тараудағы ақиқаттың дәл сол сөздік тұжырымдары болмаса да, үшінші періштенің хабары болып табылады. Жол үстіне жол болып, бұлар бір ескерту хабарының өзі.</w:t>
      </w:r>
    </w:p>
    <w:p>
      <w:pPr>
        <w:pStyle w:val="ArticleBody"/>
        <w:jc w:val="left"/>
      </w:pPr>
      <w:r>
        <w:rPr>
          <w:rFonts w:ascii="Times New Roman" w:hAnsi="Times New Roman" w:eastAsia="Times New Roman" w:cs="Times New Roman"/>
        </w:rPr>
        <w:t>Даниял пайғамбар айтқан қаңыратып бос қалдыратын жиіркеніш — Мәсіх Өз халқының қорғаныш үшін қашан қашуы тиіс екенін айқындап берген белгі еді. Бұл — ескерту хабары, сондықтан да ол, Аян кітабының он төртінші тарауында да, сондай-ақ он сегізінші тарауында да бейнеленген хабардан өзге сөздермен білдірілген болса да, ақырғы ескерту хабары болуы тиіс. Ермияның он бесінші тарауының он алтыншы аятымен басталатын тарих — ескертуші сынақ хабарының сол бір пайғамбарлық кезеңі. Ол Ермияның Құдай Сөзін жеуінен басталады, ал бұл періште төмен түскен кезде жүзеге асады, дәл сол сияқты Нью-Йорк қаласының зәулім ғимараттары құлаған кезде де солай болған еді.</w:t>
      </w:r>
    </w:p>
    <w:p>
      <w:pPr>
        <w:pStyle w:val="ArticleBody"/>
        <w:jc w:val="left"/>
      </w:pPr>
      <w:r>
        <w:rPr>
          <w:rFonts w:ascii="Times New Roman" w:hAnsi="Times New Roman" w:eastAsia="Times New Roman" w:cs="Times New Roman"/>
        </w:rPr>
        <w:t>Еремия: «Сөздерің табылды, мен оларды жедім; сөзің жүрегіме қуаныш пен шаттық болды»,— деп жариялағанда, ол Даниял кітабының бірінші тарауындағы асқа қатысты Даниялдың алғашқы сынағын және Аян кітабының оныншы тарауында Жоханның періштенің қолынан кітапты алып, оны жеуін бейнелейді. Хабарды жеу періште келген кезде басталады, ал періште келгенде мөрі ашылатын сынақ туралы пайғамбарлық бар. Періште келгенде алғашқы сынақ кезеңі басталады, ол екінші сынақ кезеңі басталғанда аяқталады, ал Михаил орнынан тұрған кезде, екінші сынақ кезеңі аяқталады.</w:t>
      </w:r>
    </w:p>
    <w:p>
      <w:pPr>
        <w:pStyle w:val="ArticleBody"/>
        <w:jc w:val="left"/>
      </w:pPr>
      <w:r>
        <w:rPr>
          <w:rFonts w:ascii="Times New Roman" w:hAnsi="Times New Roman" w:eastAsia="Times New Roman" w:cs="Times New Roman"/>
        </w:rPr>
        <w:t>Періштe келген кезде, кейінгі жаңбыр жауа бастайды.</w:t>
      </w:r>
    </w:p>
    <w:p>
      <w:pPr>
        <w:pStyle w:val="ArticleScripture"/>
        <w:jc w:val="left"/>
      </w:pPr>
      <w:r>
        <w:rPr>
          <w:rFonts w:ascii="Times New Roman" w:hAnsi="Times New Roman" w:eastAsia="Times New Roman" w:cs="Times New Roman"/>
        </w:rPr>
        <w:t>«Кеш жауын Құдай халқының үстіне төгілуге тиіс. Көктен құдіретті бір періште түсіп келуге тиіс, әрі бүкіл жер оның ұлылығымен нұрлануға тиіс». Review and Herald, 1891 жылғы 21 сәуір.</w:t>
      </w:r>
    </w:p>
    <w:p>
      <w:pPr>
        <w:pStyle w:val="ArticleBody"/>
        <w:jc w:val="left"/>
      </w:pPr>
      <w:r>
        <w:rPr>
          <w:rFonts w:ascii="Times New Roman" w:hAnsi="Times New Roman" w:eastAsia="Times New Roman" w:cs="Times New Roman"/>
        </w:rPr>
        <w:t>Кейінгі жаңбыр Еремия айтқан көне соқпақтармен жүретіндерге беріледі.</w:t>
      </w:r>
    </w:p>
    <w:p>
      <w:pPr>
        <w:pStyle w:val="ArticleScripture"/>
        <w:jc w:val="left"/>
      </w:pPr>
      <w:r>
        <w:rPr>
          <w:rFonts w:ascii="Times New Roman" w:hAnsi="Times New Roman" w:eastAsia="Times New Roman" w:cs="Times New Roman"/>
        </w:rPr>
        <w:t>Жаратқан Ие былай дейді: Жолдардың торабында тұрып, қараңдар, ежелгі соқпақтар туралы сұраңдар: жақсы жол қайда екенін біліп, сол жолмен жүріңдер, сонда жандарыңа тыныштық табасыңдар. Бірақ олар: «Онымен жүрмейміз»,— деді. Сондай-ақ Мен сендердің үсттеріңе күзетшілер қойдым да: «Керней үнін тыңдаңдар»,— дедім. Бірақ олар: «Тыңдамаймыз»,— деді. Еремия 6:16, 17.</w:t>
      </w:r>
    </w:p>
    <w:p>
      <w:pPr>
        <w:pStyle w:val="ArticleBody"/>
        <w:jc w:val="left"/>
      </w:pPr>
      <w:r>
        <w:rPr>
          <w:rFonts w:ascii="Times New Roman" w:hAnsi="Times New Roman" w:eastAsia="Times New Roman" w:cs="Times New Roman"/>
        </w:rPr>
        <w:t>«Күзетшілер» соғатын «керней» — Джоунс пен Ваггонер 1888 жылы ұсынған Лаодикеяға арналған хабар.</w:t>
      </w:r>
    </w:p>
    <w:p>
      <w:pPr>
        <w:pStyle w:val="ArticleScripture"/>
        <w:jc w:val="left"/>
      </w:pPr>
      <w:r>
        <w:rPr>
          <w:rFonts w:ascii="Times New Roman" w:hAnsi="Times New Roman" w:eastAsia="Times New Roman" w:cs="Times New Roman"/>
        </w:rPr>
        <w:t>Бар даусыңмен жар сал, тыйылма, даусыңды кернейдей көтер де, халқыме олардың күнәсін, Жақып әулетіне олардың күнәларын көрсет. Ишая 58:1.</w:t>
      </w:r>
    </w:p>
    <w:p>
      <w:pPr>
        <w:pStyle w:val="ArticleBody"/>
        <w:jc w:val="left"/>
      </w:pPr>
      <w:r>
        <w:rPr>
          <w:rFonts w:ascii="Times New Roman" w:hAnsi="Times New Roman" w:eastAsia="Times New Roman" w:cs="Times New Roman"/>
        </w:rPr>
        <w:t>2001 жылғы 11 қыркүйекте жүз қырық төрт мыңның мөрленуі басталды. Лаодикеяға арналған ескерту хабары жарияланды.</w:t>
      </w:r>
    </w:p>
    <w:p>
      <w:pPr>
        <w:pStyle w:val="ArticleScripture"/>
        <w:jc w:val="left"/>
      </w:pPr>
      <w:r>
        <w:rPr>
          <w:rFonts w:ascii="Times New Roman" w:hAnsi="Times New Roman" w:eastAsia="Times New Roman" w:cs="Times New Roman"/>
        </w:rPr>
        <w:t>«A. T. Jones пен E. J. Waggoner арқылы бізге берілген хабар — Лаодикия шіркеуіне арналған Құдайдың хабары, ал ақиқатқа сенетінін мойындай тұра, өзгелерге Құдай берген нұр сәулелерін көрсетпейтін әркімге қасірет болсын». The 1888 Materials, 1053.</w:t>
      </w:r>
    </w:p>
    <w:p>
      <w:pPr>
        <w:pStyle w:val="ArticleBody"/>
        <w:jc w:val="left"/>
      </w:pPr>
      <w:r>
        <w:rPr>
          <w:rFonts w:ascii="Times New Roman" w:hAnsi="Times New Roman" w:eastAsia="Times New Roman" w:cs="Times New Roman"/>
        </w:rPr>
        <w:t>Лаодикеяға берілген ескерту — Лаодикеялық Жетінші күн адвентистері шіркеуі тыңдаудан бас тартатын Еремияның күзетшілерінің керней үні. Бұл — жуықта күшіне енетін жексенбілік заңның алдында қалалардан ауылдық жердегі меншікке қашып шығу туралы ескерту.</w:t>
      </w:r>
    </w:p>
    <w:p>
      <w:pPr>
        <w:pStyle w:val="ArticleBody"/>
        <w:jc w:val="left"/>
      </w:pPr>
      <w:r>
        <w:rPr>
          <w:rFonts w:ascii="Times New Roman" w:hAnsi="Times New Roman" w:eastAsia="Times New Roman" w:cs="Times New Roman"/>
        </w:rPr>
        <w:t>Осы әртүрлі пайғамбарлық желілерге қатысты мен жаңа ғана айтқаным — енді жазбақ болғанымды шынайы түрде сынап көруге сіздерді жігерлендіру мақсатымен, сіздердің айыру қабілеттеріңізді оятуға жасалған талпыныс еді. Бәлкім, аңға қатысты әрі аңға арналған бейненің ең маңызды сипаты — соңғы күндері аңның бейнесінің әрі аңға арналған бейненің екі түрде қалыптасатынында. Біріншісі — Құрама Штаттарда, ал содан кейін — дүниенің халықтарының арасында.</w:t>
      </w:r>
    </w:p>
    <w:p>
      <w:pPr>
        <w:pStyle w:val="ArticleBody"/>
        <w:jc w:val="left"/>
      </w:pPr>
      <w:r>
        <w:rPr>
          <w:rFonts w:ascii="Times New Roman" w:hAnsi="Times New Roman" w:eastAsia="Times New Roman" w:cs="Times New Roman"/>
        </w:rPr>
        <w:t>Аңның бейнесіне және аңға қатысты, Римнің осы бейнесіне байланысты пайғамбарлық сынақ үдерісі арқылы дұрыс өтуіміз үшін, тиісінше қолданылуы қажет белгілі бір пайғамбарлық сипаттар бар. Аң бейнесіне қатысты сынақ кезеңінің екінші маңызды бір қыры (оны бірнеше куәлік арқылы көрсетуге болады) — жүз қырық төрт мыңның мөрлену уақыты Америка Құрама Штаттарындағы аң бейнесі сынағы кезеңінде өтеді, ал дүниежүзінің халықтарындағы аң бейнесі сынағы кезеңі — сол жексенбілік заңның уақытында (321 санымен бейнеленген) әлі де Бабылда жүрген Құдайдың өзге балалары отарға жиналатын уақыт.</w:t>
      </w:r>
    </w:p>
    <w:p>
      <w:pPr>
        <w:pStyle w:val="ArticleBody"/>
        <w:jc w:val="left"/>
      </w:pPr>
      <w:r>
        <w:rPr>
          <w:rFonts w:ascii="Times New Roman" w:hAnsi="Times New Roman" w:eastAsia="Times New Roman" w:cs="Times New Roman"/>
        </w:rPr>
        <w:t>Аңның бейнесі сынақ уақытының өзара байланысқан екі нақты кезеңін бейнелейді, әрі сол екі сынақ кезеңі Аян кітабының жетінші тарауындағы жүз қырық төрт мыңның соңғы рет жиналуын, содан кейін дәл сол тараудағы ұлы көпшілікті де бейнелейді.</w:t>
      </w:r>
    </w:p>
    <w:p>
      <w:pPr>
        <w:pStyle w:val="ArticleBody"/>
        <w:jc w:val="left"/>
      </w:pPr>
      <w:r>
        <w:rPr>
          <w:rFonts w:ascii="Times New Roman" w:hAnsi="Times New Roman" w:eastAsia="Times New Roman" w:cs="Times New Roman"/>
        </w:rPr>
        <w:t>Жексенбілік заң кезінде Америка Құрама Штаттары Аян кітабының он үшінші тарауының он бірінші аятында айдаһарша сөйлейді. Содан кейін ол дүниенің барлық халықтарын алдауға шығып, сол халықтарға Америка Құрама Штаттары жаңа ғана істегендей, олар да аңға бүкіләлемдік мүсін жасауы тиіс екенін айтады. 321 жылғы Константиннің жексенбілік заңымен бейнеленген, жексенбілік заңнан басталатын кезең соңғы ұлт папалық Римнің алдында тізе бүккенде аяқталады; мұнда 538 жылғы жексенбілік заң бейнеленеді, өйткені он үшінші тарауда Америка Құрама Штаттары аңның мүсініне жан бітіріп, оны сөйлететін билікке ие. Бұл кезең 321 жылғы жексенбілік заңмен басталып, 538 жылғы жексенбілік заңмен аяқталады.</w:t>
      </w:r>
    </w:p>
    <w:p>
      <w:pPr>
        <w:pStyle w:val="ArticleBody"/>
        <w:jc w:val="left"/>
      </w:pPr>
      <w:r>
        <w:rPr>
          <w:rFonts w:ascii="Times New Roman" w:hAnsi="Times New Roman" w:eastAsia="Times New Roman" w:cs="Times New Roman"/>
        </w:rPr>
        <w:t>2001 жылы Америка Құрама Штаттарының үкіметі «Патриоттық актіні» заң күшіне енгізу үшін «сөйледі».</w:t>
      </w:r>
    </w:p>
    <w:p>
      <w:pPr>
        <w:pStyle w:val="ArticleBody"/>
        <w:jc w:val="left"/>
      </w:pPr>
      <w:r>
        <w:rPr>
          <w:rFonts w:ascii="Times New Roman" w:hAnsi="Times New Roman" w:eastAsia="Times New Roman" w:cs="Times New Roman"/>
        </w:rPr>
        <w:t>Біз бұл зерттеуді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Бірінші сан</dc:title>
  <dc:subject>Пайғамбарлықтарды ашу: Соңғы күндер, Яһуда Арыстаны және Аянның соңғы қозғалыстары</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