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Қырықыншы аяттың жасырын тарихы — бесінші бөлім</w:t>
      </w:r>
    </w:p>
    <w:p>
      <w:pPr>
        <w:pStyle w:val="ArticleSubtitle"/>
        <w:jc w:val="left"/>
      </w:pPr>
      <w:r>
        <w:rPr>
          <w:rFonts w:ascii="Arial" w:hAnsi="Arial" w:eastAsia="Arial" w:cs="Arial"/>
        </w:rPr>
        <w:t>Алғашқы Төрт Мақаланы Жаңарту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2026-04-01</w:t>
      </w:r>
    </w:p>
    <w:p>
      <w:pPr>
        <w:pStyle w:val="ArticleBody"/>
        <w:jc w:val="left"/>
      </w:pPr>
      <w:r>
        <w:rPr>
          <w:rFonts w:ascii="Times New Roman" w:hAnsi="Times New Roman" w:eastAsia="Times New Roman" w:cs="Times New Roman"/>
        </w:rPr>
        <w:t>Қырықыншы аяттың жасырын тарихын айқындауға қайта оралғанымызда, әуелі осы топтаманың алғашқы төрт мақаласының негізгі тұстарын қысқаша шолып шығу орынды көрінеді. Осы топтамадағы төрт мақаланың біріншісі Мәсіхті Яһуда руының Арыстаны (әрі Альфа мен Омега) ретінде бейнелейтін пайғамбарлық түсіндірмені ұсынды; Ол шешуші сәттерде Даниял кітабының он бірінші тарауының бөліктерін мөрден ашып, 144 000-ның соңғы реформалық қозғалысына бағыт береді. Онда бірінші және екінші періштелердің тарихы үшінші періштенің хабарының тарихымен сәйкес келетіні айқындалып, осылайша 1989 жылы (1863 жылғы Адвентистік бүліктен 126 жыл өткен соң) Арыстанның Даниял 11:40–45-ті мөрден ашқаны көрсетіледі. Мөрден ашылған сол аяттар папалықтың 1798 жылғы өлімші жарасын, оның айдаһар, аң және жалған пайғамбардан тұратын үштік одақ арқылы сауығуын, әрі қарай қырық бесінші аяттағы “даңқты қасиетті таудағы” Армагеддонға алып баратын жолын баяндайды. Жүз қырық төрт мыңдықтардың қозғалысы Америка Құрама Штаттарында жуық арада келетін жексенбілік заңға жақындаған сайын, қырықыншы аяттың жасырын тарихы (1989 жылдан сол жексенбілік заңға дейінгі аралықты қамтитын) 2023 жылғы шілдеде мөрден ашыла бастады.</w:t>
      </w:r>
    </w:p>
    <w:p>
      <w:pPr>
        <w:pStyle w:val="ArticleBody"/>
        <w:jc w:val="left"/>
      </w:pPr>
      <w:r>
        <w:rPr>
          <w:rFonts w:ascii="Times New Roman" w:hAnsi="Times New Roman" w:eastAsia="Times New Roman" w:cs="Times New Roman"/>
        </w:rPr>
        <w:t>Эллен Уайттың соңғы күндерге қатысты Даниял кітабының мөрі ашылмаған бөлігінің тұруға дайындалатын бір халықты әзірлейтін «білімнің артуын» туғызатыны жөніндегі түсіндірмесіне сүйене отырып, он қыз туралы астарлы әңгімеде «май» Киелі Рух, Құдайдан келген хабарлар және мінез-құлық ретінде айқындалады. Мөрдің ашылуы Даниял 12:10-дағы үш қырлы сынау үдерісін іске қосты, онда көпшілігі «тазартылып, ағартылып, сыналады». Бұл тарих пайғамбарлықтың мөрі ашылған бірнеше пайғамбарлық кезеңдерді бейнелейді; олардың басталуы 1989 жылдан, 2001 жылғы 11 қыркүйектен және 2023 жылғы шілдеден көрінеді. Сол әртүрлі мөр ашылулар 1989 жылдан 11 қыркүйекке дейінгі кезеңді, 11 қыркүйектен жуық арада келетін жексенбілік заңға дейінгі кезеңді, сондай-ақ 2020 жылғы 18 шілдеден 2023 жылғы 31 желтоқсанға дейінгі кідіру уақытын білдіреді; осы уақытта Түн ортасындағы айқай хабары жексенбілік заңға дейін біртіндеп мөрінен ашылады.</w:t>
      </w:r>
    </w:p>
    <w:p>
      <w:pPr>
        <w:pStyle w:val="ArticleBody"/>
        <w:jc w:val="left"/>
      </w:pPr>
      <w:r>
        <w:rPr>
          <w:rFonts w:ascii="Times New Roman" w:hAnsi="Times New Roman" w:eastAsia="Times New Roman" w:cs="Times New Roman"/>
        </w:rPr>
        <w:t>Жүз қырық төрт мыңның қатарында болуға үміткерлердің оянуы — Езекиел 37-тараудағы құрғақ сүйектермен және Аян кітабының он бірінші тарауындағы Рухқа толтырылғанда тік тұратын екі куәгермен бейнеленген бұл ояну — мөрдің ашылуы арқылы жүзеге асады. Егер Құдай халқы папалық билік пен жексенбілік заң сияқты қауіп-қатерлерді көрсететін осы «қымбатты нұрға» оянбай қалса, онда адасушылықтар оларды електен өткізеді (сабанды бидайдан айырып). 1888 жылғы Блэр Биллі мен Патриоттық акт сияқты бұдан бұрынғы пайғамбарлық межелер пайғамбарлық ескертулер ретінде айқындалады. Мақалада Даниял кітабының он бірінші тарауында қамтылған пайғамбарлық тарихтың барлық алдыңғы желілері 40–45-аяттарда қайталанатыны анықталады. Сондай-ақ мақалада хайуанның мүсіні алдымен Америка Құрама Штаттарында, содан кейін бүкіл әлемде, 321 жыл мен алғашқы жексенбілік заң арқылы алдын ала бейнеленгендей, қалыптасатыны; ал содан кейін Михаил орнынан тұрып, сынақ мерзімі жабылған кезде, 538 жылмен алдын ала бейнеленген жаһандық хайуан мүсіні пайда болатыны анықталады.</w:t>
      </w:r>
    </w:p>
    <w:p>
      <w:pPr>
        <w:pStyle w:val="ArticleBody"/>
        <w:jc w:val="left"/>
      </w:pPr>
      <w:r>
        <w:rPr>
          <w:rFonts w:ascii="Times New Roman" w:hAnsi="Times New Roman" w:eastAsia="Times New Roman" w:cs="Times New Roman"/>
        </w:rPr>
        <w:t>Төрт мақаланың екіншісі 2001 жылғы Patriot Act-ті Аян 13:11-дің орындалуында Америка Құрама Штаттарының «сөйлеуі» ретінде айқындау арқылы пайғамбарлық негізқұрылымды жалғастырады. Patriot Act 2001 жылы Киелі кітап пайғамбарлығындағы алтыншы патшалықтың басындағы үш межемен қатарлас келетін конституциялық теріске шығарудың алғашқысы болды: 1776 жылғы Тәуелсіздік декларациясы, 1789 жылғы Конституция және 1798 жылғы Alien and Sedition Acts. 1888 жылғы сәтсіз Blair Bill, яғни ұлттық жексенбілік заңды енгізу әрекеті, 66 жылы Цестийдің қоршауы тәрізді кері қайтарылды; осы екеуі де 2001 жылды бейнелейді, сол кезде Patriot Act Америка Құрама Штаттарында аңның бейнесіне қатысты сынақ кезеңін бастады. Patriot Act 1776 жылмен сәйкес келеді және ағылшынның «кінәсі дәлелденбейінше кінәсіз» деген жалпы құқық жүйесін римдік «кінәсіздігі дәлелденбейінше кінәлі» деген азаматтық құқық жүйесімен алмастырды. 1789 жылмен бейнеленген ортаңғы меже — 2022 жылғы қаңтарда басталған Pelosi Trials — саяси lawfare, false-flag операциялары және агенттіктердің жемқорлығы арқылы рәсімдік те, мәндік те тиісті құқықтық процесті таптап, негізгі құқықтарды ашық түрде жоққа шығарды. 2001 жылғы Patriot Act-тегі сөйлеудің, 2022 жылғы Pelosi Trials-тың және келешектегі жексенбілік заңның осы үш межесі Америка Құрама Штаттары Конституциясының әрбір қағидасын біртіндеп теріске шығарады.</w:t>
      </w:r>
    </w:p>
    <w:p>
      <w:pPr>
        <w:pStyle w:val="ArticleBody"/>
        <w:jc w:val="left"/>
      </w:pPr>
      <w:r>
        <w:rPr>
          <w:rFonts w:ascii="Times New Roman" w:hAnsi="Times New Roman" w:eastAsia="Times New Roman" w:cs="Times New Roman"/>
        </w:rPr>
        <w:t>Сонда протестантизм папалықпен және спиритизммен үшжақты одаққа түседі; сол кезде Америка Құрама Штаттары айдаһарша сөйлеп, аңның бейнесін толық қалыптастырады, өзінің сынақ тостағанын толтырады және алтыншы патшалық ретінде өмір сүруін тоқтатады. Сонан соң ұлттық діннен безіну ұлттық күйреумен жалғасады. Жексенбілік заң кезіндегі сөйлеу 321 жылы Константиннің бастапқы әрі алғашқы жексенбілік заңымен бейнеленеді, ал содан кейінгі аяқталу мен соңғы жексенбілік заң 538 жылмен көрсетіледі.</w:t>
      </w:r>
    </w:p>
    <w:p>
      <w:pPr>
        <w:pStyle w:val="ArticleBody"/>
        <w:jc w:val="left"/>
      </w:pPr>
      <w:r>
        <w:rPr>
          <w:rFonts w:ascii="Times New Roman" w:hAnsi="Times New Roman" w:eastAsia="Times New Roman" w:cs="Times New Roman"/>
        </w:rPr>
        <w:t>Осы оқиғалардың барлығы Даниял 11:40-тың пайғамбарлық тарихында жасырылған, ал ол Миллериттік желімен де, Мәсіхтен айқышқа дейінгі желімен де параллель жүреді. Аян 12:15–16 Конституцияны бір кезде айдаһардың қудалау тасқынын жұтып қойған «жер» ретінде бейнелейді, бірақ ақырында ол жуық арада келетін жексенбілік заң кезінде айдаһарша сөйлейді. Эллен Уайттың Testimonies, volume 5 (711-бет және 451, 452-беттер) еңбегіндегі папалыққа жол беретін кез келген діни заңнама туралы және жексенбілік заң айдаһардың рухын ашып көрсететіні жөніндегі ескертуі 1776, 1789 және 1798 жылдардағы үш қадамның соңғы үш сатылы сыналу үдерісін бейнелейтін межелік белгілер екенін растайды; бұл үдеріс соңғы сынақта аяқталады, әрі Құдай халқын берік тұруға дайындайтын да — осы сыналу үдерісі.</w:t>
      </w:r>
    </w:p>
    <w:p>
      <w:pPr>
        <w:pStyle w:val="ArticleBody"/>
        <w:jc w:val="left"/>
      </w:pPr>
      <w:r>
        <w:rPr>
          <w:rFonts w:ascii="Times New Roman" w:hAnsi="Times New Roman" w:eastAsia="Times New Roman" w:cs="Times New Roman"/>
        </w:rPr>
        <w:t>Үшінші мақала Ellen White-тың Testimonies, 5-том, 451, 452-беттеріндегі ескертулерін одан әрі тарқатып, Құрама Штаттарда жақындап келе жатқан жексенбілік заң ұлттың әділдіктен толықтай ажырайтын шешуші сәтін белгілейтінін, сөйтіп үш жақты одақты (протестантизмнің римшілдік пен спиритизммен ымыраласуын) жүзеге асыратынын мәлімдейді. Сонда Құрама Штаттар протестанттық әрі республикалық үкімет ретіндегі конституциялық әрбір қағидаттан бас тартып, папалық адасуларды тарататын болады. Бұл — Құдайдың төзімділігінің шегіне жеткенін білдіретін белгі; осылайша ұлттың заңсыздық тостағаны толып, мейірім періштесінің кетуіне түрткі болып, ұлттық күйреудің басталуына жол ашады. Сонда бесінші мөрдегі азап шеккендердің: «Қашанға дейін?» деген зарына жауап беріледі, өйткені папалық азап шегушілердің екінші тобы толықтырылады. «Жексенбілік қозғалыс» үн қатқанда айдаһардың рухы әшкереленеді — бұл қирау алдындағы қалалардан қашудың белгісі ретінде қазіргі заманғы «қаңыратып кетіретін жиіркеніш» (Даниел айтқан және Мәсіх сілтеме жасаған) қызметін атқарады. Жексенбілік заң 2001 жылы Patriot Act-пен басталған Конституциядан біртіндеп бас тартудың қорытындысы болып табылады (оның типтері: 1888 жылғы Blair Bills, б.з. 66 жылғы Cestius қоршауы, Мәсіхтің шомылдыру рәсімінен өтуі, 1840 жылғы 11 тамыз және The Declaration of Independence).</w:t>
      </w:r>
    </w:p>
    <w:p>
      <w:pPr>
        <w:pStyle w:val="ArticleBody"/>
        <w:jc w:val="left"/>
      </w:pPr>
      <w:r>
        <w:rPr>
          <w:rFonts w:ascii="Times New Roman" w:hAnsi="Times New Roman" w:eastAsia="Times New Roman" w:cs="Times New Roman"/>
        </w:rPr>
        <w:t>Америка Құрама Штаттарында аңның бейнесінің қалыптасу кезеңі күрделі қосарлы желіні қамтиды: ол қатарлас Республикалық (саяси) және Протестанттық (діни) «мүйіздерді» қамтып, ақырында жексенбілік заңдарды шіркеу мен мемлекеттің бірлескен күштеп орындатуы арқылы біріктіреді. Бұл өзара байланыс папалық аңдағы әйелдің аңға үстемдік ету үлгісін қайталайды және шіркеу мен мемлекеттің бөлінуі жөніндегі Конституцияның негізгі қағидасы жойылған кезде толық көрініс табады.</w:t>
      </w:r>
    </w:p>
    <w:p>
      <w:pPr>
        <w:pStyle w:val="ArticleBody"/>
        <w:jc w:val="left"/>
      </w:pPr>
      <w:r>
        <w:rPr>
          <w:rFonts w:ascii="Times New Roman" w:hAnsi="Times New Roman" w:eastAsia="Times New Roman" w:cs="Times New Roman"/>
        </w:rPr>
        <w:t>Ішкі тұрғыдан алғанда, аңның мүсінін сынайтын уақыт бүкіл адамзат арасында мінез-құлықтың қалыптасуын (Мәсіхтің бейнесі мен Шайтанның аңдық бейнесін) сынақтан өткізіп, данагөй және ақылсыз қыздарды ажыратады; ал сыртқы тұрғыдан соңғы күндердегі саяси күрестерді, одақтар мен бұзылған келісімдерді айқындайды. 2001 жылдан жексенбілік заң кезеңіне дейінгі уақыт соңғы жауынның себілуін бастайды (Аян 18-дегі періште 2001 жылғы 11 қыркүйекте түсіп, Нью-Йорктің ұлы ғимараттарының құлауы арқылы жерді нұрландырған кезде басталады). 11 қыркүйек Аян 10-дағыдай «кіші кітап» хабарын қабылдау не қабылдамау арқылы Лаодикиялық Жетінші күн адвентизмінің електен өтуін бастайды; ол хабар «желінуі» тиіс. Бидай мен арамшөп жексенбілік заң кезіндегі бөлінулеріне дейін бірге қалады; сол кезде жүз қырық төрт мың ту ретінде жоғары көтеріледі, әрі 321-ден 538-ге дейінгі кезеңмен бейнеленген бүкіләлемдік аңның мүсінін қалыптастыру барысында соңғы жауынның толық төгілуі келеді. Содан кейін Бабылдан ұлы көпшіліктің жиналуы Михаил орнынан тұрып, сынақ мерзімі жабылғанға дейін басталады. Бұл үкімнің алдымен 11 қыркүйектен бастап Құдай үйінен басталып, содан соң жексенбілік заңнан кейін он бірінші сағаттағы жұмысшыларға өтуімен сәйкес келеді.</w:t>
      </w:r>
    </w:p>
    <w:p>
      <w:pPr>
        <w:pStyle w:val="ArticleBody"/>
        <w:jc w:val="left"/>
      </w:pPr>
      <w:r>
        <w:rPr>
          <w:rFonts w:ascii="Times New Roman" w:hAnsi="Times New Roman" w:eastAsia="Times New Roman" w:cs="Times New Roman"/>
        </w:rPr>
        <w:t>Үшінші тармақ аспандық ұлылық пен бұрынғы қудалаулар араласып, қайтадан қайталанатын кезеңнен аман өту үшін Ишая 28-дегі «жолма-жол, үстіне жол» әдіснамасы арқылы пайғамбарлықты алдын ала толық меңгеру қажет екенін ерекше атап көрсетеді. Бұл әдіснама Даниялдың лайықтыларынан, Елуінші күн мейрамына дейінгі Мәсіхтің шәкірттерінен және пештегі Шадрах, Мешах, Абеднего арқылы үлгіленеді; бұлар Шайтанның ғажайып істері мен жалған еліктеулері арасында «Жазылған» дегенге нық тұруға даяр болғандардың бейнесі болып табылады.</w:t>
      </w:r>
    </w:p>
    <w:p>
      <w:pPr>
        <w:pStyle w:val="ArticleBody"/>
        <w:jc w:val="left"/>
      </w:pPr>
      <w:r>
        <w:rPr>
          <w:rFonts w:ascii="Times New Roman" w:hAnsi="Times New Roman" w:eastAsia="Times New Roman" w:cs="Times New Roman"/>
        </w:rPr>
        <w:t>Төртінші мақалада Америка Құрама Штаттарында аңның бейнесінің қалыптасуына қатысты пайғамбарлық сынақ үдерісі үш конституциялық межемен қатар жүретіні әрі олармен өзара астасып жататыны түсіндіріледі (2001 жылғы Patriot Act — бастапқы «сөйлеу», 2022 жылғы Pelosi Trials — ортаңғы кезең, ал жексенбілік заң — соңғысы). Бұл сынақ үдерісі дана қыздарды (144 000-ды) ұлттық діннен безу күйреуге алып келетін жексенбілік заңнан басталатын қудалаудың тәждік сынағына төтеп беруге дайындайды. Содан кейін Шайтан ғажайып жалғандықтарды босатады (ғажайыптар арқылы өзін Құдаймын деп жариялап), ал көктегі ұлылық өткендегі қайта-қайта болған қудалаулармен астасып, Құдай тағынаң шығатын нұрда Құдай халқына мызғымай жүруге мүмкіндік береді. Бұл дайындық Мәсіхтің Жоханның алтыншы тарауындағы стратегиясын бейнелейді (The Desire of Ages, 394-тегі түсіндірмеге сай), онда Ол өзімшіл мүддені көздеген ізбасарларды ертерек електен өткізу үшін қатаң сынаққа жол беріп, шынайы шәкірттерді Өзінің қатысуы арқылы олардың түпкілікті сынағына (Ғетсемани, опасыздық, айқышқа шегелену) нығайтты. Сол сияқты, аңның бейнесіне қатысты сынақ — ішкі мінездің қалыптасуын (Мәсіхтің бейнесі мен Шайтанның аңдық бейнесі) және шіркеу мен мемлекеттің бөлінуін жоятын шіркеу-мемлекет одағының сыртқы орнауын қамти отырып — Лаодикиялық Адвентизмді електен өткізеді. Бұл сынақ Ишая 28-дегі жолма-жол әдіснама арқылы мөрленбеген хабарды қабылдау арқылы даналарды тазартады.</w:t>
      </w:r>
    </w:p>
    <w:p>
      <w:pPr>
        <w:pStyle w:val="ArticleBody"/>
        <w:jc w:val="left"/>
      </w:pPr>
      <w:r>
        <w:rPr>
          <w:rFonts w:ascii="Times New Roman" w:hAnsi="Times New Roman" w:eastAsia="Times New Roman" w:cs="Times New Roman"/>
        </w:rPr>
        <w:t>Ашылған жарық — жетінші мөрдің нұры (Аян 8:1–5); ол әулиелердің дұғаларына жауап ретінде жерге тасталған от түрінде көрінді, мұның бейнесі ретінде Алғашқы өнім мейрамындағы төгілуде от тілдері көрінді. Ашылған жарық сондай-ақ миллериттердің түн ортасындағы айқайы арқылы да бейнеленді (ол сенім арқылы Ең Қасиетті Орынға кіруге дайындады) және бұл Даниял 11:40-тағы жасырын тарих аясында 2023 жылғы шілдеде ашылған қазіргі түн ортасындағы айқайда орындалады.</w:t>
      </w:r>
    </w:p>
    <w:p>
      <w:pPr>
        <w:pStyle w:val="ArticleBody"/>
        <w:jc w:val="left"/>
      </w:pPr>
      <w:r>
        <w:rPr>
          <w:rFonts w:ascii="Times New Roman" w:hAnsi="Times New Roman" w:eastAsia="Times New Roman" w:cs="Times New Roman"/>
        </w:rPr>
        <w:t>9/11-ден бері болып келе жатқан кейінгі жауынның бүркуі туралы хабар, папалық пен жексенбілік заң жөніндегі білімнің артуымен бірге, сондай-ақ жеті күн күркіреуінің мөрден ашылуымен және қырқыншы аяттың жасырын тарихымен қоса, Иса Мәсіхтің Аянының мөрден ашылуында түгел қамтылған. Аңның бейнесінің қалыптасуы туралы егжей-тегжейлі пайғамбарлық нұрландыру — оған республикалық әрі протестанттық мүйіздердің күрестері, саяси партиялар, лаодикеялық адвентизм, 144 000-ның шығуы, Исламның үшінші қасіреті, Ресей, БҰҰ, папалық билік және Хасмонейлік параллельдер кіре отырып — даналарды өткендегі басшылықты ұмытпай, Құдайдың жетелеуін тануға әрі қабылдауға жарақтандырады (Testimonies to Ministers, 31).</w:t>
      </w:r>
    </w:p>
    <w:p>
      <w:pPr>
        <w:pStyle w:val="ArticleBody"/>
        <w:jc w:val="left"/>
      </w:pPr>
      <w:r>
        <w:rPr>
          <w:rFonts w:ascii="Times New Roman" w:hAnsi="Times New Roman" w:eastAsia="Times New Roman" w:cs="Times New Roman"/>
        </w:rPr>
        <w:t>«Кішкентай кітапты» (Аян 10) жеу, яғни берияндық зерттеу арқылы тарихты алдын ала іштей меңгеру арқылы, жүз қырық төрт мың Шайтанның алдауларының арасында: «Жазылып қойған»,— дегеннің үстінде нық тұру үшін парасаттылыққа ие болады. Олардың даярлығы оларға құрдымға қарай шегінуден сақтануға мүмкіндік береді (Еврейлерге 10:37–39; Аббақұқ 2:4), содан кейін олар Құдайдың өсиеттерін (әсіресе төртіншісін) және Исаның сенімін сақтайтын, сыннан өткен әрі дәлелденген жеңімпаздар ретінде аян болады. Олар — әділ адам сеніммен өмір сүретін, періштелермен қорғалатын ақырғы дағдарыстан аман өтетіндер; ал ақымақтар (әдіснама мен хабарды теріске шығаратындар) күшті адасуға ұшырап, үмітсіз қалады. Бұл 9-томдағы Testimonies еңбегінің For the Coming of the King атты тарауымен (11-беттен басталатын), оның 9/11 рәміздігімен үйлеседі, осылайша 9/11 кезеңінен жексенбілік заңға дейінгі уақытты даналар Даниял он бірдің аяқталуын ұғып, Құдайдың өткен киелі тарихтардағы басшылығын ұмытып кетуден өзге ештеңеден қорықпайтын мөрлену уақыты ретінде айқындайды.</w:t>
      </w:r>
    </w:p>
    <w:p>
      <w:pPr>
        <w:pStyle w:val="ArticleBody"/>
        <w:jc w:val="left"/>
      </w:pPr>
      <w:r>
        <w:rPr>
          <w:rFonts w:ascii="Times New Roman" w:hAnsi="Times New Roman" w:eastAsia="Times New Roman" w:cs="Times New Roman"/>
        </w:rPr>
        <w:t>Төрт мақала жиынтық түрде Мәсіхтің Яһуда руының Арыстаны әрі шешуші сәттерде Даниял кітабының он бірінші тарауының бөліктерін мөрінен ашып, жүз қырық төрт мыңның ақырғы реформа қозғалысын жетелейтін Альфа мен Омега ретіндегі пайғамбарлық түсіндірмесін ұсынады. 1989 жылы, 1863 жылғы Адвентистік «бүліктен» кейін 126 жыл өткен соң, Арыстан Даниял 11:40–45-ті мөрінен ашып, қырық бірінші аяттағы үш жақты одақта (айдаһар, аң және жалған пайғамбар) папалықтың 1798 жылғы өлімші жарасының жазылуын ашып көрсетті және Армагеддонға, яғни қырық бесінші аятта папалық өзінің соңғы сотын қабылдайтын «даңқты қасиетті тауға» бастап барды. Бұл мөрден ашу қозғалыстың басталуын белгілеп, «папалық пен жексенбілік заң» туралы «білімнің артуын» (Selected Messages, 2-кітап) туындатады, әрі Даниял 12:10-да бейнеленгендей, «тазартылады, ағартылады және сыналады» деген үш жақты сыннан өтуді іске қосады.</w:t>
      </w:r>
    </w:p>
    <w:p>
      <w:pPr>
        <w:pStyle w:val="ArticleBody"/>
        <w:jc w:val="left"/>
      </w:pPr>
      <w:r>
        <w:rPr>
          <w:rFonts w:ascii="Times New Roman" w:hAnsi="Times New Roman" w:eastAsia="Times New Roman" w:cs="Times New Roman"/>
        </w:rPr>
        <w:t>Келесі мақалада осы ойларды жалғастырамыз.</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Қырықыншы аяттың жасырын тарихы — бесінші бөлім</dc:title>
  <dc:subject>Алғашқы Төрт Мақаланы Жаңарту</dc:subject>
  <dc:creator>Jeff Pippenger</dc:creator>
  <cp:keywords/>
  <dc:description>Generated by ArticleDigger from hidden_history\05_hidden_history.json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