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тоғызыншы бөлім</w:t>
      </w:r>
    </w:p>
    <w:p>
      <w:pPr>
        <w:pStyle w:val="ArticleSubtitle"/>
        <w:jc w:val="left"/>
      </w:pPr>
      <w:r>
        <w:rPr>
          <w:rFonts w:ascii="Arial" w:hAnsi="Arial" w:eastAsia="Arial" w:cs="Arial"/>
        </w:rPr>
        <w:t>Қуат, Даңқ және Азап</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Петір Панійде (Кесария Филиппиде) тұр; бұл — Петір, Жохан және Жақып Исамен оңаша барған үш реттің ортасынан небәрі алты не сегіз күн бұрынғы уақыт. Біріншісі — Жайырдың он екі жасар қызының қайта тірілуінде Оның құдіретінің көрсетілуі; екіншісі — өзгеріп түрлену тауында Оның ұлылығының көрсетілуі; ал үшіншісі — Гетсимани, Ондағы азап шегуінің көрсетілуі. Он бірінші тараудағы Панійде Петір он алтыншы аяттағы айқыштың дәл алдында орналасқан. Тау — үш шәкірттің осы үш айрықша сапарының орта нүктесі болды. Тауда көктегі Әке де үш реттің екіншісінде сөйледі; Әке шомылдыру рәсімінде, тауда, содан кейін айқыштың дәл алдында сөйледі. Петір нақты үш оқиғаның екі рет орта нүктесінде тұр. Ол сондай-ақ Матайдың он бірінші тарауынан жиырма екінші тарауына дейінгі бөлімнің де орта нүктесі болып табылады.</w:t>
      </w:r>
    </w:p>
    <w:p>
      <w:pPr>
        <w:pStyle w:val="ArticleHeading"/>
        <w:jc w:val="left"/>
      </w:pPr>
      <w:r>
        <w:rPr>
          <w:rFonts w:ascii="Arial" w:hAnsi="Arial" w:eastAsia="Arial" w:cs="Arial"/>
        </w:rPr>
        <w:t>Ассириялықтар Сіздер менің жарияланымдарымнан үнемі көріп жүрген екінші тұлға немесе келесі халық — ассириялықтар. Осымен біз үлкенірек пайғамбарлық суретке көшеміз, өйткені ол жерде сізде: Құдай халқы — Ассур — басқа ұлттар бар. Сіздер мынаны табасыздар: Құдай халқы күнә жасайды. Сонда Құдай Ассурды жазалау таяғы ретінде қолданып, Құдай халқын терең күйзеліске салады. Құдай халқы тәубеге келеді. Содан кейін Құдай Ассурды соттайды және оларды жояды. Ал сіздер Киелі Жазбалардың тікелей айтатын нәрсесін анық көресіздер: бұл әлемнің ұлттарының ақырзамандық бейнесі ретінде қарастырылатындықтан, осылайша бөлініп көрсетіледі. Сондықтан Ассур осы әлемдегі өзге ұлттарды білдіреді. Құдай халқының өзі арасында да ажыратылу бар. Олар былай деп айтатын болады: “Бізде киелі орын бар. Біз Мұсаға ергенбіз. Біз заңдарға бағындық. Біз Хақ Тағаланың сөзіне сенеміз және орындадық”. Бірақ шын мәнінде олар Хақ Тағалаға бағынбады. Сондықтан Құдай жазалау таяғын көтереді. Құдай халқы жөнінде: біз әрдайым бұл — сіз бен мен екенімізді және осы дүниелік сынақтарға тап болуымыз мүмкін екенін, ал кейін оларды бастан кешкеннен соң олардың мақсатын түсінуіміз керек екенін айтамыз. Киелі Жазбаларды жиі оқитындар үшін бұл табиғи нәрсе. Ал олар үшін табиғи емес нәрсе: дұшпанға бағынып, елден айрылып, айдалып кету, тәубеге келу, содан кейін сол дұшпанның сотталуы. Бірақ бұл жерде мұның ақырғы кезең ретінде қарастырылып тұрғанын түсіну үшін біз бұл пайғамбарлық суретті есте ұстауымыз керек. Мұны Нақыл сөздерден де көріп тұрмыз. Сондықтан сол шақта Құдай халқының бағынбаушылығы және кейіннен олардың жоғалып кетуі немесе олардың басына үлкен қиындық түсуі олардың құтқарылуының бір бөлігі болады. Біз ол тарихтан өнеге алуымыз қажет. Сонда біз Өз сөзінің шынайылығын дәлелдейтін Жаратушының осы әрекетінен мән таба аламыз. Ал содан кейін сонымен бірге сондай-ақ Оның рақымы мен құтқаруын, сондай-ақ сотының ақырғы күшін көреміз, ақыр соңында. Сондықтан бұл — жазбадағы үлкен пайғамбарлық сурет.</w:t>
      </w:r>
    </w:p>
    <w:p>
      <w:pPr>
        <w:pStyle w:val="ArticleBody"/>
        <w:jc w:val="left"/>
      </w:pPr>
      <w:r>
        <w:rPr>
          <w:rFonts w:ascii="Times New Roman" w:hAnsi="Times New Roman" w:eastAsia="Times New Roman" w:cs="Times New Roman"/>
        </w:rPr>
        <w:t>Салт атты жануар салтанатты кіруден бұрын келді; ал сол кіру құрбандықты Иерусалимге алып кіру үшін есектің босатылуынан басталды, дәл сол сияқты Ибраһимнің есегі Иерусалимдегі ғибадатхананың ежелгі орны — Морияға құрбандыққа арналған отынды алып барған еді. Леуіліктердің жиырма үшінші тарауының реті бойынша Кернейлер мейрамы есектің босатылуын белгілейді; сондықтан түрлену тауының тәжірибесі салтанатты кіруден бұрын болды, сөйтіп Петірді Леуіліктердің жиырма үшінші тарауындағы Елуінші күн мейрамына сәйкес келетін отыз күннің тарихына орналастырады. Сол отыз күннің ішінде үміткерлерге сексен ержүрек діни қызметкердің қатарында болу үшін ғибадатхана (ортаңғы сынақ) келеді. Уззия патшаның киелі орында жасаған бүлігінің куәлігінде сол сексен діни қызметкер ержүрек деп айқындалады, осының өзі қатыспаған діни қызметкерлер де болғанын меңзейді.</w:t>
      </w:r>
    </w:p>
    <w:p>
      <w:pPr>
        <w:pStyle w:val="ArticleScripture"/>
        <w:jc w:val="left"/>
      </w:pPr>
      <w:r>
        <w:rPr>
          <w:rFonts w:ascii="Times New Roman" w:hAnsi="Times New Roman" w:eastAsia="Times New Roman" w:cs="Times New Roman"/>
        </w:rPr>
        <w:t>Оның соңынан діни қызметкер Азария кірді, онымен бірге Жаратқан Иенің сексен ержүрек діни қызметкері де кірді. Олар Ұзиях патшаға қарсы тұрып, оған былай деді: «Уа, Ұзиях, Жаратқан Иеге хош иісті зат түтету саған тиесілі емес, мұны түтететіндер — Һаронның ұлдары, яғни осыған арнап қасиеттелген діни қызметкерлер. Қасиетті орыннан шық, өйткені сен шектен шықтың; сондықтан бұл саған Жаратушы Құдай Иеден абырой болмайды». 2 Шежірелер 26:17, 18.</w:t>
      </w:r>
    </w:p>
    <w:p>
      <w:pPr>
        <w:pStyle w:val="ArticleBody"/>
        <w:jc w:val="left"/>
      </w:pPr>
      <w:r>
        <w:rPr>
          <w:rFonts w:ascii="Times New Roman" w:hAnsi="Times New Roman" w:eastAsia="Times New Roman" w:cs="Times New Roman"/>
        </w:rPr>
        <w:t>Ержүрек діни қызметкерлер — Тоқты қайда барса да, Оның соңынан еретіндер.</w:t>
      </w:r>
    </w:p>
    <w:p>
      <w:pPr>
        <w:pStyle w:val="ArticleScripture"/>
        <w:jc w:val="left"/>
      </w:pPr>
      <w:r>
        <w:rPr>
          <w:rFonts w:ascii="Times New Roman" w:hAnsi="Times New Roman" w:eastAsia="Times New Roman" w:cs="Times New Roman"/>
        </w:rPr>
        <w:t>Бұлар әйелдермен арамдалмағандар, өйткені олар — пәк жандар. Бұлар Тоқты қайда барса, соңынан еріп жүретіндер. Бұлар Құдайға және Тоқтыға арналған алғашқы өнім ретінде адамдар арасынан сатып алынғандар. Аян 14:4.</w:t>
      </w:r>
    </w:p>
    <w:p>
      <w:pPr>
        <w:pStyle w:val="ArticleBody"/>
        <w:jc w:val="left"/>
      </w:pPr>
      <w:r>
        <w:rPr>
          <w:rFonts w:ascii="Times New Roman" w:hAnsi="Times New Roman" w:eastAsia="Times New Roman" w:cs="Times New Roman"/>
        </w:rPr>
        <w:t>Яһуда руының Арыстаны Өз халқын Ең Қасиетті Орынға бастап кіргізіп, оларды келісім сандығына көз тігуге және сол жерде күнәні өшірудегі Өзінің соңғы қызметін атқарып жатқан Ұлы Діни Қызметкерді қарастыруға жетелейді. Петір 2023 жылғы 31 желтоқсанда қайта тірілді, содан кейін пайғамбарлықтың сыртқы көрінісін орнықтырудағы Римнің рөліне қатысты іргетастық сынаққа тап болды. Содан соң Петір үшін ғибадатханаға қатысты екінші сынақ келді, және дәл сол жерде ішкі желінің көрінісі Даниял кітабының оныншы тарауындағы айнадағы көріністе бейнеленеді.</w:t>
      </w:r>
    </w:p>
    <w:p>
      <w:pPr>
        <w:pStyle w:val="ArticleBody"/>
        <w:jc w:val="left"/>
      </w:pPr>
      <w:r>
        <w:rPr>
          <w:rFonts w:ascii="Times New Roman" w:hAnsi="Times New Roman" w:eastAsia="Times New Roman" w:cs="Times New Roman"/>
        </w:rPr>
        <w:t>Петір 2020 жылғы 18 шілдеде өз Иесінен бас тартты, әрі мұны ол үш рет істеді.</w:t>
      </w:r>
    </w:p>
    <w:p>
      <w:pPr>
        <w:pStyle w:val="ArticleScripture"/>
        <w:jc w:val="left"/>
      </w:pPr>
      <w:r>
        <w:rPr>
          <w:rFonts w:ascii="Times New Roman" w:hAnsi="Times New Roman" w:eastAsia="Times New Roman" w:cs="Times New Roman"/>
        </w:rPr>
        <w:t>«Петір өз Иесінен үш рет жұрт алдында теріс айналған еді, ал Иса одан оның сүйіспеншілігі мен адалдығының сенімін үш рет сұрап алды; жараланған жүрегіне тікенекті жебедей қадалған сол өткір сұрақты қайта-қайта қадап айтты. Жиналған шәкірттердің алдында Иса Петірдің тәубесінің тереңдігін ашып көрсетті және бір кезде мақтаншақ болған шәкірттің қаншалықты толықтай кішірейгенін танытты». The Desire of Ages, 812.</w:t>
      </w:r>
    </w:p>
    <w:p>
      <w:pPr>
        <w:pStyle w:val="ArticleBody"/>
        <w:jc w:val="left"/>
      </w:pPr>
      <w:r>
        <w:rPr>
          <w:rFonts w:ascii="Times New Roman" w:hAnsi="Times New Roman" w:eastAsia="Times New Roman" w:cs="Times New Roman"/>
        </w:rPr>
        <w:t>Петір ғибадат етушілердің екі тобын бейнеледі.</w:t>
      </w:r>
    </w:p>
    <w:p>
      <w:pPr>
        <w:pStyle w:val="ArticleScripture"/>
        <w:jc w:val="left"/>
      </w:pPr>
      <w:r>
        <w:rPr>
          <w:rFonts w:ascii="Times New Roman" w:hAnsi="Times New Roman" w:eastAsia="Times New Roman" w:cs="Times New Roman"/>
        </w:rPr>
        <w:t>«Парызшыл мен салықшы арқылы бейнеленген таптардың әрқайсысы үшін елші Петірдің тарихында бір ғибрат бар. Шәкірттігінің алғашқы кезеңінде Петір өзін мықты санады. Парызшыл сияқты, ол өз бағалауынша “өзге адамдардай емес” еді. Мәсіх Өзінің ұсталып берілерінің қарсаңында шәкірттеріне алдын ала: “Бүгін түнде бәрің Мен үшін сүрінесіңдер”,— деп ескерткен кезде, Петір сеніммен: “Барлығы сүрінсе де, мен сүрінбеймін”,— деп жариялады. Марк 14:27, 29. Петір өзіне төнген қауіпті білмеді. Өзіне деген сенімділік оны жаңылдырды. Ол азғыруға төтеп бере аламын деп ойлады; бірақ арада аз ғана уақыт өткенде сынақ келді, сонда ол қарғап-сілеп, ант етіп, өз Иесінен бас тартты». Мәсіхтің тәлімдік астарлы әңгімелері, 152.</w:t>
      </w:r>
    </w:p>
    <w:p>
      <w:pPr>
        <w:pStyle w:val="ArticleBody"/>
        <w:jc w:val="left"/>
      </w:pPr>
      <w:r>
        <w:rPr>
          <w:rFonts w:ascii="Times New Roman" w:hAnsi="Times New Roman" w:eastAsia="Times New Roman" w:cs="Times New Roman"/>
        </w:rPr>
        <w:t>Салықшы өз үйіне ақталып қайтты.</w:t>
      </w:r>
    </w:p>
    <w:p>
      <w:pPr>
        <w:pStyle w:val="ArticleScripture"/>
        <w:jc w:val="left"/>
      </w:pPr>
      <w:r>
        <w:rPr>
          <w:rFonts w:ascii="Times New Roman" w:hAnsi="Times New Roman" w:eastAsia="Times New Roman" w:cs="Times New Roman"/>
        </w:rPr>
        <w:t>«Парызшыл мен салықшы Құдайға құлшылық етуге келетіндердің бөлінетін екі үлкен тобын бейнелейді. Олардың алғашқы екі өкілі дүниеге келген ең алғашқы екі баладан табылады». Christ’s Object Lessons, 152.</w:t>
      </w:r>
    </w:p>
    <w:p>
      <w:pPr>
        <w:pStyle w:val="ArticleBody"/>
        <w:jc w:val="left"/>
      </w:pPr>
      <w:r>
        <w:rPr>
          <w:rFonts w:ascii="Times New Roman" w:hAnsi="Times New Roman" w:eastAsia="Times New Roman" w:cs="Times New Roman"/>
        </w:rPr>
        <w:t>Әбіл мен салықшы сенім арқылы ақталудың нышаны болып табылады.</w:t>
      </w:r>
    </w:p>
    <w:p>
      <w:pPr>
        <w:pStyle w:val="ArticleScripture"/>
        <w:jc w:val="left"/>
      </w:pPr>
      <w:r>
        <w:rPr>
          <w:rFonts w:ascii="Times New Roman" w:hAnsi="Times New Roman" w:eastAsia="Times New Roman" w:cs="Times New Roman"/>
        </w:rPr>
        <w:t>Ал салықшы алыста тұрып, тіпті көздерін көкке көтеруге де батылы бармай, омырауын соғып: «Құдай, маған, күнәкарға, рақым ет»,— деді. Сендерге айтамын: анау емес, осы адам өз үйіне ақталып қайтты. Өйткені өзін-өзі жоғарылататын әркім төмендетіледі, ал өзін төмен ұстайтын әркім жоғарылатылады. Лұқа 18:13, 14.</w:t>
      </w:r>
    </w:p>
    <w:p>
      <w:pPr>
        <w:pStyle w:val="ArticleBody"/>
        <w:jc w:val="left"/>
      </w:pPr>
      <w:r>
        <w:rPr>
          <w:rFonts w:ascii="Times New Roman" w:hAnsi="Times New Roman" w:eastAsia="Times New Roman" w:cs="Times New Roman"/>
        </w:rPr>
        <w:t>1888 жылғы хабар Аян кітабының он сегізінші тарауындағы періштенің түсуімен қатар жүрді.</w:t>
      </w:r>
    </w:p>
    <w:p>
      <w:pPr>
        <w:pStyle w:val="ArticleScripture"/>
        <w:jc w:val="left"/>
      </w:pPr>
      <w:r>
        <w:rPr>
          <w:rFonts w:ascii="Times New Roman" w:hAnsi="Times New Roman" w:eastAsia="Times New Roman" w:cs="Times New Roman"/>
        </w:rPr>
        <w:t>«Иеміз Өзінің ұлы рақымымен халқына Уаггонер мен Джонс ақсақалдары арқылы аса қымбат хабар жіберді. Бұл хабар дүниенің алдына бұрынғыдан да айқынырақ етіп көкке көтерілген Құтқарушыны, бүкіл әлемнің күнәлары үшін берілген құрбандықты алып келуге тиіс еді. Ол Кепілгер арқылы сеніммен ақталуды таныстырды; ол адамдарды Құдайдың барлық өсиеттеріне мойынсұнуда айқын көрінетін Мәсіхтің әділдігін қабылдауға шақырды. Көптеген адамдар Исаны назардан шығарып алған еді. Олардың көздері Оның құдайлық болмысына, Оның еңбегіне және адамзат әулетіне деген өзгермес сүйіспеншілігіне бағытталуы қажет болды. Адамдарға мол сыйлар таратуы үшін, дәрменсіз адамдық жанға Өз әділдігінің баға жетпес сыйын дарытуы үшін, барлық билік Оның қолына берілген. Құдай дүниеге берілуін бұйырған хабар міне осы. Бұл — қатты дауыспен жариялануға тиіс және Оның Рухының мол төгілуімен қатар жүретін үшінші періштенің хабары». Testimonies to Ministers, 91.</w:t>
      </w:r>
    </w:p>
    <w:p>
      <w:pPr>
        <w:pStyle w:val="ArticleHeading"/>
        <w:jc w:val="left"/>
      </w:pPr>
      <w:r>
        <w:rPr>
          <w:rFonts w:ascii="Arial" w:hAnsi="Arial" w:eastAsia="Arial" w:cs="Arial"/>
        </w:rPr>
        <w:t>Лаодикияға арналған хабарлама</w:t>
      </w:r>
    </w:p>
    <w:p>
      <w:pPr>
        <w:pStyle w:val="ArticleScripture"/>
        <w:jc w:val="left"/>
      </w:pPr>
      <w:r>
        <w:rPr>
          <w:rFonts w:ascii="Times New Roman" w:hAnsi="Times New Roman" w:eastAsia="Times New Roman" w:cs="Times New Roman"/>
        </w:rPr>
        <w:t>«A. T. Jones пен E. J. Waggoner арқылы бізге берілген хабар — Лаодикея қауымына арналған Құдайдың хабары; ал ақиқатқа сенетінін мойындаса да, Құдай берген сәулелерді өзгелерге көрсетпейтін әркімге қасірет болсын». The 1888 Materials, 1053.</w:t>
      </w:r>
    </w:p>
    <w:p>
      <w:pPr>
        <w:pStyle w:val="ArticleHeading"/>
        <w:jc w:val="left"/>
      </w:pPr>
      <w:r>
        <w:rPr>
          <w:rFonts w:ascii="Arial" w:hAnsi="Arial" w:eastAsia="Arial" w:cs="Arial"/>
        </w:rPr>
        <w:t>Кейінгі Жаңбыр Хабары</w:t>
      </w:r>
    </w:p>
    <w:p>
      <w:pPr>
        <w:pStyle w:val="ArticleScripture"/>
        <w:jc w:val="left"/>
      </w:pPr>
      <w:r>
        <w:rPr>
          <w:rFonts w:ascii="Times New Roman" w:hAnsi="Times New Roman" w:eastAsia="Times New Roman" w:cs="Times New Roman"/>
        </w:rPr>
        <w:t>«Кейінгі жаңбыр Құдай халқына төгілуге тиіс. Құдіретті бір періште көктен түсуге тиіс, сонда бүкіл жер оның ұлылығымен нұрланатын болады». Review and Herald, 1891 жылғы 21 сәуір.</w:t>
      </w:r>
    </w:p>
    <w:p>
      <w:pPr>
        <w:pStyle w:val="ArticleHeading"/>
        <w:jc w:val="left"/>
      </w:pPr>
      <w:r>
        <w:rPr>
          <w:rFonts w:ascii="Arial" w:hAnsi="Arial" w:eastAsia="Arial" w:cs="Arial"/>
        </w:rPr>
        <w:t>Нью-Йорк қаласы және 11 қыркүйек</w:t>
      </w:r>
    </w:p>
    <w:p>
      <w:pPr>
        <w:pStyle w:val="ArticleScripture"/>
        <w:jc w:val="left"/>
      </w:pPr>
      <w:r>
        <w:rPr>
          <w:rFonts w:ascii="Times New Roman" w:hAnsi="Times New Roman" w:eastAsia="Times New Roman" w:cs="Times New Roman"/>
        </w:rPr>
        <w:t>«Енді мен Нью-Йорктың алып толқынмен шайылып кетуі тиіс деп жарияладым деген сөз қайдан шықты? Мұндайды мен ешқашан айтқан емеспін. Мен тек онда қабат үстіне қабат салынып жатқан зәулім ғимараттарға қарап: “Жаратқан Ие жерді қатты сілкіндіру үшін көтерілген кезде, қандай сұмдық көріністер болады! Сонда Аян 18:1–3-тегі сөздер орындалады”,— дедім. Аян кітабының он сегізінші тарауының түгелі жер бетіне келмек нәрселер туралы ескерту болып табылады. Бірақ Нью-Йоркке не келетініне қатысты маған арнайы жарық берілген жоқ; мен білетінім ғана — бір күні ондағы ұлы ғимараттар Құдай құдіретінің бұрып-төңкеруімен құлатылады. Маған берілген жарық бойынша, мен жойқын күйреудің дүниеде бар екенін білемін. Жаратқан Иеден бір ғана сөз, Оның құдіретті күшінің бір ғана жанасуы — сонда осы алып құрылыстар құлайды. Біз тіпті елестете алмайтын сұмдық көріністер болады». Review and Herald, July 5, 1906.</w:t>
      </w:r>
    </w:p>
    <w:p>
      <w:pPr>
        <w:pStyle w:val="ArticleBody"/>
        <w:jc w:val="left"/>
      </w:pPr>
      <w:r>
        <w:rPr>
          <w:rFonts w:ascii="Times New Roman" w:hAnsi="Times New Roman" w:eastAsia="Times New Roman" w:cs="Times New Roman"/>
        </w:rPr>
        <w:t>Салықшы Петір сенім арқылы ақталған жанды бейнелейді, ал сенім арқылы ақталу — үшінші періштенің хабары; бұл 9/11 кезінде жеткен Лаодикеяға арналған хабар, сол кезде Нью-Йорктің ұлы ғимараттары құлап, Аян 18:1–3 орындалды. Содан кейін кеш жауын себелей бастады және жүз қырық төрт мыңды мөрлеу басталды. Жүз қырық төрт мыңды мөрлеу уақытының соңында Аянның он сегізінші тарауындағы періште Михаил бас періште ретінде түсіп, Петірді үш сынақ арқылы қайта тірілтті. Бірінші сынақ 2023 жылғы 31 желтоқсанда басталды және Даниял он бірдің он төртінші аятындағы көріністі бекітетін күш — Рим екендігі туралы іргелі ақиқатты бейнеледі. Сол көрініс — хазон көрінісі, ол пайғамбарлықтың сыртқы желісін бейнелейді, оны Сүлеймен өмір не өлім дейді.</w:t>
      </w:r>
    </w:p>
    <w:p>
      <w:pPr>
        <w:pStyle w:val="ArticleScripture"/>
        <w:jc w:val="left"/>
      </w:pPr>
      <w:r>
        <w:rPr>
          <w:rFonts w:ascii="Times New Roman" w:hAnsi="Times New Roman" w:eastAsia="Times New Roman" w:cs="Times New Roman"/>
        </w:rPr>
        <w:t>[chazon] аян жоқ жерде халық азады; ал заңды сақтайтын адам бақытты. Нақыл сөздер 29:18.</w:t>
      </w:r>
    </w:p>
    <w:p>
      <w:pPr>
        <w:pStyle w:val="ArticleBody"/>
        <w:jc w:val="left"/>
      </w:pPr>
      <w:r>
        <w:rPr>
          <w:rFonts w:ascii="Times New Roman" w:hAnsi="Times New Roman" w:eastAsia="Times New Roman" w:cs="Times New Roman"/>
        </w:rPr>
        <w:t>Петірдің екінші сынағы — Қасиеттілердің Қасиеттісіне сенім арқылы кіруді талап ететін ғибадатхана сынағы; мұны Уайт қарындас өзінің алғашқы аяндарында бейнелеп көрсеткен. Сол жерде ол жетінші күнгі сенбі туралы өсиетті басқа тоғыз өсиеттің үстінен нұрланып тұрған күйде көрді. Соттың ашылуында сол ілім кейінгі күндерде, соттың жабылуы кезінде, басқа пайғамбарлық ілімдердің үстінен нұрланып тұратын тәнге келу ілімін білдіреді. Күнәні білмеген бола тұра, Мәсіхтің, Құдайлық Болмыстың, Өзіне құлаған күнәкар тәнді қабылдауы әртүрлі бейнелер арқылы көрсетілген. Солардың ішіндегі ең маңыздысы — жеті мезгіл туралы ілім. Жеті мезгіл туралы ілім Миллердің пайғамбарлық жаңалықтарының альфасы болды, әрі 1856 жылы ол Миллерит тарихының омега ілімін білдіретін ілім болды; сол тарихта Миллериттік Филадельфиялық Адвентизм жеті жыл бойы бүлік шығарып, 1863 жылы Лаодикиялық Жетінші күнгі Адвентист шіркеуіне айналды.</w:t>
      </w:r>
    </w:p>
    <w:p>
      <w:pPr>
        <w:pStyle w:val="ArticleBody"/>
        <w:jc w:val="left"/>
      </w:pPr>
      <w:r>
        <w:rPr>
          <w:rFonts w:ascii="Times New Roman" w:hAnsi="Times New Roman" w:eastAsia="Times New Roman" w:cs="Times New Roman"/>
        </w:rPr>
        <w:t>Езекиелдің отыз жетінші тарауындағы екі таяқша солтүстік және оңтүстік патшалықтарға қарсы шығарылған екі 2,520 жылдық сот үкімін бейнелейді. Солтүстік патшалық адамдық тәнді, ал оңтүстік патшалық Мәсіхтің ой-санасымен бірігуге арналған ой-сананы білдіреді; осылайша, Құдайлық адамзатпен бірігетін еді. Бұл — тәнге ену туралы ілімнің ықшамдалған бейнесі. Жеті уақыт Миллерлік тарихтың альфасы мен омегасы болды, әрі ол тәнге енуді бейнелейтіндіктен, 1844 жылғы альфа Демалыс күні іліміне қатысты Жетінші күн адвентистері тарихының да омегасы болып табылады. Бірі — жетінші күнгі Демалыс күнінің белгісі, ал екіншісі — жетінші жылдың Демалыс күнінің белгісі.</w:t>
      </w:r>
    </w:p>
    <w:p>
      <w:pPr>
        <w:pStyle w:val="ArticleBody"/>
        <w:jc w:val="left"/>
      </w:pPr>
      <w:r>
        <w:rPr>
          <w:rFonts w:ascii="Times New Roman" w:hAnsi="Times New Roman" w:eastAsia="Times New Roman" w:cs="Times New Roman"/>
        </w:rPr>
        <w:t>Петірдің есімі Паниумда өзгертіледі; бұл Ыбырайымның таңдалған халықпен жасалған алғашқы келісімді бейнелеуінің екінші қадамы болды, ал Петір өзінің екінші қадамында таңдалған халықпен жасалған соңғы келісімнің өкіліне айналады. Бұл он бірінші тараудан жиырма екінші тарауға дейінгі тараулар желісіндегі екінші қадам, әрі бұл — Петір, Жақып және Жоханның Исамен бірге өзге шәкірттерден бөлек барған үш ретінің екіншісі және көктегі Әкенің сөйлеген үш ретінің екіншісі. Неронның желісі Рафия мен Паниум шайқастарының арасындағы орта нүктеде аяқталады, өйткені ол б.з.д. 457 жылы және 1776 жылы басталған басқа екі 250 жылдық кезеңмен сәйкеседі. Б.з.д. 457 жыл б.з.д. 207 жылы аяқталды, ал 1776 жыл 2026 жылы аяқталады. Петір б.з.д. 207 жылмен, 2026 жылмен, 313 жылмен және кернейлер мейрамы ретінде бейнеленетін есектің босатылуының үшінші әрі шешуші сынағынан бұрын келетін ғибадатхана сынағымен байланысты.</w:t>
      </w:r>
    </w:p>
    <w:p>
      <w:pPr>
        <w:pStyle w:val="ArticleBody"/>
        <w:jc w:val="left"/>
      </w:pPr>
      <w:r>
        <w:rPr>
          <w:rFonts w:ascii="Times New Roman" w:hAnsi="Times New Roman" w:eastAsia="Times New Roman" w:cs="Times New Roman"/>
        </w:rPr>
        <w:t>Петірдің сынағы — Мәсіхтің соңынан Ең Киелі Орынға кіру, ал оның ісі — Нэшвиллдің от шарлары туралы түзетілген хабарды түзетіп, содан кейін жариялау. Петірдің Нэшвиллдің от шарлары туралы хабары — әуелде жоғарғы бөлмеде, содан кейін ғибадатханада ұсынылған Елуінші күннің хабары. Ол Нэшвиллдің от шарларын және Рафия шайқасының орындалуын он алтыншы аяттағы жексенбілік заңда Актиум шайқасына айналатын Паниум шайқасымен байланыстыра отырып, өз хабарын ұсынады. Он алтыншы аяттағы жексенбілік заң қырық бірінші аяттағы және жиырма екінші аяттағы жексенбілік заң да болып табылады. Бұл үш аят, сондай-ақ, папалық 538 жылы билікті қолына алып, Орлеанның үшінші кеңесінде жексенбілік заң қабылдаған отыз бірінші аятпен сәйкеседі. Отыз бірінші аятқа алып баратын аяттар 538 жылғы жексенбілік заңға алып келген межелерді айқындайды және жуық арада келетін жексенбілік заңның алдындағы тарихты бейнелейді.</w:t>
      </w:r>
    </w:p>
    <w:p>
      <w:pPr>
        <w:pStyle w:val="ArticleScripture"/>
        <w:jc w:val="left"/>
      </w:pPr>
      <w:r>
        <w:rPr>
          <w:rFonts w:ascii="Times New Roman" w:hAnsi="Times New Roman" w:eastAsia="Times New Roman" w:cs="Times New Roman"/>
        </w:rPr>
        <w:t>Өйткені Киттим кемелері оған қарсы келеді; сондықтан ол мұңайып, кері қайтады да, қасиетті келісімге қарсы қаһарланады; ол солай істейді; тіпті қайтып келіп, қасиетті келісімді тәрк етушілермен астыртын мәмілеге келеді. Сонда оның жағында қарулы күштер тұрады, олар күш-қуаттың киелі орнын арамдайды, күнделікті құрбандықты тоқтатады, әрі қаңыратып кетіретін жиіркенішті орнатады. Даниял 11:30, 31.</w:t>
      </w:r>
    </w:p>
    <w:p>
      <w:pPr>
        <w:pStyle w:val="ArticleBody"/>
        <w:jc w:val="left"/>
      </w:pPr>
      <w:r>
        <w:rPr>
          <w:rFonts w:ascii="Times New Roman" w:hAnsi="Times New Roman" w:eastAsia="Times New Roman" w:cs="Times New Roman"/>
        </w:rPr>
        <w:t>«Кіттім кемелері» Вандалдарды бейнеледі; олар Аян кітабының сегізінші тарауындағы екінші керней арқылы да бейнеленген. Римнің біртіндеп күйреуі 330 жылы, Константин патшалықты шығыс және батыс болып бөлген кезде, басталды. Осыдан кейін ол оны үш ұлына бөліп берді. Акций шайқасынан бері жеңілмес болып келген Рим империясы содан соң екі бөлікке, кейін үш бөлікке бөлінді; содан кейін Аян 8-тараудағы алғашқы төрт керней Батыс Римді 476 жылы ақырына жеткізген жаулардың тегеурінді шабуылын бейнеледі. Константинопольдегі Шығыс Рим бесінші кернейдің соңына және алтыншы кернейдің басына дейін жалғасты; бұлар сондай-ақ бірінші және екінші қасіреттер болып табылады. Бірінші қасіреттің жүз елу жылдық уақыт пайғамбарлығы екінші қасіреттің уақыт пайғамбарлығы басталған күні аяқталды. Ол күн 1453 жылы Константинопольдің Осман түріктерінің қолына құлауы болды.</w:t>
      </w:r>
    </w:p>
    <w:p>
      <w:pPr>
        <w:pStyle w:val="ArticleBody"/>
        <w:jc w:val="left"/>
      </w:pPr>
      <w:r>
        <w:rPr>
          <w:rFonts w:ascii="Times New Roman" w:hAnsi="Times New Roman" w:eastAsia="Times New Roman" w:cs="Times New Roman"/>
        </w:rPr>
        <w:t>Бабыл бір түннің ішінде құлады; бәлкім, сіз Кир әуелі өзеннің арнасын бұруы керек болды, ал бұған белгілі бір уақыт кетті деп уәж айтарсыз, бірақ Бабылдың құлауы бір түннің ішінде болды; ал Римнің құлауы 1123 жылды қамтыды. Сол жылдар Императорлық Римнің біртіндеп күйреуін сипаттайтын нақты пайғамбарлық белестерді қамтыды, және императорлық пұтқа табынушы Рим 538 жылы папалықты Киелі кітап пайғамбарлығындағы бесінші патшалық ретінде таққа отырғызу ісіндегі Америка Құрама Штаттарының бейнесі болып табылады. Папалық Даниял 11-тараудың он алтыншы аятының жексенбілік заңы кезінде таққа отырғызылады. Америка Құрама Штаттарының ісін бейнелейтін белестер пұтқа табынушы Римнің біртіндеп күйреуінің белестерінде көрсетілген.</w:t>
      </w:r>
    </w:p>
    <w:p>
      <w:pPr>
        <w:pStyle w:val="ArticleBody"/>
        <w:jc w:val="left"/>
      </w:pPr>
      <w:r>
        <w:rPr>
          <w:rFonts w:ascii="Times New Roman" w:hAnsi="Times New Roman" w:eastAsia="Times New Roman" w:cs="Times New Roman"/>
        </w:rPr>
        <w:t>Киттим кемелері Рим үшін қаржылық апатты білдірді, өйткені вандалдардың флоты Жерорта теңізінің кеме қатынасы жолдарына ойран салды. Ақырғы күндерде Ислам жер патшалары үшін қаржылық апат ретінде бейнеленеді. Вандалдар мен олардың кемелері екінші кернейдің күші болды, ал үш қасірет — Исламдық керней күштері. Біріншісі Арабия, екіншісі Түркия, ал үшіншісі — бүкіләлемдік.</w:t>
      </w:r>
    </w:p>
    <w:p>
      <w:pPr>
        <w:pStyle w:val="ArticleBody"/>
        <w:jc w:val="left"/>
      </w:pPr>
      <w:r>
        <w:rPr>
          <w:rFonts w:ascii="Times New Roman" w:hAnsi="Times New Roman" w:eastAsia="Times New Roman" w:cs="Times New Roman"/>
        </w:rPr>
        <w:t>Кемелер — экономикалық қуаттың нышаны, ал Жазбаларда Киттим кемелері экономикалық қуаттың ең басты нышандары болып табылады. Ол кемелер теңіздердің ортасында қаһарлы шығыс желімен суға батырылады, ал Жазбаларда Ислам — шығыс ұлдары. Ислам пайғамбарлық оқиғалар тізбегінде аталған кезде, ол экономикалық дағдарыс туғызады. Ислам Балағаммен байланысты түрде есек арқылы бейнеленеді; бұл — Жазбаларда Ысмайыл алғаш таныстырылғанда “тағы адам” деп аударылған еврей сөзі. Пайғамбарлық деңгейде Ысмайыл — Исламның әкесі, бұл Ыбырайымның Ысмайылдың әкесі екенін теріске шығармайды, бірақ Жазбаларда Ысмайылдың он екі руы шығыс ұлдары деген атпен белгілі болады.</w:t>
      </w:r>
    </w:p>
    <w:p>
      <w:pPr>
        <w:pStyle w:val="ArticleBody"/>
        <w:jc w:val="left"/>
      </w:pPr>
      <w:r>
        <w:rPr>
          <w:rFonts w:ascii="Times New Roman" w:hAnsi="Times New Roman" w:eastAsia="Times New Roman" w:cs="Times New Roman"/>
        </w:rPr>
        <w:t>Соңғы күндерде жалған пайғамбар ретінде Америка Құрама Штаттарының нышаны болған Балағам өз есегін үш рет соғады; бұл Исламның үш соққысын бейнелейді. 11 қыркүйек сол соққылардың біріншісі болды және ол шығыстан, қақтығыстың қатты шығыс желдері кезінде көтерілетін мөрлеуші періштенің келуін белгіледі. Исламның екінші соққысы екі қырлы, өйткені екінші қадам еселенуді білдіреді. 2023 жылғы 7 қазанда Ислам күтпеген жерден тура мағынадағы Исраилге соққы берді, ал Теннесси штатының Нашвилл қаласына Ислам күтпеген жерден соққы берген кезде, рухани Исраил соққыға ұшыраған болады. Балағам оқиғасында екінші жолбелгі екі жүзімдіктің арасында келді, ал Әскерлер Иесінің екі жүзімдігі ежелгі тура мағынадағы Исраил мен қазіргі рухани Исраил — Америка Құрама Штаттары болды. Балағамның үшінші жолбелгісі есек сөйлеген кезде болды; ал 11 қыркүйекте басталған жүз қырық төрт мыңның мөрлену уақытының аяқталуын белгілейтін сөйлеу нышаны — Америка Құрама Штаттары айдаһарша сөйлейтін жексенбілік заң. Аян кітабының он бірінші тарауындағы ұлы жер сілкінісі — сол жексенбілік заң; сонда үшінші қасірет тез келеді, сол жерде Америка Құрама Штаттары, есек және Зәкәрия сөйлейді.</w:t>
      </w:r>
    </w:p>
    <w:p>
      <w:pPr>
        <w:pStyle w:val="ArticleBody"/>
        <w:jc w:val="left"/>
      </w:pPr>
      <w:r>
        <w:rPr>
          <w:rFonts w:ascii="Times New Roman" w:hAnsi="Times New Roman" w:eastAsia="Times New Roman" w:cs="Times New Roman"/>
        </w:rPr>
        <w:t>Шомылдыру рәсімін жасаушы Жоханның әкесі ғибадатханада қызмет ету үшін Дәуіт белгілеп қойған діни қызметкерлердің жиырма төрт кезегінің сегізіншісінен еді. Діни қызметкер Зәкәрия ұлы Жохан туғанға дейін сенбестігі салдарынан тілсіз болып қалды және сегіз санының (діни қызметтің нышаны) бейнесі болып табылады. Жексенбілік заң кезінде Жохан арқылы бейнеленген діни қызметкерлердің соңғы ұрпағы оның әкесі Зәкәрия арқылы көрсетілгендей сөйлейтін болады. Мәсіх Жоханды Ілияс деп таныды, ал Ілиястың ақырғы күндердегі хабары Зәкәрия мен Жохан сияқты әке мен бала арасындағы қатынас арқылы бейнеленеді. Жоханға Құдай оған: егер қайтып оралсаң, Менің аузым боласың, — деп айтылған Еремия арқылы алдын ала ишарат етілген еді.</w:t>
      </w:r>
    </w:p>
    <w:p>
      <w:pPr>
        <w:pStyle w:val="ArticleBody"/>
        <w:jc w:val="left"/>
      </w:pPr>
      <w:r>
        <w:rPr>
          <w:rFonts w:ascii="Times New Roman" w:hAnsi="Times New Roman" w:eastAsia="Times New Roman" w:cs="Times New Roman"/>
        </w:rPr>
        <w:t>Еремия 2020 жылғы 18 шілдедегі алғашқы түңілуді жоқтап тұрған еді; ал егер ол қайта оралса, жексенбілік заң кезінде, кешіккен, бірақ ақырында «сөйлейтін» болуға тиіс болған Хабаккуктың пайғамбарлық хабарын ұсынғанда, ол Құдайдың аузына айналар еді. Еремия, демек Жохан, демек Петір, Исламның есегі сөйлейтін сәтте және Америка Құрама Штаттары айдаһар сияқты сөйлеген кезде, Хабаккуктың хабарын айтуға тиіс еді.</w:t>
      </w:r>
    </w:p>
    <w:p>
      <w:pPr>
        <w:pStyle w:val="ArticleBody"/>
        <w:jc w:val="left"/>
      </w:pPr>
      <w:r>
        <w:rPr>
          <w:rFonts w:ascii="Times New Roman" w:hAnsi="Times New Roman" w:eastAsia="Times New Roman" w:cs="Times New Roman"/>
        </w:rPr>
        <w:t>Паний болып табылатын Кесария Филиппідегі Петір «таудың» жолайрығына дейінгі уақыт кезеңінде тұр; осы жолайрықтан кейін айқышқа, немесе жексенбі заңына алып баратын салтанатты кіру келуге тиіс еді. Бұл уақыт кезеңі Паний шайқасымен бейнеленеді, ол папаның және оның өкілетті билігі — Америка Құрама Штаттарының — жеңісімен аяқталады. Паний — үш делдал соғыстың үшіншісі; олардың біріншісі 1989 жылы Берлин қабырғасының түбінде аяқталды, ал соңғысы, яғни үшінші делдал соғыс, шіркеу мен мемлекеттің бөлінуінің «қабырғасының» құлатылуымен аяқталады. 1989 жыл Екінші дүниежүзілік соғыстың соңында басталған «қырғи қабақ соғыс» деп аталған делдал соғыстың шарықтау шегін белгіледі, ал Паний Актий шайқасымен бейнеленген Үшінші дүниежүзілік соғыспен аяқталатын қырғи қабақ соғысты білдіреді. Үш делдал соғыстың бірінші және үшінші жолайрықтарының ортасында — он бірінші және он екінші аяттардағы Рафия шайқасымен бейнеленген Украинадағы нақты соғыс.</w:t>
      </w:r>
    </w:p>
    <w:p>
      <w:pPr>
        <w:pStyle w:val="ArticleBody"/>
        <w:jc w:val="left"/>
      </w:pPr>
      <w:r>
        <w:rPr>
          <w:rFonts w:ascii="Times New Roman" w:hAnsi="Times New Roman" w:eastAsia="Times New Roman" w:cs="Times New Roman"/>
        </w:rPr>
        <w:t>Паний — үшінші дүниежүзілік соғысқа алып баратын қырғи-қабақ соғыс; ол 1989 жылы, ақырзаман кезінде аяқталған қырғи-қабақ соғыспен бейнеленеді, ал сол қырғи-қабақ соғыс Екінші дүниежүзілік соғыстың соңында басталған еді. Оныншы аят пен 1989 жыл арқылы, он бірінші және он екінші аяттар мен 2014 жылы басталған Украинадағы соғыс арқылы, сондай-ақ он үшіншіден он бесінші аяттарға дейін және MAGA-изм мен глобализм арасындағы қазіргі қырғи-қабақ соғыс арқылы бейнеленген белес-таңбаларда папалық пен Америка Құрама Штаттары арасындағы одақтарды айқындаған үш президент болды.</w:t>
      </w:r>
    </w:p>
    <w:p>
      <w:pPr>
        <w:pStyle w:val="ArticleBody"/>
        <w:jc w:val="left"/>
      </w:pPr>
      <w:r>
        <w:rPr>
          <w:rFonts w:ascii="Times New Roman" w:hAnsi="Times New Roman" w:eastAsia="Times New Roman" w:cs="Times New Roman"/>
        </w:rPr>
        <w:t>Рональд Рейган шайтандық Фатима пайғамбарлықтарына қатысты консервативті папа болған Иоанн Павел II-мен жасырын одақ болды және ол оныншы аяттың пайғамбарлық тарихымен байланысты. Обаманың президенттігі он бірінші және он екінші аяттардағы Рафия шайқасының тарихымен сәйкес келеді. Оның президенттігі кезінде екі рәміздік папа болды, өйткені екінші уақиғалық межебелгі екі еселенуді айқындайды. Он үшінші мен он бесінші аяттардағы үшінші уақиғалық межебелгіде папа — Құрама Штаттардан шыққан алғашқы папа. Біз бастапқыда Папа Левті Иоанн Павел II арқылы бейнеленгендей консервативті папа деп болжадық, бірақ үштік қолданылу пайғамбарлық қолданымына сай қолданылғанда, үшінші уақиғалық межебелгі алғашқы екі орындалудың сипаттарына ие болады, сондықтан Лев — консервативті Иоанн Павел II, әрі ол Обаманың мерзімі кезінде отставкаға кетіп, «woke» папасы Францискке жол берген Инквизиция кеңсесінің бұрынғы басшысы Бенедикт XVI болып табылады.</w:t>
      </w:r>
    </w:p>
    <w:p>
      <w:pPr>
        <w:pStyle w:val="ArticleBody"/>
        <w:jc w:val="left"/>
      </w:pPr>
      <w:r>
        <w:rPr>
          <w:rFonts w:ascii="Times New Roman" w:hAnsi="Times New Roman" w:eastAsia="Times New Roman" w:cs="Times New Roman"/>
        </w:rPr>
        <w:t>Бірінші өкілдік соғыс бір аятпен, екіншісі екі аятпен, ал үшіншісі үш аятпен бейнеленген. 1989 жылы аяқталған қырғи-қабақ соғыс Екінші дүниежүзілік соғыстың соңында басталды, ал Акций шайқасымен бейнеленетін Үшінші дүниежүзілік соғыс Паний шайқасымен бейнеленген қырғи-қабақ соғыстың соңында басталады. Үш дүниежүзілік соғыс, үш өкілдік соғыс сияқты, пайғамбарлықтың үш еселік қолданылуымен байланысты қағидалар арқылы басқарылады. Екінші дүниежүзілік соғыстың соңы 1945 жылы Рузвельттен кейінгі сегізінші президент — Рейганмен аяқталған қырғи-қабақ соғысты бастады. Рейган 1989 жылғы ақырғы уақытта Трампқа (жетінің бірі болып табылатын) алып баратын сегіз президенттің тізбегін бастады. Трамптың қырғи-қабақ соғысы 2015 жылы, ол президенттікке өз кандидатурасын жариялап, жаһанданушыларды дүрліктірген кезде, Даниял 11:2-нің орындалуы ретінде басталды. Сол қырғи-қабақ соғыс жексенбілік заңда аяқталады; бұл — Рим үстем билік жүргізбестен бұрынғы оның үшінші кедергісі болып табылатын Акций шайқасы.</w:t>
      </w:r>
    </w:p>
    <w:p>
      <w:pPr>
        <w:pStyle w:val="ArticleBody"/>
        <w:jc w:val="left"/>
      </w:pPr>
      <w:r>
        <w:rPr>
          <w:rFonts w:ascii="Times New Roman" w:hAnsi="Times New Roman" w:eastAsia="Times New Roman" w:cs="Times New Roman"/>
        </w:rPr>
        <w:t>Рузвельттен бастап Рейганға дейін сегіз президент болды, ал Рейганнан бастап Трампқа дейін де сегіз президент болды. Рузвельт Екінші дүниежүзілік соғысты белгілейді: ол 1945 жылғы 12 сәуірде қайтыс болды; содан кейін Еуропадағы соғыс 8 мамырда аяқталған кезде де, Тынық мұхитындағы соғыс 2 қыркүйекте аяқталған кезде де президент Трумэн болды. Еуропадағы соғыс негізінен құрлықтағы шайқас болды, ал Тынық мұхитындағы соғыс теңіздегі шайқас болды; дәл сол сияқты, Паний құрлықтағы шайқасты, ал Акций теңіздегі шайқасты білдіреді. Біріншісі соңғысын бейнелейді, әрі сегіз президенттің тізбегі Даниел кітабының он бірінші тарауының екі және үш аяттарының куәлігіне, сондай-ақ сегізіншінің жетеудің ішінен болуы туралы жұмбаққа негізделіп бекітіледі. Аян кітабының он үшінші тарауындағы жердегі аңның тарихының басындағы алғашқы екі Құрлықтық конгресс кезінде президенттердің жеті мерзімі болды. Сол тарихта Джордж Вашингтон Бас қолбасшы болып тағайындалды. Алғашқы ресми президент ретінде, Вашингтонның Екінші Құрлықтық конгрестегі тағайындалуы әуел бастан-ақ Вашингтонды жеті президенттің сегізіншісі ретінде бейнелейді.</w:t>
      </w:r>
    </w:p>
    <w:p>
      <w:pPr>
        <w:pStyle w:val="ArticleBody"/>
        <w:jc w:val="left"/>
      </w:pPr>
      <w:r>
        <w:rPr>
          <w:rFonts w:ascii="Times New Roman" w:hAnsi="Times New Roman" w:eastAsia="Times New Roman" w:cs="Times New Roman"/>
        </w:rPr>
        <w:t>Бірінші президент алғашқы жеті президенттің сегізіншісі болды, ал соңғы президент — жетеудің ішінен шыққан сегізінші. Діни қызметкер Зәкәрия Жоханның туылған кезінде, есек сөйлегенде және жердегі аң сөйлегенде сөйлейді. Дәл осы жерде Хабаққұқтың аяны да сөйлейді. Жексенбілік заң кезіндегі жүз қырық төрт мыңның туын бейнелейтін Жоханның туылуы — діни қызметкер Зәкәрияның соңғы ұрпағы. Зәкәрия діни қызметкерлердің жиырма төрт кезегінің сегізіншісінде болды. Жексенбілік заң кезінде Зәкәрия (діни қызметкерлер) сөйлейді, сол кезде Ислам (есек) сөйлейді және Америка Құрама Штаттары айдаһарша сөйлейді. Сол waymark-та папалықтың өлімге соқтырған жарасы жазылып, ол жетеудің ішінен шыққан сегізіншіге айналады. Трамп та жетеудің ішінен шыққан сегізінші, әрі жексенбілік заң кезінде аяқталатын аңның мүсінін қалыптастыратын — сол. Сонда жүз қырық төрт мыңның діни қызметі Құдайдың аузына айналып, үшінші періштенің қатты даусындағы хабарды айтады. Сол діни қызмет — жетеудің ішінен шыққан сегізінші шіркеу.</w:t>
      </w:r>
    </w:p>
    <w:p>
      <w:pPr>
        <w:pStyle w:val="ArticleBody"/>
        <w:jc w:val="left"/>
      </w:pPr>
      <w:r>
        <w:rPr>
          <w:rFonts w:ascii="Times New Roman" w:hAnsi="Times New Roman" w:eastAsia="Times New Roman" w:cs="Times New Roman"/>
        </w:rPr>
        <w:t>Рузвельт 1989 жылғы ақырзаман уақытына алып баратын сегіз президенттің басталуын білдіреді, әрі ол 1989 жылы аяқталатын қырғи-қабақ соғысқа дейінгі Екінші дүниежүзілік соғыстан өтуді белгілейді. Президент Трумэн Рузвельттен кейін келді және Екінші дүниежүзілік соғысты құраған құрлық пен теңіз шайқастары аяқталған кезде билік құрды. Президент ретінде Трумэн 1945 жылғы 24 қазанда Біріккен Ұлттар Ұйымы құрылған кезде билік құрды. Рузвельт пен Трумэннің арасындағы байланыс 1945 жыл арқылы белгіленеді. Екеуі де сол жылы президент болды, әрі сол жылы Екінші дүниежүзілік соғыс болған қосарлы соғыс аяқталды, және Біріккен Ұлттар Ұйымы құрылды, және қырғи-қабақ соғыс басталды.</w:t>
      </w:r>
    </w:p>
    <w:p>
      <w:pPr>
        <w:pStyle w:val="ArticleBody"/>
        <w:jc w:val="left"/>
      </w:pPr>
      <w:r>
        <w:rPr>
          <w:rFonts w:ascii="Times New Roman" w:hAnsi="Times New Roman" w:eastAsia="Times New Roman" w:cs="Times New Roman"/>
        </w:rPr>
        <w:t>1989 жылы да, 1945 жылғыдай, екі президент болды: Рональд Рейган және бірінші Джордж Буш. Рейган қырғи-қабақ соғысты аяқтады, ал бірінші Джордж Буш 1990 жылғы 1 қазанда БҰҰ Бас Ассамблеясының «қырық бесінші» сессиясында сөйлеген сөзінде өзінің ең алдымен жаһанданушы екенін жариялап, «жаңа әлемдік тәртіп» құру туралы айтты. Сол сөзінде ол былай деді: «Осынау қараңғы машиналарды өз орнына — Қараңғы ғасырларға — қалдырып кету және жаңа әлемдік тәртіпке, сондай-ақ ұзақ бейбітшілік дәуіріне қарай тарихи қозғалысты түйіндеу үшін алға ілгерілеу біздің қолымызда».</w:t>
      </w:r>
    </w:p>
    <w:p>
      <w:pPr>
        <w:pStyle w:val="ArticleBody"/>
        <w:jc w:val="left"/>
      </w:pPr>
      <w:r>
        <w:rPr>
          <w:rFonts w:ascii="Times New Roman" w:hAnsi="Times New Roman" w:eastAsia="Times New Roman" w:cs="Times New Roman"/>
        </w:rPr>
        <w:t>Осы сөзінде Буш бұл ұғымды Қырғи-қабақ соғыстан кейінгі ынтымақтастықпен, Парсы шығанағындағы дағдарыспен (Ирактың Кувейтке басып кіруі), БҰҰ-ны нығайтумен және құқық үстемдігіне негізделген халықтардың жаңа серіктестігімен байланыстырды. Буш «жаңа әлемдік тәртіп» деген тіркесті алғаш рет бірнеше апта бұрын, 1990 жылғы 11 қыркүйекте Конгрестің қос палатасының бірлескен отырысында сөйлеген сөзінде кеңінен танытты.</w:t>
      </w:r>
    </w:p>
    <w:p>
      <w:pPr>
        <w:pStyle w:val="ArticleBody"/>
        <w:jc w:val="left"/>
      </w:pPr>
      <w:r>
        <w:rPr>
          <w:rFonts w:ascii="Times New Roman" w:hAnsi="Times New Roman" w:eastAsia="Times New Roman" w:cs="Times New Roman"/>
        </w:rPr>
        <w:t>Буштың БҰҰ-дағы сөзін «Қараңғы ғасырлар» ұғымымен жуырдағы қырғи-қабақ соғыстың аяқталуын байланыстыра айқындаған контексте орналастырғанын байқаңыз. Қараңғы ғасырлар ақырзаман уақытында, 1798 жылы аяқталды, ал Буш 1989 жылғы ақырзаман уақытында болды. Оның «жаңа әлемдік тәртіп» деген тіркесті алғаш рет қолдануында ислам халықтарды ашуландырып жатқанына және бұл сөздің 9/11 күні айтылғанына назар аударыңыз. Рузвельттен Картерге дейін сегіз президент болды, ал Рейганнан Трампқа дейін де сегіз президент болды. Трамп — соңғы президент, және ол алғашқы жеті президенттің сегізіншісі болған бірінші президент арқылы алдын ала бейнеленді.</w:t>
      </w:r>
    </w:p>
    <w:p>
      <w:pPr>
        <w:pStyle w:val="ArticleBody"/>
        <w:jc w:val="left"/>
      </w:pPr>
      <w:r>
        <w:rPr>
          <w:rFonts w:ascii="Times New Roman" w:hAnsi="Times New Roman" w:eastAsia="Times New Roman" w:cs="Times New Roman"/>
        </w:rPr>
        <w:t>1798 жылғы ақырзаман уақыты папалықтың өлімші жарасын айқындайды, ал папалық Қараңғы ғасырлар бойы Еуропа патшаларының үстінен билік жүргізген күш болды. Аянның он жетінші тарауында бұл қарым-қатынас аңның үстіне мініп алып, оған үстемдік жүргізіп отырған жезөкше ретінде бейнеленген. 1798 жылы Еуропа патшаларының қолдауы алынып тасталды, сөйтіп аң өлі болды. 1799 жылы папа айдауда жүріп қайтыс болды. 1798 және 1799 жылдар ақырзаман уақытының ең толық мағынасын білдіреді; дәл сол сияқты, Мәсіхтің заманындағы ақырзаман уақыты шомылдыру рәсімін жасаушы Жоханның дүниеге келуімен, ал содан кейін алты айдан соң Мәсіхтің дүниеге келуімен белгіленеді. Буштың 1990 жылғы мәлімдемелері Бушты ақырзаман уақытын белгілейтін екі президенттің екіншісі ретінде көрсетеді және айдаһар күші болып табылатын жаһандануға қарай қозғалысты белгілейді. Буштың рәміздігі Америка Құрама Штаттары айдаһарша сөйлеу арқылы Киелі кітап пайғамбарлығындағы алтыншы патшалық ретінде аяқталатын кезде, жексенбілік заңға қарай жасалған бір қадамды білдіреді. Жексенбілік заң кезінде Америка Құрама Штаттары Біріккен Ұлттар Ұйымының үніне айналады. Дәл осы мәнмәтінде Ислам халықтарды ашуландырып жатыр, әрі 11 қыркүйек белгіленеді. 1990 жылғы 11 қыркүйекте бірінші Буш Конгреске өзінің жаһаншыл күн тәртібі туралы айтқан кезде, ол 2001 жылғы 11 қыркүйекте Исламның халықтарды қайтадан ашуландыратын уақытын алдын ала бейнелеп тұрды, бірақ ол кезде президент соңғы Буш болатын.</w:t>
      </w:r>
    </w:p>
    <w:p>
      <w:pPr>
        <w:pStyle w:val="ArticleBody"/>
        <w:jc w:val="left"/>
      </w:pPr>
      <w:r>
        <w:rPr>
          <w:rFonts w:ascii="Times New Roman" w:hAnsi="Times New Roman" w:eastAsia="Times New Roman" w:cs="Times New Roman"/>
        </w:rPr>
        <w:t>Сегіз президенттің біріншісі Рузвельт 1945 жылы Екінші дүниежүзілік соғыстың аяқталуын белгіледі, ал оның соңынан келген келесі президент Біріккен Ұлттар Ұйымының келуіне жол ашты. Сегіз президенттің біріншісі Рейган 1989 жылы қырғи-қабақ соғыстың аяқталуын белгіледі, ал оның соңынан келген келесі президент Біріккен Ұлттар Ұйымын ілгерілетті. Сегіз президенттің соңғысы 2015 жылы өзінің сайлауға түсу ниетін жариялаған кезде басталған қырғи-қабақ соғысты аяқтап, Үшінші дүниежүзілік соғысты бастайды. Ол Киелі кітап пайғамбарлығындағы алтыншы патшалықты Киелі кітап пайғамбарлығындағы жетінші патшалықтың басына (БҰҰ) айналдырады, содан кейін жексенбілік заң кезінде сол патшалықты айуанға беруге келіседі.</w:t>
      </w:r>
    </w:p>
    <w:p>
      <w:pPr>
        <w:pStyle w:val="ArticleBody"/>
        <w:jc w:val="left"/>
      </w:pPr>
      <w:r>
        <w:rPr>
          <w:rFonts w:ascii="Times New Roman" w:hAnsi="Times New Roman" w:eastAsia="Times New Roman" w:cs="Times New Roman"/>
        </w:rPr>
        <w:t>Екінші дүниежүзілік соғыс құрлықтағы және теңіздегі соғыстан тұрғаны сияқты, соңғы президентте де Панийдегі құрлық шайқасымен бейнеленіп, Актийдегі теңіз шайқасына алып баратын қырғи-қабақ соғыс болады. Жексенбілік заң кезінде Трамптың 2015 жылы жаһанданушыларды қоздыруынан басталған қырғи-қабақ соғыс Екінші дүниежүзілік соғыстың құрлық және теңіз шайқастары арқылы бейнеленген үшінші дүниежүзілік соғысқа ауысады. Екінші дүниежүзілік соғыстың соңында келесі қадам Біріккен Ұлттар Ұйымының жаһандануы болғаны сияқты, дәл солай қырғи-қабақ соғыстың соңында да Рейган мен Буштың кезінде солай болды. Әуелі Америка Құрама Штаттары жексенбілік заң кезінде аяқталады, содан кейін Буштың «жаңа әлемдік тәртібі» жетінші патшалықты енгізеді, ол бірден өз билігін сегізінші патшалыққа беруге келіседі.</w:t>
      </w:r>
    </w:p>
    <w:p>
      <w:pPr>
        <w:pStyle w:val="ArticleBody"/>
        <w:jc w:val="left"/>
      </w:pPr>
      <w:r>
        <w:rPr>
          <w:rFonts w:ascii="Times New Roman" w:hAnsi="Times New Roman" w:eastAsia="Times New Roman" w:cs="Times New Roman"/>
        </w:rPr>
        <w:t>Бірінші Буш пен соңғы Буш өзара байланыстырылған: біріншісінің 11-қыркүйекте Конгреске «жаңа дүниежүзілік тәртіп» туралы жариялауымен және соңғысының 2001 жылғы Patriot Act заңымен. Екі жолайрық та Исламның халықтарды қаһарландыруы контексінде орналастырылған.</w:t>
      </w:r>
    </w:p>
    <w:p>
      <w:pPr>
        <w:pStyle w:val="ArticleBody"/>
        <w:jc w:val="left"/>
      </w:pPr>
      <w:r>
        <w:rPr>
          <w:rFonts w:ascii="Times New Roman" w:hAnsi="Times New Roman" w:eastAsia="Times New Roman" w:cs="Times New Roman"/>
        </w:rPr>
        <w:t>Біз бұл мәселелерді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тоғызыншы бөлім</dc:title>
  <dc:subject>Қуат, Даңқ және Азап</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