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Лаодикиялық Жетінші күнгі Адвентистер шіркеуі - Қырық екінші саны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Қырық екінші саны</w:t>
      </w:r>
    </w:p>
    <w:p>
      <w:pPr>
        <w:pStyle w:val="ArticleBody"/>
        <w:jc w:val="left"/>
      </w:pPr>
      <w:r>
        <w:rPr>
          <w:rFonts w:ascii="Times New Roman" w:hAnsi="Times New Roman" w:eastAsia="Times New Roman" w:cs="Times New Roman"/>
        </w:rPr>
        <w:t>Леуіліктер кітабының жиырма үшінші тарауы көктемгі мейрамдар өздерінің антитипін тапқан Мәсіхтің желісімен байланыстыра отырып, жиырма екі аяттан тұратын екі тең жолға бөлінген кезде, біз жұма кешіндегі Құтқарылу мейрамының, сенбідегі Ашытқысыз нан мейрамының және аптаның бірінші күніндегі Алғашқы жемістердің үш қадамынан басталатын бір желіні көрсете аламыз. Бұл — Мәсіхтің шомылдыру рәсімі арқылы бейнеленген бір межелік белгі, бірақ сол бір межелік белгінің үш қадамы бар.</w:t>
      </w:r>
    </w:p>
    <w:p>
      <w:pPr>
        <w:pStyle w:val="ArticleBody"/>
        <w:jc w:val="left"/>
      </w:pPr>
      <w:r>
        <w:rPr>
          <w:rFonts w:ascii="Times New Roman" w:hAnsi="Times New Roman" w:eastAsia="Times New Roman" w:cs="Times New Roman"/>
        </w:rPr>
        <w:t>Қайта тірілуден бастап, болашаққа қарай қырық күнді қамтығанда, біз бетбұрыс кезеңіне келеміз, өйткені дәл сол кезде Мәсіх бетпе-бет тәлім беруді тоқтатып, бұлттардың үстінде көкке көтерілді. Жүз қырық төрт мың да бұлттардың үстінде көкке көтеріледі.</w:t>
      </w:r>
    </w:p>
    <w:p>
      <w:pPr>
        <w:pStyle w:val="ArticleScripture"/>
        <w:jc w:val="left"/>
      </w:pPr>
      <w:r>
        <w:rPr>
          <w:rFonts w:ascii="Times New Roman" w:hAnsi="Times New Roman" w:eastAsia="Times New Roman" w:cs="Times New Roman"/>
        </w:rPr>
        <w:t>Сонда олар көктен өздеріне: «Мұнда көтеріліп келіңдер», — деген зор дауысты естіді. Олар бұлт ішінде көкке көтерілді; ал жаулары оларды көрді. Дәл сол сағатта қатты жер сілкінісі болып, қаланың оннан бірі құлады, әрі сол жер сілкінісінде жеті мың адам қаза тапты; ал қалғандары үрейленіп, көктің Құдайын мадақтады. Екінші қасірет өтті; міне, үшінші қасірет тез келеді. Сонда жетінші періште керней тартты; көкте зор дауыстар шығып: «Бұл дүниенің патшалықтары Иеміздің және Оның Мәсіхінің патшалықтарына айналды; әрі Ол мәңгілік және мәңгілік билік етеді», — деді. Аян 11:12–15.</w:t>
      </w:r>
    </w:p>
    <w:p>
      <w:pPr>
        <w:pStyle w:val="ArticleBody"/>
        <w:jc w:val="left"/>
      </w:pPr>
      <w:r>
        <w:rPr>
          <w:rFonts w:ascii="Times New Roman" w:hAnsi="Times New Roman" w:eastAsia="Times New Roman" w:cs="Times New Roman"/>
        </w:rPr>
        <w:t>Екінші және үшінші қасірет — Ислам, ал жетінші періште — үшінші қасірет, яғни тағы да Ислам. Үшінші қасірет жер сілкінісі кезінде тез келеді. Жер сілкінісі — Америка Құрама Штаттарындағы жексенбілік заң; Америка Құрама Штаттары — Аян кітабының он үшінші тарауындағы жерден шыққан аң, ал жексенбілік заң — сілкіну, яғни жердің шайқалуы. Жерден шыққан аң — он патшаның ішіндегі бас патша, ал Америка Құрама Штаттары жексенбілік заң кезінде құлатылғанда, қаланың оннан бір бөлігі құлаған болады. Жексенбілік заңның дәл сол сағатында Ілияс пен Мұса арқылы бейнеленген екі куәгер, Мәсіхпен бірге Петірге, Жақыпқа және Жоханға өзгерген түрде көрінген сол екі куәгер, бұлт ішінде көкке көтеріледі, және мұны бәрі көреді, өйткені олардың жаулары оларды көрді.</w:t>
      </w:r>
    </w:p>
    <w:p>
      <w:pPr>
        <w:pStyle w:val="ArticleBody"/>
        <w:jc w:val="left"/>
      </w:pPr>
      <w:r>
        <w:rPr>
          <w:rFonts w:ascii="Times New Roman" w:hAnsi="Times New Roman" w:eastAsia="Times New Roman" w:cs="Times New Roman"/>
        </w:rPr>
        <w:t>Қайта тірілгеннен кейін қырық күн өткен соң Иса бұлттарға «көтерілді», сөйтіп жоғарғы бөлмедегі он күн басталды. Көтерілу — көрнекі сынақ, үш періштенің екіншісі де сондай. Иса көтерілген кезде, періштелер Оның дәл қалай бұлттармен көтерілсе, солай бұлттармен қайта оралатынын айтты.</w:t>
      </w:r>
    </w:p>
    <w:p>
      <w:pPr>
        <w:pStyle w:val="ArticleScripture"/>
        <w:jc w:val="left"/>
      </w:pPr>
      <w:r>
        <w:rPr>
          <w:rFonts w:ascii="Times New Roman" w:hAnsi="Times New Roman" w:eastAsia="Times New Roman" w:cs="Times New Roman"/>
        </w:rPr>
        <w:t>Осыны айтып болған соң, олар қарап тұрған кезде, Ол жоғары көтерілді; және бұлт Оны олардың көз алдынан алып кетті. Ол жоғары көтеріліп бара жатқанда, олар көкке қадала қарап тұрған сәтте, міне, ақ киім киген екі кісі қастарына келіп тұрды; олар да: «Ғалилеялық ерлер, неге көкке қарап тұрсыңдар? Сендерден көкке көтеріліп әкетілген осы Иса көкке қалай кетіп бара жатқанын көрген болсаңдар, дәл солай қайта келеді»,— деді. Елшілердің істері 1:9–11.</w:t>
      </w:r>
    </w:p>
    <w:p>
      <w:pPr>
        <w:pStyle w:val="ArticleBody"/>
        <w:jc w:val="left"/>
      </w:pPr>
      <w:r>
        <w:rPr>
          <w:rFonts w:ascii="Times New Roman" w:hAnsi="Times New Roman" w:eastAsia="Times New Roman" w:cs="Times New Roman"/>
        </w:rPr>
        <w:t>Оның Екінші рет келуіндегі қайта оралуы Өз патшалығының «даңқында» болады.</w:t>
      </w:r>
    </w:p>
    <w:p>
      <w:pPr>
        <w:pStyle w:val="ArticleScripture"/>
        <w:jc w:val="left"/>
      </w:pPr>
      <w:r>
        <w:rPr>
          <w:rFonts w:ascii="Times New Roman" w:hAnsi="Times New Roman" w:eastAsia="Times New Roman" w:cs="Times New Roman"/>
        </w:rPr>
        <w:t>Сондықтан кімде-кім осы неке адалдығын бұзған әрі күнәкар ұрпақтың арасында Менен және Менің сөздерімнен ұялса, Адам Ұлы да Әкесінің салтанатымен қасиетті періштелермен бірге келген кезде, содан ұялатын болады. Марқа 8:38.</w:t>
      </w:r>
    </w:p>
    <w:p>
      <w:pPr>
        <w:pStyle w:val="ArticleBody"/>
        <w:jc w:val="left"/>
      </w:pPr>
      <w:r>
        <w:rPr>
          <w:rFonts w:ascii="Times New Roman" w:hAnsi="Times New Roman" w:eastAsia="Times New Roman" w:cs="Times New Roman"/>
        </w:rPr>
        <w:t>Дәл осы «даңқты» Петір, Жақып және Жохан Өңі өзгерген тауда көрді. Өңі өзгерген тау да екінші қадам болды; оның алдында Кесария Філіпи, ал соңынан Кесария Маритима келді. Екінші сынақ сондай-ақ аңның мүсінінің сынағы болып табылады, бұл — аңның мүсіні қалыптасып жатқанын пайғамбарлық тұрғыдан тануды талап ететін сынақ. Екінші сынақ сондай-ақ Мелзардың Даниял мен оның достарын көкөніс жегендермен салыстыру үшін, көкөніс жемегендердің өң-келбетімен олардың өң-келбетін салыстырып тексеруі болып табылады. Бұл — көзбен көріп бағаланатын сынақ. Ыбырамның келісім тарихындағы келісімнің үш қадамының екінші қадамы сүндеттелудің «белгісі» болды. Екінші қадам Құдай халқының ту ретінде көтерілген кезде мөрленуін білдіреді. Екінші қадам — «даңқ» көрінетін жер, өйткені бірінші періштенің үш қадамы: қорқыныш, «даңқ» және үкім. Елуінші күн мейрамы маусымының қырқыншы күні Өңі өзгерген таумен сәйкес келеді. Аяқ киіміңді шеш, өйткені сен киелі жерде тұрсың.</w:t>
      </w:r>
    </w:p>
    <w:p>
      <w:pPr>
        <w:pStyle w:val="ArticleBody"/>
        <w:jc w:val="left"/>
      </w:pPr>
      <w:r>
        <w:rPr>
          <w:rFonts w:ascii="Times New Roman" w:hAnsi="Times New Roman" w:eastAsia="Times New Roman" w:cs="Times New Roman"/>
        </w:rPr>
        <w:t>Көкке көтерілу — көзге көрінетін сынақ, әрі мейрамдар желісінде қырықыншы күндегі көкке көтерілуге дейін Трубалар мейрамымен байланысты бес күн ілгері жүреді. Трубалар мейрамы жетінші трубаның ескертуін айқындайды, ал бұл — Исламның ескертуі.</w:t>
      </w:r>
    </w:p>
    <w:p>
      <w:pPr>
        <w:pStyle w:val="ArticleBody"/>
        <w:jc w:val="left"/>
      </w:pPr>
      <w:r>
        <w:rPr>
          <w:rFonts w:ascii="Times New Roman" w:hAnsi="Times New Roman" w:eastAsia="Times New Roman" w:cs="Times New Roman"/>
        </w:rPr>
        <w:t>Көкке көтерілу кернейлерден кейін бес күннен соң болады, ал көкке көтерілуден кейін бес күн өткенде Күнәні өтейтін күн сотты белгілейді. Керней — ежелгі жолдар, ол — Лаодикеяға арналған хабар, ол — Ислам және ол — бірінші періштенің іргетасты хабары. Бес күннен кейін, «бетпе-бет» тәлімнің аяқталуымен, екінші періштенің көзге көрінетін екінші сынағы көкке көтерілу арқылы белгіленеді. Одан бес күн өткен соң, сот үшінші періштені белгілейді.</w:t>
      </w:r>
    </w:p>
    <w:p>
      <w:pPr>
        <w:pStyle w:val="ArticleBody"/>
        <w:jc w:val="left"/>
      </w:pPr>
      <w:r>
        <w:rPr>
          <w:rFonts w:ascii="Times New Roman" w:hAnsi="Times New Roman" w:eastAsia="Times New Roman" w:cs="Times New Roman"/>
        </w:rPr>
        <w:t>Құдайдың үйіне шығарылған сот аяқталғаннан кейін бес күн өткен соң, Алпауыт Елуінші күн мейрамымен белгіленгендей, сот Америка Құрама Штаттарына келеді.</w:t>
      </w:r>
    </w:p>
    <w:p>
      <w:pPr>
        <w:pStyle w:val="ArticleScripture"/>
        <w:jc w:val="left"/>
      </w:pPr>
      <w:r>
        <w:rPr>
          <w:rFonts w:ascii="Times New Roman" w:hAnsi="Times New Roman" w:eastAsia="Times New Roman" w:cs="Times New Roman"/>
        </w:rPr>
        <w:t>Сонда Ол Абрамға былай деді: «Мынаны анық біл: сенің ұрпағың өздерінікі емес жерде келімсек болып, соларға құлдық етеді; әрі оларды төрт жүз жыл бойы қинайды. Бірақ олар құлдық ететін сол халықты Мен де соттаймын; содан кейін олар мол дүние-мүлікпен шығады». Жаратылыс 15:13, 14.</w:t>
      </w:r>
    </w:p>
    <w:p>
      <w:pPr>
        <w:pStyle w:val="ArticleBody"/>
        <w:jc w:val="left"/>
      </w:pPr>
      <w:r>
        <w:rPr>
          <w:rFonts w:ascii="Times New Roman" w:hAnsi="Times New Roman" w:eastAsia="Times New Roman" w:cs="Times New Roman"/>
        </w:rPr>
        <w:t>АҚШ-тың «ұлты» сотталатын жексенбілік заң кезінде бір жүз қырық төрт мың иеленетін «ұлы мән» — Ишаяның алтыншы тарауындағы Құдайлықты бейнелейтін мән. Ыбырайымға берілген келісім туралы пайғамбарлықта «сол халықты да» делінеді, осы арқылы Құдай халқының жексенбілік заңнан бұрын мөрленетіні айқындалады. Содан кейін жексенбілік заң кезінде, Күркелер мейрамының жеті күнімен бейнеленген бір кезеңде, Құдай үйінің сыртындағы ұлы көпшілікке үкім жүзеге асырылып жатқанда, соңғы жаңбыр өлшеусіз төгіледі.</w:t>
      </w:r>
    </w:p>
    <w:p>
      <w:pPr>
        <w:pStyle w:val="ArticleBody"/>
        <w:jc w:val="left"/>
      </w:pPr>
      <w:r>
        <w:rPr>
          <w:rFonts w:ascii="Times New Roman" w:hAnsi="Times New Roman" w:eastAsia="Times New Roman" w:cs="Times New Roman"/>
        </w:rPr>
        <w:t>2020 жылдың 18 шілдесінде екі куәгер Содом мен Мысырдың көшелерінде өлтірілді. Екі куәгер Мұса мен Ілияс еді, ал Уильям Миллер өз тарихындағы Ілияс болды. Ол өз түсінде бір сәтке көзін жұмды, ал 2020 жылдың 18 шілдесінде пайғамбарлық тұрғыдан өлімде көзін жұмды. Ол көзін ашқанда, бөлме бос еді, есік те, терезелер де ашық болатын. Содан кейін Миллер қоқыс щеткасын ұстаған адамның атқарып жатқан ісін көргенде, одан абай болуын өтінді, ал қоқыс щеткасын ұстаған адам оған бәрі жақсы болатынына сендірді.</w:t>
      </w:r>
    </w:p>
    <w:p>
      <w:pPr>
        <w:pStyle w:val="ArticleBody"/>
        <w:jc w:val="left"/>
      </w:pPr>
      <w:r>
        <w:rPr>
          <w:rFonts w:ascii="Times New Roman" w:hAnsi="Times New Roman" w:eastAsia="Times New Roman" w:cs="Times New Roman"/>
        </w:rPr>
        <w:t>Миллер 2023 жылдың шілдесінде шөлде оянғанда, 2023 жылғы 31 желтоқсандағы қайта тірілудің дәл алдында ашытқысыз нан мейрамы келіп жетті. Дәл сол сәтте — бұрын-соңды ашылған өзге барлық пайғамбарлық хабарлардың типі болған шынайы Түн ортасындағы Айқайдың пайғамбарлық хабары, яғни сол «айқай», ашыла бастады; өйткені үш жарым күннің соңы «ақырғы уақытты» айқындайды, ал «ақырғы уақытта» әрдайым пайғамбарлық ашылу болады. Бұл әрқашан осылай, өйткені Мәсіх кеше де, бүгін де, мәңгі де бірдей. Оның адамдармен қарым-қатынасы үнемі бірдей, өйткені Ол қазір де бұрынғыдай сол бір «жолдармен» әрекет етеді. Үш жарым күннің соңында Иса Мәсіхтің Аяны ашылды.</w:t>
      </w:r>
    </w:p>
    <w:p>
      <w:pPr>
        <w:pStyle w:val="ArticleBody"/>
        <w:jc w:val="left"/>
      </w:pPr>
      <w:r>
        <w:rPr>
          <w:rFonts w:ascii="Times New Roman" w:hAnsi="Times New Roman" w:eastAsia="Times New Roman" w:cs="Times New Roman"/>
        </w:rPr>
        <w:t>Қайта тірілген тәннің бейнесі әуелі жаратылып, содан кейін тіршілік тынысы үрленген Адам арқылы алдын ала көрсетілген еді. Езекиел 37-тараудағы өлі, кеуіп кеткен сүйектер де әуелі бір пайғамбарлық арқылы құрастырылып, содан кейін жансыз денеге төрт жел туралы хабармен бірге тіршілік тынысын жеткізген екінші пайғамбарлық арқылы тірілтілді; бұл — мөрлеу хабары. Екі мысалда да ашылған пайғамбарлық екі бөліктен тұрады және олар сан алуан түрде ұсынылады. Олар — ішкі және сыртқы; олар — Ұлай мен Хиддекел өзендерінің аяны; олар — chazon және mareh аяндары; олар — екі куәгер, екі алтын құбыр, және тағы сол сияқты.</w:t>
      </w:r>
    </w:p>
    <w:p>
      <w:pPr>
        <w:pStyle w:val="ArticleBody"/>
        <w:jc w:val="left"/>
      </w:pPr>
      <w:r>
        <w:rPr>
          <w:rFonts w:ascii="Times New Roman" w:hAnsi="Times New Roman" w:eastAsia="Times New Roman" w:cs="Times New Roman"/>
        </w:rPr>
        <w:t>Миллериттер тарихында Түн ортасындағы айқай екінші періштенің пайғамбарлығымен ұштасқан пайғамбарлық болды. Екі сатылы пайғамбарлық. Қураған өлі сүйектер 2023 жылы қайта тірілген кезде, пайғамбарлық қажеттілік бойынша олар сыналуға тиіс еді, өйткені пайғамбарлықтың мөрінің ашылуы әрдайым үш сатылы сынақ үдерісін бастайды. Алғашқы екі сынақ іргетастық сынақ, содан кейін ғибадатхананың сынағы болар еді.</w:t>
      </w:r>
    </w:p>
    <w:p>
      <w:pPr>
        <w:pStyle w:val="ArticleBody"/>
        <w:jc w:val="left"/>
      </w:pPr>
      <w:r>
        <w:rPr>
          <w:rFonts w:ascii="Times New Roman" w:hAnsi="Times New Roman" w:eastAsia="Times New Roman" w:cs="Times New Roman"/>
        </w:rPr>
        <w:t>Тірілуден бес күн өткен соң — ашытқысыз нан кезеңімен бейнеленген шөлдегі дауыс аяқталады, өйткені Миллер мен Шомылдыру рәсімін жасаушы Жақия арқылы бейнеленген Ілияс екеуі де аяқ киімін алып жүруге өздерін лайықсыз санаған Тұлғаның жолын дайындады. Тірілу кезінде Иса қырық күн бойы Өзінің «бетпе-бет» тәлім беру кезеңін бастайды. Сол «бетпе-бет» тәлім беру Даниял үшін оныншы тарауда жиырма екінші күні басталды. Сол жерде ол үш қадам, үш рет жанасу, сондай-ақ күшті болудың екі еселенуі ретінде бейнеленген.</w:t>
      </w:r>
    </w:p>
    <w:p>
      <w:pPr>
        <w:pStyle w:val="ArticleBody"/>
        <w:jc w:val="left"/>
      </w:pPr>
      <w:r>
        <w:rPr>
          <w:rFonts w:ascii="Times New Roman" w:hAnsi="Times New Roman" w:eastAsia="Times New Roman" w:cs="Times New Roman"/>
        </w:rPr>
        <w:t>Қырық күн аяқталуға бес күн қалғанда, Ислам кернейінің ескерту үні шалынады. Исламның ескертуі Мәсіхтің Иерусалимге салтанатты кіруі кезінде мінген есегі арқылы бейнеленді. Ол Зәйтүн тауының баурайымен Иерусалимге төмен түспестен бұрын, әуелі шәкірттеріне барып, есекті босатуды бұйырды.</w:t>
      </w:r>
    </w:p>
    <w:p>
      <w:pPr>
        <w:pStyle w:val="ArticleScripture"/>
        <w:jc w:val="left"/>
      </w:pPr>
      <w:r>
        <w:rPr>
          <w:rFonts w:ascii="Times New Roman" w:hAnsi="Times New Roman" w:eastAsia="Times New Roman" w:cs="Times New Roman"/>
        </w:rPr>
        <w:t>«Бұл көрініс 1847 жылы, сенбі күнін сақтайтын Адвент бауырластардың саны өте аз болған кезде берілді; ал солардың өз ішінен де оны сақтау Құдай халқы мен имансыздардың арасына шекара қоятындай дәрежеде жеткілікті маңызды деп санайтындар аз еді. Енді сол көріністің орындалуы көріне бастады. Мұнда айтылған “сол ауыртпалық уақытының басталуы” індеттер төгіле бастайтын уақытты білдірмейді, қайта олар төгілуінің дәл алдындағы қысқа кезеңді, яғни Мәсіх киелі орында болып тұрған уақытты білдіреді. Сол кезде, құтқарылу ісі аяқталып келе жатқанда, жер бетіне ауыртпалық келе бастайды, ал халықтар қаһарланады, дегенмен үшінші періштенің ісіне кедергі жасамайтындай болып тежеліп тұрады. Сол уақытта Жаратқан Иенің алдынан келетін “кейінгі жаңбыр”, немесе сергіту, үшінші періштенің қатты дауысына күш беру және әулиелерді соңғы жеті індет төгілетін кезеңде берік тұруға дайындау үшін беріледі». Early Writings, 85.</w:t>
      </w:r>
    </w:p>
    <w:p>
      <w:pPr>
        <w:pStyle w:val="ArticleBody"/>
        <w:jc w:val="left"/>
      </w:pPr>
      <w:r>
        <w:rPr>
          <w:rFonts w:ascii="Times New Roman" w:hAnsi="Times New Roman" w:eastAsia="Times New Roman" w:cs="Times New Roman"/>
        </w:rPr>
        <w:t>9/11-де Ол Өз періштелеріне есекті босатуды бұйырды, содан кейін кіші Джордж Буш есекті тежеді. Кир бірінші періштенің бейнесі, өйткені ол алғашқы жарлықты жариялады. Сондықтан ол 1840 жылғы 11 тамызды да, 9/11-ді де білдіреді; әрі 9/11-де «халықтардың қаһарлануымен» бейнеленген Ислам босатылып, кейін тежелді. Сол уақытта кеш жауын жауа бастады. Кир 1840 жылғы 11 тамыздағы және 9/11-дегі Исламның екі межелік белгісін де бейнелейді.</w:t>
      </w:r>
    </w:p>
    <w:p>
      <w:pPr>
        <w:pStyle w:val="ArticleScripture"/>
        <w:jc w:val="left"/>
      </w:pPr>
      <w:r>
        <w:rPr>
          <w:rFonts w:ascii="Times New Roman" w:hAnsi="Times New Roman" w:eastAsia="Times New Roman" w:cs="Times New Roman"/>
        </w:rPr>
        <w:t>«Үш апта бойы Ғабриел қараңғылық күштерімен арпалысып, Кирдің ақыл-ойына әсер етіп жатқан ықпалдарға қарсы тұруға тырысты; ал шайқас аяқталмай тұрып, Мәсіхтің Өзі Ғабриелге көмекке келді. “Парсы патшалығының әміршісі маған жиырма бір күн қарсы тұрды”,— деп мәлімдейді Ғабриел; “бірақ, міне, бас әміршілердің бірі Михаил маған көмекке келді; мен Парсы патшаларының жанында сонда қалдым”. Даниял 10:13. Құдай халқының игілігі үшін көктің істей алатындарының бәрі істелді. Ақырында жеңіске қол жетті; дұшпанның күштері Кирдің бүкіл күндерінде де, шамамен жеті жарым жыл билік еткен оның ұлы Камбиздің бүкіл күндерінде де тежеліп тұрды». Пайғамбарлар мен патшалар, 571.</w:t>
      </w:r>
    </w:p>
    <w:p>
      <w:pPr>
        <w:pStyle w:val="ArticleBody"/>
        <w:jc w:val="left"/>
      </w:pPr>
      <w:r>
        <w:rPr>
          <w:rFonts w:ascii="Times New Roman" w:hAnsi="Times New Roman" w:eastAsia="Times New Roman" w:cs="Times New Roman"/>
        </w:rPr>
        <w:t>Кир, 1840 жылдың 11 тамызы — осман үстемдігі тоқтаған кезде, ізашарлар айтқандай, екінші қасіреттің исламы тежелді. Бұл тежелу исламның үш қасіретінің екіншісін бейнелеген алтыншы періште төрт ислам сұлтанын білдіретін төрт періштені босатқан кезде басталған үш жүз тоқсан бір жыл және он бес күндік уақыт пайғамбарлығының аяқталғанын көрсетті. 9/11-де ислам соққы берді, содан кейін Кир мен 1840 жылдың тарихындағы тежелу арқылы бейнеленгендей, тежелді. Осы үш куәгердің бәрі де исламның тежелуін немесе босатылуын айқындайды, әрі Мәсіхтің салтанатты кіруінің басында есек босатылды.</w:t>
      </w:r>
    </w:p>
    <w:p>
      <w:pPr>
        <w:pStyle w:val="ArticleBody"/>
        <w:jc w:val="left"/>
      </w:pPr>
      <w:r>
        <w:rPr>
          <w:rFonts w:ascii="Times New Roman" w:hAnsi="Times New Roman" w:eastAsia="Times New Roman" w:cs="Times New Roman"/>
        </w:rPr>
        <w:t>Оның салтанатты кіруінен бұрын есектің босатылуы көтерілуге бес күн қалғанда келетін керней хабарын айқындайды. Исламның 11-қыркүйекте босатылғаны сияқты қайтадан босатылатыны және одан он бес күн өткен соң, Елуінші күн мейрамы болып табылатын жексенбілік заң кезінде тағы да босатылатыны туралы хабар — Түн ортасындағы айғайдың басталуын белгілейтін хабар. Есектің босатылуы Түн ортасындағы айғай хабарының жариялануының басталуын, яғни альфасын, білдіреді; ал Түн ортасындағы айғайдың қатты айғайға ауысатын жексенбілік заң кезінде Ислам жердегі аңды тағы да соғады.</w:t>
      </w:r>
    </w:p>
    <w:p>
      <w:pPr>
        <w:pStyle w:val="ArticleBody"/>
        <w:jc w:val="left"/>
      </w:pPr>
      <w:r>
        <w:rPr>
          <w:rFonts w:ascii="Times New Roman" w:hAnsi="Times New Roman" w:eastAsia="Times New Roman" w:cs="Times New Roman"/>
        </w:rPr>
        <w:t>Түн ортасындағы айғай кезеңі Исламның альфа соққысымен басталып, Исламның омега соққысымен аяқталады. Исламның Америка Құрама Штаттарына жасаған соққылары, әрине, Руларды санау кітабының жиырма екінші тарауында баяндалған Балағам мен оның есегі туралы куәлікте бейнеленген. Жердегі аңның протестанттық мүйізі ретіндегі Лаодикеялық Жетінші күн адвентистері шіркеуінің тағдыры Ишая 22:22-де (ішкі) бейнеленген, ал Республикалық мүйіздің тағдыры Руларды санау 22:22-де (сыртқы) және одан әрі баяндалған.</w:t>
      </w:r>
    </w:p>
    <w:p>
      <w:pPr>
        <w:pStyle w:val="ArticleScripture"/>
        <w:jc w:val="left"/>
      </w:pPr>
      <w:r>
        <w:rPr>
          <w:rFonts w:ascii="Times New Roman" w:hAnsi="Times New Roman" w:eastAsia="Times New Roman" w:cs="Times New Roman"/>
        </w:rPr>
        <w:t>Оның барғаны үшін Құдайдың қаһары тұтанды; сонда Жаратқан Иенің періштесі оған қарсылас болу үшін жолға тұрды. Ал ол есегіне мініп келе жатқан еді, қасында екі қызметшісі бар болатын.</w:t>
      </w:r>
    </w:p>
    <w:p>
      <w:pPr>
        <w:pStyle w:val="ArticleScripture"/>
        <w:jc w:val="left"/>
      </w:pPr>
      <w:r>
        <w:rPr>
          <w:rFonts w:ascii="Times New Roman" w:hAnsi="Times New Roman" w:eastAsia="Times New Roman" w:cs="Times New Roman"/>
        </w:rPr>
        <w:t>Сонда есек Жаратқан Иенің періштесінің жолда тұрғанын, қолында жалаңаш қылышы бар екенін көрді; есек жолдан бұрылып, егістікке кіріп кетті. Ал Балағам оны қайтадан жолға салу үшін есекті ұрды. Руларды санау 22:22, 23.</w:t>
      </w:r>
    </w:p>
    <w:p>
      <w:pPr>
        <w:pStyle w:val="ArticleBody"/>
        <w:jc w:val="left"/>
      </w:pPr>
      <w:r>
        <w:rPr>
          <w:rFonts w:ascii="Times New Roman" w:hAnsi="Times New Roman" w:eastAsia="Times New Roman" w:cs="Times New Roman"/>
        </w:rPr>
        <w:t>9/11 кезінде жалған пайғамбар Балағам — Америка Құрама Штаттарын және кіші Джордж Бушты бейнелей отырып — оның әкесі, бірінші Джордж Буш, ғаламшылдардың Америка Құрама Штаттарын құлатып, өзі «жаңа әлемдік тәртіп» деп атағанды жүзеге асыру әрекетінде бастап кеткен істі аяқтауға ұмтылып жатқан еді. Ғаламшылдардың інжілдік түрткісі — Құдайдың қалдық халқын өлтіру, ал кіші Джордж Буш әкесінің, өзі атағандай, «жаңа әлемдік тәртіпті» енгізуге бастайтын пайғамбарлық мұрасының ақырын бейнелейді. Буштың «жаңа әлемдік тәртібі» жексенбілік заң кезінде айдаһардың, аңның және жалған пайғамбардың үштік одағына келіп жетеді, ал кіші Джордж Буш жексенбілік заңмен шегіне жететін кезеңнің басталуын белгілейді; бұл — мөр басу уақыты, аңның мүсініне қатысты сынақ уақыты, Аян кітабының он сегізінші тарауындағы бірінші дауыспен бейнеленген кезең және тағы да көп нәрсе. Балағамның есегі ғаламшылдардың күн тәртібін жүз қырық төрт мыңның маңдайларына мөр басылғанға дейін бұрып жіберді.</w:t>
      </w:r>
    </w:p>
    <w:p>
      <w:pPr>
        <w:pStyle w:val="ArticleScripture"/>
        <w:jc w:val="left"/>
      </w:pPr>
      <w:r>
        <w:rPr>
          <w:rFonts w:ascii="Times New Roman" w:hAnsi="Times New Roman" w:eastAsia="Times New Roman" w:cs="Times New Roman"/>
        </w:rPr>
        <w:t>Асафтың жыры немесе Забуры. Үнсіз қалма, уа, Құдай; тыншыма, тыныштық сақтама, уа, Құдай. Өйткені, міне, жауларың дүрлігіс тудырып жатыр, ал Сені жек көретіндер бастарын көтерді. Олар Сенің халқыңа қарсы айлакерлікпен кеңесті, әрі Сенің жасырындарыңа қарсы ақылдасты. Олар: «Келіңдер, оларды халық болудан жойып жіберейік, сонда Исраилдің аты енді еске алынбасын»,— деді. Өйткені олар бір ауыздан кеңесті; олар Саған қарсы одақ құрды. Забур 83:1–5.</w:t>
      </w:r>
    </w:p>
    <w:p>
      <w:pPr>
        <w:pStyle w:val="ArticleBody"/>
        <w:jc w:val="left"/>
      </w:pPr>
      <w:r>
        <w:rPr>
          <w:rFonts w:ascii="Times New Roman" w:hAnsi="Times New Roman" w:eastAsia="Times New Roman" w:cs="Times New Roman"/>
        </w:rPr>
        <w:t>Алтыншы аяттан бастап әрі қарайғы аяттарда “жаулар” Аян кітабының он жетінші тарауында он патша ретінде бейнеленетін “он” халық ретінде айқындалады. Онда он патша бір ойда болады, ал Асаф: “олар бір ауыздан кеңес құрды; Саған қарсы одақтасты”,— дейді. Он патша — соңғы күндердегі жаһаншыл зұлым одақ; олар “Исраилді”, “Сенің жасырындарыңды”, “ұлт болудан” “жойып жіберуге” бел байлаған. Үштік одақтың “басы” ретінде папалық билікті “көтеретін” он патшаның одағының ісі — “Құдіреті Жоғарының құпия мекенінде” жасырылған рухани “Исраилді” жою.</w:t>
      </w:r>
    </w:p>
    <w:p>
      <w:pPr>
        <w:pStyle w:val="ArticleBody"/>
        <w:jc w:val="left"/>
      </w:pPr>
      <w:r>
        <w:rPr>
          <w:rFonts w:ascii="Times New Roman" w:hAnsi="Times New Roman" w:eastAsia="Times New Roman" w:cs="Times New Roman"/>
        </w:rPr>
        <w:t>11 қыркүйекте исламның есегі айдаһардың күн тәртібін өз жолынан бұрып жіберді, өйткені Аян 18-тараудағы құдіретті періште қолында семсерімен төмен түсті. Сол кездегі ішкі сынақ ескі жолдарға қайта оралу еді. Сол сәтте Аян кітабының он сегізінші тарауының алғашқы үш аятының тарихында баяндалғандай, Миллериттік тарихтардың — бірінші және екінші періштелердің екеуінің де — қайталануы қайтадан басталды. Сол алғашқы үш аят — Уайт қарындас Нью-Йорк қаласының ұлы ғимараттары құлатылған кезде орындалады деп айтқан аяттар.</w:t>
      </w:r>
    </w:p>
    <w:p>
      <w:pPr>
        <w:pStyle w:val="ArticleBody"/>
        <w:jc w:val="left"/>
      </w:pPr>
      <w:r>
        <w:rPr>
          <w:rFonts w:ascii="Times New Roman" w:hAnsi="Times New Roman" w:eastAsia="Times New Roman" w:cs="Times New Roman"/>
        </w:rPr>
        <w:t>9/11 кезінде Аян 18:1–3 орындалды, әрі 1840 жылғы 11 тамызда өзінің салтанатымен жерді нұрландыру үшін төмен түскен бірінші періштенің параллелі сол кезде Бабылдың құлағанын жариялаған екінші періштемен ұштасып қосылды. Балағам бірінші періштенің символы болды, ал Балағам екінші періштені бейнелейтін өзінің екі қызметшісімен бірге жүрді.</w:t>
      </w:r>
    </w:p>
    <w:p>
      <w:pPr>
        <w:pStyle w:val="ArticleBody"/>
        <w:jc w:val="left"/>
      </w:pPr>
      <w:r>
        <w:rPr>
          <w:rFonts w:ascii="Times New Roman" w:hAnsi="Times New Roman" w:eastAsia="Times New Roman" w:cs="Times New Roman"/>
        </w:rPr>
        <w:t>Балағамның жалған пайғамбардың Республикалық мүйізі туралы бейнелеуінде, Балағам Исламның есегімен тағы екі рет қақтығысқа түсер еді. Үшінші қақтығыста есек «сөйлейтін» болады, ал пайғамбарлықтың сөйлеуі жексенбілік заңды білдіреді. 2023 жылғы 7 қазанда есек тағы да соқты, бірақ рухани қазіргі даңқты елді емес. Ол ежелгі даңқты жердің тура мағынасындағысын соқты, енді Балағам мен оның есегі өздерінің екінші қақтығысында болды.</w:t>
      </w:r>
    </w:p>
    <w:p>
      <w:pPr>
        <w:pStyle w:val="ArticleScripture"/>
        <w:jc w:val="left"/>
      </w:pPr>
      <w:r>
        <w:rPr>
          <w:rFonts w:ascii="Times New Roman" w:hAnsi="Times New Roman" w:eastAsia="Times New Roman" w:cs="Times New Roman"/>
        </w:rPr>
        <w:t>Бірақ Жаратқан Иенің періштесі жүзімдіктер арасындағы соқпақта тұрды; оның бұл жағында да, ана жағында да қабырға бар еді. Есек ұрғашысы Жаратқан Иенің періштесін көргенде, қабырғаға қарай қысыла бұрылып, Балағамның аяғын қабырғаға жаншып жіберді; сонда ол оны тағы да ұрды. Руларды санау 22:24, 25.</w:t>
      </w:r>
    </w:p>
    <w:p>
      <w:pPr>
        <w:pStyle w:val="ArticleBody"/>
        <w:jc w:val="left"/>
      </w:pPr>
      <w:r>
        <w:rPr>
          <w:rFonts w:ascii="Times New Roman" w:hAnsi="Times New Roman" w:eastAsia="Times New Roman" w:cs="Times New Roman"/>
        </w:rPr>
        <w:t>Ежелгі Исраилдің жүзімдігі Лаодикеялық Жетінші күн адвентизмінің жүзімдігін бейнелейді. Екеуі де Құдай Заңының аманат сақтаушылары болу жауапкершілігі тапсырылған келісім халқы; бұл Заң «қабырға» ретінде рәмізделген және жүзімдікті құрайтын құрамдас бөліктердің бірі болып табылады.</w:t>
      </w:r>
    </w:p>
    <w:p>
      <w:pPr>
        <w:pStyle w:val="ArticleScripture"/>
        <w:jc w:val="left"/>
      </w:pPr>
      <w:r>
        <w:rPr>
          <w:rFonts w:ascii="Times New Roman" w:hAnsi="Times New Roman" w:eastAsia="Times New Roman" w:cs="Times New Roman"/>
        </w:rPr>
        <w:t>Мен жүзімдігім үшін істемеген тағы не істеуім керек еді? Неліктен Мен оның жүзім беруін күткенімде, ол жабайы жеміс берді? Енді келіңдер, Мен сендерге жүзімдігіме не істейтінімді айтайын: оның қоршауын алып тастаймын, сонда ол жеп қойылады; оның қабырғасын қиратып тастаймын, сонда ол тапталып қалады. Ишая 5:4, 5.</w:t>
      </w:r>
    </w:p>
    <w:p>
      <w:pPr>
        <w:pStyle w:val="ArticleBody"/>
        <w:jc w:val="left"/>
      </w:pPr>
      <w:r>
        <w:rPr>
          <w:rFonts w:ascii="Times New Roman" w:hAnsi="Times New Roman" w:eastAsia="Times New Roman" w:cs="Times New Roman"/>
        </w:rPr>
        <w:t>Ежелгі тура мағынадағы Исраил да, қазіргі рухани Исраил да бүлік шығарып, өздеріне жүктелген қасиетті жауапкершіліктерді теріске шығарды. 9/11-ден жексенбілік заңға дейінгі аралықта пайғамбарлық мәселе «қабырға» арқылы бейнеленеді. Пайғамбарлық мәселе — Америка Құрама Штаттарының Конституциясындағы шіркеу мен мемлекеттің бөліну «қабырғасының» қиратылуы. 9/11-де Буш Патриоттық актіні енгізді, бұл Конституцияны жою жолындағы ірі қадам болды, өйткені дәл сол жерде Конституцияны басшылыққа алған философия төңкеріліп тасталды: адамның кінәсіздігі дәлелденгенге дейін кінәлі деп саналады дейтін Рим құқығының қағидаттары, адам кінәсі дәлелденгенге дейін кінәсіз деп есептеледі деген ағылшын құқығының қағидатынан жоғары қабылданды.</w:t>
      </w:r>
    </w:p>
    <w:p>
      <w:pPr>
        <w:pStyle w:val="ArticleBody"/>
        <w:jc w:val="left"/>
      </w:pPr>
      <w:r>
        <w:rPr>
          <w:rFonts w:ascii="Times New Roman" w:hAnsi="Times New Roman" w:eastAsia="Times New Roman" w:cs="Times New Roman"/>
        </w:rPr>
        <w:t>11 қыркүйектен жексенбілік заңға дейінгі кезеңде «қабырғаларға» қатысты пайғамбарлық сілтемелер бар. Исламның Балағамның есегі тәрізді қабырғаларды бұзуы, Конституцияның ішіндегі қағидаларды жоққа шығаратын жаңсақ қисынды қамтамасыз ететін мәселенің дәл ислам екенін айқындайды. Осы пайғамбарлық мағынада, Киелі кітаптағы жалған пайғамбар болып табылатын ислам, аңның бейнесіне қатысты сынақ уақыты кезінде Құрама Штаттарды алдайтын нәрсе; дәл сол сияқты Құрама Штаттардың жалған пайғамбары да дүниежүзілік аңның бейнесіне қатысты сынақ уақыты кезінде бүкіл әлемді алдайды.</w:t>
      </w:r>
    </w:p>
    <w:p>
      <w:pPr>
        <w:pStyle w:val="ArticleBody"/>
        <w:jc w:val="left"/>
      </w:pPr>
      <w:r>
        <w:rPr>
          <w:rFonts w:ascii="Times New Roman" w:hAnsi="Times New Roman" w:eastAsia="Times New Roman" w:cs="Times New Roman"/>
        </w:rPr>
        <w:t>2023 жылғы 7 қазанда Исламның есегі ежелгі, тура мағынадағы даңқты жерге шабуыл жасады, ал Түн ортасындағы айқайдың жариялануының алдында есек босатылған кезде, Ислам 9/11-дегідей қазіргі рухани даңқты жер — Америка Құрама Штаттарына қайтадан соққы береді. Балағам есекті екінші рет ұрған кезде, бұл — екінші періште, ал екінші періште әрдайым екі қабырғасы бар «жүзімдіктер жолы» арқылы бейнеленгендей, еселенуді туындатады.</w:t>
      </w:r>
    </w:p>
    <w:p>
      <w:pPr>
        <w:pStyle w:val="ArticleScripture"/>
        <w:jc w:val="left"/>
      </w:pPr>
      <w:r>
        <w:rPr>
          <w:rFonts w:ascii="Times New Roman" w:hAnsi="Times New Roman" w:eastAsia="Times New Roman" w:cs="Times New Roman"/>
        </w:rPr>
        <w:t>Сонда Жаратқан Иенің періштесі әрі қарай өтіп, оңға да, солға да бұрылуға жол жоқ тар жерде тұрды. Есек Жаратқан Иенің періштесін көргенде, Балағамның астына шөгіп қалды; сонда Балағамның ашуы тұтанып, ол есекті таяқпен ұрды. Жаратқан Ие есектің аузын ашты, сонда ол Балағамға: «Мен саған не істедім, мені осы үш рет ұрғаныңдай?» — деді. Руларды санау 22:26–28.</w:t>
      </w:r>
    </w:p>
    <w:p>
      <w:pPr>
        <w:pStyle w:val="ArticleBody"/>
        <w:jc w:val="left"/>
      </w:pPr>
      <w:r>
        <w:rPr>
          <w:rFonts w:ascii="Times New Roman" w:hAnsi="Times New Roman" w:eastAsia="Times New Roman" w:cs="Times New Roman"/>
        </w:rPr>
        <w:t>Жиырма екі мен жиырма үш аяттарды мұқият қарастырғанда, есектің алғаш рет нақ жиырма үшінші аятта соғылғанын көреміз.</w:t>
      </w:r>
    </w:p>
    <w:p>
      <w:pPr>
        <w:pStyle w:val="ArticleScripture"/>
        <w:jc w:val="left"/>
      </w:pPr>
      <w:r>
        <w:rPr>
          <w:rFonts w:ascii="Times New Roman" w:hAnsi="Times New Roman" w:eastAsia="Times New Roman" w:cs="Times New Roman"/>
        </w:rPr>
        <w:t>Ол барғаны үшін Құдайдың қаһары тұтанды; Жаратқан Иенің періштесі оған қарсылас болу үшін жолға тұрды. Сол кезде ол есегіне мініп келе жатқан еді, және қасында екі қызметшісі бар болатын.</w:t>
      </w:r>
    </w:p>
    <w:p>
      <w:pPr>
        <w:pStyle w:val="ArticleScripture"/>
        <w:jc w:val="left"/>
      </w:pPr>
      <w:r>
        <w:rPr>
          <w:rFonts w:ascii="Times New Roman" w:hAnsi="Times New Roman" w:eastAsia="Times New Roman" w:cs="Times New Roman"/>
        </w:rPr>
        <w:t>Сонда есек Жаратқан Иенің періштесінің жолда тұрғанын, қолында жалаңаш қылышы бар екенін көрді; есек жолдан бұрылып, далаға кетті. Ал Балағам оны қайтадан жолға түсіру үшін есекті ұрды. Руларды санау 22:22, 23.</w:t>
      </w:r>
    </w:p>
    <w:p>
      <w:pPr>
        <w:pStyle w:val="ArticleBody"/>
        <w:jc w:val="left"/>
      </w:pPr>
      <w:r>
        <w:rPr>
          <w:rFonts w:ascii="Times New Roman" w:hAnsi="Times New Roman" w:eastAsia="Times New Roman" w:cs="Times New Roman"/>
        </w:rPr>
        <w:t>Балағамның жалған пайғамбар болу туралы өтінішті қабылдағаны үшін Құдайдың оған деген қаһары Матай 22-тараудың соңғы аятында Мәсіхтің қиқарланушы яһудилермен болған сұхбатын тоқтатуына параллель болды. Руларды санау 22-тарауының жиырма үшінші аяты Матайдың 23-тарауымен сәйкеседі, ал Руларды санау 22-тарауының жиырма төртінші және жиырма бесінші аяттары Матайдың 24 және 25-тарауларымен сәйкеседі. Жиырма алтыншы, жиырма жетінші және жиырма сегізінші аяттар Матайдың 26, 27, 28-тарауларымен сәйкеседі.</w:t>
      </w:r>
    </w:p>
    <w:p>
      <w:pPr>
        <w:pStyle w:val="ArticleBody"/>
        <w:jc w:val="left"/>
      </w:pPr>
      <w:r>
        <w:rPr>
          <w:rFonts w:ascii="Times New Roman" w:hAnsi="Times New Roman" w:eastAsia="Times New Roman" w:cs="Times New Roman"/>
        </w:rPr>
        <w:t>Матай 23 — бірінші періште, 24 пен 25 — екінші періште, ал 26, 27 және 28 — үшінші періште. Руларды санау 22-тарауда 23-аят — бірінші періште, 24 пен 25-аяттар — екінші періште, ал 26, 27 және 28-аяттар — үшінші періште. Матай ескі де, жаңа да келісім халқына арналып айтылып отыр: Руларды санау Құрама Штаттарда басталып, содан кейін бүкіл әлемге тарайтын жексенбілік ғибадатқа қарсы Құдайдың жазалау құралы ретіндегі Исламның рөлін айқындайды. Үшінші соққыдан кейін, есек тіл қатқанда, Балағам жаңа ғана не болғанын ұғынады.</w:t>
      </w:r>
    </w:p>
    <w:p>
      <w:pPr>
        <w:pStyle w:val="ArticleScripture"/>
        <w:jc w:val="left"/>
      </w:pPr>
      <w:r>
        <w:rPr>
          <w:rFonts w:ascii="Times New Roman" w:hAnsi="Times New Roman" w:eastAsia="Times New Roman" w:cs="Times New Roman"/>
        </w:rPr>
        <w:t>Сонда Жаратқан Ие Балағамның көзін ашты, ол жолда тұрған Жаратқан Иенің періштесін көрді; оның қолында суырылған қылышы бар еді. Сонда ол басын иіп, жерге етпетінен құлады. Жаратқан Иенің періштесі оған: «Неге сен ұрғашы есегіңді осы үш рет соқтың? Міне, мен саған қарсы тұру үшін шықтым, өйткені сенің жолың Менің алдымда теріс. Есек мені көріп, менен осы үш рет бұрылып кетті. Егер ол менен бұрылып кетпегенде, расында, осы сәтте-ақ мен сені өлтіріп, оны тірі қалдырған болар едім»,— деді. Сонда Балағам Жаратқан Иенің періштесіне: «Мен күнә жасадым; өйткені сенің маған қарсы жолда тұрғаныңды білмедім. Енді, егер бұл саған ұнамаса, мен кері қайтамын»,— деді. Руларды санау 22:31–34.</w:t>
      </w:r>
    </w:p>
    <w:p>
      <w:pPr>
        <w:pStyle w:val="ArticleBody"/>
        <w:jc w:val="left"/>
      </w:pPr>
      <w:r>
        <w:rPr>
          <w:rFonts w:ascii="Times New Roman" w:hAnsi="Times New Roman" w:eastAsia="Times New Roman" w:cs="Times New Roman"/>
        </w:rPr>
        <w:t>Балағам — жалған пайғамбарды бейнелейді; ол — жексенбілік заң кезінде айдаһарша сөйлейтін Америка Құрама Штаттары. Жексенбілік заң кезінде, оған нұр берілгенде, ол әлі де Вавилонда жүргендерді бейнелейді; сол кезде олар жексенбілік заң мәселесіне оянып, Вавилоннан шақырылып шығады.</w:t>
      </w:r>
    </w:p>
    <w:p>
      <w:pPr>
        <w:pStyle w:val="ArticleBody"/>
        <w:jc w:val="left"/>
      </w:pPr>
      <w:r>
        <w:rPr>
          <w:rFonts w:ascii="Times New Roman" w:hAnsi="Times New Roman" w:eastAsia="Times New Roman" w:cs="Times New Roman"/>
        </w:rPr>
        <w:t>Миллерден ашытқысыз нан туралы хабарды үйретудің бес күні, содан кейін Отызбен бейнеленген Мәсіхтің Өз діни қызметкерлерін үйретуінің отыз күні келеді; бұл есекті босату туралы керней ескерту хабарына алып барады, ол туды көтеруден бес күн бұрын болады; ал ол он қыз туралы астарлы әңгіменің жабық есігінен бес күн бұрын болады; ал ол Алғашқы өнім мейрамының жексенбілік заңынан бес күн бұрын болады. Сол заң Киіз үйлер мейрамының жеті күндік кезеңін бастайды; бұл — жексенбілік заң дағдарысы кезінде соңғы жауынның толық төгілуі, өйткені сол кезеңнің сынағы жетінші күнге қатысты.</w:t>
      </w:r>
    </w:p>
    <w:p>
      <w:pPr>
        <w:pStyle w:val="ArticleBody"/>
        <w:jc w:val="left"/>
      </w:pPr>
      <w:r>
        <w:rPr>
          <w:rFonts w:ascii="Times New Roman" w:hAnsi="Times New Roman" w:eastAsia="Times New Roman" w:cs="Times New Roman"/>
        </w:rPr>
        <w:t>Бес саны — дана болсын, ақымақ болсын, қыздардың нышаны. Отыз саны — діни қызметкерлердің нышаны, мұны «Леуіліктер кітабы» атауының өзі айқындайды. Жеті саны — сенбі күні. Леуіліктер кітабының жиырма үшінші тарауы сенбі кезіндегі сынақ уақытында діни қызметкерлердің тарихын, Малахи 3-тағы леуіліктерді, дана қыздарды және жүз қырық төрт мыңды бейнелейді.</w:t>
      </w:r>
    </w:p>
    <w:p>
      <w:pPr>
        <w:pStyle w:val="ArticleBody"/>
        <w:jc w:val="left"/>
      </w:pPr>
      <w:r>
        <w:rPr>
          <w:rFonts w:ascii="Times New Roman" w:hAnsi="Times New Roman" w:eastAsia="Times New Roman" w:cs="Times New Roman"/>
        </w:rPr>
        <w:t>Бұл мәселелерді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Лаодикиялық Жетінші күнгі Адвентистер шіркеуі - Қырық екінші саны</dc:title>
  <dc:subject/>
  <dc:creator>Jeff Pippenger</dc:creator>
  <cp:keywords/>
  <dc:description>Generated by ArticleDigger from joel\42_joel.json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