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 шіркеуі — Қырық алтыншы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Қырық алтыншы саны</w:t>
      </w:r>
    </w:p>
    <w:p>
      <w:pPr>
        <w:pStyle w:val="ArticleBody"/>
        <w:jc w:val="left"/>
      </w:pPr>
      <w:r>
        <w:rPr>
          <w:rFonts w:ascii="Times New Roman" w:hAnsi="Times New Roman" w:eastAsia="Times New Roman" w:cs="Times New Roman"/>
        </w:rPr>
        <w:t>Кесария Филиппиден Кесария Маритимаға дейінгі кезең үшінші сағаттан тоғызыншы сағатқа дейінгі уақытты бейнелейді, ол алтыншы сағатта бөлінеді. Кесариядан Кесарияға дейінгі бөліну Өзгеру тауы болды. Өзгеру тауы тағы екі желіні Елуінші күн мейрамының жексенбілік заңының алдында бес күн бұрын келетін үш қадамдық жолайрықпен сәйкестендіреді.</w:t>
      </w:r>
    </w:p>
    <w:p>
      <w:pPr>
        <w:pStyle w:val="ArticleBody"/>
        <w:jc w:val="left"/>
      </w:pPr>
      <w:r>
        <w:rPr>
          <w:rFonts w:ascii="Times New Roman" w:hAnsi="Times New Roman" w:eastAsia="Times New Roman" w:cs="Times New Roman"/>
        </w:rPr>
        <w:t>Тауда Құдай Әке екінші рет сөйледі. Оның алғаш сөйлеген кезі Мәсіхтің шомылдыру рәсімінде болды, ал соңғы рет айқыштың алдында сөйледі.</w:t>
      </w:r>
    </w:p>
    <w:p>
      <w:pPr>
        <w:pStyle w:val="ArticleScripture"/>
        <w:jc w:val="left"/>
      </w:pPr>
      <w:r>
        <w:rPr>
          <w:rFonts w:ascii="Times New Roman" w:hAnsi="Times New Roman" w:eastAsia="Times New Roman" w:cs="Times New Roman"/>
        </w:rPr>
        <w:t>Қазір жаным мазасызданып тұр; мен не деймін? Әке, Мені осы сағаттан құтқара гөр: бірақ Мен осы сағат үшін келдім. Әке, Өз атыңды дәріптей гөр. Сонда көктен бір дауыс естіліп: Мен оны дәріптедім де, тағы да дәріптеймін, — деді. Сондықтан қасында тұрғандар мұны естіп, күн күркіреді деді; ал басқалары: Оған періште сөйледі, — деді. Жохан 12:27–29.</w:t>
      </w:r>
    </w:p>
    <w:p>
      <w:pPr>
        <w:pStyle w:val="ArticleBody"/>
        <w:jc w:val="left"/>
      </w:pPr>
      <w:r>
        <w:rPr>
          <w:rFonts w:ascii="Times New Roman" w:hAnsi="Times New Roman" w:eastAsia="Times New Roman" w:cs="Times New Roman"/>
        </w:rPr>
        <w:t>Құдай жүз қырық төрт мыңға мөрін басып, олардың үстіне Өзінің атын жазған кезде, Өз есімін ұлықтайды.</w:t>
      </w:r>
    </w:p>
    <w:p>
      <w:pPr>
        <w:pStyle w:val="ArticleScripture"/>
        <w:jc w:val="left"/>
      </w:pPr>
      <w:r>
        <w:rPr>
          <w:rFonts w:ascii="Times New Roman" w:hAnsi="Times New Roman" w:eastAsia="Times New Roman" w:cs="Times New Roman"/>
        </w:rPr>
        <w:t>Жеңіп шыққанды Мен Өз Құдайымның ғибадатханасында бағана етемін, және ол енді одан сыртқа шықпайды; әрі оның үстіне Мен Өз Құдайымның есімін, және Өз Құдайымның қаласының — көктен, Өз Құдайымнан түсіп келетін жаңа Иерусалимнің — атын, сондай-ақ Өзімнің жаңа атымды жазамын. Құлағы бар адам Рухтың қауымдарға не айтып тұрғанын естісін. Аян 3:12, 13.</w:t>
      </w:r>
    </w:p>
    <w:p>
      <w:pPr>
        <w:pStyle w:val="ArticleBody"/>
        <w:jc w:val="left"/>
      </w:pPr>
      <w:r>
        <w:rPr>
          <w:rFonts w:ascii="Times New Roman" w:hAnsi="Times New Roman" w:eastAsia="Times New Roman" w:cs="Times New Roman"/>
        </w:rPr>
        <w:t>Өзгеру Тауының үстінде Петір, Жақып және Жохан ғана болған еді; дәл солар Жайырдың қызының қайта тірілуінде де және кейінірек Гетсеманиде де бірге болды. Жоханның он екінші тарауында Әкенің сөйлеуі сияқты, Гетсемани де айқыштың дәл алдында келді. Гетсемани «май сығатын орын» дегенді білдіреді, бұл қыздардың майға қатысты сынағын айқындайды. Гетсемани — жанды «өліммен бетпе-бет» келтіретін «дағдарыс», ал дана қыздар бұл сынақтан өтеді, өйткені екінші ғибадатхана сынағында олар өмірмен бетпе-бет келді, Иса отыз күн бойы «бетпе-бет» үйреткеніндей.</w:t>
      </w:r>
    </w:p>
    <w:p>
      <w:pPr>
        <w:pStyle w:val="ArticleBody"/>
        <w:jc w:val="left"/>
      </w:pPr>
      <w:r>
        <w:rPr>
          <w:rFonts w:ascii="Times New Roman" w:hAnsi="Times New Roman" w:eastAsia="Times New Roman" w:cs="Times New Roman"/>
        </w:rPr>
        <w:t>Әкенің алғаш рет сөйлеген кезі — Мәсіхтің шомылдыру рәсімі кезінде болды, ал Оның Петірді, Жақыпты және Жоханды алғаш рет өзгелерден бөле алып барған кезі — Жайырдың он екі жасар қызы қайта тірілген кезде болды. Он екі жасар пәк қыздың қайта тірілуі қайта тірілудің құдіретін бейнелейтін Мәсіхтің шомылдыру рәсімімен сәйкес келеді. Жайыр қызының қайта тірілуі Мәсіхтің шомылдыру рәсімімен және Кесария Філіппімен сәйкес келеді. Гетсимания және Әке айқыштың алдында сөйлегенде Мәсіхтің жан күйзелісі Кесария Маритимамен сәйкес келеді.</w:t>
      </w:r>
    </w:p>
    <w:p>
      <w:pPr>
        <w:pStyle w:val="ArticleBody"/>
        <w:jc w:val="left"/>
      </w:pPr>
      <w:r>
        <w:rPr>
          <w:rFonts w:ascii="Times New Roman" w:hAnsi="Times New Roman" w:eastAsia="Times New Roman" w:cs="Times New Roman"/>
        </w:rPr>
        <w:t>Жолма-жол алғанда, Петір Қайсария Філіпиде Симон Баржонаның есімі Петір болып өзгертілген кезде мөрленетін жүз қырық төрт мыңды бейнелейді. Паниде, яғни Қайсария Філіпиде мөрленгеннен кейін, Петір таудың алтыншы сағатына барады; сол жерде ол теңіз жағасындағы Қайсарияда Қорнелийдің шақыруына жауап беру үшін әрі қарай жүргенінде ту ретінде жоғары көтеріледі. Қайсария Філіпиде Петір Құдайдың мөрі мен жариялауға арналған Түн ортасындағы айқай хабарымен Эксетер лагерьлік жиналысынан шығады. Кернейлер мейрамымен бейнеленетін ислам хабары Петірді теңіз жағасындағы Қайсарияға дейін алып барады. Ислам хабары Петірді дүниенің назарына көтереді, өйткені Петір исламның пайғамбарлық келуін кернейлер мейрамының алдында алдын ала айтып кеткен.</w:t>
      </w:r>
    </w:p>
    <w:p>
      <w:pPr>
        <w:pStyle w:val="ArticleScripture"/>
        <w:jc w:val="left"/>
      </w:pPr>
      <w:r>
        <w:rPr>
          <w:rFonts w:ascii="Times New Roman" w:hAnsi="Times New Roman" w:eastAsia="Times New Roman" w:cs="Times New Roman"/>
        </w:rPr>
        <w:t>Міне, Жаратқан Иенің ұлы да қаһарлы күні келердің алдында Мен сендерге Ілияс пайғамбарды жіберемін: ол әкелердің жүрегін балаларға, ал балалардың жүрегін әкелеріне бұрады; әйтпесе Мен келіп, жерді қарғысқа ұшыратамын. Малахи 4:5, 6.</w:t>
      </w:r>
    </w:p>
    <w:p>
      <w:pPr>
        <w:pStyle w:val="ArticleBody"/>
        <w:jc w:val="left"/>
      </w:pPr>
      <w:r>
        <w:rPr>
          <w:rFonts w:ascii="Times New Roman" w:hAnsi="Times New Roman" w:eastAsia="Times New Roman" w:cs="Times New Roman"/>
        </w:rPr>
        <w:t>Ілиястың хабары жол үстіне жол болып, әкелерді өз балаларына сәйкестендіруге негізделген хабар болып табылады. Ілияс Әке Миллер еді, ол өз балаларын бейнелейді. Жүз қырық төрт мың — Уильям Миллердің балалары, ал Миллердің жүрегін өз балаларына бұру дегеніміз — Миллериттер тарихын Ілиястың тарихымен, сондай-ақ Жақия Шомылдырушыны жүз қырық төрт мыңмен байланысты хабаршымен сәйкестендіру. Осы төрт желінің сәйкестендірілуінің бір қыры мынада: Ілияс, Жақия және Миллердің сынақ тарихтарының әрқайсысында қазіргі ақиқаттың жалғыз хабары — хабаршы арқылы келген хабар болды.</w:t>
      </w:r>
    </w:p>
    <w:p>
      <w:pPr>
        <w:pStyle w:val="ArticleScripture"/>
        <w:jc w:val="left"/>
      </w:pPr>
      <w:r>
        <w:rPr>
          <w:rFonts w:ascii="Times New Roman" w:hAnsi="Times New Roman" w:eastAsia="Times New Roman" w:cs="Times New Roman"/>
        </w:rPr>
        <w:t>Ғилақад тұрғындарының бірі болған тишбилік Ілияс Ахабқа былай деді: «Мен алдында тұрған Исраилдің Құдайы Жаратқан Ие тірі болғанындай, осы жылдары менің сөзімсіз шық та, жаңбыр да болмайды». Патшалықтар 3-жазба 17:1.</w:t>
      </w:r>
    </w:p>
    <w:p>
      <w:pPr>
        <w:pStyle w:val="ArticleBody"/>
        <w:jc w:val="left"/>
      </w:pPr>
      <w:r>
        <w:rPr>
          <w:rFonts w:ascii="Times New Roman" w:hAnsi="Times New Roman" w:eastAsia="Times New Roman" w:cs="Times New Roman"/>
        </w:rPr>
        <w:t>Уайт әпке Исаның Ілияс деп таныған Жоханның хабарын қабылдамағандардың Иса ілімінен пайда көрмейтінін, сондай-ақ бірінші періштенің хабары ретінде бейнеленген Миллердің хабарын теріске шығарғандардың екінші періштенің хабарынан да пайда көре алмайтынын айқын көрсетеді. Жаңбыр тек оның бұйрығымен ғана жауатыны туралы Ілиястың жариялауымен бірге, Ілиястың хабары мен Бағалдың хабарының арасынан таңдауды бұйыратын шешуші сынақ та қатар келді. «Қашанға дейін» деген пайғамбарлық нышан Ілиястың Кармил тауындағы оқиғасын жексенбілік заңмен сабақтастырады.</w:t>
      </w:r>
    </w:p>
    <w:p>
      <w:pPr>
        <w:pStyle w:val="ArticleScripture"/>
        <w:jc w:val="left"/>
      </w:pPr>
      <w:r>
        <w:rPr>
          <w:rFonts w:ascii="Times New Roman" w:hAnsi="Times New Roman" w:eastAsia="Times New Roman" w:cs="Times New Roman"/>
        </w:rPr>
        <w:t>Сонда Ахаб бүкіл Исраил ұлдарына кісі жіберіп, пайғамбарларды Кармел тауына жинады. Ілияс бүкіл халыққа жақындап келіп: «Екі ойдың арасында қашанға дейін теңселіп жүресіңдер? Егер Жаратқан Ие Құдай болса, Оған еріңдер; ал егер Бағал болса, соның соңынан еріңдер»,— деді. Бірақ халық оған бір ауыз сөзбен де жауап бермеді. Сонда Ілияс халыққа былай деді: «Мен, жалғыз өзім ғана, Жаратқан Иенің пайғамбары болып қалдым; ал Бағалдың пайғамбарлары төрт жүз елу адам. Ендеше бізге екі бұқа берсін; олар өздері үшін бір бұқаны таңдап алып, оны бөлшектеп, отынның үстіне қойсын, бірақ астына от жақпасын; ал мен екінші бұқаны әзірлеп, отынның үстіне қоямын да, астына от жақпаймын. Сонда сендер өз құдайларыңның атын шақырыңдар, ал мен Жаратқан Иенің атын шақырамын; отпен жауап беретін Құдай — Сол Құдай болсын». Бүкіл халық жауап беріп: «Бұл сөз орынды»,— десті. Патшалықтар туралы 3-жазба 18:20–24.</w:t>
      </w:r>
    </w:p>
    <w:p>
      <w:pPr>
        <w:pStyle w:val="ArticleBody"/>
        <w:jc w:val="left"/>
      </w:pPr>
      <w:r>
        <w:rPr>
          <w:rFonts w:ascii="Times New Roman" w:hAnsi="Times New Roman" w:eastAsia="Times New Roman" w:cs="Times New Roman"/>
        </w:rPr>
        <w:t>Кармелдегі сынақ екі хабардың арасынан таңдауға қатысты болды. Бұл шынайы және жалған пайғамбарлықтың арасындағы, сондай-ақ елші Ілияс пен Езабелдің дастарқанында отырған пайғамбарлардың арасындағы сынақ еді. Мәселе елші мен хабарға қатысты болды. 1844 жылы Кармел қайтадан қайталанды, өйткені Жаратқан Ие Миллерді шынайы пайғамбар, ал Миллердің хабарын шық пен жаңбыр ретінде айқындап көрсеткен сынақты жүзеге асырды. Шынайы пайғамбар мен шынайы хабардың, жалған пайғамбар мен жалған хабарға қарама-қарсы қойылған айырмашылығы Эксетердегі лагерлік жиналыста Эксетер шатыры мен Уотертаун тобының шатыры арқылы бейнеленді. Шынайыны жалғанға қарсы қоятын екі киелі шатыр. Кармелде жасалған айырмашылық пен 1844 жылдың тарихы Петір мөрленіп, белгі ретінде Тауға көтерілген кезде Кесария Филиппиде айқындалады. Ол жоғары көтерілді, өйткені өз хабарын кейінгі жаңбырдың жалғыз шынайы хабары деп мәлімдеген еді. Оның алдын ала айтуы орындалғанда, ол жоғары көтерілді.</w:t>
      </w:r>
    </w:p>
    <w:p>
      <w:pPr>
        <w:pStyle w:val="ArticleBody"/>
        <w:jc w:val="left"/>
      </w:pPr>
      <w:r>
        <w:rPr>
          <w:rFonts w:ascii="Times New Roman" w:hAnsi="Times New Roman" w:eastAsia="Times New Roman" w:cs="Times New Roman"/>
        </w:rPr>
        <w:t>Кернейлер мейрамы — Елуіндік маусымдағы үшінші әрі шешуші сынақ, және осы шешуші сынақтың алдында Петір Исламның босатылуы Түн ортасындағы Айқайдың жариялануының басталуын белгілеу үшін болатынын айқындайды. Пайғамбарлықтың орындалуы — назардан тыс қалып жатқан бұрынғы келісім халқын бейнелейтін миллериттер мен протестанттардың арасындағы айырмашылықты айқындаған нәрсе. Ілияс жалған пайғамбарларды, шынайы мен жалғанның арасындағы айырмашылық әшкереленген соң, жеке өзі өлтірді. Бұл айырмашылық Кернейлер мейрамында, Ислам туралы алдын ала айтылған сөз орындалған кезде, айқындалады.</w:t>
      </w:r>
    </w:p>
    <w:p>
      <w:pPr>
        <w:pStyle w:val="ArticleBody"/>
        <w:jc w:val="left"/>
      </w:pPr>
      <w:r>
        <w:rPr>
          <w:rFonts w:ascii="Times New Roman" w:hAnsi="Times New Roman" w:eastAsia="Times New Roman" w:cs="Times New Roman"/>
        </w:rPr>
        <w:t>Миллериттер тарихындағы Түн ортасындағы айқай — түзетілген болжам, содан кейін оның орындалуы болды. Ол 1844 жылғы 22 қазанда орындалды, ал Миллердің Түн ортасындағы айқай туралы бастапқы түсінігі 1843 жыл болған еді. Самуэл Сноу осы хабардың түзетілуін білдіреді, және оның хабары «шынайы» Түн ортасындағы айқай хабары ретінде белгілі болды.</w:t>
      </w:r>
    </w:p>
    <w:p>
      <w:pPr>
        <w:pStyle w:val="ArticleBody"/>
        <w:jc w:val="left"/>
      </w:pPr>
      <w:r>
        <w:rPr>
          <w:rFonts w:ascii="Times New Roman" w:hAnsi="Times New Roman" w:eastAsia="Times New Roman" w:cs="Times New Roman"/>
        </w:rPr>
        <w:t>1844 жыл — Миллердің хабары мен протестанттардың хабары арасындағы айырмашылықтың көрнекі бейнесі болды. Сынақ үдерісінде протестанттар Миллер арқылы өлтірілді, содан кейін олар Римнің қыздары, Езабелдің діни қызметкерлері болған жолдан тайған протестантизмге айналды. Бұл айырмашылық пайғамбарлық хабарды не қабылдау, не қабылдамау арқылы көрініс тапты. Жохан мен Миллердің жағдайында пайғамбарлық хабар назардан тыс қалдырылып жатқан бұрынғы келісім халқының жалған хабарын әшкереледі. Ілиястың хабары оның сөзі болмаса, жаңбыр болмайтынын мәлімдеді, ал үш жарым жылдан кейін сол мәлімдеменің сынағы айқын көрінуге тиіс болды.</w:t>
      </w:r>
    </w:p>
    <w:p>
      <w:pPr>
        <w:pStyle w:val="ArticleScripture"/>
        <w:jc w:val="left"/>
      </w:pPr>
      <w:r>
        <w:rPr>
          <w:rFonts w:ascii="Times New Roman" w:hAnsi="Times New Roman" w:eastAsia="Times New Roman" w:cs="Times New Roman"/>
        </w:rPr>
        <w:t>Ахаб Ілиясты көргенде, Ахаб оған: «Исраилді бүлікке салған сенбісің?» — деді. Сонда ол былай деп жауап берді: «Исраилді бүлікке салған мен емес, сен және әкеңнің әулеті; өйткені сендер Жаратқан Иенің өсиеттерін тастап, Бағалдарға ердіңдер. Енді адам жіберіп, бүкіл Исраилді Кармил тауына, сондай-ақ Езабелдің дастарқанынан тамақтанатын Бағалдың төрт жүз елу пайғамбарын және тоғайлардың төрт жүз пайғамбарын менің қасыма жина». 1 Патшалықтар 18:17–19.</w:t>
      </w:r>
    </w:p>
    <w:p>
      <w:pPr>
        <w:pStyle w:val="ArticleBody"/>
        <w:jc w:val="left"/>
      </w:pPr>
      <w:r>
        <w:rPr>
          <w:rFonts w:ascii="Times New Roman" w:hAnsi="Times New Roman" w:eastAsia="Times New Roman" w:cs="Times New Roman"/>
        </w:rPr>
        <w:t>Жалған мен шынның арасындағы айырмашылық, мейлі ол хабаршыға қатысты болсын, мейлі хабарға қатысты болсын, хабарға да, хабаршыға да қарсы айыптауларды қамтыған сынақ үдерісінде айқындалды. Исраилді бүлікке салды деп айыпталған Ілияс еді, өйткені оның хабары жаңбырды тоқтатқан болатын. Егер Исраилде жаңбыр жауа берген болса, Ілиясқа қатысты ешқандай мәселе көтерілмес еді. Мәселе Ілиястың алдын ала айтқанына және оның үш жарым жыл бойы орындалуына негізделді.</w:t>
      </w:r>
    </w:p>
    <w:p>
      <w:pPr>
        <w:pStyle w:val="ArticleBody"/>
        <w:jc w:val="left"/>
      </w:pPr>
      <w:r>
        <w:rPr>
          <w:rFonts w:ascii="Times New Roman" w:hAnsi="Times New Roman" w:eastAsia="Times New Roman" w:cs="Times New Roman"/>
        </w:rPr>
        <w:t>Петір Кесария Філіппідегі шешуші сынақта тұрған кезде, бұл кернейлер мейрамы болып табылады, әрі дәл сол жерде есек босатылады, Түн ортасындағы зар үнінің хабарламасының басталуы белгіленеді. Ілияске ұқсас Петір өз болжамының расталуына жаңа ғана куә болды, әрі ақиқат пен жалғанның арасындағы айырмашылық бәрінің көруі үшін айқын көрсетілді. Болжамның расталуы шешуші сынақ болып табылатын кернейлер мейрамымен бейнеленген. Бұл болжам 1840 және 1844 жылдарымен типологиялық түрде көрсетілді, онда бір болжам түзетіліп, содан кейін орындалады. Жосия Литчтің түзетілген болжамы 1840 жылғы 11 тамызда бірінші періштеге күш берді, ал Миллердің 1843 жыл туралы болжамын Сноу түзетті.</w:t>
      </w:r>
    </w:p>
    <w:p>
      <w:pPr>
        <w:pStyle w:val="ArticleScripture"/>
        <w:jc w:val="left"/>
      </w:pPr>
      <w:r>
        <w:rPr>
          <w:rFonts w:ascii="Times New Roman" w:hAnsi="Times New Roman" w:eastAsia="Times New Roman" w:cs="Times New Roman"/>
        </w:rPr>
        <w:t>«1840 жылы пайғамбарлықтың тағы бір айрықша орындалуы кең көлемде қызығушылық туғызды. Бұдан екі жыл бұрын екінші келуді уағыздаған жетекші қызметшілердің бірі Жосайя Литч Аян 9-тарауға түсіндірме жариялап, Осман империясының құлайтынын алдын ала айтты. Оның есептеулері бойынша, бұл билік... 1840 жылдың 11 тамызында құлатылуға тиіс еді, сол кезде Константинопольдегі Осман билігінің күйреуі күтілуі мүмкін. Ал мен бұның дәл солай болатыны анықталатынына сенемін».</w:t>
      </w:r>
    </w:p>
    <w:p>
      <w:pPr>
        <w:pStyle w:val="ArticleScripture"/>
        <w:jc w:val="left"/>
      </w:pPr>
      <w:r>
        <w:rPr>
          <w:rFonts w:ascii="Times New Roman" w:hAnsi="Times New Roman" w:eastAsia="Times New Roman" w:cs="Times New Roman"/>
        </w:rPr>
        <w:t>«Дәл көрсетілген мезгілде Түркия өз елшілері арқылы Еуропаның одақтас державаларының қамқорлығын қабылдап, осылайша өзін христиан халықтарының бақылауына берді. Бұл оқиға алдын ала айтылған пайғамбарлықты дәлме-дәл орындады. Бұл белгілі болған кезде, қалың жұртшылық Миллер мен оның серіктері ұстанған пайғамбарлықты түсіндіру қағидаларының дұрыстығына көз жеткізді, әрі адвенттік қозғалысқа ғажайып серпін берілді. Білімді әрі беделді адамдар Миллерге қосылып, оның көзқарастарын уағыздауда да, жариялауда да онымен біріккен еді, ал 1840 жылдан 1844 жылға дейін бұл іс тез кеңейе түсті». The Great Controversy, 334, 335.</w:t>
      </w:r>
    </w:p>
    <w:p>
      <w:pPr>
        <w:pStyle w:val="ArticleBody"/>
        <w:jc w:val="left"/>
      </w:pPr>
      <w:r>
        <w:rPr>
          <w:rFonts w:ascii="Times New Roman" w:hAnsi="Times New Roman" w:eastAsia="Times New Roman" w:cs="Times New Roman"/>
        </w:rPr>
        <w:t>Литчтің пайғамбарлық болжамы ислам туралы болды, ал Сноудың болжамы жабық есік туралы болды. Литчтің болжамы орындалғанда, сол хабарды негіздеген әдіс қабылданды, әрі хабарды қабылдағандар хабаршымен «бірікті». Болжамның орындалуында хабар да, хабаршы да мойындалды. Литчтің пайғамбарлық болжамы ислам туралы болды, ал Сноудың болжамы жабық есік туралы болды.</w:t>
      </w:r>
    </w:p>
    <w:p>
      <w:pPr>
        <w:pStyle w:val="ArticleScripture"/>
        <w:jc w:val="left"/>
      </w:pPr>
      <w:r>
        <w:rPr>
          <w:rFonts w:ascii="Times New Roman" w:hAnsi="Times New Roman" w:eastAsia="Times New Roman" w:cs="Times New Roman"/>
        </w:rPr>
        <w:t>«Мен Құдай халқын үмітке толы қуанышпен өз Иелерін күтіп тұрғанын көрдім. Бірақ Құдай оларды сынап көруді ниет етті. Оның қолы пайғамбарлық мерзімдерді есептеудегі бір қателікті жауып тұрды. Өз Иелерін күткендер бұл қателікті аңғармады, сондай-ақ уақытқа қарсы шыққан ең білімді адамдардың өздері де оны көре алмады. Құдай Өз халқының түңілуге ұшырауын ниет етті. Уақыт өтіп кетті, ал Құтқарушыларын қуанышты үмітпен күткендер қайғыға батып, рухтары түсіп кетті; ал Исаның келуін сүймеген, бірақ хабарды қорқынышпен қабылдағандар Оның күтілген уақытта келмегеніне риза болды. Олардың мойындауы жүрекке әсер етіп, өмірді тазарта қоймаған еді. Уақыттың өтіп кетуі осындай жүректерді әшкерелеу үшін өте дәл белгіленген еді. Өз Құтқарушыларының көрінуін шын сүйген қайғылы да түңілген жандарды келемеждеп, мазақ етіп кері бұрылғандар ең алдымен солар болды. Мен Құдайдың Өз халқын сынап, сын сағатында тайсақтап, кері шегінетіндерді анықтау үшін оларға жан-жақты тексеруші сынақ беруіндегі даналығын көрдім.</w:t>
      </w:r>
    </w:p>
    <w:p>
      <w:pPr>
        <w:pStyle w:val="ArticleScripture"/>
        <w:jc w:val="left"/>
      </w:pPr>
      <w:r>
        <w:rPr>
          <w:rFonts w:ascii="Times New Roman" w:hAnsi="Times New Roman" w:eastAsia="Times New Roman" w:cs="Times New Roman"/>
        </w:rPr>
        <w:t>«Иса мен көктегі барлық қалың қол өз жандарымен сүйген Тұлғаны көруді тәтті үмітпен аңсап күткендерге жанашырлық пен сүйіспеншілікпен қарады. Періштелер оларды сынақ сағатында демеп тұру үшін төңіректерінде қалықтап жүрді. Көктен келген хабарды қабылдауды елемегендер қараңғылықта қалдырылды, ал Құдайдың қаһары оларға тұтанды, өйткені Ол көктен жіберген нұрды қабылдағылары келмеді. Иеміз неге келмегенін түсіне алмаған, бірақ адал болып қалған сол үміті үзілген жандар қараңғылықта қалдырылған жоқ. Олар пайғамбарлық кезеңдерді зерттеу үшін қайтадан Киелі кітаптарына бет бұрды. Жаратқан Иенің қолы мерзімдерден алынды да, қателік түсіндірілді. Олар пайғамбарлық кезеңдердің 1844 жылға дейін созылатынын көрді, әрі пайғамбарлық кезеңдердің 1843 жылы аяқталатынын көрсету үшін өздері келтірген дәл сол айғақтар олардың 1844 жылы аяқталатынын дәлелдейтінін ұқты. Құдай Сөзінен түскен нұр олардың жағдайына сәуле шашты, және олар кідіріс уақытын байқады: “Though it [the vision] tarry, wait for it.” Мәсіхтің дереу келуіне деген сүйіспеншіліктерінде олар аянның кідірісін назардан тыс қалдырған еді; ал сол кідіріс шынайы күтіп жүргендерді танытуға арналған болатын. Тағы да олардың уақытқа қатысты бір нүктесі болды. Алайда мен олардың көпшілігі 1843 жылы сенімдерін ерекшелендірген құлшыныс пен жігердің сол дәрежесіне жету үшін өздерінің ауыр түңілуінен жоғары көтеріле алмағанын көрдім.»</w:t>
      </w:r>
    </w:p>
    <w:p>
      <w:pPr>
        <w:pStyle w:val="ArticleScripture"/>
        <w:jc w:val="left"/>
      </w:pPr>
      <w:r>
        <w:rPr>
          <w:rFonts w:ascii="Times New Roman" w:hAnsi="Times New Roman" w:eastAsia="Times New Roman" w:cs="Times New Roman"/>
        </w:rPr>
        <w:t>«Шайтан мен оның періштелері олардың үстінен жеңіске жетті, ал хабарды қабылдамағандар өздерін, өздері оны атағандай, сол адасуды қабылдамағандықтары үшін көреген пайымдары мен даналықтары жайында құттықтады. Олар өздеріне қарсы Құдайдың кеңесін теріске шығарып жатқанын және көктен жіберілген хабарды өмірлерінде жүзеге асырып жүрген Құдай халқына абыржу мен күмән келтіру үшін Шайтанмен және оның періштелерімен одақтаса әрекет етіп жатқанын ұқпады.»</w:t>
      </w:r>
    </w:p>
    <w:p>
      <w:pPr>
        <w:pStyle w:val="ArticleScripture"/>
        <w:jc w:val="left"/>
      </w:pPr>
      <w:r>
        <w:rPr>
          <w:rFonts w:ascii="Times New Roman" w:hAnsi="Times New Roman" w:eastAsia="Times New Roman" w:cs="Times New Roman"/>
        </w:rPr>
        <w:t>Осы хабардағы сенушілер шіркеулерде қудаланды. Біраз уақыт бойы бұл хабарды қабылдағысы келмегендер өз жүректеріндегі сезімдерін іс жүзінде көрсетуден қорқыныштың әсерімен тежеліп тұрды; бірақ уақыттың өтуі олардың шынайы көңіл-күйін ашып берді. Олар пайғамбарлық мерзімдер 1844 жылға дейін созылғаны туралы күтіп жүргендердің айтуға мәжбүр болған куәлігінің үнін өшіргісі келді. Сенушілер өз қателіктерін айқын түрде түсіндіріп, не себепті 1844 жылы Иелерін күтетіндерін дәлелдеп берді. Олардың қарсыластары келтірілген қуатты дәлелдерге қарсы қоярлық ешбір уәж келтіре алмады. Соған қарамастан шіркеулердің ашу-ызасы лап етті; олар дәлелдерге құлақ аспауға және куәлікті шіркеулерден аластауға бел байлады, сонда өзгелер оны ести алмайтын болсын деді. Құдайдың өздеріне берген нұрын өзгелерден жасырып қалуға батылы жетпегендер шіркеулерден шығарылды; бірақ Иса олармен бірге болды, және олар Оның дидарының нұрында қуанышқа бөленді. Олар екінші періштенің хабарын қабылдауға даярланды.» Early Writings, 235–237.</w:t>
      </w:r>
    </w:p>
    <w:p>
      <w:pPr>
        <w:pStyle w:val="ArticleBody"/>
        <w:jc w:val="left"/>
      </w:pPr>
      <w:r>
        <w:rPr>
          <w:rFonts w:ascii="Times New Roman" w:hAnsi="Times New Roman" w:eastAsia="Times New Roman" w:cs="Times New Roman"/>
        </w:rPr>
        <w:t>Петір Литчке ұқсап, Ислам туралы және бір патшалықтың ақыры туралы түзетілген болжамды ұсынатын жүз қырық төрт мыңды бейнелейді; әрі Сноуға ұқсап, Петір де жабық есік туралы түзетілген болжамды ұсынады. Литчтің Исламның екінші қасіреті туралы хабары сыртқы болжам болды, ал Сноудың жабық есік туралы хабары ішкі болжам болды. Сноу үшін бұл жұмыс Жаратқан Ие Өз қолын мерзімдік есептеулерден алып тастаған кезде басталды, және дәл сол сәтте бұған дейін 1843 жылды дәлелдейді деп есептелген айғақтардың, шын мәнінде, 1844 жылғы 22 қазанды дәлелдейтіні көрінді. Ал Литч үшін бұл сондай бір есептеу болды, ол орындалған кезде Аян кітабының оныншы тарауындағы періштені жер мен теңіздің үстіне тұру үшін төмен түсірді.</w:t>
      </w:r>
    </w:p>
    <w:p>
      <w:pPr>
        <w:pStyle w:val="ArticleBody"/>
        <w:jc w:val="left"/>
      </w:pPr>
      <w:r>
        <w:rPr>
          <w:rFonts w:ascii="Times New Roman" w:hAnsi="Times New Roman" w:eastAsia="Times New Roman" w:cs="Times New Roman"/>
        </w:rPr>
        <w:t>Литчтің өз болжамын оның орындалуынан он күн бұрын қайта есептеп шыққаны — бұрынғы бір болжамды түзету ісін сынақ ретінде айқындайды. 1840 жылғы басталу мен 1844 жылғы аяқталу шын мәнінде қайта есептеліп, нағыз Түн ортасындағы Айқайға айналатын бір болжамның пайғамбарлық нышаны ма? Түн ортасындағы Айқайдың жариялануымен аяқталған Миллерит тарихының альфасы мен омегасы шын мәнінде жүз қырық төрт мыңның нағыз Түн ортасындағы Айқайының пайғамбарлық сипаттарын бейнелей ме?</w:t>
      </w:r>
    </w:p>
    <w:p>
      <w:pPr>
        <w:pStyle w:val="ArticleBody"/>
        <w:jc w:val="left"/>
      </w:pPr>
      <w:r>
        <w:rPr>
          <w:rFonts w:ascii="Times New Roman" w:hAnsi="Times New Roman" w:eastAsia="Times New Roman" w:cs="Times New Roman"/>
        </w:rPr>
        <w:t>Түзетілген болжамның жариялануының екі кезеңінде де Миллериттік хабарға қарсы қайшылық көрінді, өйткені бұл хабар халықты мазалады. Петір Қайсария Филиппиде тұрған кезде, Қайсария Филиппиге дейін басталған хабар төңірегінде қайшылық бар, өйткені дәл сол орындалу жаңбыр туралы хабардың тек Петірдің сөзімен ғана жауатынын растайды. Қайсария Филиппи — кернейлер мейрамы, ол Мәсіхтің Исламның есегін босату үшін екінші періштені бейнелейтін екі шәкіртін жіберуімен сәйкеседі. Исламның есегінің босатылуы Экзетер лагерлік жиналысында Түн ортасындағы айқай хабарының басталуын жариялайды, өйткені атпен бір күн кешігіп, 13 тамызда келген, ашылу күні келудің орнына кідірген Самуил Сноу кідіру уақытының аяқталуын және жиналыс 17-сі күні аяқталғанда тасқын толқын іспетті таралатын хабардың басталуын белгілейді.</w:t>
      </w:r>
    </w:p>
    <w:p>
      <w:pPr>
        <w:pStyle w:val="ArticleBody"/>
        <w:jc w:val="left"/>
      </w:pPr>
      <w:r>
        <w:rPr>
          <w:rFonts w:ascii="Times New Roman" w:hAnsi="Times New Roman" w:eastAsia="Times New Roman" w:cs="Times New Roman"/>
        </w:rPr>
        <w:t>Миллериттік тарихтың дауы, Ахаб патшаның айыптаулары және Мәсіх Иерусалимге кірген кезде сөзталастырғыш яһудилердің қарсылығы — мұның бәрі кернейлер мейрамында, есек босатылған кезде, өз қорытындысына жететін бір дауды айқындайды. Есектің босатылуы — басында Кесария Филиппиде адвентизмге жабық есік барын және кезеңнің соңында Кесария Маритимада жабық есік барын анықтайтын пайғамбарлықтың расталуы. Есек — Америка Құрама Штаттарын, соның ішінде Теннесси штатының Нэшвилл қаласын соғатын үшінші қайғыдағы исламның нышаны. 2020 жылғы 18 шілдедегі орындалмаған болжам енді Ие Өз қолын алып, Иса Мәсіхтің аянын мөрінен ашқан сайын, біртіндеп түзетіліп жатыр. Сол мөрден ашу 2023 жылғы шілдеде шөлде басталды.</w:t>
      </w:r>
    </w:p>
    <w:p>
      <w:pPr>
        <w:pStyle w:val="ArticleHeading"/>
        <w:jc w:val="left"/>
      </w:pPr>
      <w:r>
        <w:rPr>
          <w:rFonts w:ascii="Arial" w:hAnsi="Arial" w:eastAsia="Arial" w:cs="Arial"/>
        </w:rPr>
        <w:t>Даниялдың он бірінші тараудағы аяны</w:t>
      </w:r>
    </w:p>
    <w:p>
      <w:pPr>
        <w:pStyle w:val="ArticleBody"/>
        <w:jc w:val="left"/>
      </w:pPr>
      <w:r>
        <w:rPr>
          <w:rFonts w:ascii="Times New Roman" w:hAnsi="Times New Roman" w:eastAsia="Times New Roman" w:cs="Times New Roman"/>
        </w:rPr>
        <w:t>Кернейлер мейрамы үшінші қасірет болып табылатын, яғни Ислам болып табылатын, жетінші кернейді білдіреді. Керней — соғыс туралы сыртқы ескерту хабары, бірақ ол сондай-ақ қасиетті жиналысқа ішкі шақыру ретінде де түсінілуі мүмкін. Екінші ғибадатхана сынағының отыз күні аяқталғанда басталатын лакмус сынағы ретінде, ол әрі сыртқы, әрі ішкі хабар болып табылады. Бірінші іргелі сынақ 2024 жылдың көктемінде Даниял 11:14-те бейнеленген антихристің сыртқы көрінісімен келді.</w:t>
      </w:r>
    </w:p>
    <w:p>
      <w:pPr>
        <w:pStyle w:val="ArticleScripture"/>
        <w:jc w:val="left"/>
      </w:pPr>
      <w:r>
        <w:rPr>
          <w:rFonts w:ascii="Times New Roman" w:hAnsi="Times New Roman" w:eastAsia="Times New Roman" w:cs="Times New Roman"/>
        </w:rPr>
        <w:t>Сол замандарда оңтүстіктің патшасына қарсы көп адам көтеріледі; сенің халқыңның зорлықшылдары да аянды орнықтыру үшін өздерін жоғары қояды; бірақ олар құлайды. Даниял 11:14.</w:t>
      </w:r>
    </w:p>
    <w:p>
      <w:pPr>
        <w:pStyle w:val="ArticleBody"/>
        <w:jc w:val="left"/>
      </w:pPr>
      <w:r>
        <w:rPr>
          <w:rFonts w:ascii="Times New Roman" w:hAnsi="Times New Roman" w:eastAsia="Times New Roman" w:cs="Times New Roman"/>
        </w:rPr>
        <w:t>Алдыңғы аятта Панийум таныстырылды, ал Панийум туралы куәлік он бесінші аятқа дейін жалғасады.</w:t>
      </w:r>
    </w:p>
    <w:p>
      <w:pPr>
        <w:pStyle w:val="ArticleScripture"/>
        <w:jc w:val="left"/>
      </w:pPr>
      <w:r>
        <w:rPr>
          <w:rFonts w:ascii="Times New Roman" w:hAnsi="Times New Roman" w:eastAsia="Times New Roman" w:cs="Times New Roman"/>
        </w:rPr>
        <w:t>Солтүстіктің патшасы қайта оралып, бұрынғысынан да көп санды әскер шығарады; және бірнеше жылдан кейін ол зор әскермен әрі мол байлықпен міндетті түрде келеді. Даниял 11:13.</w:t>
      </w:r>
    </w:p>
    <w:p>
      <w:pPr>
        <w:pStyle w:val="ArticleBody"/>
        <w:jc w:val="left"/>
      </w:pPr>
      <w:r>
        <w:rPr>
          <w:rFonts w:ascii="Times New Roman" w:hAnsi="Times New Roman" w:eastAsia="Times New Roman" w:cs="Times New Roman"/>
        </w:rPr>
        <w:t>Оннан он бесінші аяттарға дейінгі солтүстіктің патшасы — папалықтың өкілдік етуші билігі; ол оныншы аятта Рональд Рейган арқылы бейнеленген, бұл темір перденің қабырғасы 1989 жылғы 9 қарашада Берлин қабырғасының құлауымен ишараланған түрде алынғанда көрінді. Он алтыншы аят жексенбілік заң кезінде шіркеу мен мемлекетті бөліп тұрған бөгеттің жойылуын білдіреді. Он бірінші және он екінші аяттар 2014 жылы басталған украин соғысын бейнелейді, ал он үшінші аят 2024 жылғы сайлауды көрсетеді: Рейганнан бергі сегізінші президент Трамп, әрі алдыңғы жеті президенттің арасынан шыққан сегізінші президент ретінде, көбірек билікпен «қайтып келеді», өйткені ол қайтып келгенде, «әуелгісінен де зор көпшілікпен шығады және, сөзсіз, белгілі бір жылдардан кейін келеді». «Белгілі бір жылдар» — Джо Байденнің төрт жылы.</w:t>
      </w:r>
    </w:p>
    <w:p>
      <w:pPr>
        <w:pStyle w:val="ArticleBody"/>
        <w:jc w:val="left"/>
      </w:pPr>
      <w:r>
        <w:rPr>
          <w:rFonts w:ascii="Times New Roman" w:hAnsi="Times New Roman" w:eastAsia="Times New Roman" w:cs="Times New Roman"/>
        </w:rPr>
        <w:t>2024 жылдан кейін, он үшінші аятқа сәйкес, Рим Паниумның пайғамбарлық тарихына араласады. 2025 жылғы 8 мамырда рухани даңқты жерден шыққан алғашқы папа таңдалып, ол көптеген маңызды пайғамбарлық сипаттарды өзімен бірге алып жүретін Лео деген атты таңдады. Содан кейін он бесінші аятта шайқас басталады.</w:t>
      </w:r>
    </w:p>
    <w:p>
      <w:pPr>
        <w:pStyle w:val="ArticleScripture"/>
        <w:jc w:val="left"/>
      </w:pPr>
      <w:r>
        <w:rPr>
          <w:rFonts w:ascii="Times New Roman" w:hAnsi="Times New Roman" w:eastAsia="Times New Roman" w:cs="Times New Roman"/>
        </w:rPr>
        <w:t>Сонда солтүстіктің патшасы келіп, үйінді тұрғызады да, ең берік қорғалған қалаларды басып алады; ал оңтүстіктің қарулы күштері де, оның таңдаулы халқы да төтеп бере алмайды, әрі қарсы тұрарлық ешқандай күш болмайды. Даниял 11:15.</w:t>
      </w:r>
    </w:p>
    <w:p>
      <w:pPr>
        <w:pStyle w:val="ArticleBody"/>
        <w:jc w:val="left"/>
      </w:pPr>
      <w:r>
        <w:rPr>
          <w:rFonts w:ascii="Times New Roman" w:hAnsi="Times New Roman" w:eastAsia="Times New Roman" w:cs="Times New Roman"/>
        </w:rPr>
        <w:t>Он бесінші аятта Паниум шайқасы басталып, Дональд Трамппен бейнеленген жердегі аңтүлік оңтүстіктің патшалығын жеңеді. Он бірінші аяттағы оңтүстіктің патшасы Украинамен соғыс бастады; Украина папалықтың сенімді өкілетті күші еді, ал оны оныншы аяттағы папалықтың сенімді өкілетті күші — Америка Құрама Штаттары — қаржыландырып, қолдап отырды. Оңтүстіктің патшасы Рафия шайқасында жеңіске жетер еді, бірақ сол жеңістің салдарынан, оңтүстіктегі айдаһар патшалығының күйреуімен әрдайым байланысты болатын біртіндеп ыдырау оңтүстіктің патшасын аса осал жағдайда қалдырады, өйткені солтүстіктің патшасы бұрынғыдан да күштірек болып қайта оралып, Паниум шайқасына дайындалады. 2014 жылы Америка Құрама Штаттары Украина соғысын бастаған кезде, Ресей мен Путин оңтүстіктің патшасы болып табылады. 2022 жылы басып кіру басталып, қан төгіле бастады. 2024 жылы солтүстіктің патшасы қайта оралды.</w:t>
      </w:r>
    </w:p>
    <w:p>
      <w:pPr>
        <w:pStyle w:val="ArticleBody"/>
        <w:jc w:val="left"/>
      </w:pPr>
      <w:r>
        <w:rPr>
          <w:rFonts w:ascii="Times New Roman" w:hAnsi="Times New Roman" w:eastAsia="Times New Roman" w:cs="Times New Roman"/>
        </w:rPr>
        <w:t>Петір Кесария Филиппиде тұр; бұл — Түн ортасындағы айқай туралы хабардың жариялануының басталуы. Петір, Ілиясқа және Литч пен Сноу арқылы бейнеленген Миллериттерге ұқсас түрде, бұған дейін жабық есік пен Ислам туралы алдын ала айтылған болжамды ұсынған. Оның орындалуы кейінгі жаңбыр туралы шынайы және жалған хабарлардың, сондай-ақ шынайы және жалған хабаршылардың арасындағы айырмашылықты айқындайды. Петірдің хабары — Нэшвилл мен Ислам туралы түзетілген хабар; әрі ол Кесария Филиппиде тұрған кезде, ол Панийумда тұр, яғни он алтыншы аяттағы жексенбілік заңға алып баратын шайқаста тұр. Петірдің алдын ала айтқан сөзінің орындалуы Түн ортасындағы айқайдың жариялануының басталуын айқындайды; бұл Ислам босатылатын кез, әрі желі үстіне желі бойынша, Панийум шайқасы келген кездегі сәт те сол.</w:t>
      </w:r>
    </w:p>
    <w:p>
      <w:pPr>
        <w:pStyle w:val="ArticleHeading"/>
        <w:jc w:val="left"/>
      </w:pPr>
      <w:r>
        <w:rPr>
          <w:rFonts w:ascii="Arial" w:hAnsi="Arial" w:eastAsia="Arial" w:cs="Arial"/>
        </w:rPr>
        <w:t>Даниялдың оныншы тараудағы аяны</w:t>
      </w:r>
    </w:p>
    <w:p>
      <w:pPr>
        <w:pStyle w:val="ArticleBody"/>
        <w:jc w:val="left"/>
      </w:pPr>
      <w:r>
        <w:rPr>
          <w:rFonts w:ascii="Times New Roman" w:hAnsi="Times New Roman" w:eastAsia="Times New Roman" w:cs="Times New Roman"/>
        </w:rPr>
        <w:t>Кернейлер мейрамы үшінші қасірет болып табылатын, ал ол Ислам болып табылатын жетінші кернейді бейнелейді. Керней — ескерту хабары, сондай-ақ қасиетті жиынға шақыру. Ол сондай-ақ екінші ғибадатхана сынағының отыз күні аяқталған кезде басталатын лакмус сынағы болып табылады. Антихристке қатысты алғашқы іргелі сыртқы сынау аяны 2024 жылдың көктемінде келді, ал Даниел 10-та бейнеленгендей, Мәсіхке қатысты екінші ішкі сынау аяны 2026 жылы келді.</w:t>
      </w:r>
    </w:p>
    <w:p>
      <w:pPr>
        <w:pStyle w:val="ArticleScripture"/>
        <w:jc w:val="left"/>
      </w:pPr>
      <w:r>
        <w:rPr>
          <w:rFonts w:ascii="Times New Roman" w:hAnsi="Times New Roman" w:eastAsia="Times New Roman" w:cs="Times New Roman"/>
        </w:rPr>
        <w:t>Содан кейін мен көзімді көтеріп қарадым, міне, зығыр матадан киінген, белі Упаздың асыл алтынымен буылған бір кісіні көрдім. Оның денесі берилл тастай еді, жүзі найзағайдың көрінісіндей, көздері от шырақтарындай, қолдары мен аяқтары жалтыратылған жездей жарқырап тұрды, ал сөздерінің үні қалың жұрттың даусындай еді.</w:t>
      </w:r>
    </w:p>
    <w:p>
      <w:pPr>
        <w:pStyle w:val="ArticleScripture"/>
        <w:jc w:val="left"/>
      </w:pPr>
      <w:r>
        <w:rPr>
          <w:rFonts w:ascii="Times New Roman" w:hAnsi="Times New Roman" w:eastAsia="Times New Roman" w:cs="Times New Roman"/>
        </w:rPr>
        <w:t>Мен, Данияр, аянды жалғыз өзім көрдім; менімен бірге болған адамдар аянды көрген жоқ; бірақ олардың үстіне қатты діріл түсті, сондықтан олар тығылу үшін қашып кетті.</w:t>
      </w:r>
    </w:p>
    <w:p>
      <w:pPr>
        <w:pStyle w:val="ArticleScripture"/>
        <w:jc w:val="left"/>
      </w:pPr>
      <w:r>
        <w:rPr>
          <w:rFonts w:ascii="Times New Roman" w:hAnsi="Times New Roman" w:eastAsia="Times New Roman" w:cs="Times New Roman"/>
        </w:rPr>
        <w:t>Сондықтан мен жалғыз қалдым да, осы ұлы аянды көрдім; менде ешбір күш қалмады, өйткені менің өңім бұзылып, азғындыққа айналды, әрі бойымда ешбір күш сақталмады.</w:t>
      </w:r>
    </w:p>
    <w:p>
      <w:pPr>
        <w:pStyle w:val="ArticleScripture"/>
        <w:jc w:val="left"/>
      </w:pPr>
      <w:r>
        <w:rPr>
          <w:rFonts w:ascii="Times New Roman" w:hAnsi="Times New Roman" w:eastAsia="Times New Roman" w:cs="Times New Roman"/>
        </w:rPr>
        <w:t>Бірақ мен оның сөздерінің үнін естідім; оның сөздерінің үнін естігенімде, бетіммен жерге қараған күйі терең ұйқыға кеттім.</w:t>
      </w:r>
    </w:p>
    <w:p>
      <w:pPr>
        <w:pStyle w:val="ArticleScripture"/>
        <w:jc w:val="left"/>
      </w:pPr>
      <w:r>
        <w:rPr>
          <w:rFonts w:ascii="Times New Roman" w:hAnsi="Times New Roman" w:eastAsia="Times New Roman" w:cs="Times New Roman"/>
        </w:rPr>
        <w:t>Міне, бір қол маған тиіп, мені тізем мен қолымның алақанына сүйендіріп көтерді. Сонда ол маған былай деді: «Уа, Даниял, аса сүйікті адам, саған айтып тұрған сөздерімді ұқ та, тік тұра ғой; өйткені мен енді саған жіберілдім». Ол осы сөзді маған айтқан кезде, мен дірілдеп орнымнан тұрдым. Сонда ол маған: «Қорықпа, Даниял; өйткені сен ұғуға жүрегіңді қойған және Құдайыңның алдында өзіңді қорлаған алғашқы күннен-ақ сөздерің естілді, мен сенің сөздерің үшін келдім. Бірақ Парсы патшалығының әміршісі маған жиырма бір күн қарсы тұрды; алайда, міне, басты әміршілердің бірі Михаил маған көмектесуге келді; мен сол жерде Парсы патшаларының қасында қалдым. Енді мен саған ақырғы күндерде халқыңның басына не түсетінін ұқтырмақ үшін келдім; өйткені бұл аян әлі көп күндерге арналған»,— деді. Ол маған осындай сөздерді айтқан кезде, мен жүзімді жерге қаратып, тілсіз болып қалдым.</w:t>
      </w:r>
    </w:p>
    <w:p>
      <w:pPr>
        <w:pStyle w:val="ArticleScripture"/>
        <w:jc w:val="left"/>
      </w:pPr>
      <w:r>
        <w:rPr>
          <w:rFonts w:ascii="Times New Roman" w:hAnsi="Times New Roman" w:eastAsia="Times New Roman" w:cs="Times New Roman"/>
        </w:rPr>
        <w:t>Міне, адам ұлдарының бейнесіне ұқсас біреу еріндеріме тиді; сонда мен аузымды ашып, сөйлеп, алдымда тұрғанға былай дедім: Уа, тақсыр ием, осы аяннан қайғым үстіме түсіп, бойымда ешбір күш қалмады. Өйткені осы иемнің құлы осы иеммен қалай сөйлесе алады? Себебі маған келсек, сол сәтте-ақ бойымда ешбір күш қалмады, тіпті дем де қалмады.</w:t>
      </w:r>
    </w:p>
    <w:p>
      <w:pPr>
        <w:pStyle w:val="ArticleScripture"/>
        <w:jc w:val="left"/>
      </w:pPr>
      <w:r>
        <w:rPr>
          <w:rFonts w:ascii="Times New Roman" w:hAnsi="Times New Roman" w:eastAsia="Times New Roman" w:cs="Times New Roman"/>
        </w:rPr>
        <w:t>Сонда адам кейпіне ұқсас біреу тағы келіп, маған қолын тигізіп, мені нығайтты. Ол: «Уа, аса сүйікті адам, қорықпа; саған тыныштық болсын; мықты бол, иә, мықты бол»,— деді. Ол маған сөйлеп болғанда, мен нығайтылып: «Тәңірім, сөйлей беріңіз; өйткені мені нығайттыңыз»,— дедім. Даниял 10:5–19.</w:t>
      </w:r>
    </w:p>
    <w:p>
      <w:pPr>
        <w:pStyle w:val="ArticleBody"/>
        <w:jc w:val="left"/>
      </w:pPr>
      <w:r>
        <w:rPr>
          <w:rFonts w:ascii="Times New Roman" w:hAnsi="Times New Roman" w:eastAsia="Times New Roman" w:cs="Times New Roman"/>
        </w:rPr>
        <w:t>Даниял жиырма екінші күні соңғы күндердегі көктегі Ұлы Бас Діни Қызметкердің көрінісін көреді. Римнің осы көріністі орнықтыруы туралы көрініс 2024 жылдың іргелі әрі альфа сынағы болды, ал Мәсіхтің көрінісі — ғибадатхана сынағы. Ол Даниялдан қашып, жасырынатын топтың бөлінуін туындатады. Сол топ өтірік пен жалғандықтың астына жасырынады, сондықтан да оларға күшті адасу жіберіледі.</w:t>
      </w:r>
    </w:p>
    <w:p>
      <w:pPr>
        <w:pStyle w:val="ArticleBody"/>
        <w:jc w:val="left"/>
      </w:pPr>
      <w:r>
        <w:rPr>
          <w:rFonts w:ascii="Times New Roman" w:hAnsi="Times New Roman" w:eastAsia="Times New Roman" w:cs="Times New Roman"/>
        </w:rPr>
        <w:t>Содан кейін Даниялға үш рет жанасу болады: әуелі Жәбірейіл, сосын Мәсіх, содан соң үшінші рет тағы да Жәбірейіл жанасады. Қасиеттілердің Қасиеттісінде Даниялға үш рет жанасу оның нығайтылуын бейнелейді, өйткені аянды көрген кезде оның мүлде күші болмаған еді, бірақ үшінші жанасу арқылы ол ақырында нығаяды. Ол соңғы күндері Құдай халқының басына не түсетінін түсіну үшін нығайтылады. Соңғы күндері Құдай халқының басына түсетін жайлы пайғамбарлық хабар он қыз туралы астарлы әңгімеде бейнеленген хабар болып табылады.</w:t>
      </w:r>
    </w:p>
    <w:p>
      <w:pPr>
        <w:pStyle w:val="ArticleBody"/>
        <w:jc w:val="left"/>
      </w:pPr>
      <w:r>
        <w:rPr>
          <w:rFonts w:ascii="Times New Roman" w:hAnsi="Times New Roman" w:eastAsia="Times New Roman" w:cs="Times New Roman"/>
        </w:rPr>
        <w:t>Даниял басында күш-қуатсыз болды, өйткені Мәсіхтің айнадағыдай көрінген аяны оны дәрменсіз қалдырды; бірақ үш мәрте жанасудың соңында ол нығаяды, ал «күшті бол, иә, күшті бол» деген бұйрықтың қайталануы — екінші періштені немесе екінші сынақты білдіретін қосарлау. Екінші сынақ — ғибадатхана сынағы; онда Құдай халқы Exeter лагерлік жиналысы аяқталғанда Түн жарымындағы Айғай хабарын жариялау үшін нығайтылады. Сол сынақ — іргетас әрі бұрыш тас болған төбе тасының ғибадатхананың ғажайып төбе тасына айналып, сол арқылы оның аяқталуын белгілейтін ғибадатхана сынағы. Даниял жиырма екінші күні, Ең Қасиетті Орынға сенім арқылы кірген кезде, нығаяды. Ол солай еткенде, Жәбірейіл оған жанасады, содан кейін Мәсіх жанасады, содан соң Жәбірейіл оған тағы да жанасады. Сондықтан Даниял Ең Қасиетті Орында, Мәсіхті екі періштенің арасында көретін жерде, хабарды жариялау үшін нығайтылады; ал Ең Қасиетті Орындағы Мәсіх ортасында тұрған орын — Оның тағының үстінде отырған Мәсіхтің Шекина даңқының нұрынан жарықтандырылған сандыққа қарап тұрған екі жабушы керубтың арасындағы рақым тақтығы. Даниялдың оныншы тараудағы аяны пайғамбарлық тұрғыдан былайша құрылған: Даниял рақым тақтығының тағы үстіндегі Шекина ретінде Мәсіхтің ұлылығына қарайды, ал екі жабушы керуб сандыққа үңіледі!</w:t>
      </w:r>
    </w:p>
    <w:p>
      <w:pPr>
        <w:pStyle w:val="ArticleBody"/>
        <w:jc w:val="left"/>
      </w:pPr>
      <w:r>
        <w:rPr>
          <w:rFonts w:ascii="Times New Roman" w:hAnsi="Times New Roman" w:eastAsia="Times New Roman" w:cs="Times New Roman"/>
        </w:rPr>
        <w:t>Сурнайлар мейрамының алдында Ілияс өзінің жаңбыр туралы хабарын Иемізден келген жалғыз жаңбыр хабары деп жариялайды және ол өз түйініне бір дәлелдеу арқылы жететін алдын ала айтуды ұсынады; сол дәлелдеу кімнің хабаршы екендігін не еместігін және ненің хабар екендігін не еместігін көрсетеді. Кармилге дейінгі үш жарым жыл бойы Ахаб патша Ілиясты іздеп жүрді, өйткені Кармилдің алдында дау-дамай кезеңі болады. Кармил тауы — мінездің айқын көрінетін жеріндегі лакмус сынағы ғана. Миллериттік тарихтағы дәл осы кезеңде де сондай куәлік болды, өйткені хабарды жек көргендер адалдарды шіркеулерден қуып шығарды, ал содан кейін адалдар назардан тыс қалып бара жатқан, құлаған бұрынғы келісім халқының арасынан адамдарды шақырып шығаратын хабарды көтерді.</w:t>
      </w:r>
    </w:p>
    <w:p>
      <w:pPr>
        <w:pStyle w:val="ArticleBody"/>
        <w:jc w:val="left"/>
      </w:pPr>
      <w:r>
        <w:rPr>
          <w:rFonts w:ascii="Times New Roman" w:hAnsi="Times New Roman" w:eastAsia="Times New Roman" w:cs="Times New Roman"/>
        </w:rPr>
        <w:t>Петір Елуінші күн мейрамына қатысты жексенбілік заң кезінде Жоелдің хабарын жариялап тұр; бұл, демек, Сноу мен Литчтің хабарлары сияқты Петірдің алдын ала айтқаны да түзетілген кезде басталған Эксетер лагерьлік жиналысының соңында Түн ортасындағы Айқай кезеңі басталғанда, Петір сол бір хабарды жариялап тұрғанын білдіреді. Даулы тартыс әрдайым алдын ала айтылғанның орындалуынан бұрын болады. Сондықтан даулы тартыс алдын ала айтылғанның орындалуынан бұрын басталады.</w:t>
      </w:r>
    </w:p>
    <w:p>
      <w:pPr>
        <w:pStyle w:val="ArticleBody"/>
        <w:jc w:val="left"/>
      </w:pPr>
      <w:r>
        <w:rPr>
          <w:rFonts w:ascii="Times New Roman" w:hAnsi="Times New Roman" w:eastAsia="Times New Roman" w:cs="Times New Roman"/>
        </w:rPr>
        <w:t>Ахабты, Езабелді және оның пайғамбарларын, сондай-ақ Мәсіхтің күндеріндегі ұсақ-түйекке таласқыш яһудилерді және миллерит тарихындағы құлаған протестанттарды үрейге салатын хабарды Петір Жоел кітабы деп айқындайды. Есектің босатылуымен белгіленетін үшінші лакмус сынағына дейін Петірдің хабарына Лаодикиялық адвентизм шабуыл жасайды, ал Петір бұл қарсылыққа жауап ретінде хабаршылардың мас емес екенін, қайта олардың Жоелдің үш тарауының жай ғана орындалуы екенін көрсетеді. Жоелдің үш тарауы Лаодикиялық адвентизмді ащы әшкерелеуден басталады. Хабар күшті ішімдіктен мас болғандардың құлағына жеткенде, олар жауап қатады. Олар Иса Иерусалимге бара жатқан жолында таудан төмен түсіп келе жатқан кезде Оған қарсы шықты, және Иерусалимде де тағы да Оған қарсы шықты.</w:t>
      </w:r>
    </w:p>
    <w:p>
      <w:pPr>
        <w:pStyle w:val="ArticleBody"/>
        <w:jc w:val="left"/>
      </w:pPr>
      <w:r>
        <w:rPr>
          <w:rFonts w:ascii="Times New Roman" w:hAnsi="Times New Roman" w:eastAsia="Times New Roman" w:cs="Times New Roman"/>
        </w:rPr>
        <w:t>Есек шешілді, кіру басталады; ұсақ-түйекке шүйлігетін яһудилер хабардың үнін өшіруді қалайды. Иса жалғастырады, содан кейін тоқтап, Адвентизмнің сынақ мерзімінің соңғы күні үстінен жылайды. Содан соң Иерусалимде халықтың өз хабарын тоқтатуын қалайтын яһудилермен тағы бір қақтығыс болады. Сол күні күн батқанда, яһуди ұлты үшін сынақ мерзімі тағы бір сатыға жетті. Қарсылықтың үдеуі айқыштағы өлімге дейін жалғасады, әрі ол шынайы түрде Лазардың қайта тірілуінен басталды; бұл екінші періштенің келуін және кідіріс уақытын белгілеп берді.</w:t>
      </w:r>
    </w:p>
    <w:p>
      <w:pPr>
        <w:pStyle w:val="ArticleScripture"/>
        <w:jc w:val="left"/>
      </w:pPr>
      <w:r>
        <w:rPr>
          <w:rFonts w:ascii="Times New Roman" w:hAnsi="Times New Roman" w:eastAsia="Times New Roman" w:cs="Times New Roman"/>
        </w:rPr>
        <w:t>«Бетания Иерусалимге соншалықты жақын еді, сондықтан Лазардың қайта тірілгені туралы хабар көп ұзамай қалаға жетті. Ғажайыпқа куә болған жансыздар арқылы яһуди басшылары болған жайттың мән-жайын тез арада біліп алды. Не істеу керектігін шешу үшін бірден-ақ Синедрионның мәжілісі шақырылды. Мәсіх енді өлім мен көрдің үстінен Өзінің билігін толық айқын көрсетті. Сол құдіретті ғажайып Құдайдың адамдарға Өз Ұлын олардың құтқарылуы үшін дүниеге жібергенінің ең жоғарғы дәлелі болды. Бұл — ақыл-парасат пен нұрланған ар-ожданның билігінде болған әрбір сананы иландыруға жеткілікті құдайлық құдіреттің айқын көрінісі еді. Лазардың қайта тірілгеніне куә болғандардың көбі Исаға сенуге келді. Бірақ діни қызметкерлердің Оған деген өшпенділігі күшейе түсті. Олар Оның құдайлық болмысының бұған дейінгі барлық бәсеңдеу дәлелдерін теріске шығарған еді, ал бұл жаңа ғажайып оларды тек одан бетер қаһарландырды. Өлі адам қалың куәгердің алдында, күн жарығында тірілтілді. Мұндай айғақты ешбір айламен жоққа шығару мүмкін емес еді. Дәл осы себептен діни қызметкерлердің дұшпандығы бұрынғыдан бетер өлімшіл сипат алды. Олар Мәсіхтің ісіне тоқтау салуға бұрынғыдан да бетер бел буды.»</w:t>
      </w:r>
    </w:p>
    <w:p>
      <w:pPr>
        <w:pStyle w:val="ArticleScripture"/>
        <w:jc w:val="left"/>
      </w:pPr>
      <w:r>
        <w:rPr>
          <w:rFonts w:ascii="Times New Roman" w:hAnsi="Times New Roman" w:eastAsia="Times New Roman" w:cs="Times New Roman"/>
        </w:rPr>
        <w:t>«Саддукейлер Мәсіхке ілтипатты болмағанымен, парызшылдар сияқты Оған соншалықты зұлымдыққа толы болмаған еді. Олардың өшпенділігі де соншалықты ащы болмаған. Алайда енді олар қатты үрейленді. Олар өлілердің қайта тірілуіне сенбейтін. Жалған аталған ғылымды алға тартып, олар өлі дененің қайтадан тірілуі мүмкін емес деп ой қорытқан еді. Бірақ Мәсіхтің бірнеше-ақ сөзімен олардың теориясы күйреді. Олардың әрі Жазбаларды, әрі Құдайдың құдіретін білмейтіні әшкереленді. Олар халыққа осы кереметтің қалдырған әсерін жоюдың ешбір мүмкіндігін көре алмады. Қабірді өлілерінен айыруға күші жеткен Кісіден адамдарды қалай теріс бұруға болар еді? Өтірік хабарлар таратылды, бірақ кереметті теріске шығару мүмкін болмады, әрі оның ықпалын қалай тойтаруды олар білмеді. Осы уақытқа дейін саддукейлер Мәсіхті өлтіру жоспарын қолдамаған еді. Бірақ Лазардың қайта тірілуінен кейін олар тек Оның өлімі арқылы ғана Олардың өздеріне қарсы айтқан тайсалмас әшкерелеулерін тоқтатуға болады деп шешті». The Desire of Ages, 537.</w:t>
      </w:r>
    </w:p>
    <w:p>
      <w:pPr>
        <w:pStyle w:val="ArticleBody"/>
        <w:jc w:val="left"/>
      </w:pPr>
      <w:r>
        <w:rPr>
          <w:rFonts w:ascii="Times New Roman" w:hAnsi="Times New Roman" w:eastAsia="Times New Roman" w:cs="Times New Roman"/>
        </w:rPr>
        <w:t>Лазардың өлімі Исаның кідірген төрт күнінің басталуын белгіледі. Оның өлімі кідіру уақытының басталуын белгілейтін екінші періштенің келуін бейнеледі. Оның қайта тірілуі 2023 жылғы 31 желтоқсанда, 11 қыркүйектен кейін жиырма екі жыл өткен соң, екі куәгердің қайта тірілуін белгілейді. Оның қайта тірілуі Езекиелдің өлі, қураған сүйектерінің қайта тірілуін белгілейді. Оның қайта тірілуінің түпбейнесі Адамның жаратылуында көрінді; ол сазбалшықпен бейнеленген адамзаттың тіршілік тынысымен бейнеленген Құдайлықпен біріктірілуінен тұрды.</w:t>
      </w:r>
    </w:p>
    <w:p>
      <w:pPr>
        <w:pStyle w:val="ArticleScripture"/>
        <w:jc w:val="left"/>
      </w:pPr>
      <w:r>
        <w:rPr>
          <w:rFonts w:ascii="Times New Roman" w:hAnsi="Times New Roman" w:eastAsia="Times New Roman" w:cs="Times New Roman"/>
        </w:rPr>
        <w:t>«Яһудилердің діни қызметкерлері мен билеушілері Исаны жек көрді; бірақ қалың жұрт Оның даналыққа толы сөздерін тыңдау және Оның құдіретті істерінің куәсі болу үшін ағылып келіп жатты. Халықтың жүрегі аса терең ықыласпен қозғалып, осы ғажайып Ұстаздың тәлімін есту үшін Исаның соңынан алаңдай ерді. Билеушілердің көбі Оған сенді, бірақ синагогадан аластатылып қаламыз деп қорыққандықтан, өз сенімдерін мойындауға батылы бармады. Діни қызметкерлер мен ақсақалдар халықтың назарын Исадан басқа жаққа бұру үшін бірдеңе істеу керек деп шешті. Олар бәрі Оған сеніп кетеді деп қорықты. Өздері үшін ешбір қауіпсіздік көрмеді. Не өз орындарынан айырылуы керек, не Исаны өлтіруі керек еді. Ал Оны өлтіргеннен кейін де, Оның құдіретінің тірі ескерткіштері болып қала беретіндер болатын. Иса Лазарды өлімнен тірілткен еді, сондықтан олар, егер Исаны өлтірсе, Лазарь Оның құдіретті күшіне куәлік етеді деп қорықты. Халық өлімнен тірілген сол кісіні көру үшін лек-легімен келіп жатты, ал билеушілер де толқуды басу үшін Лазарьды да өлтіруге бел буды. Сонда олар халықты қайтадан адамдардың салт-дәстүрлері мен ілімдеріне, жалбыз бен аскөктің оннан бірін беруге бұрып, тағы да оларға ықпалын жүргізетін еді. Олар Исаны жалғыз қалған кезінде ұстауға келісті; өйткені егер Оны халықтың бәрінің ойы Оған ауып тұрған шақта, қалың топтың ішінде ұстауға әрекеттенсе, өздері таспен ұрылатын еді». Early Writings, 165.</w:t>
      </w:r>
    </w:p>
    <w:p>
      <w:pPr>
        <w:pStyle w:val="ArticleBody"/>
        <w:jc w:val="left"/>
      </w:pPr>
      <w:r>
        <w:rPr>
          <w:rFonts w:ascii="Times New Roman" w:hAnsi="Times New Roman" w:eastAsia="Times New Roman" w:cs="Times New Roman"/>
        </w:rPr>
        <w:t>2020 жылғы 18 шілдеде Аян кітабындағы екі куә өлтірілді, әрі екінші періште мен кідіру уақыты келіп жетті. 2023 жылғы 31 желтоқсанда қайта тірілудің екі сатылы үдерісі басталды. Бірінші саты — іргетас; екінші саты — іргетастың үстіне ғибадатхананың тұрғызылуы. Лаодикеялық Жетінші күн адвентистері шіркеуі бұл хабарды 1989 жылы туған кезінен бастап жек көрді, әрі қазір де жек көреді. Енді олар өлі деп ойлаған жек көрінішті куәлардың қайта тірілгенін көрген соң, бұл хабарды одан бетер жек көретін болады. Олар 2020 жылғы 18 шілде туралы алдын ала айтылған хабарға яһудилердің Лазардың қайта тірілуіне деген уытты өшпенділігімен таласатын болады. Ғибадатхана сынағының тарихында Петір олардың қате айыптауларына Жоел кітабын олардың барлық өтіріктеріне жауап ретінде нұсқау арқылы жауап береді.</w:t>
      </w:r>
    </w:p>
    <w:p>
      <w:pPr>
        <w:pStyle w:val="ArticleBody"/>
        <w:jc w:val="left"/>
      </w:pPr>
      <w:r>
        <w:rPr>
          <w:rFonts w:ascii="Times New Roman" w:hAnsi="Times New Roman" w:eastAsia="Times New Roman" w:cs="Times New Roman"/>
        </w:rPr>
        <w:t>Бұл зерттеуді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 шіркеуі — Қырық алтыншы саны</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