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аянды орнықтырады — он жетінші сан</w:t>
      </w:r>
    </w:p>
    <w:p>
      <w:pPr>
        <w:pStyle w:val="ArticleSubtitle"/>
        <w:jc w:val="left"/>
      </w:pPr>
      <w:r>
        <w:rPr>
          <w:rFonts w:ascii="Arial" w:hAnsi="Arial" w:eastAsia="Arial" w:cs="Arial"/>
        </w:rPr>
        <w:t>144 000-ның соңғы еленуі: аңның мүсінінің пайғамбарлық сынағы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2024-09-24</w:t>
      </w:r>
    </w:p>
    <w:p>
      <w:pPr>
        <w:pStyle w:val="ArticleBody"/>
        <w:jc w:val="left"/>
      </w:pPr>
      <w:r>
        <w:rPr>
          <w:rFonts w:ascii="Times New Roman" w:hAnsi="Times New Roman" w:eastAsia="Times New Roman" w:cs="Times New Roman"/>
        </w:rPr>
        <w:t>Жүз қырық төрт мыңның қатарына шақырылғандар қазір өздерінің соңғы електен өту үдерісінде тұр, әрі бұл үдеріс — аңның мүсінінің қалыптасуына негізделген сыналу үдерісі. Сыналу үдерісі Құдайдың үйінен басталады, өйткені сот әрдайым Құдайдың үйінен басталады; содан кейін Құдайдың өзге отары дәл сол сынақ үдерісіне тап болады. Бәлкім, аңның мүсінінің қалыптасуындағы ең елеулі әрі ең маңызды пайғамбарлық сипат — оның екі рет жүзеге асуында: әуелі Америка Құрама Штаттарында, содан кейін әлемнің қалған бөлігінде. Пайғамбарлық тұрғыдан бұл дүниедегі аңның мүсіні аңның мүсінінің ақырғы көрінісі екенін білдіреді; сондықтан дүниедегі аңның мүсінінен бұрын келген аңның мүсінінің кез келген типологиялық бейнесі, мәнді нұсқайтын көлеңке ғана болды.</w:t>
      </w:r>
    </w:p>
    <w:p>
      <w:pPr>
        <w:pStyle w:val="ArticleBody"/>
        <w:jc w:val="left"/>
      </w:pPr>
      <w:r>
        <w:rPr>
          <w:rFonts w:ascii="Times New Roman" w:hAnsi="Times New Roman" w:eastAsia="Times New Roman" w:cs="Times New Roman"/>
        </w:rPr>
        <w:t>Үкім Құдайдың үйінен 2001 жылғы 11 қыркүйекте басталды. Сол күн Аян кітабының оныншы тарауындағы періште қолында ашық кішкене кітаппен төмен түскен 1840 жылғы 11 тамыз арқылы алдын ала бейнеленген еді. Оныншы тараудың періштесі төмен түскен кезде, ол протестантизмге қатысты үкімнің сол уақытта басталғанын жариялады. Құдай кімге үкім жүргізсе, соны әуелі алдын ала ескертеді, ал уақытты анықтауда Миллердің әдіснамасының расталуы оның Екінші Келудің үкімі туралы есептеулеріне қосымша салмақ қосты. Протестанттардың сыналуы 1840 жылғы 11 тамыздан бастап жүріп жатты, ал 1844 жылға қарай протестанттар Римнің қыздарына айналды. 1840 жылдан 1844 жылға дейінгі кезең 2001 жылғы 11 қыркүйектен бастап жуық арада келетін жексенбілік заңға дейінгі кезеңді бейнелейді.</w:t>
      </w:r>
    </w:p>
    <w:p>
      <w:pPr>
        <w:pStyle w:val="ArticleBody"/>
        <w:jc w:val="left"/>
      </w:pPr>
      <w:r>
        <w:rPr>
          <w:rFonts w:ascii="Times New Roman" w:hAnsi="Times New Roman" w:eastAsia="Times New Roman" w:cs="Times New Roman"/>
        </w:rPr>
        <w:t>Сол екі кезең де Киелі Рух көктен түсіп, Иса шомылдыру рәсімінен өткен сәттен бастап айқышқа дейін бейнеленді. Сол үш кезеңнің барлығы да топан суға дейінгі аралықта, топанға жеткізген, топанға дейінгі дүниеге белгіленіп берілген жүз жиырма жылмен типологиялық түрде көрсетілді. Белгілі бір тарихи кезеңнің сотын айқындайтын ескерту хабары әрқашан болады. Соңғы күндердегі осы нақты кезеңге де қатысты киелі тарихтар бар.</w:t>
      </w:r>
    </w:p>
    <w:p>
      <w:pPr>
        <w:pStyle w:val="ArticleBody"/>
        <w:jc w:val="left"/>
      </w:pPr>
      <w:r>
        <w:rPr>
          <w:rFonts w:ascii="Times New Roman" w:hAnsi="Times New Roman" w:eastAsia="Times New Roman" w:cs="Times New Roman"/>
        </w:rPr>
        <w:t>Нұх бір жүз жиырма жыл уағыз айтты, содан кейін топан судың үкімі келді. Мәсіх бір мың екі жүз алпыс күн уағыз айтты, содан кейін айқыштың үкімі келді. Шомылдыру рәсімін жасаушы Жоханның ескерту хабары Мәсіхтің шомылдыру рәсімінде күшке ие болды, содан кейін Иса қырық күнге шөл далаға жетеленіп апарылды. Сол қырық күн және қырық күннің соңындағы одан кейінгі үш сынақ мынаны үйретеді: хабар киелі бір нышанның төмен түсуімен күшке ие болғаннан кейін, мысалы, Оның шомылдыру рәсіміндегі Киелі Рухтың түсуі, сондай-ақ Аян кітабының он және он сегізінші тарауларындағы екі періштенің түсуі арқылы айқындалғандай, сынау үдерісі жүріп жатады. Құдайлық нышан төмен түскен кезде, сол уақытта үкімнің нысаны болып отырғандарға жарияланатын үкім хабары күшке ие болады, ал сотталып жатқан нақты топ бұдан былай тек олардың сынақ мерзімінің жабылуымен ғана аяқталатын айрықша кезеңге енеді.</w:t>
      </w:r>
    </w:p>
    <w:p>
      <w:pPr>
        <w:pStyle w:val="ArticleBody"/>
        <w:jc w:val="left"/>
      </w:pPr>
      <w:r>
        <w:rPr>
          <w:rFonts w:ascii="Times New Roman" w:hAnsi="Times New Roman" w:eastAsia="Times New Roman" w:cs="Times New Roman"/>
        </w:rPr>
        <w:t>Иса Мәсіхтің желісі куәлік етудің екі кезеңін айқындайды. Біріншісі — Оның жеке Өзі он екі жүз алпыс күн бойы куәлік етуі, содан кейін шәкірттерінің алдында тағы он екі жүз алпыс күн бойы, Степан таспен атылғанға дейін, Оның куәлік етуі.</w:t>
      </w:r>
    </w:p>
    <w:p>
      <w:pPr>
        <w:pStyle w:val="ArticleScripture"/>
        <w:jc w:val="left"/>
      </w:pPr>
      <w:r>
        <w:rPr>
          <w:rFonts w:ascii="Times New Roman" w:hAnsi="Times New Roman" w:eastAsia="Times New Roman" w:cs="Times New Roman"/>
        </w:rPr>
        <w:t>«Сонда періште былай деді: “Ол бір апта [жеті жыл] бойы көптермен келісімді бекітеді”. Құтқарушы Өз қызметіне кіріскеннен кейін жеті жыл бойы Ізгі хабар әсіресе яһудилерге уағыздалуға тиіс еді; оның үш жарым жылы — Мәсіхтің Өзі арқылы, ал одан кейін — елшілер арқылы. “Аптаның ортасында Ол құрбандық пен сый-тартуды тоқтатады”. Даниял 9:27. Б. з. 31 жылдың көктемінде Мәсіх, шынайы Құрбандық, Қалвариде ұсынылды. Сонда ғибадатхана пердесі қақ айырылып жыртылды, бұл құрбандық қызметінің киелілігі мен мәнінің жойылғанын көрсетті. Жердегі құрбандық пен сый-тартудың тоқтайтын уақыты жеткен еді.»</w:t>
      </w:r>
    </w:p>
    <w:p>
      <w:pPr>
        <w:pStyle w:val="ArticleScripture"/>
        <w:jc w:val="left"/>
      </w:pPr>
      <w:r>
        <w:rPr>
          <w:rFonts w:ascii="Times New Roman" w:hAnsi="Times New Roman" w:eastAsia="Times New Roman" w:cs="Times New Roman"/>
        </w:rPr>
        <w:t>«Бір апта — жеті жыл — б. з. 34 жылы аяқталды. Сонда Степанның таспен атылуы арқылы яһудилер Ізгі хабардан бас тартуын түпкілікті түрде бекітті; ал қуғын-сүргіннің салдарынан бытырап кеткен шәкірттер “барлық жерде сөзді уағыздап жүрді” (Елшілердің істері 8:4); содан көп ұзамай қудалаушы Саул да тәубеге келіп, басқа ұлттарға жіберілген елші Пауыл болды.» The Desire of Ages, 233.</w:t>
      </w:r>
    </w:p>
    <w:p>
      <w:pPr>
        <w:pStyle w:val="ArticleBody"/>
        <w:jc w:val="left"/>
      </w:pPr>
      <w:r>
        <w:rPr>
          <w:rFonts w:ascii="Times New Roman" w:hAnsi="Times New Roman" w:eastAsia="Times New Roman" w:cs="Times New Roman"/>
        </w:rPr>
        <w:t>Нұхтың, Мәсіхтің, Миллериттердің және жүз қырық төрт мыңның желісі — барлығы да белгілі бір нысаналы тыңдарман ескерту хабарымен сыналатын уақыт кезеңіне куәлік етеді. Хабардың күш-қуатқа енуі сынақ кезеңінің басталуын білдіреді, ал ол, өз кезегінде, сол нысаналы тыңдарманның сынақ мерзімінің жабылуымен аяқталады. Исаның пайғамбарлық желісінде куәлік етудің екі кезеңі айқындалады. Куәлік етудің осы екі кезеңі 2001 жылғы 11 қыркүйекте түсіп, Аян 18:1–3-ті орындаған періште бейнелейтін екі ескерту хабарын типологиялық түрде көрсетеді; содан кейін оған он сегізінші тараудың төртінші аятынан әрі қарайғы екінші дауыс ілесті.</w:t>
      </w:r>
    </w:p>
    <w:p>
      <w:pPr>
        <w:pStyle w:val="ArticleScripture"/>
        <w:jc w:val="left"/>
      </w:pPr>
      <w:r>
        <w:rPr>
          <w:rFonts w:ascii="Times New Roman" w:hAnsi="Times New Roman" w:eastAsia="Times New Roman" w:cs="Times New Roman"/>
        </w:rPr>
        <w:t>«Осылайша, дүниеге ескерту беруге арналған соңғы істе қауымдарға екі айқын үндеу жолданады. Екінші періштенің хабары: “Бабыл құлады, құлады, сол ұлы қала; өйткені ол барлық халықтарға өзінің азғындығының қаһар шарабын ішкізді”. Ал үшінші періштенің хабарының зор дауысты айқайында көктен былай деген дауыс естіледі: “Одан шығыңдар, халқым”.» Review and Herald, 1892 жылғы 6 желтоқсан.</w:t>
      </w:r>
    </w:p>
    <w:p>
      <w:pPr>
        <w:pStyle w:val="ArticleBody"/>
        <w:jc w:val="left"/>
      </w:pPr>
      <w:r>
        <w:rPr>
          <w:rFonts w:ascii="Times New Roman" w:hAnsi="Times New Roman" w:eastAsia="Times New Roman" w:cs="Times New Roman"/>
        </w:rPr>
        <w:t>Бірінші кезең — Құдайдың үйінен басталатын сот, ал содан кейін жақындап келе жатқан жексенбілік заң кезінде соттың екінші кезеңі Бабылдан шығу туралы ескертумен басталады. Мәсіхтің шомылдыру рәсімінен айқышқа дейінгі желісі 2001 жылғы 11 қыркүйектен бастап Құрама Штаттардағы жексенбілік заңға дейінгі уақытты бейнелейді, ал Құрама Штаттардағы жексенбілік заңнан бастап әрбір ұлт жексенбіні Ғаламдық Ғибадат Күні ретінде қабылдауға мәжбүр етілетін нүктеге дейінгі кезең — ең соңғы ұлт бағынған сәтте аяқталатын кезең.</w:t>
      </w:r>
    </w:p>
    <w:p>
      <w:pPr>
        <w:pStyle w:val="ArticleBody"/>
        <w:jc w:val="left"/>
      </w:pPr>
      <w:r>
        <w:rPr>
          <w:rFonts w:ascii="Times New Roman" w:hAnsi="Times New Roman" w:eastAsia="Times New Roman" w:cs="Times New Roman"/>
        </w:rPr>
        <w:t>Бұл кезең Америка Құрама Штаттарындағы жексенбілік заңнан басталып, соңғы ұлт папалық билікке бас иген кезде аяқталады. Екінші кезеңнің басталуы бірінші кезеңнің аяқталуын білдіреді, әрі екеуінде де Римнің куәлігінде бұрыннан бейнеленген жексенбілік заңдар бар. 321 жылғы алғашқы жексенбілік заң пұтқа табынушы Римнің билігі арқылы жүзеге асырылды. Папалық шіркеудің билігі арқылы жүзеге асырылған жексенбілік заң 538 жылмен бейнеленеді. Америка Құрама Штаттарындағы жексенбілік заң — 321, ал соңғы ұлтқа күштеп енгізілетін жексенбілік заң — 538. Америка Құрама Штаттарындағы жексенбілік заң кейіннен Исраилдің қуғындалғандарынан құралған ту арқылы жарияланатын ескерту хабарының келуін білдіреді.</w:t>
      </w:r>
    </w:p>
    <w:p>
      <w:pPr>
        <w:pStyle w:val="ArticleBody"/>
        <w:jc w:val="left"/>
      </w:pPr>
      <w:r>
        <w:rPr>
          <w:rFonts w:ascii="Times New Roman" w:hAnsi="Times New Roman" w:eastAsia="Times New Roman" w:cs="Times New Roman"/>
        </w:rPr>
        <w:t>Сол межелік белгі — 321 жыл, әрі ол жексенбі мәселесі бойынша әрбір халықтың сыналуы кезеңінің басталуын білдіреді. Ол кезең соңғы халық Римге бас иген кезде аяқталады, ал сол оқиға 538 жылдың межелік белгісімен алдын ала бейнеленді. 321 жылдан 538 жылға дейінгі кезең айқыштан бастап Степанның таспен ұрылып өлтірілуіне дейінгі кезеңмен алдын ала бейнеленді. Степанды таспен ұрып жатқанда, ол көктегі киелі орында тұрған Мәсіхті көрді; бұл Михаилдің адамзатқа берілген сынақ мерзімінің жабылар тұсында орнынан тұруын бейнелейді.</w:t>
      </w:r>
    </w:p>
    <w:p>
      <w:pPr>
        <w:pStyle w:val="ArticleBody"/>
        <w:jc w:val="left"/>
      </w:pPr>
      <w:r>
        <w:rPr>
          <w:rFonts w:ascii="Times New Roman" w:hAnsi="Times New Roman" w:eastAsia="Times New Roman" w:cs="Times New Roman"/>
        </w:rPr>
        <w:t>2001 жылғы 11 қыркүйек он сегізінші тараудың алғашқы үш аятының ескертуінің келгенін білдіреді, әрі ол пайғамбар әйел Эллен Уайттың алдын ала айтқан сөзімен белгіленді; ол Құдайдың жанасуымен Нью-Йорк қаласының алып ғимараттары құлатылған кезде, дәл сол үш аят орындалатынын айтқан еді. Сондай-ақ бұл көруге ынталы болғандар үшін белгі болған Patriot Act арқылы да айқындалды: адам кінәсі дәлелденгенге дейін кінәсіз деп танылатынын жариялайтын ағылшын құқығының қағидасы шетке ығыстырылып, адамның кінәсіздігі дәлелденгенге дейін кінәлі деп танылатынын жариялайтын рим құқығына орын берілді.</w:t>
      </w:r>
    </w:p>
    <w:p>
      <w:pPr>
        <w:pStyle w:val="ArticleBody"/>
        <w:jc w:val="left"/>
      </w:pPr>
      <w:r>
        <w:rPr>
          <w:rFonts w:ascii="Times New Roman" w:hAnsi="Times New Roman" w:eastAsia="Times New Roman" w:cs="Times New Roman"/>
        </w:rPr>
        <w:t>Патриоттық акт Лаодикиялық Жетінші күн Адвентизмі үшін соттың басталуын белгіледі. Ол кезең Америка Құрама Штаттарындағы жексенбілік заңмен аяқталады. Елеу кезеңінен сол мерзім бойы аман-есен өтіп шыққан сол лаодикиялық Жетінші күн Адвентистері кейін он сегізінші тараудың төртінші аятындағы ескерту хабарын жариялайтын болады; ол Римге бас иетін соңғы халықпен аяқталады. Ол кезең Америка Құрама Штаттарындағы жексенбілік заңнан басталып, соңғы жексенбілік заңмен аяқталады.</w:t>
      </w:r>
    </w:p>
    <w:p>
      <w:pPr>
        <w:pStyle w:val="ArticleBody"/>
        <w:jc w:val="left"/>
      </w:pPr>
      <w:r>
        <w:rPr>
          <w:rFonts w:ascii="Times New Roman" w:hAnsi="Times New Roman" w:eastAsia="Times New Roman" w:cs="Times New Roman"/>
        </w:rPr>
        <w:t>Егер аңға қатысты екі мүсін бар екендігі, әрі олардың екеуден көп куәгер арқылы айқындалатыны туралы шындықты қате түсінсек, онда біз 2001 жылы басталған Аян кітабының он сегізінші тарауының алғашқы үш аяты бейнелейтін істі де, он сегізінші тараудың төртінші аятында басталатын істі де қате түсінетін боламыз.</w:t>
      </w:r>
    </w:p>
    <w:p>
      <w:pPr>
        <w:pStyle w:val="ArticleBody"/>
        <w:jc w:val="left"/>
      </w:pPr>
      <w:r>
        <w:rPr>
          <w:rFonts w:ascii="Times New Roman" w:hAnsi="Times New Roman" w:eastAsia="Times New Roman" w:cs="Times New Roman"/>
        </w:rPr>
        <w:t>Уайт ханымның Аян кітабының он сегізінші тарауындағы періштенің 1888 жылы түскенін тікелей теңестіріп көрсетуін және сол періштені келер шақта орналастыруын қолданғанымызда, 1888 жылдың 2001 жылдың бейнесі екенін көреміз. Өзінің даңқымен жерді нұрландырған Аян кітабының періштесі 1888 жылы Миннеаполистегі жиналыстарда төмен түсті, сондай-ақ Нью-Йорк қаласының алып ғимараттары құлаған кезде де солай етті.</w:t>
      </w:r>
    </w:p>
    <w:p>
      <w:pPr>
        <w:pStyle w:val="ArticleBody"/>
        <w:jc w:val="left"/>
      </w:pPr>
      <w:r>
        <w:rPr>
          <w:rFonts w:ascii="Times New Roman" w:hAnsi="Times New Roman" w:eastAsia="Times New Roman" w:cs="Times New Roman"/>
        </w:rPr>
        <w:t>Мәсіхтің шомылдыру рәсімінен айқышқа дейінгі кезеңі, 1840 жылғы 11 тамыздан 1844 жылғы 22 қазанға дейінгі кезең және Нұхтың жүз жиырма жылы — сот кезеңіне куәлік беретін үш куә. 1888 жыл Миннеаполистегі жиналыстарда жазылып қалған бүліктің көрініс табуына куәлік береді, ал Нұх хабарды қабылдамағандардан Киелі Рухтың алыстатылуын айқындайды. Топан судың алдындағы адамдардың бүлігі де, 1888 жылы шіркеу басшыларының бүлігі де, Мұсаның тарихындағы Қорах, Датан және Абирамның тарихымен сәйкес келеді; періште Миннеаполисте осының қайталанып жатқанын Уайт қарындасқа айтқан еді.</w:t>
      </w:r>
    </w:p>
    <w:p>
      <w:pPr>
        <w:pStyle w:val="ArticleBody"/>
        <w:jc w:val="left"/>
      </w:pPr>
      <w:r>
        <w:rPr>
          <w:rFonts w:ascii="Times New Roman" w:hAnsi="Times New Roman" w:eastAsia="Times New Roman" w:cs="Times New Roman"/>
        </w:rPr>
        <w:t>Америка Құрама Штаттарындағы Патриоттық актіден бастап жексенбілік заңға дейінгі аралық Лаодикеялық Жетінші күн адвентизмі үшін сыналу кезеңін білдіреді. Олардың үкімін жариялайтын ескерту хабарына қарсы көтеріліс Киелі Рухтың кері алынуын, демек сол тарихтағы зұлым, ақылсыз қыздардың үстіне күшті адасудың төгілуін айқындайды. Көтерілістің өзегі Нұх, Мұса, ақсақалдар Джонс пен Уаггонер, және, әрине, Уайт қарындас арқылы бейнеленген таңдалған хабаршыға бағытталған. Сол тарихтағы ескерту хабары мен хабаршыға қарсы көтеріліс он қыз туралы астарлы әңгіме тарихындағы «майға» негізделген.</w:t>
      </w:r>
    </w:p>
    <w:p>
      <w:pPr>
        <w:pStyle w:val="ArticleBody"/>
        <w:jc w:val="left"/>
      </w:pPr>
      <w:r>
        <w:rPr>
          <w:rFonts w:ascii="Times New Roman" w:hAnsi="Times New Roman" w:eastAsia="Times New Roman" w:cs="Times New Roman"/>
        </w:rPr>
        <w:t>Ескерту хабарын жариялайтындар мұны «майға» ие болғандықтан істейді; ал сол майдың өзі де ескерту хабары болып табылады. Сондықтан бұл екі топтың арасындағы айырмашылық бірінші және екінші періштелер қозғалысына қатысқандар қабылдаған, Миллердің түсіндіру ережелері ретінде көрсетілген пайғамбарлықты түсіндіру қағидаларын, сондай-ақ үшінші періште қозғалысы қабылдаған пайғамбарлықты түсіндіру қағидаларын дұрыс қолданудың нәтижесінде пайда болады.</w:t>
      </w:r>
    </w:p>
    <w:p>
      <w:pPr>
        <w:pStyle w:val="ArticleBody"/>
        <w:jc w:val="left"/>
      </w:pPr>
      <w:r>
        <w:rPr>
          <w:rFonts w:ascii="Times New Roman" w:hAnsi="Times New Roman" w:eastAsia="Times New Roman" w:cs="Times New Roman"/>
        </w:rPr>
        <w:t>Сондықтан «аңның мүсінінің жасалуы» ретінде бейнеленген сынақ Құдайдың пайғамбарлық Сөзінде аңның мүсінінің қалай қалыптасатынына байланысты сынақ болуы тиіс.</w:t>
      </w:r>
    </w:p>
    <w:p>
      <w:pPr>
        <w:pStyle w:val="ArticleBody"/>
        <w:jc w:val="left"/>
      </w:pPr>
      <w:r>
        <w:rPr>
          <w:rFonts w:ascii="Times New Roman" w:hAnsi="Times New Roman" w:eastAsia="Times New Roman" w:cs="Times New Roman"/>
        </w:rPr>
        <w:t>2001 жылғы Патриоттық актіден бастап, ол 1888 жылғы Блэр заң жобасымен бейнеленген, ол өз кезегінде 1776 жылғы Тәуелсіздік декларациясымен бейнеленген, ол Мәсіхтің шомылдыру рәсімімен бейнеленген, ал ол 1840 жылғы 11 тамызды бейнелеген, мұның бәрі сот үкімінің сынақ үдерісі періштенің қолынан алынуға, содан кейін желінуге тиіс құдірет берілген ескерту хабарынан басталатыны туралы ақиқатты қуаттайды.</w:t>
      </w:r>
    </w:p>
    <w:p>
      <w:pPr>
        <w:pStyle w:val="ArticleBody"/>
        <w:jc w:val="left"/>
      </w:pPr>
      <w:r>
        <w:rPr>
          <w:rFonts w:ascii="Times New Roman" w:hAnsi="Times New Roman" w:eastAsia="Times New Roman" w:cs="Times New Roman"/>
        </w:rPr>
        <w:t>Америка Құрама Штаттарын «сенің халқыңның қарақшылары» деп айқындайтын пайғамбарлық ілім өз логикасы арқылы бірнеше жайтты шатастырады; ал сол жайттар аңның мүсінінің қалыптасуындағы құрамдас бөліктерді орнықтыруда көбіне ең тікелей дәлел-мәтіндер болып табылады. Бұл сынақтың пайғамбарлық сипатта екенін көрсетудің бір жолы — Римді «сенің халқыңның қарақшылары» бейнелейтін нышан ретінде қабылдаған жағдайда ғана түсінілетін ақиқатты көрсету үшін пайғамбарлықтың негізгі қағидаларын қолдану.</w:t>
      </w:r>
    </w:p>
    <w:p>
      <w:pPr>
        <w:pStyle w:val="ArticleBody"/>
        <w:jc w:val="left"/>
      </w:pPr>
      <w:r>
        <w:rPr>
          <w:rFonts w:ascii="Times New Roman" w:hAnsi="Times New Roman" w:eastAsia="Times New Roman" w:cs="Times New Roman"/>
        </w:rPr>
        <w:t>Бұл мысал Адвентизм ішіндегі тарихтың бес желісінен алынған, онда Римнің рәміз ретіндегі мағынасына қатысты дау-дамай орын алған. Біз қазір осы даулы тарихтардың соңғысы, яғни алтыншысының ішінде тұрмыз, және қазіргі дау-дамай 1843 жылғы кестеде бейнеленген дауға дәлме-дәл ұқсас.</w:t>
      </w:r>
    </w:p>
    <w:p>
      <w:pPr>
        <w:pStyle w:val="ArticleBody"/>
        <w:jc w:val="left"/>
      </w:pPr>
      <w:r>
        <w:rPr>
          <w:rFonts w:ascii="Times New Roman" w:hAnsi="Times New Roman" w:eastAsia="Times New Roman" w:cs="Times New Roman"/>
        </w:rPr>
        <w:t>Егер пайғамбарлық ережелерді дұрыс қолдансаңыз, бұл шындықты көру оңай. Қолданылуға тиіс пайғамбарлық ережелердің бірі — рәміздердің бірден артық мағынасы болады, ал олардың белгілі бір үзіндіде қолданылған мағынасы сол үзіндінің өзімен айқындалуға тиіс. Сирия патшасы Ұлы Антиох III Даниялдың он бірінші тарауындағы оныншы аяттағы шайқасты орындады, он бірінші және он екінші аяттардағы Рафия шайқасын орындады, әрі он бесінші аяттағы Паний шайқасын орындады. 1843 жылғы кестеде бейнеленген Миллериттік дауда жалған протестанттық көзқарас «қарақшыларды» Антиох Эпифан деп таныды, сонымен бірге «қарақшылардың» Римнің рәмізі екені туралы ақиқатты да қолдады.</w:t>
      </w:r>
    </w:p>
    <w:p>
      <w:pPr>
        <w:pStyle w:val="ArticleBody"/>
        <w:jc w:val="left"/>
      </w:pPr>
      <w:r>
        <w:rPr>
          <w:rFonts w:ascii="Times New Roman" w:hAnsi="Times New Roman" w:eastAsia="Times New Roman" w:cs="Times New Roman"/>
        </w:rPr>
        <w:t>Оныншыдан он бесінші аяттарға дейінгі сөздер әуелі Антиох III Ұлының тарихында орындалды; сондықтан сол аяттар да, сондай-ақ сол аяттардың кейінгі тарихи қайталануы да, сол аяттардың соңғы күндерде орындалуына екі куәлік береді, өйткені барлық пайғамбарлар өздері өмір сүрген күндерден гөрі соңғы күндер туралы анағұрлым тікелей айтқан.</w:t>
      </w:r>
    </w:p>
    <w:p>
      <w:pPr>
        <w:pStyle w:val="ArticleBody"/>
        <w:jc w:val="left"/>
      </w:pPr>
      <w:r>
        <w:rPr>
          <w:rFonts w:ascii="Times New Roman" w:hAnsi="Times New Roman" w:eastAsia="Times New Roman" w:cs="Times New Roman"/>
        </w:rPr>
        <w:t>Пайғамбардың куәлігі қайда қолданылуға тиіс екеніне қатысты әлгі орныққан ережемен бірге, бізде Уайт ханымның тікелей жазып қалдырған мына сөзі де бар: «осы пайғамбарлықтың [Даниял кітабының он бірінші тарауы] орындалуында болып өткен тарихтың көп бөлігі қайталанатын болады». Антиох III Магнус папалық Римнің өкіл әскері ретінде Америка Құрама Штаттарын бейнелейді. Протестанттар қарақшылардың басқа бір Антиохты ишаралағанын алға тартты, ал Миллериттер оның Рим екенін білді. Қазіргі кезде бір тарап қарақшыларды Америка Құрама Штаттары деп таниды, ал екінші тарап іргетастық ақиқатқа берік болып отыр.</w:t>
      </w:r>
    </w:p>
    <w:p>
      <w:pPr>
        <w:pStyle w:val="ArticleBody"/>
        <w:jc w:val="left"/>
      </w:pPr>
      <w:r>
        <w:rPr>
          <w:rFonts w:ascii="Times New Roman" w:hAnsi="Times New Roman" w:eastAsia="Times New Roman" w:cs="Times New Roman"/>
        </w:rPr>
        <w:t>Егер рәміздердің бірнеше мағынасы бар екенін айқындайтын қағида бойынша олардың мағынасы қолданылған мәнмәтінге негізделуге тиіс болса, онда Америка Құрама Штаттарын тонаушылар ретінде айқындау протестанттардың Антиохты тонаушылар ретінде айқындауына параллель болады, бірақ енді Антиох соңғы күндердегі Америка Құрама Штаттарының рәмізі болып табылады.</w:t>
      </w:r>
    </w:p>
    <w:p>
      <w:pPr>
        <w:pStyle w:val="ArticleBody"/>
        <w:jc w:val="left"/>
      </w:pPr>
      <w:r>
        <w:rPr>
          <w:rFonts w:ascii="Times New Roman" w:hAnsi="Times New Roman" w:eastAsia="Times New Roman" w:cs="Times New Roman"/>
        </w:rPr>
        <w:t>Үзіндінің мәнмәтіні аянды орнықтыру үшін өзін жоғары көтеретін қандай күш екендігі туралы сұраққа тікелей жауап береді; сондықтан осы жайтқа екпін түсіру орынды. Бұл көптеген куәліктерге негізделген түрде орынды, өйткені Римді нышан ретінде қарастыратын даудың өзге тарихи желілері де сол бір шындықты айқындайды. Ол шындық мынада: мәселеде қате тарапта тұрғандар Римнің орнына үнемі Америка Құрама Штаттарын қояды. Бірақ егер сіз нышандардың бірден артық мағынасы болатынын қабылдағыңыз келмесе, немесе бұған сенсеңіз де, осы қағидаға толық сенім артуға жеткілікті машықтанбаған болсаңыз, онда енді қолданылатын логиканы ұстануыңыз іс жүзінде мүмкін болмайды.</w:t>
      </w:r>
    </w:p>
    <w:p>
      <w:pPr>
        <w:pStyle w:val="ArticleBody"/>
        <w:jc w:val="left"/>
      </w:pPr>
      <w:r>
        <w:rPr>
          <w:rFonts w:ascii="Times New Roman" w:hAnsi="Times New Roman" w:eastAsia="Times New Roman" w:cs="Times New Roman"/>
        </w:rPr>
        <w:t>Екі мүйізді әрбір билік соңғы күндердегі Америка Құрама Штаттарын білдіреді. Франция — Содом мен Мысыр арқылы бейнеленген қос қырлы билік. Ислам да Америка Құрама Штаттарының бейнесін береді, өйткені Америка Құрама Штаттары — Изевел болып табылатын папалық билікке қатысты жалған пайғамбар. Америка Құрама Штаттары — Иродияға бағынған Саломе. Балағам да жалған пайғамбардың нышаны, бірақ оның оқиғасы жай ғана жалған пайғамбар болудан гөрі анағұрлым күрделірек.</w:t>
      </w:r>
    </w:p>
    <w:p>
      <w:pPr>
        <w:pStyle w:val="ArticleBody"/>
        <w:jc w:val="left"/>
      </w:pPr>
      <w:r>
        <w:rPr>
          <w:rFonts w:ascii="Times New Roman" w:hAnsi="Times New Roman" w:eastAsia="Times New Roman" w:cs="Times New Roman"/>
        </w:rPr>
        <w:t>Балағамның Исраилге үш рет бата бергеннен кейін жазылып алынған пайғамбарлықтары исламмен әртүрлі түрде байланыстырылады. Есек — исламның рәмізі, әрі сөйлеген есекті Балағам туралы хикаядан бөліп алып тастау мүмкін емес. Шығыстан келіп, сәби Исаға тағзым еткен дана кісілерді Балағамның пайғамбарлықтары жетелеп келді. Аян кітабының тоғызыншы тарауындағы үш қасіреттегі ислам жалған пайғамбар Мұхаммедті бейнелейді.</w:t>
      </w:r>
    </w:p>
    <w:p>
      <w:pPr>
        <w:pStyle w:val="ArticleBody"/>
        <w:jc w:val="left"/>
      </w:pPr>
      <w:r>
        <w:rPr>
          <w:rFonts w:ascii="Times New Roman" w:hAnsi="Times New Roman" w:eastAsia="Times New Roman" w:cs="Times New Roman"/>
        </w:rPr>
        <w:t>Егер таңбалардың бірден артық мағынасы бар екенін түсінсеңіз, онда, сөзсіз, көптеген ақиқаттардың соншалық маңызды болғандықтан, әртүрлі таңбалар арқылы бейнеленетінін де түсінесіз. Аянды орнықтыратын таңба — Римнің таңбасы, сондықтан Киелі кітап пайғамбарлығында Римнің негізгі тақырып болатыны айқын. Римнің бір классикалық әрі берік орныққан таңбасы — Даниял кітабының он бірінші тарауындағы солтүстіктің патшасы. Жәрдем берушісі болмай, өз ақырына келетін солтүстіктің патшасы — папалық билік, Рим шіркеуі, Рим папасы, күнәнің адамы.</w:t>
      </w:r>
    </w:p>
    <w:p>
      <w:pPr>
        <w:pStyle w:val="ArticleBody"/>
        <w:jc w:val="left"/>
      </w:pPr>
      <w:r>
        <w:rPr>
          <w:rFonts w:ascii="Times New Roman" w:hAnsi="Times New Roman" w:eastAsia="Times New Roman" w:cs="Times New Roman"/>
        </w:rPr>
        <w:t>Урия Смиттің даулы ұстанымында отыз алтыншы аяттағы солтүстіктің патшасы — Франция, ал қырқыншы аяттағы солтүстіктің патшасы — Түркия деп мәлімделді. Франция да, Түркия да әртүрлі мәнмәтіндерде Америка Құрама Штаттарының рәміздері болып табылады; бірақ протестанттардағыдай, әрі бүгін де солай болғанындай, Смит өз даулы пікірінде солтүстіктің патшасы Қазіргі Римнің рәмізі екендігі туралы ақиқатты қабылдамай, Римнің рәмізі Франция атты ұлтта бейнеленген Америка Құрама Штаттарының бір рәмізі арқылы көрсетілген деп мәлімдеді; сондай-ақ, Римнің рәмізі Түркия атты ұлтта бейнеленген Америка Құрама Штаттарының рәмізі деп тағы да уәж айтты.</w:t>
      </w:r>
    </w:p>
    <w:p>
      <w:pPr>
        <w:pStyle w:val="ArticleBody"/>
        <w:jc w:val="left"/>
      </w:pPr>
      <w:r>
        <w:rPr>
          <w:rFonts w:ascii="Times New Roman" w:hAnsi="Times New Roman" w:eastAsia="Times New Roman" w:cs="Times New Roman"/>
        </w:rPr>
        <w:t>Енді контекст үш желіні қамтиды: Миллериттер тарихы, Урия Смиттің тарихы және осы жер мен осы уақыт. Сол мысалдардың әрқайсысында Римнің бір нышанына қатысты даулы мәселе бар, әрі ол Римді Америка Құрама Штаттарының нышаны деп қате түсінудің салдарынан қате қолданылып отыр.</w:t>
      </w:r>
    </w:p>
    <w:p>
      <w:pPr>
        <w:pStyle w:val="ArticleBody"/>
        <w:jc w:val="left"/>
      </w:pPr>
      <w:r>
        <w:rPr>
          <w:rFonts w:ascii="Times New Roman" w:hAnsi="Times New Roman" w:eastAsia="Times New Roman" w:cs="Times New Roman"/>
        </w:rPr>
        <w:t>Даниял кітабындағы «күнделікті» туралы даудың желісі дәл осы — Римнің рәмізіне қатысты ақиқатқа қарсы уәж айтуды — қуаттайды, дегенмен бұл тарихта кейбір маңызды реңктер бар.</w:t>
      </w:r>
    </w:p>
    <w:p>
      <w:pPr>
        <w:pStyle w:val="ArticleBody"/>
        <w:jc w:val="left"/>
      </w:pPr>
      <w:r>
        <w:rPr>
          <w:rFonts w:ascii="Times New Roman" w:hAnsi="Times New Roman" w:eastAsia="Times New Roman" w:cs="Times New Roman"/>
        </w:rPr>
        <w:t>Урия Смиттің пайғамбарлық үлгісінің логикасы оның ізбасарларын Аян кітабының он алтыншы тарауындағы алтыншы жазаны қате қолдануға алып келді. Смиттің он алтыншы тарауды қолдануындағы негізгі мәселе, бәрі рухани тұрғыдан қолданылуға тиісті кезеңде, оның бәрін тура мағынада қолдануға тырысқанынан бөлек, айдаһардың, аңның және жалған пайғамбардың үштік одағының нақты құрылымын көре алмағандығы болды. Рәміздердің шынайы мағынасын жеке түсіндірменің мағыналарымен алмастыру арқылы Смиттің логикасы осы үштік одақтың қалай қалыптасатынын тану мүмкіндігін жоққа шығарады, ал оның қалай қалыптасатыны — «Құдай халқы үшін олардың мәңгілік құтқарылуы соған қарай айқындалатын ұлы сынақ».</w:t>
      </w:r>
    </w:p>
    <w:p>
      <w:pPr>
        <w:pStyle w:val="ArticleBody"/>
        <w:jc w:val="left"/>
      </w:pPr>
      <w:r>
        <w:rPr>
          <w:rFonts w:ascii="Times New Roman" w:hAnsi="Times New Roman" w:eastAsia="Times New Roman" w:cs="Times New Roman"/>
        </w:rPr>
        <w:t>Римнің рәміздерін теріс қолдану — Құдайдың соңғы күндердегі халқының тек қазіргі Римді ғана емес, сонымен бірге қазіргі Римнің қалай қалыптасатынын да көрмеуіне кедергі келтіру үшін Шайтанның жасаған әрекеті. Біріккен Ұлттар Ұйымының, папалық биліктің және Америка Құрама Штаттарының бірігуімен байланысты пайғамбарлық сипаттарды танудың қажеттілігі мәңгілік салдарларды қамтиды.</w:t>
      </w:r>
    </w:p>
    <w:p>
      <w:pPr>
        <w:pStyle w:val="ArticleBody"/>
        <w:jc w:val="left"/>
      </w:pPr>
      <w:r>
        <w:rPr>
          <w:rFonts w:ascii="Times New Roman" w:hAnsi="Times New Roman" w:eastAsia="Times New Roman" w:cs="Times New Roman"/>
        </w:rPr>
        <w:t>Даниял кітабында осы үш биліктің арасындағы өзара қатынастарды танудың маңызын ерекше атап көрсететін арнайы бір сынақ бар, әрі дәл осы бірдей жайттарды Аян кітабында ерекше атап көрсететін тағы бір арнайы сынақ бар. Даниял кітабындағы “күнделікті” ұғымын Уильям Миллер 2 Салониқалықтарды зерттеген кезде пұтқа табынушы Рим деп түсінді. Миллер 2 Салониқалықтардағы пұтқа табынушы Рим мен папалық Рим арасындағы пайғамбарлық өзара қатынастың сипаттамасынан “күнделікті” деген сөздің пұтқа табынушы Римнің нышаны екенін, сондықтан қаңыратып-бос қалдыратын жиіркеніштіктің папалық Рим болатынын түсінді.</w:t>
      </w:r>
    </w:p>
    <w:p>
      <w:pPr>
        <w:pStyle w:val="ArticleBody"/>
        <w:jc w:val="left"/>
      </w:pPr>
      <w:r>
        <w:rPr>
          <w:rFonts w:ascii="Times New Roman" w:hAnsi="Times New Roman" w:eastAsia="Times New Roman" w:cs="Times New Roman"/>
        </w:rPr>
        <w:t>Алайда біз ерекше атап көрсетіп отырған жайт — 2 Салониқалықтарда пұтқа табынушы Рим мен папалық Римнің арасындағы байланыс мынадай контексте берілген: осы екі биліктің өзара қатынасын түсінбеген кезде және егер түсінбесең, сендерге күшті адасу жіберіледі де, мәңгілікке құриасыңдар.</w:t>
      </w:r>
    </w:p>
    <w:p>
      <w:pPr>
        <w:pStyle w:val="ArticleBody"/>
        <w:jc w:val="left"/>
      </w:pPr>
      <w:r>
        <w:rPr>
          <w:rFonts w:ascii="Times New Roman" w:hAnsi="Times New Roman" w:eastAsia="Times New Roman" w:cs="Times New Roman"/>
        </w:rPr>
        <w:t>Бұл — алтыншы індет туралы айтылған сол ескерту: мұнда 2 Салониқалықтарға жазылған хатта пұтқа табынушы Рим болған айдаһар ғана емес, сол үзіндідегі «күнә адамы» болған аң да, сонымен бірге он алтыншы тарауда жалған пайғамбар да көрсетілген. Бұл үзінді Қазіргі Римнің үштаған одағын құрайтын күштердің өзара байланысын танудың маңыздылығына ерекше назар аударады; сол одақ қазіргі Бабыл да болып табылады.</w:t>
      </w:r>
    </w:p>
    <w:p>
      <w:pPr>
        <w:pStyle w:val="ArticleBody"/>
        <w:jc w:val="left"/>
      </w:pPr>
      <w:r>
        <w:rPr>
          <w:rFonts w:ascii="Times New Roman" w:hAnsi="Times New Roman" w:eastAsia="Times New Roman" w:cs="Times New Roman"/>
        </w:rPr>
        <w:t>«Күнделікті» жөніндегі дау дәл сол ақырғы күндердегі дауға қатысты, бірақ ол бұл даудың айқындалуын Қазіргі Римді құрайтын үш биліктің арасындағы өзара байланысты түсінудің маңызын қоса отырып кеңейтеді. Осы ақиқатты көруден бас тарту — сыйың ретінде күшті адасуды өзіңе кепіл ету деген сөз.</w:t>
      </w:r>
    </w:p>
    <w:p>
      <w:pPr>
        <w:pStyle w:val="ArticleBody"/>
        <w:jc w:val="left"/>
      </w:pPr>
      <w:r>
        <w:rPr>
          <w:rFonts w:ascii="Times New Roman" w:hAnsi="Times New Roman" w:eastAsia="Times New Roman" w:cs="Times New Roman"/>
        </w:rPr>
        <w:t>Қазіргі дауда Америка Құрама Штаттарын қарақшылар деп таныстыратындар, Америка Құрама Штаттарының папалық биліктің өзі ретінде емес, қайта-қайта папалық билікке бағынушы ретінде бейнеленуінің неліктен маңызды екенін ұғынуға тіпті келісуге де қауқарсыз болып көрінеді. Саясатта, тарихта, некеде және Киелі кітап пайғамбарлығында қарым-қатынасты кім бақылап отырса, сол билік бас болып саналатынын, ал өзін көтеріп, аянды орнықтыратын да, содан кейін құлайтын да сол бас екенін қарапайым ақыл-ес таниды.</w:t>
      </w:r>
    </w:p>
    <w:p>
      <w:pPr>
        <w:pStyle w:val="ArticleBody"/>
        <w:jc w:val="left"/>
      </w:pPr>
      <w:r>
        <w:rPr>
          <w:rFonts w:ascii="Times New Roman" w:hAnsi="Times New Roman" w:eastAsia="Times New Roman" w:cs="Times New Roman"/>
        </w:rPr>
        <w:t>Америка Құрама Штаттарын қарақшылар деп айқындайтын қисын 321 жылдан 538 жылға дейін бейнеленіп, кейін орындалған тарихты қолдана алмайды. «Күнә адамы» ашылардан бұрын Америка Құрама Штаттарының рәмізі шетке кетуге тиіс. «Күнә адамы» соңғы күндері қайтадан ашылады, әрі ол ашылардан бұрын Америка Құрама Штаттары әуелі шетке кетуге тиіс.</w:t>
      </w:r>
    </w:p>
    <w:p>
      <w:pPr>
        <w:pStyle w:val="ArticleBody"/>
        <w:jc w:val="left"/>
      </w:pPr>
      <w:r>
        <w:rPr>
          <w:rFonts w:ascii="Times New Roman" w:hAnsi="Times New Roman" w:eastAsia="Times New Roman" w:cs="Times New Roman"/>
        </w:rPr>
        <w:t>Америка Құрама Штаттарындағы жексенбілік заң Америка Құрама Штаттарын Қазіргі Рим ретінде айқындамайды; ол ұлттық күйреудің жеткенін және Америка Құрама Штаттарының әділдіктен толық ажырап кеткенін айқындайды. Америка Құрама Штаттары жексенбілік заң кезінде теріс жолға түскенде ашылатын Қазіргі Рим — папалық билік; дәл сол сәтте әрі сол жерде ол өзінің одақтасы, жалған пайғамбарды, жеңіп алған болатын.</w:t>
      </w:r>
    </w:p>
    <w:p>
      <w:pPr>
        <w:pStyle w:val="ArticleBody"/>
        <w:jc w:val="left"/>
      </w:pPr>
      <w:r>
        <w:rPr>
          <w:rFonts w:ascii="Times New Roman" w:hAnsi="Times New Roman" w:eastAsia="Times New Roman" w:cs="Times New Roman"/>
        </w:rPr>
        <w:t>Даниял кітабындағы «күнделікті» және оның Уильям Миллердің хабарымен байланысы, сондай-ақ Миллердің түсінігінің 2 Салониқалықтарға арналған хаттың екінші тарауынан туындауының маңызы, әрі алтыншы оба кезінде киімдеріңді сақтауға қатысты ескерту — осының бәрі қазіргі мәселелерге қатысты сол дау-дамайлардан алынған жайттарды айқындайды.</w:t>
      </w:r>
    </w:p>
    <w:p>
      <w:pPr>
        <w:pStyle w:val="ArticleBody"/>
        <w:jc w:val="left"/>
      </w:pPr>
      <w:r>
        <w:rPr>
          <w:rFonts w:ascii="Times New Roman" w:hAnsi="Times New Roman" w:eastAsia="Times New Roman" w:cs="Times New Roman"/>
        </w:rPr>
        <w:t>Соңғы күндерге қатысты 2 Салониқалықтарға арналған хаттың екінші тарауындағы ескерту Америка Құрама Штаттарын бір нышан ретінде танитын, бірақ Америка Құрама Штаттарының папалық Риммен қарым-қатынасына қатысты жарықтың басшылығын қабылдаудан бас тартатын бір топ туралы. Осылай ету арқылы олар тек папалық Рим мен Америка Құрама Штаттарының арасындағы байланысты ғана емес, сондай-ақ Аян кітабының он алтыншы тарауындағы айдаһар күші — Біріккен Ұлттар Ұйымын да көретін болады.</w:t>
      </w:r>
    </w:p>
    <w:p>
      <w:pPr>
        <w:pStyle w:val="ArticleBody"/>
        <w:jc w:val="left"/>
      </w:pPr>
      <w:r>
        <w:rPr>
          <w:rFonts w:ascii="Times New Roman" w:hAnsi="Times New Roman" w:eastAsia="Times New Roman" w:cs="Times New Roman"/>
        </w:rPr>
        <w:t>Урия Смит, А.Г. Дэниелс және В.В. Прескотт жөнінде Уайт қарындас олардың себептен салдарға қарай пайымдай алмайтынын қалай көрсеткен болса, соңғы күндері осы үш биліктің өзара байланысын ашып көрсетудегі Құдайдың пайғамбарлық Сөзінің басшылығына ергісі келмейтіндер де дәл сондай.</w:t>
      </w:r>
    </w:p>
    <w:p>
      <w:pPr>
        <w:pStyle w:val="ArticleBody"/>
        <w:jc w:val="left"/>
      </w:pPr>
      <w:r>
        <w:rPr>
          <w:rFonts w:ascii="Times New Roman" w:hAnsi="Times New Roman" w:eastAsia="Times New Roman" w:cs="Times New Roman"/>
        </w:rPr>
        <w:t>Бірінші, қазіргі және Урия Смитке қатысты даулар сияқты, 2 Салониқалықтарға және алтыншы обаға қатысты бейнеленген үш биліктің өзара қатынасы жөніндегі дау да Құрама Штаттарды нұсқайтын жекеше түсіндірмені паш етеді, бірақ олардың қате ұғымын әшкерелейтін және, бәлкім, оларды жарыққа алып келетін Құрама Штаттардың кейбір пайғамбарлық сипаттарын көруден бас тартады.</w:t>
      </w:r>
    </w:p>
    <w:p>
      <w:pPr>
        <w:pStyle w:val="ArticleBody"/>
        <w:jc w:val="left"/>
      </w:pPr>
      <w:r>
        <w:rPr>
          <w:rFonts w:ascii="Times New Roman" w:hAnsi="Times New Roman" w:eastAsia="Times New Roman" w:cs="Times New Roman"/>
        </w:rPr>
        <w:t>2001 жылғы 11 қыркүйектен кейін Жоелдегі төрт жәндікке қатысты дау туды. Шындық мынада еді: бұл жәндіктер католиктік және жолдан тайған протестанттық теологияның енгізілуі арқылы Лаодикиялық Жетінші күн адвентистері шіркеуінің рухани тұрғыдан біртіндеп құлдырауын бейнеледі. Тағы да, төрт жәндіктің дұрыс қолданылуы — Рим, бірақ жеке түсіндіру оны Ислам деп мәлімдеді; ал ол — жалған пайғамбардың символы, демек, Америка Құрама Штаттарының символы. Жол үстіне жол қалап, біз жаңа ғана қарастырған Адвент тарихындағы даулардың бәрі бір ғана ақиқат туралы айтады.</w:t>
      </w:r>
    </w:p>
    <w:p>
      <w:pPr>
        <w:pStyle w:val="ArticleBody"/>
        <w:jc w:val="left"/>
      </w:pPr>
      <w:r>
        <w:rPr>
          <w:rFonts w:ascii="Times New Roman" w:hAnsi="Times New Roman" w:eastAsia="Times New Roman" w:cs="Times New Roman"/>
        </w:rPr>
        <w:t>Қате тарап, төрт куәгердің негізінде, қарақшыларды Америка Құрама Штаттары деп айқындайды, ал екі куәгердің негізінде қате тараптың Америка Құрама Штаттарын символ ретінде түсінуі дұрыс емес. Құдайдың соңғы күндерде жүз қырық төрт мыңның қатарында болуға үміткерлері қазір пайғамбарлық сынақта тұр. Бұл — жай ғана мына тарапқа не ана тарапқа дауысыңды беру арқылы орындалатын сынақ емес. Бұл — пайғамбарлық ережелер дәл қолданылған жағдайда ғана шынайы түрде дұрыс еңсеріле алатын сынақ. Яһуда руының Арыстаны Өзінің соңғы күндердегі халқын өздерінің жеткілікті түрде терең зерттеп жатпағанын ұғындыру үшін, бидғаттардың енгізілуіне жол берді.</w:t>
      </w:r>
    </w:p>
    <w:p>
      <w:pPr>
        <w:pStyle w:val="ArticleBody"/>
        <w:jc w:val="left"/>
      </w:pPr>
      <w:r>
        <w:rPr>
          <w:rFonts w:ascii="Times New Roman" w:hAnsi="Times New Roman" w:eastAsia="Times New Roman" w:cs="Times New Roman"/>
        </w:rPr>
        <w:t>Осы қозғалыстың ішінде бір адасушылықтың пайда болғаны пайғамбарлықты түсіндіру қағидаларына қатысты біздің жеке қабілетіміздің тиісінше болуы керек деңгейден төмен екенін көрсетеді. Рим аянды белгілейді, ал соңғы күндердің аяны — солтүстіктің патшасының соңғы көтерілуі мен құлауы. Сол «патша» сондай-ақ «күнә адамы», ал «күнә адамы» — «заңсыздықтың құпиясы» әрі сол «зұлым». Ол — антихрист, ол «сенің халқыңның қарақшылары» ретінде бейнеленген, әрі ол Қазіргі Римнің «басы».</w:t>
      </w:r>
    </w:p>
    <w:p>
      <w:pPr>
        <w:pStyle w:val="ArticleScripture"/>
        <w:jc w:val="left"/>
      </w:pPr>
      <w:r>
        <w:rPr>
          <w:rFonts w:ascii="Times New Roman" w:hAnsi="Times New Roman" w:eastAsia="Times New Roman" w:cs="Times New Roman"/>
        </w:rPr>
        <w:t>«Сөзді түсінуде шатасатындар, антихристтің мағынасын көре алмайтындар, сөзсіз өздерін антихристтің жағына қояды. Біз үшін енді дүниемен сіңісіп кететін уақыт емес. Даниел өз үлесінде де, өз орнында да тұр. Даниел мен Жоханның пайғамбарлықтары түсінілуге тиіс. Олар бірін-бірі түсіндіреді. Олар әлемге әркім түсінуге тиіс шындықтарды береді. Бұл пайғамбарлықтар дүниеде куәлік болуға тиіс. Осы соңғы күндердегі орындалуы арқылы олар өздерін өздері түсіндіретін болады».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аянды орнықтырады — он жетінші сан</dc:title>
  <dc:subject>144 000-ның соңғы еленуі: аңның мүсінінің пайғамбарлық сынағы</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