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Екінші сан</w:t>
      </w:r>
    </w:p>
    <w:p>
      <w:pPr>
        <w:pStyle w:val="ArticleSubtitle"/>
        <w:jc w:val="left"/>
      </w:pPr>
      <w:r>
        <w:rPr>
          <w:rFonts w:ascii="Arial" w:hAnsi="Arial" w:eastAsia="Arial" w:cs="Arial"/>
        </w:rPr>
        <w:t>Оңтүстіктің патшасының өрлеуі мен құлауы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Алдыңғы мақаланы біз былай деп аяқтаған едік: «10–15-аяттарда 1989 жылдан жексенбілік заңға дейін солтүстіктің патшасы, папалық билік, жүргізген үш жанама соғыс бейнеленген». Бұл үш жанама соғыс 40-аяттағы Америка Құрама Штаттарының «арбалар, кемелер және салт аттылар» ретінде айқындалуымен басталады.</w:t>
      </w:r>
    </w:p>
    <w:p>
      <w:pPr>
        <w:pStyle w:val="ArticleBody"/>
        <w:jc w:val="left"/>
      </w:pPr>
      <w:r>
        <w:rPr>
          <w:rFonts w:ascii="Times New Roman" w:hAnsi="Times New Roman" w:eastAsia="Times New Roman" w:cs="Times New Roman"/>
        </w:rPr>
        <w:t>Келесі жанама соғыс, 11-аятта бейнеленіп, тарихи тұрғыдан б.з.д. 217 жылғы Рафия шайқасында орындалғандай, оңтүстіктегі Мысыр патшасы Птолемей IV Филопатор мен Селевкидтер империясының Ұлы Антиохы, сондай-ақ Антиох Магн деп те аталатын, арасында болды. Антиох 10-аятты орындаған еді, өйткені ол солтүстіктегі патшалығының жеңілісі мен иеліктерінен айырылуы үшін Мысырға қарсы жауап қайтарып, оңтүстік патшалықтың бұрын оның патшалығынан тартып алған барлық жерлерін қайтадан иемденді. Ол мұны жүзеге асырды, бірақ Мысырдың шекарасында тоқтады; осылайша 10-аятты орындап, 1989 жылдың бейнесін алдын ала көрсетті.</w:t>
      </w:r>
    </w:p>
    <w:p>
      <w:pPr>
        <w:pStyle w:val="ArticleScripture"/>
        <w:jc w:val="left"/>
      </w:pPr>
      <w:r>
        <w:rPr>
          <w:rFonts w:ascii="Times New Roman" w:hAnsi="Times New Roman" w:eastAsia="Times New Roman" w:cs="Times New Roman"/>
        </w:rPr>
        <w:t>Бірақ оның ұлдары қозғалысқа келіп, көптеген зор әскерлерді жинайды; олардың біреуі міндетті түрде келіп, тасқындағандай жайылып, өтіп кетеді; содан кейін ол қайта оралып, тіпті өзінің қамалына дейін қайтадан қозғалысқа келеді. Даниял 11:10.</w:t>
      </w:r>
    </w:p>
    <w:p>
      <w:pPr>
        <w:pStyle w:val="ArticleBody"/>
        <w:jc w:val="left"/>
      </w:pPr>
      <w:r>
        <w:rPr>
          <w:rFonts w:ascii="Times New Roman" w:hAnsi="Times New Roman" w:eastAsia="Times New Roman" w:cs="Times New Roman"/>
        </w:rPr>
        <w:t>Екінші прокси соғыс Рафия шайқасы болды. «Рафия» шекаралық өңір дегенді білдіреді. Сол ұрыс алаңы Антиохтың 10-аяттағы алдыңғы шапқыншылығын тоқтатқан нүктені белгілейді. Үш прокси соғыс шындықпен басқарылады, яғни бірінші прокси соғыс соңғы прокси соғыспен үйлеседі. Үш соғыстың барлығы — 10-аят, 11-аят, содан кейін 13–15-аяттардағы үшінші соғыс — бастапқы орындалуында бір тарихи тұлға тарапынан жүргізіледі. Антиох Магнус осы үш шайқастың әрқайсысында да қатысып, оларды пайғамбарлық тұрғыдан бір желіге байланыстырады. Антиох бірінші және соңғы шайқастарда жеңеді, бірақ ортаңғысында емес, онда оңтүстіктің патшасы үстемдік етеді.</w:t>
      </w:r>
    </w:p>
    <w:p>
      <w:pPr>
        <w:pStyle w:val="ArticleBody"/>
        <w:jc w:val="left"/>
      </w:pPr>
      <w:r>
        <w:rPr>
          <w:rFonts w:ascii="Times New Roman" w:hAnsi="Times New Roman" w:eastAsia="Times New Roman" w:cs="Times New Roman"/>
        </w:rPr>
        <w:t>Рафия «шекаралық өңір» дегенді білдіретіні сияқты, Украина да солай. Алғаш рет Рафия шайқасында орындалған екінші жанама соғыс қазір Украинадағы соғыста орындалып жатыр. Владимир Путин — оңтүстіктің патшасы, қазіргі заманғы алғашқы оңтүстік патшасы Владимир Лениннің пайғамбарлық мұрагері. Путин бірнеше рет Ресейдің Украинаға қатысты жауабы даулы келісімге негізделгенін мәлімдеді: Германия қайта біріктірілген кезде, НАТО бұрынғы КСРО аумағына қарай одан әрі кеңеймейді деген келісім. Путиннің уәжі 5–9-аяттардағы Птолемейдің уәжін де, 1797 жылғы Наполеонның уәжін де қайталайды. Осы үш оңтүстік патшасының бәрі де солтүстік патшаға қарсы өз әрекеттерін бұзылған келісімге сүйеніп ақтайды.</w:t>
      </w:r>
    </w:p>
    <w:p>
      <w:pPr>
        <w:pStyle w:val="ArticleBody"/>
        <w:jc w:val="left"/>
      </w:pPr>
      <w:r>
        <w:rPr>
          <w:rFonts w:ascii="Times New Roman" w:hAnsi="Times New Roman" w:eastAsia="Times New Roman" w:cs="Times New Roman"/>
        </w:rPr>
        <w:t>Ишая 23-ке сәйкес, папалық билікті бейнелейтін Тирдің жезөкшесі бір патшаның күндеріне тең жетпіс жыл бойы ұмыт болады; бұл — қайта-қайта Киелі кітап пайғамбарлығындағы алтыншы патшалықтың, Аян 13-тегі жер аңының (Америка Құрама Штаттарының) билік жүргізетін уақыты екені көрсетілген кезең.</w:t>
      </w:r>
    </w:p>
    <w:p>
      <w:pPr>
        <w:pStyle w:val="ArticleScripture"/>
        <w:jc w:val="left"/>
      </w:pPr>
      <w:r>
        <w:rPr>
          <w:rFonts w:ascii="Times New Roman" w:hAnsi="Times New Roman" w:eastAsia="Times New Roman" w:cs="Times New Roman"/>
        </w:rPr>
        <w:t>Сол күні Тир жетпіс жыл бойы, бір патшаның күндерінің өлшеміндей, ұмыт болады; жетпіс жылдың соңында Тир жезөкше сияқты ән салады. Арфаны ал да, қаланы арала, ұмыт қалған жезөкше; есіңе алынуың үшін әсем әуен шығар, көп ән айт. Жетпіс жылдың соңынан кейін де солай болады: Жаратқан Ие Тирге назар аударады, сонда ол өз пайдасына қайта оралып, жер бетінің жүзіндегі дүниенің барлық патшалықтарымен жезөкшелік жасайды. Ишая 23:15–17.</w:t>
      </w:r>
    </w:p>
    <w:p>
      <w:pPr>
        <w:pStyle w:val="ArticleBody"/>
        <w:jc w:val="left"/>
      </w:pPr>
      <w:r>
        <w:rPr>
          <w:rFonts w:ascii="Times New Roman" w:hAnsi="Times New Roman" w:eastAsia="Times New Roman" w:cs="Times New Roman"/>
        </w:rPr>
        <w:t>Рәміздік жетпіс жылдық кезең 1798 жылдан жексенбілік заңға дейін созылады, бұл — 40-аятта бейнеленген тарих. Жетпіс жылдың аяқталуына, яғни жексенбілік заңның жақындауына дейін, жезөкше қайтадан көрінбейді. Осы себептен 10–15-аяттардағы үш шайқастың соғысы папалық биліктің өкілі арқылы жүргізіледі, өйткені осы кезеңде ол пайғамбарлық тұрғыдан ұмытылған.</w:t>
      </w:r>
    </w:p>
    <w:p>
      <w:pPr>
        <w:pStyle w:val="ArticleBody"/>
        <w:jc w:val="left"/>
      </w:pPr>
      <w:r>
        <w:rPr>
          <w:rFonts w:ascii="Times New Roman" w:hAnsi="Times New Roman" w:eastAsia="Times New Roman" w:cs="Times New Roman"/>
        </w:rPr>
        <w:t>Алғашқы және соңғы жанама соғыстарда солтүстіктің патшасы оңтүстіктің патшасын жеңеді. Ортаңғы соғыста оңтүстіктің патшасы солтүстіктің патшасын жеңеді. Рафия шайқасы 11-аяттың бастапқы тарихи орындалуы болды, ал сол аят пен оның тарихи орындалуы папалық Римнің үш жарым пайғамбарлық күні бойғы билігіне қатысты параллель үзінділермен біріктірілуге тиіс екі куәлікті құрайды. Осылайша, Даниял 11 ішіндегі Жазбаның екі үзіндісі, олардың тарихи орындалуларымен қоса, 11-аяттағы шекаралық өңір шайқасының пайғамбарлық сипаттарын айқындап көрсетеді; бұл шайқас әуелі Рафия шайқасында орындалды, содан кейін ақырзаман кезінде, 1798 жылы, тағы да орындалды.</w:t>
      </w:r>
    </w:p>
    <w:p>
      <w:pPr>
        <w:pStyle w:val="ArticleBody"/>
        <w:jc w:val="left"/>
      </w:pPr>
      <w:r>
        <w:rPr>
          <w:rFonts w:ascii="Times New Roman" w:hAnsi="Times New Roman" w:eastAsia="Times New Roman" w:cs="Times New Roman"/>
        </w:rPr>
        <w:t>Куәліктің бұл жолдары Владимир Путиннің қазіргі оңтүстік патшасының соңғы Владимирі екенін қуаттайды. «Владимир» атауы жиі «әлемнің билеушісі» деген мағынада анықталады, бірақ mir сөзі «қауымдастық» дегенді де дұрыс білдіреді. Сондықтан Владимир «қауымдастықтың билеушісі» немесе «коммунизмнің билеушісі» дегенді білдіреді. Путин Украинаға қатысты араласуын Германия біріктірілгеннен кейін келісілген шекаралардан тыс НАТО-ның ілгерілеуі жөніндегі өз алаңдаушылықтарын қарастырған, бірақ бұзылған келісімге негізделген деп айқындайды. Путиннің бағыты қаншалықты Зеленский мен Украинаға қарсы бағытталса, соншалықты НАТО мен ЕО-ға қарсы да бағытталған. Путин НАТО-дан азат болып қалуға тиіс деп табандап отырған аумаққа НАТО мен ЕО-ның дендеп кіруі Селевкид патшасы мысырлық ханшайым қалыңдығын бұрынғы әйелі үшін шетке ысырып тастағанда Птолемейдің қаһарына параллель келеді. Сол бұзылған шарт 1797 жылғы Толентино шартының бұзылуына нұсқап тұрған еді. Даниял 11-тарауда оңтүстік патшасы солтүстік патшасын жеңген кезде, бұл бұзылған шартпен байланысты болады.</w:t>
      </w:r>
    </w:p>
    <w:p>
      <w:pPr>
        <w:pStyle w:val="ArticleBody"/>
        <w:jc w:val="left"/>
      </w:pPr>
      <w:r>
        <w:rPr>
          <w:rFonts w:ascii="Times New Roman" w:hAnsi="Times New Roman" w:eastAsia="Times New Roman" w:cs="Times New Roman"/>
        </w:rPr>
        <w:t>Бұл бұзылған шарт Германия қайта біріктірілген кезде ЕО-ның НАТО-ның өз шекарасынан тыс кеңеюін шектеуге құлықсыздығына қатысты. Осы мағынада оңтүстіктің патшасы Путин өзінің делдал күшінің өкілі болып табылатын солтүстіктің патшасына қарсы күресте. Екінші дүниежүзілік соғыстағы нацистер Католик шіркеуінің делдалы болғаны сияқты, Украинаның нацистері 10–15-аяттардағы екінші делдал соғыстың нышанына айналады. Үш дүниежүзілік соғыс және үш делдал соғыс — әрі екі желінің екеуінде де нацистер ортаңғы қақтығыс кезінде Католик шіркеуінің делдал өкілі болып табылады.</w:t>
      </w:r>
    </w:p>
    <w:p>
      <w:pPr>
        <w:pStyle w:val="ArticleBody"/>
        <w:jc w:val="left"/>
      </w:pPr>
      <w:r>
        <w:rPr>
          <w:rFonts w:ascii="Times New Roman" w:hAnsi="Times New Roman" w:eastAsia="Times New Roman" w:cs="Times New Roman"/>
        </w:rPr>
        <w:t>Осы делдал соғыстардың бастапқы үш тарихи орындалуында Антиох Магнус әрбір шайқаста болды. «Антиох» атауының этимологиясы мен солтүстік патша ретіндегі Селевкид патшалығына қатысты нышандық мағына Антиохты антихристің — Рим папасының — символы ретінде танытатыны талай рет көрсетілген. Бірақ осы үш делдал соғыстың тарихында Тирдің жезөкшесі естен шығарылады, сондықтан «Антиох» есімінде бейнеленген «папа» белгісі оның делдал билігін білдіреді. Бірінші және соңғы шайқастарда Римнің тапсырмасын ашық түрде орындап отырған — Америка Құрама Штаттары. 11-аятта делдал билік — Украинаның нацизмі, бірақ соғыста Зеленскийді сүйеп тұрған да, әлі де сүйеп тұрған да — Америка Құрама Штаттарының кемелері мен соғыс арбалары. Екінші делдал соғыстың сыртқы көрінісінде Америка Құрама Штаттары жасырын, дәл сол сияқты Ишая 23-тегі жетпіс жыл ішінде папа да жасырын. Америка Құрама Штаттары дәл өзінде аңның барлық сипаттарын дамытатын тарихтың өзінде жасырын тұр; сондықтан пайғамбарлық тұрғыдан, екінші делдал соғыс басталғаннан кейін, Америка Құрама Штаттарының Украинадағы нацизмнің делдал билігімен көлегейленуі орынды, бірақ соған қарамастан олардың ақырына дейін Украинаны сүйеп тұрған — жердегі аңның әскери және экономикалық құдіреті.</w:t>
      </w:r>
    </w:p>
    <w:p>
      <w:pPr>
        <w:pStyle w:val="ArticleBody"/>
        <w:jc w:val="left"/>
      </w:pPr>
      <w:r>
        <w:rPr>
          <w:rFonts w:ascii="Times New Roman" w:hAnsi="Times New Roman" w:eastAsia="Times New Roman" w:cs="Times New Roman"/>
        </w:rPr>
        <w:t>Оңтүстіктің патшасы Бабылға барып, солтүстіктің патшасын тұтқынға алған кезде, сондай-ақ генерал Бертье папаны тұтқынға алған кезде де, ол Украинадағы соғыс Украинаның қандай да бір қарсылығы жойылған сәтте Путиннің жеңісімен аяқталатынын меңзей отырып, тікелей Ватиканға кіріп барды. Птолемей басып алған патшалық Бабыл болды, ал Наполеон басып алған патшалық рухани Бабыл болды. Осылайша, Зеленскийдің патшалығы оған қолдау көрсететін сол бағыныштылар арқылы бейнеленеді. Енді Трамп жердегі аңның арбаларының, салт аттыларының және кемелерінің қолдауын кері қайтарып алғандықтан, Украинаның тірегі — ЕО, яғни НАТО-ның ілгерілеп енуіне қатысты бұзылған шарт жөніндегі Путиннің уәждерін тыңдауға құлықсыз болған нақ сол топ.</w:t>
      </w:r>
    </w:p>
    <w:p>
      <w:pPr>
        <w:pStyle w:val="ArticleBody"/>
        <w:jc w:val="left"/>
      </w:pPr>
      <w:r>
        <w:rPr>
          <w:rFonts w:ascii="Times New Roman" w:hAnsi="Times New Roman" w:eastAsia="Times New Roman" w:cs="Times New Roman"/>
        </w:rPr>
        <w:t>ЕО-ның еурократтарын жетелейтін философия — Greenpeace қозғалысы. Осы себепті Зеленский «жасыл» дегенді білдіреді. Зеленский — экологизмнің ақылсыз жаһандық күн тәртібін басшылыққа алатын ЕО-ның соғысқұмарларының символдық басшысы. Украинадағы соғыс аяқталған кезде, Путин тек Украинаға ғана емес, бүкіл ЕО мен НАТО-ға қарсы жеңісті де тойлайтын болады.</w:t>
      </w:r>
    </w:p>
    <w:p>
      <w:pPr>
        <w:pStyle w:val="ArticleBody"/>
        <w:jc w:val="left"/>
      </w:pPr>
      <w:r>
        <w:rPr>
          <w:rFonts w:ascii="Times New Roman" w:hAnsi="Times New Roman" w:eastAsia="Times New Roman" w:cs="Times New Roman"/>
        </w:rPr>
        <w:t>Сондықтан бұл үш прокси соғыс ақиқаттың айқын белгісін иеленеді. Бірінші және соңғы прокси соғыста оңтүстіктің патшасы Аян кітабының он үшінші тарауындағы теңізден шыққан аң мен жерден шыққан аң арасындағы одақ арқылы жеңіліске ұшырайды. Бастапқыда солтүстіктің патшасы үшін жеңіс консервативті, I Ватикандық папа арқылы жүзеге асты; ол католицизм аңызындағы Фатима құпияларының мәнмәтінінде ақ немесе жақсы папа болып саналады. Қазіргі папа, мен осыны жазып отырған сәтте өлім аузында жатқан, II Ватикандық, либералды папа, ол Фатима құпияларының мәнмәтінінде қара немесе жаман папа болып саналады.</w:t>
      </w:r>
    </w:p>
    <w:p>
      <w:pPr>
        <w:pStyle w:val="ArticleBody"/>
        <w:jc w:val="left"/>
      </w:pPr>
      <w:r>
        <w:rPr>
          <w:rFonts w:ascii="Times New Roman" w:hAnsi="Times New Roman" w:eastAsia="Times New Roman" w:cs="Times New Roman"/>
        </w:rPr>
        <w:t>Он төртінші аятта «сенің халқыңның қарақшылары» өздерін жоғары көтеріп, кейін құлаған кезде, пайғамбарлық тарихқа енген сәтте аянның орнығатыны айқындалады. Б.з.д. 200 жылғы Паниум шайқасында он үшінші аяттан он бесінші аятқа дейінгі сөздердің орындалуы барысында пұтқа табынушы Рим дәл сол шайқасқа қатысты мәселелерге араласты. Паниум шайқасын сипаттайтын осы үш аяттың ішінде он төртінші аят аянның Рим арқылы орнығатынын білдіреді.</w:t>
      </w:r>
    </w:p>
    <w:p>
      <w:pPr>
        <w:pStyle w:val="ArticleBody"/>
        <w:jc w:val="left"/>
      </w:pPr>
      <w:r>
        <w:rPr>
          <w:rFonts w:ascii="Times New Roman" w:hAnsi="Times New Roman" w:eastAsia="Times New Roman" w:cs="Times New Roman"/>
        </w:rPr>
        <w:t>Паниум шайқасының тарихында консервативті, Ватикан I-ге тән ақ папа бұған дейін консервативті Ватикан I папасымен одақ құрған, Рейган дәуірінде басталған сегіз президенттің соңғысымен күш біріктіреді. Олар мұны 1989 жылы бұрынғы КСРО-ны құлату үшін істеді, ал ақырында сол патшалықтың дәл соңғы билеушісін құлату үшін де солай істейді.</w:t>
      </w:r>
    </w:p>
    <w:p>
      <w:pPr>
        <w:pStyle w:val="ArticleBody"/>
        <w:jc w:val="left"/>
      </w:pPr>
      <w:r>
        <w:rPr>
          <w:rFonts w:ascii="Times New Roman" w:hAnsi="Times New Roman" w:eastAsia="Times New Roman" w:cs="Times New Roman"/>
        </w:rPr>
        <w:t>Рейган дәуірінде және папа Иоанн Павел II мен АҚШ-тың одағы аясында Иоанн Павел II өзін Фатима пайғамбарлықтарындағы ізгі папа деп сенуге келді. Сол сенімнің жетегімен ол Фатиманың алдын ала айтылғандарының орындалуы деп өзі түсінгенді ілгерілету үшін дүниежүзін аралай бастады. Осылайша, ол тарихтағы ең көп сапар шеккен папаға, сондай-ақ Аян кітабының он үшінші тарауындағы бүкіл дүние аңның соңынан қайран қалып еретін уақыт болады деген алдын ала айтуды орындауымен барлық дәуірдегі ең кең танылған папаға айналды. Папа Иоанн Павел II-нің көпшілік алдындағы тұлғасы АҚШ-тың соңғы президентімен одаққа түсетін Ватикан I-дің консервативті папасының типтік бейнесін көрсетеді.</w:t>
      </w:r>
    </w:p>
    <w:p>
      <w:pPr>
        <w:pStyle w:val="ArticleBody"/>
        <w:jc w:val="left"/>
      </w:pPr>
      <w:r>
        <w:rPr>
          <w:rFonts w:ascii="Times New Roman" w:hAnsi="Times New Roman" w:eastAsia="Times New Roman" w:cs="Times New Roman"/>
        </w:rPr>
        <w:t>Сондықтан Рейган дәуірімен замандас папаның пайғамбарлық сипаттарының бірі — оның көпшілік алдындағы бейнесі бір межелік белгі ретінде айқындалатын бір сәттің болуы. Сол белгі он төртінші аятта көрінеді: сенің халқыңның қарақшылары аянды орнықтыратын кезде. Рим Папасы Иоанн Павел II бүкіл дүние таңдана қараған папа болу деген пайғамбарлық сипатты орындайды; осылайша ол Трамппен одаққа кіретін ақырзамандық консервативті Ватикан I папасына нұсқайды. Сол кезде аян орнығады, ал аянды орнықтыратын нәрсе — папаның Паниум тарихы мен б.з.д. 200 жылға өзін енгізуі.</w:t>
      </w:r>
    </w:p>
    <w:p>
      <w:pPr>
        <w:pStyle w:val="ArticleBody"/>
        <w:jc w:val="left"/>
      </w:pPr>
      <w:r>
        <w:rPr>
          <w:rFonts w:ascii="Times New Roman" w:hAnsi="Times New Roman" w:eastAsia="Times New Roman" w:cs="Times New Roman"/>
        </w:rPr>
        <w:t>Сегіз президенттің басталуы сегіз президенттің аяқталуын бейнелейді, әрі он алтыншы аяттағы жексенбілік заңның дәл алдында ұмыт қалған Тирдің жезөкшесі Рейганның баламасы Дональд Трамппен одақ құрған кезде ашық тарих сахнасына қайта оралады. Македониялық Антиох пен Филиптің одағы арқылы бейнеленгендей, олар Птолемей патша-баламен бейнеленген оңтүстік патшалығының соңғы ұрпағын құлатады. Киелі кітап пайғамбарлығында бала — соңғы ұрпақтың нышаны, ал Украина соғысынан кейін Путин әскери жеңістер арқылы жоғары көтеріліп, шіркеу мен мемлекетке қатысты қандай да бір дилеммада жолынан адасатын оңтүстік патшаларының тарихын қайталайды.</w:t>
      </w:r>
    </w:p>
    <w:p>
      <w:pPr>
        <w:pStyle w:val="ArticleBody"/>
        <w:jc w:val="left"/>
      </w:pPr>
      <w:r>
        <w:rPr>
          <w:rFonts w:ascii="Times New Roman" w:hAnsi="Times New Roman" w:eastAsia="Times New Roman" w:cs="Times New Roman"/>
        </w:rPr>
        <w:t>Осылайша, оныншы аят, 1989 жылды және алғашқы прокси соғысты білдіре отырып, бастау, яғни еврей әліпбиінің бірінші әрпі болып табылады. Украина соғысын білдіретін он бірінші аяттағы Рафия шайқасы еврей әліпбиіндегі он үшінші әріп болып табылады. 13 саны — бүліктің нышаны, ал Украина соғысындағы прокси әскер — қазіргі әлемдегі бүліктің ең басты нышаны болып табылатын нацистер. Паниум еврей әліпбиінің соңғы әрпі болып табылады, ал ол әліпби жиырма екі әріптен тұрады. Осылайша, әліпбидің бірінші, он үшінші және жиырма екінші әріптерін біріктіру арқылы жасалатын еврейдің «ақиқат» сөзі осы үш прокси соғыстың құрылымын ақиқат ретінде айқындайды. Еврей әліпбиінің жиырма екінші, әрі соңғы әрпі — құдайилықтың адамзатпен бірігуінің нышаны, ал жуық болашақтағы Паниум шайқасының орындалуы Трамптың президенттігі кезінде болады. Трамп — екі мерзім қызмет еткен жиырма екінші президент.</w:t>
      </w:r>
    </w:p>
    <w:p>
      <w:pPr>
        <w:pStyle w:val="ArticleBody"/>
        <w:jc w:val="left"/>
      </w:pPr>
      <w:r>
        <w:rPr>
          <w:rFonts w:ascii="Times New Roman" w:hAnsi="Times New Roman" w:eastAsia="Times New Roman" w:cs="Times New Roman"/>
        </w:rPr>
        <w:t>Паниум екі қырлы одаққа қатысты қосарлы куәлікке ие, және екі сілтемеде де бұл одақ екі тараптың арасындағы иерархиялық қатынасты айқындайтын одақты білдіреді. Філіп пен Антиохтың арасындағы одақ стратегиялық сипатта болды және шығыс Жерорта теңізіндегі Птолемейлік әрі Рим ықпалына қарсы тұруды көздеді. Алайда олардың ынтымақтастығы тікелей Паниум шайқасының өзіне бағытталмаған еді — Антиох бұл жорықты Філіптің тікелей әскери қатысуынсыз, дербес жүргізді. Філіптің рөлі неғұрлым жанама болды: ол Грекия мен Эгей теңізі аймағында Рим мен Птолемейдің одақтастарын тежеп, Антиохқа Көле-Сирияға назарын шоғырландыруға мүмкіндік беру арқылы саяси және стратегиялық қолдау көрсетті. Тарихшылардың барлығы да бұл одақта Антиохтың неғұрлым қуатты болғанын және шайқасты шын мәнінде тек Антиохтың ғана жүргізгенін мойындайды. Олардың одағы Александрдың бұрынғы патшалығымен байланысты неғұрлым кең аймаққа қатысты болды. Сондықтан бұл одақ, Мәсіх адамдар арасында жүрген кезде Паниумның атауы болған Кесария-Філіппі атауымен бейнеленгендей, басшы жетекші мен одан төмен бағыныштыны қамтиды. Демек, Кесария-Філіппі Антиох пен Філіпке сәйкес келеді, өйткені Цезарь Август пен тетрарх Ирод Філіп арқылы бейнеленген бұл одақта Қайсар неғұрлым қуатты тұлға болды.</w:t>
      </w:r>
    </w:p>
    <w:p>
      <w:pPr>
        <w:pStyle w:val="ArticleBody"/>
        <w:jc w:val="left"/>
      </w:pPr>
      <w:r>
        <w:rPr>
          <w:rFonts w:ascii="Times New Roman" w:hAnsi="Times New Roman" w:eastAsia="Times New Roman" w:cs="Times New Roman"/>
        </w:rPr>
        <w:t>«Тетрарх» сөзі төрттен бір бөлікке билік етуші дегенді білдіреді. Бүкіл патшалыққа Қайсар билік етті, ал Філіп бір аймақтың төрттен біріне билік жүргізді; осының нәтижесінде Філіптің рәмізі Паниум мен Кесария-Філіппідегі одақтарда субъективтік қатынасқа орналастырылады. Ирод Філіптен біз Құдаймен жасалған бұзылған келісімдік қатынастың рәміздері болып табылатын екі қанды әулеттің рәмізін көреміз. Сондай-ақ Александр патшалығының төрт бөлікке, яғни төрт тетрархқа бөлінуінің төрттен бір бөлігіне қатысты жаңғырықтарды да көреміз. Філіп есімі аттарды сүйетін дегенді білдіреді.</w:t>
      </w:r>
    </w:p>
    <w:p>
      <w:pPr>
        <w:pStyle w:val="ArticleBody"/>
        <w:jc w:val="left"/>
      </w:pPr>
      <w:r>
        <w:rPr>
          <w:rFonts w:ascii="Times New Roman" w:hAnsi="Times New Roman" w:eastAsia="Times New Roman" w:cs="Times New Roman"/>
        </w:rPr>
        <w:t>Украинадағы соғыстың соңында орындалатын Паниум шайқасында Антиох Ұлыны бейнелейтін Америка Құрама Штаттары Ресейді жеңіп, Філіп арқылы бейнеленген әлсіздеу бір тараппен одаққа кіреді. Сол әлсіздеу тарап бұл іске қатысатын болады, бірақ шайқастың өзіне тікелей араласпайды. Шайқас АҚШ пен Путиннің арасында болады; бұл, шамасы, Рафия шайқасынан кейінгі Птолемей IV Филопатор мен Яһуда патшасы Ұзиях арқылы көрсетілгендей, Путиннің ашу-ызасы мен тәкаппарлығынан туындаған діни даумен тікелей байланысты. Птолемей де, Ұзиях та — әскери табыстарының әсерінен тәкаппарланып, содан кейін тек діни қызметкерлер ғана атқара алатын қасиетті істі қолға алуды қалаған оңтүстік патшалар еді. Ұзиях осы әрекеті үшін алапеске ұшырады, ал Птолемей қаһарына мініп, Александрияда 50 000 яһудиді қырып салды.</w:t>
      </w:r>
    </w:p>
    <w:p>
      <w:pPr>
        <w:pStyle w:val="ArticleBody"/>
        <w:jc w:val="left"/>
      </w:pPr>
      <w:r>
        <w:rPr>
          <w:rFonts w:ascii="Times New Roman" w:hAnsi="Times New Roman" w:eastAsia="Times New Roman" w:cs="Times New Roman"/>
        </w:rPr>
        <w:t>Он үшінші аят қауымдастықтың қазіргі патшасының, яғни коммунизмнің, ақырғы буыны — Владимир Путиннің Ресейі мен АҚШ арасындағы шайқасты айқындайды. Трамп бұл шайқаста жеңіске жетеді, бірақ ол мұны патшалықтың төртінші бөлігінен шыққан, шын мәнінде шайқастың өзінде болмайтын одақтастың көмегімен жүзеге асырады. Қазіргі оқиғалар куәландырып отырғандай, біз он бірінші аяттың қорытындысына жақындап қалдық. Рафия арқылы бейнеленгендей, Путин Украинаға қарсы жеңіске жетеді. Содан кейін ол алапес кеселінің салдарынан өлгеніне дейін бір үйге қамалған Ұззия арқылы бейнеленгендей, өзінің біртіндеп құлдырауын бастайды. Б.з.д. 217 жылы Рафиядағы жеңісінен кейін Птолемей IV Филопатордың билігі жемқорлықтың, ысырапшылдықтың және ар-ұятсыз кеңесшілерге тәуелділіктің салдарынан азып-тозды. Ол Б.з.д. 204 жылы, билікті өзінің жас ұлы Птолемей V үшін бекітіп алуға бағытталған астыртын әрекеттің бір бөлігі ретінде, өз министрлері Сосибий мен Агафоклдың қолынан, ықтимал түрде қастандықпен өлтіріліп немесе у беріліп қаза тапты. Бұл аласапыран ақыр аяқталуы эллинистік патша сарайларына тән тұрақсыздық пен қастандықты бейнелейді және Птолемейлік Мысырдың құлдырауындағы маңызды бетбұрысты білдіреді.</w:t>
      </w:r>
    </w:p>
    <w:p>
      <w:pPr>
        <w:pStyle w:val="ArticleBody"/>
        <w:jc w:val="left"/>
      </w:pPr>
      <w:r>
        <w:rPr>
          <w:rFonts w:ascii="Times New Roman" w:hAnsi="Times New Roman" w:eastAsia="Times New Roman" w:cs="Times New Roman"/>
        </w:rPr>
        <w:t>Александрдың өлімінен кейін дүниежүзілік үстемдік үшін болған күресте орын алған тура орындалулар арқылы бейнеленген оңтүстік патшасының рухани орындалуының бір сипаты — «революция». Франция Француз революциясы кезеңінде рухани оңтүстік патшасына айналады. Қазіргі оңтүстік патшасы — Ресей — Ресей революциясында дүниеге келді. Француз революциясына енгізілген философия Француз революциясының анархиясынан Совет революциясының коммунизміне дейін жетіліп, бұл оңтүстік патшасына тән сипат болып табылады. Коммунизм бүкіл әлемге революциялар арқылы тарады.</w:t>
      </w:r>
    </w:p>
    <w:p>
      <w:pPr>
        <w:pStyle w:val="ArticleBody"/>
        <w:jc w:val="left"/>
      </w:pPr>
      <w:r>
        <w:rPr>
          <w:rFonts w:ascii="Times New Roman" w:hAnsi="Times New Roman" w:eastAsia="Times New Roman" w:cs="Times New Roman"/>
        </w:rPr>
        <w:t>Қазіргі заманда ЦРУ Үкіметтік емес агенттіктерді пайдалану арқылы жер жүзі бойынша мемлекеттерді құлатуға әрекет етіп келді, ал олардың қайта-қайта қолданған кезең-кезеңімен жүзеге асырылатын жоспары «түрлі-түсті революциялар» деп аталады. Оңтүстіктің патшасы — айдаһарлық күш, ал жаһаншылдар да айдаһарлық күш болып табылады, әрі ЦРУ-дың түрлі-түсті революциялары — айдаһарлық күштің белгілері. Рухани мағынадағы оңтүстіктің патшасы ретіндегі Францияның тарихы сол пайғамбарлық желінің қорытындысын айқындайтын бірегей тарихқа ие.</w:t>
      </w:r>
    </w:p>
    <w:p>
      <w:pPr>
        <w:pStyle w:val="ArticleBody"/>
        <w:jc w:val="left"/>
      </w:pPr>
      <w:r>
        <w:rPr>
          <w:rFonts w:ascii="Times New Roman" w:hAnsi="Times New Roman" w:eastAsia="Times New Roman" w:cs="Times New Roman"/>
        </w:rPr>
        <w:t>Бұл қорытынды Наполеон арқылы бейнеленеді. Француз революциясы Францияның оңтүстіктің патшасы ретіндегі басталуын белгілейді, ал Наполеон оның аяқталуын белгілейді. Тарихшылар Наполеонды оның Ватерлоосына алып келген бірқатар кезеңдерді айқындайды, осылайша бір түннің ішінде қолға түскен Бабыл мен Белшазарға қарама-қарсы, алғашқы рухани оңтүстіктің патшасының біртіндеп аяқталуын көрсетеді. Қазіргі оңтүстіктің патшасының алғашқы Владимирі — Владимир Ленин — екі жылдық кезең бойы бірнеше инсульттің салдарынан қайтыс болды. Кейбіреулер Жүсіп Сталин оны улаған деп жорамалдайды, дәл сол сияқты кейбіреулер Птолемей IV-ті оның кеңесшілері улаған деп жорамалдайды. Кеңес Одағы арқылы бейнеленген қазіргі оңтүстіктің патшасының ақыры да революция арқылы жүзеге асты.</w:t>
      </w:r>
    </w:p>
    <w:p>
      <w:pPr>
        <w:pStyle w:val="ArticleBody"/>
        <w:jc w:val="left"/>
      </w:pPr>
      <w:r>
        <w:rPr>
          <w:rFonts w:ascii="Times New Roman" w:hAnsi="Times New Roman" w:eastAsia="Times New Roman" w:cs="Times New Roman"/>
        </w:rPr>
        <w:t>КСРО-ның күйреуіне ықпал еткен Мәскеудегі наразылық 1991 жылғы тамыз төңкерісі кезінде (1991 жылғы 19–21 тамыз) болған жаппай қоғамдық қарсылық еді. Ақ үйді қорғау мен Борис Ельциннің басшылығы төңірегіне шоғырланған бұл оқиға кеңестік қатаң бағыт ұстанушылардың ұстанымын тікелей әлсіретіп, режимнің осалдығын әшкереледі және КСРО-ның күйреуін жеделдетті. Мәскеудегі бұған дейінгі наразылықтар (мысалы, 1987–1990) мен Балтық жолы (1989) серпін қалыптастырғанымен, 1991 жылғы тамыз наразылықтары Мәскеудегі шешуші бетбұрыс нүктесі болып, 1991 жылдың соңына қарай Кеңес Одағының ыдырауына алып келді. Ресейдің оңтүстік патша ретіндегі басталуы да, аяқталуы да төңкеріспен басталып, төңкеріспен аяқталады. КСРО-ның аяқталуы патшалықтың біртіндеп ыдырауы болды; дәл солай Птолемейдің, Ұзияхтың, Наполеонның, тіпті Владимир Лениннің де соңы сондай болды. Путиннің соңы да біртіндеп құлдырау болады, ол Украинадағы соғыс біткен бойда басталады. Оның ақыры Паниум шайқасында жүзеге асады, сол кезде АҚШ шын мәнінде шайқастың өзінде болмайтын одақтастың қолдауын ала отырып, патшалықты өз бақылауына алады.</w:t>
      </w:r>
    </w:p>
    <w:p>
      <w:pPr>
        <w:pStyle w:val="ArticleBody"/>
        <w:jc w:val="left"/>
      </w:pPr>
      <w:r>
        <w:rPr>
          <w:rFonts w:ascii="Times New Roman" w:hAnsi="Times New Roman" w:eastAsia="Times New Roman" w:cs="Times New Roman"/>
        </w:rPr>
        <w:t>Біз бұл ой желілерін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Екінші сан</dc:title>
  <dc:subject>Оңтүстіктің патшасының өрлеуі мен құлауы</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