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бесінші сан</w:t>
      </w:r>
    </w:p>
    <w:p>
      <w:pPr>
        <w:pStyle w:val="ArticleSubtitle"/>
        <w:jc w:val="left"/>
      </w:pPr>
      <w:r>
        <w:rPr>
          <w:rFonts w:ascii="Arial" w:hAnsi="Arial" w:eastAsia="Arial" w:cs="Arial"/>
        </w:rPr>
        <w:t>«250» — үш рет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2026 жылы Трамп Американың «250» жылдығын атап өтпек; осылайша бұл мерзім б.з.д. 457 жылдан Рафиа шайқасы мен Паниум шайқасының арасындағы тарихта Антиох Магнусқа дейінгі «250» жылмен сәйкеседі. «250» жылдың соңында Антиох Магнус б.з.д. 207 жылы тұрады; бұл Рафиадан он жыл кейін және Паниумнан жеті жыл бұрын. «250» жылдың куәлігі сондай-ақ пұтқа табынушы Римнің «250» жылдық кезеңімен де сәйкеседі, өйткені 64 жылы Нерон мәсіхшілерді қудалауды бастады, ал «250» жылдан кейін, 313 жылғы Милан жарлығымен, Ұлы Константин мәсіхшілікті заңдастырды да, қудалаулар тоқтады.</w:t>
      </w:r>
    </w:p>
    <w:p>
      <w:pPr>
        <w:pStyle w:val="ArticleBody"/>
        <w:jc w:val="left"/>
      </w:pPr>
      <w:r>
        <w:rPr>
          <w:rFonts w:ascii="Times New Roman" w:hAnsi="Times New Roman" w:eastAsia="Times New Roman" w:cs="Times New Roman"/>
        </w:rPr>
        <w:t>Дональд Трамп Американы қайтадан ұлы етуге бағытталған күш-жігерімен белгілі; бұл — оның ізбасарларының атауы, MAGA. Трамп пайғамбарлықта Ұлы Константинмен, Ұлы Антиохпен бейнеленген, ал, әрине, Даниял кітабының он бірінші тарауының алғашқы бірнеше аяттарында ол — Ұлы Кир, Ұлы Ксеркс, одан кейін Ұлы Александр. Б.з.д. 457 жылғы Кир, Дарий және Артаксеркстің жарлығынан Паниум тарихына дейін екі жүз елу жыл өтеді. Осы «250» жылдың соңы Рафия мен Паниумның арасындағы орта нүктеде, дәл сол сияқты 2026 жыл да сондай. 2026 жыл — Трамптың екінші мерзімінің ортасы. Неронның қудалауға толы «250» жылы мәсіхшілерді қудалауды тоқтататын жарлыққа алып келеді. Неронның желісі — Кир, Нерон және Трамп арқылы бейнеленген «250» жылдың үш желісінің ортаңғы желісі.</w:t>
      </w:r>
    </w:p>
    <w:p>
      <w:pPr>
        <w:pStyle w:val="ArticleBody"/>
        <w:jc w:val="left"/>
      </w:pPr>
      <w:r>
        <w:rPr>
          <w:rFonts w:ascii="Times New Roman" w:hAnsi="Times New Roman" w:eastAsia="Times New Roman" w:cs="Times New Roman"/>
        </w:rPr>
        <w:t>Кир бірінші жарлықты шығарды, ал Артаксеркс үшінші жарлықты шығарды. Кир — бірінші періште, ал Артаксеркс — үшінші. Мен б.з.д. 457 жылды бірге айқындайтын осы үш жарлықтың бәрінің нышаны ретінде Кирді қолдануды көздеп отырмын.</w:t>
      </w:r>
    </w:p>
    <w:p>
      <w:pPr>
        <w:pStyle w:val="ArticleBody"/>
        <w:jc w:val="left"/>
      </w:pPr>
      <w:r>
        <w:rPr>
          <w:rFonts w:ascii="Times New Roman" w:hAnsi="Times New Roman" w:eastAsia="Times New Roman" w:cs="Times New Roman"/>
        </w:rPr>
        <w:t>Кир б.з.д. 457 жылы басталатын, Паниум тарихында аяқталатын «250» жылдық желінің басталуын белгілейді; ал бұл — Дональд Трамп болып табылатын Ұлы Антиохтың тарихы. Паниум — жексенбілік заңның алдындағы аят. Кир жердегі аңның республикалық мүйізін бейнелейтін «250» жылдық тарих желісінің басталуын белгілейді, сондай-ақ жердегі аңның протестанттық мүйізін бейнелейтін 2 300 жылдық тарих желісінің де басталуын белгілейді.</w:t>
      </w:r>
    </w:p>
    <w:p>
      <w:pPr>
        <w:pStyle w:val="ArticleBody"/>
        <w:jc w:val="left"/>
      </w:pPr>
      <w:r>
        <w:rPr>
          <w:rFonts w:ascii="Times New Roman" w:hAnsi="Times New Roman" w:eastAsia="Times New Roman" w:cs="Times New Roman"/>
        </w:rPr>
        <w:t>Нерон ымыраға алып баратын қудалауды бейнелейтін тарих желісін бастайды. Өздерінің тарих желісі пайғамбарлық кезеңнің орта тұсында аяқталатын Кир мен Америка Құрама Штаттарынан айырмашылығы, Неронның желісі 313 жылғы Милан жарлығынан басталып, одан кейін 321 жылғы алғашқы жексенбілік заңмен жалғасып, содан соң 330 жылы Римнің шығыс және батыс болып бөлінуімен өрбитін ымыраның үдемелі кезеңінің бір көрінісімен аяқталады. Константин осы үш датаның бәрінде де бейнеленген. Неронның желісінде 313 жылдан 330 жылға дейін он жеті жыл бар. Кирдің желісінде де б.з.д. 217 жылғы Рафия шайқасынан б.з.д. 200 жылғы Паниум шайқасына дейін дәл сондай он жеті жыл бар.</w:t>
      </w:r>
    </w:p>
    <w:p>
      <w:pPr>
        <w:pStyle w:val="ArticleBody"/>
        <w:jc w:val="left"/>
      </w:pPr>
      <w:r>
        <w:rPr>
          <w:rFonts w:ascii="Times New Roman" w:hAnsi="Times New Roman" w:eastAsia="Times New Roman" w:cs="Times New Roman"/>
        </w:rPr>
        <w:t>Даниялдың он бірінші тарауында Артаксеркс — үшінші жарлық. Үшінші жарлық үшінші періштені және жексенбілік заңды білдіреді. Б.з.д. 457 жылдан бергі «250» жыл да, 1776 жылдан бергі «250» жыл да, екеуі де он алтыншы аяттағы жексенбілік заңның дәл алдында орын алатын тарихтың ортасында аяқталады. Он бірінші тарау, ақырында, оныншы аятта 1989 жылдың тарихын, он бірінші аятта 2014 жылы басталған Украин соғысының тарихын, содан кейін он үшінші аятта бейнеленгендей, Трамптың 2024 жылы екінші мерзіміне қайта оралуын алға тартады; ал он төртінші аят 2025 жылды айқындайды, онда даңқты жерден шыққан алғашқы папа сыртқы көріністі орнықтырады.</w:t>
      </w:r>
    </w:p>
    <w:p>
      <w:pPr>
        <w:pStyle w:val="ArticleBody"/>
        <w:jc w:val="left"/>
      </w:pPr>
      <w:r>
        <w:rPr>
          <w:rFonts w:ascii="Times New Roman" w:hAnsi="Times New Roman" w:eastAsia="Times New Roman" w:cs="Times New Roman"/>
        </w:rPr>
        <w:t>Даниял 11:40 1989 жылы, Кеңес Одағы Иоанн Павел II мен Рональд Рейган арасындағы құпия одақ арқылы құлатылған кезде, орындалды. Ақырзаман уақытындағы 1989 жылғы сол құпия одақ, 1989 жылы басталған пайғамбарлық кезеңнің соңындағы ашық одақты бейнеледі. Сол ашық одақ аянды бекітетін нәрсе.</w:t>
      </w:r>
    </w:p>
    <w:p>
      <w:pPr>
        <w:pStyle w:val="ArticleBody"/>
        <w:jc w:val="left"/>
      </w:pPr>
      <w:r>
        <w:rPr>
          <w:rFonts w:ascii="Times New Roman" w:hAnsi="Times New Roman" w:eastAsia="Times New Roman" w:cs="Times New Roman"/>
        </w:rPr>
        <w:t>2026 жыл — 1776 жылдан 1798 жылғы ақырзаман уақытына дейінгі жиырма екі жылмен басталған пайғамбарлық тарихтың «250» жылының соңы. Сол бастапқы тарихтағы жиырма екі жыл 11 қыркүйектен 2023 жылға дейінгі жиырма екі жылдық тарихта бейнеленген. 1798 жылы сол жиырма екі жылдың соңында Даниял кітабының мөрі ашылды; содан кейін 11 қыркүйектен басталып, 2023 жылғы 31 желтоқсанда аяқталған жиырма екі жылдың соңында Яһуда руының Арыстаны Иса Мәсіхтің Аян кітабының мөрін аша бастады.</w:t>
      </w:r>
    </w:p>
    <w:p>
      <w:pPr>
        <w:pStyle w:val="ArticleBody"/>
        <w:jc w:val="left"/>
      </w:pPr>
      <w:r>
        <w:rPr>
          <w:rFonts w:ascii="Times New Roman" w:hAnsi="Times New Roman" w:eastAsia="Times New Roman" w:cs="Times New Roman"/>
        </w:rPr>
        <w:t>1798 жылы жиырма екі жылдың соңында мөрі ашылған хабар 1831 жылы көпшілікке ұсынылды; бұл 1611 жылы King James Bible жарық көргеннен кейін тура екі жүз жиырма жыл өткен соң болды. 1798 жылдан 1831 жылға дейін Құдайдың пайғамбарлық Сөзі біртіндеп ашылып отырды. 1831 жылға қарай ол жұртшылық алдына шықты, сондықтан ерлер мен әйелдер 1798 жылы мөрі ашылған хабар үшін жауапты бола алатын болды. Содан кейін 1840 жылы Уайт қарындас атағандай, Ислам туралы алдын ала айтылған сөздің орындалуы арқылы «тағы бір таңғаларлық оқиға» болды.</w:t>
      </w:r>
    </w:p>
    <w:p>
      <w:pPr>
        <w:pStyle w:val="ArticleBody"/>
        <w:jc w:val="left"/>
      </w:pPr>
      <w:r>
        <w:rPr>
          <w:rFonts w:ascii="Times New Roman" w:hAnsi="Times New Roman" w:eastAsia="Times New Roman" w:cs="Times New Roman"/>
        </w:rPr>
        <w:t>Жиырма екі жылдық кезеңнің (1798) аяқталуынан екі жүз жиырма жылдық кезеңнің (1831) аяқталуына дейін хабардың мөрінің ашылу кезеңі бейнеленген. Бұл көрініс хабар ресмилендірілетін бір межелік белгіні қамтиды; одан кейін болжамды айқындайтын межелік белгі келеді, сол болжам кейіннен қайта есептеліп, ал содан соң орындалған кезде “Құдай құдіретінің ғажайып көрініс табуының” басталуын айқындайтын межелік белгіні тудырады.</w:t>
      </w:r>
    </w:p>
    <w:p>
      <w:pPr>
        <w:pStyle w:val="ArticleBody"/>
        <w:jc w:val="left"/>
      </w:pPr>
      <w:r>
        <w:rPr>
          <w:rFonts w:ascii="Times New Roman" w:hAnsi="Times New Roman" w:eastAsia="Times New Roman" w:cs="Times New Roman"/>
        </w:rPr>
        <w:t>1989 жылғы қозғалыстың соңындағы жиырма екі жылдық кезең 11/9-дан бастап, 2023 жылға дейін созылды; сол кезде тағы да бір пайғамбарлықтың мөрі ашылды. Сол пайғамбарлық қажетті түрде білімнің арту кезеңін бастауы тиіс еді, яғни сынайтын да, ажырататын да білім кезеңін, өйткені шақырылғандар көп, ал таңдалғандар аз. Хабардың көпшілік алдына шығарылатын бір сәті болуға тиіс еді. Бұл хабар пайғамбарлық тұрғыдан қайта есептелген хабар болу сипаттарын танытар еді және ол тағы да бір болжамды қамтитын еді. Көпшілікке жарияланған болжам орындалған кезде, хабар 1840 жылдың тарихы мен Алғашқы өнім мейрамы арқылы бейнеленгендей, күш-қуатқа ие болар еді.</w:t>
      </w:r>
    </w:p>
    <w:p>
      <w:pPr>
        <w:pStyle w:val="ArticleBody"/>
        <w:jc w:val="left"/>
      </w:pPr>
      <w:r>
        <w:rPr>
          <w:rFonts w:ascii="Times New Roman" w:hAnsi="Times New Roman" w:eastAsia="Times New Roman" w:cs="Times New Roman"/>
        </w:rPr>
        <w:t>1989 жылы Кеңес Одағының күйреуімен Даниял 11:40 аятындағы мөр алынып тасталды; ал 1996 жылы Даниял 11-тараудың хабары көпшілік алдына шығарылды. 1996 жыл — 1776 жылдан кейінгі екі жүз жиырма жыл; ал 1776 жыл тек 1798 жылы аяқталған жиырма екі жылдық кезеңнің бастамасы ғана емес, сондай-ақ 2026 жылы аяқталатын екі жүз елу жылдық кезеңнің де бастамасы болды. Республикалық мүйіз 2026 жылдың саяси аралық сайлауларында орта нүктеге жетеді, ал протестанттық мүйіз 2026 жылға дейін созылады; бұл — 1989 жылғы ақырзаман уақытында мөрі ашылған хабардың 1996 жылы ресмилендірілуімен басталған отыз жылдық кезеңнің соңы. Иса әрдайым ақырын бастамамен бейнелейді, сондықтан 2026 жыл — 1989 жылғы мөрі ашылған хабар 1996 жылы ресмилендірілгеннен кейін отыз жыл өткен соң, Түн ортасындағы айқайдың түзетілген хабары ресмилендірілетін жыл.</w:t>
      </w:r>
    </w:p>
    <w:p>
      <w:pPr>
        <w:pStyle w:val="ArticleBody"/>
        <w:jc w:val="left"/>
      </w:pPr>
      <w:r>
        <w:rPr>
          <w:rFonts w:ascii="Times New Roman" w:hAnsi="Times New Roman" w:eastAsia="Times New Roman" w:cs="Times New Roman"/>
        </w:rPr>
        <w:t>1776 жылы басталатын «250» жылдық сызық сізді 2026 жылға, Дональд Трамптың өкілеттік мерзімінің орта тұсына алып келеді; бұл — есек босатылып, Ислам 11 қыркүйектегідей Америка Құрама Штаттарына қайтадан соққы берген кезде басталатын Америка Құрама Штаттары мен Ресейдің арасындағы шайқастың дәл алдындағы кезең.</w:t>
      </w:r>
    </w:p>
    <w:p>
      <w:pPr>
        <w:pStyle w:val="ArticleBody"/>
        <w:jc w:val="left"/>
      </w:pPr>
      <w:r>
        <w:rPr>
          <w:rFonts w:ascii="Times New Roman" w:hAnsi="Times New Roman" w:eastAsia="Times New Roman" w:cs="Times New Roman"/>
        </w:rPr>
        <w:t>Неронның «250» жылдық сызығы тарихи және пайғамбарлық тұрғыдан үш сызықтың ортаңғысы болып табылады. Бұл Неронның сызығын үшінші сынақтың алдында келетін екінші сынақ болып табылатын екінші періштемен сәйкестендіреді. Сол екінші сынақ — аңның мүсініне қатысты сынақ; ол 313 жылғы Милан жарлығымен бейнеленетін шіркеу мен мемлекеттің одағының біртіндеп орнатылуын білдіреді, ал бұл өз кезегінде 321 жылғы алғашқы жексенбілік заңға, содан кейін 330 жылдың тарихымен бейнеленген, жексенбілік заңнан кейін әрдайым келетін ұлттық күйреуге алып келді.</w:t>
      </w:r>
    </w:p>
    <w:p>
      <w:pPr>
        <w:pStyle w:val="ArticleBody"/>
        <w:jc w:val="left"/>
      </w:pPr>
      <w:r>
        <w:rPr>
          <w:rFonts w:ascii="Times New Roman" w:hAnsi="Times New Roman" w:eastAsia="Times New Roman" w:cs="Times New Roman"/>
        </w:rPr>
        <w:t>313 жылғы Милан жарлығы Америка Құрама Штаттарында шіркеу мен мемлекет арасындағы он алтыншы аяттағы жексенбілік заңға біртіндеп алып баратын қатынастың орнай бастауының бастауын айқындайды. Бұл іс 9/11-де Патриоттық актіден басталды, бірақ мөрлеу уақытының соңындағы фракталда Патриоттық акті де, Милан жарлығы да жуық арада келетін жексенбілік заңға алып баратын ымыраға келудің біртіндеп жүретін кезеңін бастайтын әрекеттің екеуі де бейнесі болып табылады. Бұл — Америка Құрама Штаттарында шіркеу мен мемлекетті тікелей жақындастыратын әрі ақыр соңында жексенбілік заңға алып баратын пайғамбарлық әрекеттер тізбегіндегі алғашқысы.</w:t>
      </w:r>
    </w:p>
    <w:p>
      <w:pPr>
        <w:pStyle w:val="ArticleBody"/>
        <w:jc w:val="left"/>
      </w:pPr>
      <w:r>
        <w:rPr>
          <w:rFonts w:ascii="Times New Roman" w:hAnsi="Times New Roman" w:eastAsia="Times New Roman" w:cs="Times New Roman"/>
        </w:rPr>
        <w:t>313 жылғы Милан жарлығының тарихи жазбасында дәл осы элементтер бар, өйткені ол бір ғана жарлық емес еді; ол Шығыс Римнің билеушісі Лицинийдің бірқатар хаттарынан тұрды. Сол тұста Шығыс Рим әлі де берік түрде пұтқа табынушы еді, ал Константин өзінің батыстағы патшалығын христиандыққа ашып жатты. Келісімнің өзі 313 жылдың ақпан айында, Лициний одақтарын бекіту үшін Константиннің өгей қарындасына да үйленген саммит барысында жасалды. Империяның шығыс бөлігінде жарияланған Лицинийдің хаттары христиандарға да, өзге барлық адамдарға да құлшылық ету еркіндігін, сондай-ақ тәркіленген христиан мүлкінің қайтарылуын қамтамасыз етті.</w:t>
      </w:r>
    </w:p>
    <w:p>
      <w:pPr>
        <w:pStyle w:val="ArticleBody"/>
        <w:jc w:val="left"/>
      </w:pPr>
      <w:r>
        <w:rPr>
          <w:rFonts w:ascii="Times New Roman" w:hAnsi="Times New Roman" w:eastAsia="Times New Roman" w:cs="Times New Roman"/>
        </w:rPr>
        <w:t>Милан жарлығы қудалаудың «250» жылын тоқтатты және ол сол жарлық білдіретін барлық бостандықтардың, әлем Трамппен бірге жуықта келетін жексенбілік заңға қарай ілгерілеген сайын, мәсіхшілерден біртіндеп тартып алынатын уақыт кезеңін бейнелейді.</w:t>
      </w:r>
    </w:p>
    <w:p>
      <w:pPr>
        <w:pStyle w:val="ArticleScripture"/>
        <w:jc w:val="left"/>
      </w:pPr>
      <w:r>
        <w:rPr>
          <w:rFonts w:ascii="Times New Roman" w:hAnsi="Times New Roman" w:eastAsia="Times New Roman" w:cs="Times New Roman"/>
        </w:rPr>
        <w:t>«Егер оқырман жуық арада болатын тартыста қолданылатын әрекет етуші күштерді түсінгісі келсе, оған тек өткен ғасырларда Римнің сол мақсат үшін пайдаланған амалдарының жазбасын қадағалау ғана жеткілікті. Егер ол папашылар мен протестанттардың бірігіп, олардың догмаларын теріске шығаратындарға қалай қарайтынын білгісі келсе, Римнің сенбі күніне және оны қорғаушыларға қатысты көрсеткен рухын көрсін.</w:t>
      </w:r>
    </w:p>
    <w:p>
      <w:pPr>
        <w:pStyle w:val="ArticleScripture"/>
        <w:jc w:val="left"/>
      </w:pPr>
      <w:r>
        <w:rPr>
          <w:rFonts w:ascii="Times New Roman" w:hAnsi="Times New Roman" w:eastAsia="Times New Roman" w:cs="Times New Roman"/>
        </w:rPr>
        <w:t>«Зайырлы биліктің қолдауына сүйенген патшалық жарлықтар, жалпыға бірдей кеңестер және шіркеулік қаулылар — солар пұтқа табынушылық мейрамының христиан дүниесіндегі құрметті орынға көтерілуіне апарған баспалдақтар болды. Жексенбіні сақтауды мәжбүрлі түрде енгізген алғашқы жария шара — Константин шығарған заң еді. (A.D. 321) Бұл жарлық қала тұрғындарына “күннің қастерлі күнінде” тынығуды міндеттеді, бірақ ауыл тұрғындарына егіншілік істерін жалғастыруға рұқсат берді. Іс жүзінде бұл пұтқа табынушылық сипаттағы заң болғанымен, христиандықты аты жүзінде қабылдағаннан кейін император оны күшіне енгізді». The Great Controversy, 573, 574.</w:t>
      </w:r>
    </w:p>
    <w:p>
      <w:pPr>
        <w:pStyle w:val="ArticleBody"/>
        <w:jc w:val="left"/>
      </w:pPr>
      <w:r>
        <w:rPr>
          <w:rFonts w:ascii="Times New Roman" w:hAnsi="Times New Roman" w:eastAsia="Times New Roman" w:cs="Times New Roman"/>
        </w:rPr>
        <w:t>«250»-дің оннан бірі болып табылатын «25» саны бүлік пен бөлінуді білдіреді. Езекиел кітабының сегізінші тарауында күнге тағзым ететін Лаодикеялық адвентизмнің «25» жетекшісі келесі тарауда мөрленетіндерден бөлінген, ал Уайт қарындас Езекиел кітабының тоғызыншы тарауындағы мөрлеуді Аян кітабындағы бір жүз қырық төрт мыңның мөрленуі деп анық айқындайды. Сол «25» адам — Қорах, Датан және Абирамның бүлігіне қосылған атақты «250» адамның тек оннан бірі ғана. Уайт қарындасқа 1888 жылғы Бас конференция жиналысынан кетуге тыйым салынды, өйткені Жәбірейіл оған қалып, Миннеаполистегі бүлікті жазып алуы керектігін айтты, себебі ол Қорахтың бүлігінің қайталануы еді. «250» — бүлік пен бөлінудің нышаны. Матайдың «25»-тарауында зұлымдар мен даналардың бөлінуі туралы үйрететін үш астарлы әңгіме бар. Республикалық та, протестанттық та мүйіздер төрт ұрпақ ретінде бейнеленген сынақ мерзіміне бағынады, әрі келісім халқы да, келісім халқы орныққан ұлт та бірдей уақыт кезеңінде сотталады.</w:t>
      </w:r>
    </w:p>
    <w:p>
      <w:pPr>
        <w:pStyle w:val="ArticleBody"/>
        <w:jc w:val="left"/>
      </w:pPr>
      <w:r>
        <w:rPr>
          <w:rFonts w:ascii="Times New Roman" w:hAnsi="Times New Roman" w:eastAsia="Times New Roman" w:cs="Times New Roman"/>
        </w:rPr>
        <w:t>Киелі кітап пайғамбарлығындағы алтыншы патшалық болып табылатын және Америка Құрама Штаттары болып саналатын жердегі аңның «250» жылы ішінде Неронның желісі бір жарлықты айқындайды; бұл жарлық 321 жылғы жексенбілік заңның декретімен аяқталатын, заңды қару ретінде қолданудың үдемелі күшеюінің басталуын белгілейтін Милан жарлығымен бейнеленген, сөйтіп 330 жылы бүкіл әлемнің шығыс пен батыс ретінде бейнеленген екі тапқа бөлінуімен аяқталатын кезеңді бастайды. 321 жылдан 330 жылға дейінгі сол тоғыз жылдық кезең, сондай-ақ 321 жылғы жексенбілік заңнан басталып, 330 жылы Михаил орнынан тұрып, сынақ мерзімі жабылғанда аяқталатын Шатырлар мейрамының жеті күні болып табылады.</w:t>
      </w:r>
    </w:p>
    <w:p>
      <w:pPr>
        <w:pStyle w:val="ArticleBody"/>
        <w:jc w:val="left"/>
      </w:pPr>
      <w:r>
        <w:rPr>
          <w:rFonts w:ascii="Times New Roman" w:hAnsi="Times New Roman" w:eastAsia="Times New Roman" w:cs="Times New Roman"/>
        </w:rPr>
        <w:t>Көріністі орнықтыратын нышанның Рим екені жөніндегі миллерашыл іргелі түсінікті теріске шығару — 2023 жылғы 31 желтоқсанда келіп, 2025 жылғы 8 мамырда даңқты жерден шыққан алғашқы папа сайланған кезде аяқталған іргелі сынақтан өте алмау деген сөз. Уильям Миллерге көріністі орнықтыратын нышан ретінде Римді тануға мүмкіндік берген іргелі ақиқат — теріске шығарылған жағдайда күшті адасушылыққа ұрындыратын ақиқат. Сол алғашқы сынақтан сүріну Салониқалықтарға жазылғандай күшті адасушылыққа әкеледі және түсінбейтін ақымақтардың “Ақиқатты” сүймейтінін дәлелдейді. Сыртқы көріністі орнықтыратын нышанды теріске шығару — үш сынақтың біріншісі болып табылатын іргелі сынақты теріске шығару. Уайт қарындас Мәсіхтің уақытындағы алғашқы сынақты Жақия Шомылдырушының хабарымен сәйкестендіреді. Ол Жақияның хабарын теріске шығарғандардың Иса ілімдерінен пайда көрмейтінін, сондай-ақ Мәсіх ауладан Қасиетті орынға өткен кездегі диспенсациялық өзгерісті де көре алмайтынын атап көрсетеді.</w:t>
      </w:r>
    </w:p>
    <w:p>
      <w:pPr>
        <w:pStyle w:val="ArticleBody"/>
        <w:jc w:val="left"/>
      </w:pPr>
      <w:r>
        <w:rPr>
          <w:rFonts w:ascii="Times New Roman" w:hAnsi="Times New Roman" w:eastAsia="Times New Roman" w:cs="Times New Roman"/>
        </w:rPr>
        <w:t>Ол сол ілгерілеуші сынақ үдерісін Миллериттер кезеңімен сәйкестендіріп, бірінші періштенің хабарын қабылдамағандардың Жоханның хабарын қабылдамаған яһудилерге пара-пар екенін үйретеді. Әрбір тарихи желіде бірінші сынақтан өте алмағандар келесі қадамнан пайда көрмеді және Мәсіхтің дәуірлік өзгерісіне соқыр болып қалды. 9/11 хабарын қабылдамағандар Мәсіхтің тірілерді соттай бастағанын көре алмады. 2023 жылдың іргелі сынағынан өте алмағандар соғысушы қауымның жеңімпаз қауымға өтпелі өзгерісін көрмейтін болады. Осы іргелі сынақтардың қайсыбірін болса да қабылдамағандар ақырында «мүлтіксіз қараңғылыққа» түсті. Аян жоқ жерде халық мүлтіксіз қараңғылыққа түседі, ал сыртқы аянның жарығын орнататын — Рим. Бұл ақиқат үш папада және олардың Даниял 11-тараудың оныншы, он бірінші және он бесінші аяттарындағы үш шайқаста тұрған үш президентпен байланысында танылуы мүмкін.</w:t>
      </w:r>
    </w:p>
    <w:p>
      <w:pPr>
        <w:pStyle w:val="ArticleBody"/>
        <w:jc w:val="left"/>
      </w:pPr>
      <w:r>
        <w:rPr>
          <w:rFonts w:ascii="Times New Roman" w:hAnsi="Times New Roman" w:eastAsia="Times New Roman" w:cs="Times New Roman"/>
        </w:rPr>
        <w:t>Б.з.д. 207 жылы аяқталған Кирдің сыртқы «250» жылдық желісі Рафия шайқасынан Паний шайқасына дейін созылған он жеті жылдық кезеңнің қақ ортасына түсті; ол Нероннан басталып, 313 жылғы Милан жарлығымен аяқталған «250» жылдық желімен сәйкес келді, осылайша Ұлы Константиннің он жеті жылдық кезеңін белгілеп берді. Дональд Трамп б.з.д. 207 жылы тұрған Ұлы Антиох ретінде, яғни 2026 жылы, көрініс табуда; сондай-ақ ол аңның мүсініне қатысты сынақ уақытының басында, 313 жылғы Ұлы Константин ретінде де көрініс табуда. 2026 жылғы 4 шілдеде Трамп Антиох әрі Константин ретінде Американы «ұлы» етіп жатыр. Трамп оныншы, он бірінші және он бесінші аяттардағы үш шайқаспен сәйкес келетін үш президенттің үшіншісі. Рейган сол үшеудің біріншісі, ал Обама ортаншысы болды. Бұл үш президент «ақиқаттың» таңбасын алып жүреді, әрі Рейган мен Трамп тек бірінші мен үшіншіні ғана емес, сонымен бірге альфа мен омеганы да білдіреді.</w:t>
      </w:r>
    </w:p>
    <w:p>
      <w:pPr>
        <w:pStyle w:val="ArticleBody"/>
        <w:jc w:val="left"/>
      </w:pPr>
      <w:r>
        <w:rPr>
          <w:rFonts w:ascii="Times New Roman" w:hAnsi="Times New Roman" w:eastAsia="Times New Roman" w:cs="Times New Roman"/>
        </w:rPr>
        <w:t>Әрбір президенттің пайғамбарлық сипаттамасы мынада: олар билік құрған кезде, сол кезеңнің папасымен одақта болады. Рейган мен Иоанн Павел II 1989 жылы Даниял он бірдің оныншы және қырқыншы аяттарының орындалуында Кеңес Одағын құлатқанда, жасырын түрде өзара одақтас болды. Рейган мен Трамптың арасындағы ояу жаһанданушы президент Обама ояу папа Францискпен философиялық тұрғыдан үндесті. Трамптың папа Левпен одағы баршаға ашық көрініп тұр, әрі 2025 жылы Трамп президент ретінде ұлықталды, ал Лев антихрист ретінде ұлықталды. Президент пен папаның рухани байланысы Езабел мен Бағал пайғамбарлары арқылы бейнеленеді. Президент пен папаның саяси байланысы Езабел мен Ахаб арқылы бейнеленеді. Қай жағынан бейнеленсе де, Езабел — басшы.</w:t>
      </w:r>
    </w:p>
    <w:p>
      <w:pPr>
        <w:pStyle w:val="ArticleScripture"/>
        <w:jc w:val="left"/>
      </w:pPr>
      <w:r>
        <w:rPr>
          <w:rFonts w:ascii="Times New Roman" w:hAnsi="Times New Roman" w:eastAsia="Times New Roman" w:cs="Times New Roman"/>
        </w:rPr>
        <w:t>«Біз соңғы дағдарысқа жақындаған сайын, Жаратқан Иенің құралдары арасында келісім мен бірлік болуы аса маңызды. Дүние дауылға, соғысқа және алауыздыққа толы. Алайда бір бастың астында — папалық биліктің астында — халық Құдайға Оның куәгерлерінің тұлғасында қарсы тұру үшін бірігеді. Бұл одақты ұлы жолдан тайған нығайтады. Ол ақиқатқа қарсы соғысу үшін өз агенттерін біріктіруге ұмтылған кезде, оның жақтаушыларын бөлуге және бытыратып жіберуге әрекет етеді. Қызғаныш, жаман күмәндану, жамандау — мұның бәрі алауыздық пен келіспеушілік тудыру үшін соның тарапынан қоздырылады». Testimonies, volume 7, 182.</w:t>
      </w:r>
    </w:p>
    <w:p>
      <w:pPr>
        <w:pStyle w:val="ArticleScripture"/>
        <w:jc w:val="left"/>
      </w:pPr>
      <w:r>
        <w:rPr>
          <w:rFonts w:ascii="Times New Roman" w:hAnsi="Times New Roman" w:eastAsia="Times New Roman" w:cs="Times New Roman"/>
        </w:rPr>
        <w:t>«Заңсыздық үстемдік еткен осы заманда, “Жаратқан Ие осылай дейді” дегенді қабылдамай тастаған протестант шіркеулері тосын бір күйге түседі. Олар дүниеге айналады. Құдайдан бөлінгендіктерінде, олар өтірік пен Құдайдан безінуді ұлт заңы етуге ұмтылады. Олар ел билеушілеріне ықпал етіп, Құдайдың ғибадатханасында отырып, өзін Құдай етіп көрсететін күнә адамының жоғалтқан үстемдігін қалпына келтіру үшін заңдар шығаруға тырысады. Рим-католиктік қағидалар мемлекеттің қорғауына алынады. Құдай заңын өз өмірінің ережесі етпегендер Киелі кітап ақиқатының қарсылығына енді төзбейтін болады». Review and Herald, December 21, 1897.</w:t>
      </w:r>
    </w:p>
    <w:p>
      <w:pPr>
        <w:pStyle w:val="ArticleBody"/>
        <w:jc w:val="left"/>
      </w:pPr>
      <w:r>
        <w:rPr>
          <w:rFonts w:ascii="Times New Roman" w:hAnsi="Times New Roman" w:eastAsia="Times New Roman" w:cs="Times New Roman"/>
        </w:rPr>
        <w:t>Бағалдың жалған пайғамбарлары Езабелдің дастарқанынан тамақтанды. Езабел патшайым еді, ал пайғамбарлар оның пайғамбарлары болатын. Даниелдің он бірінші тарауының қырқыншы аятында Рейган әскери күштің нышандары болып табылатын «соғыс арбалары» мен «салт аттылар» арқылы, сондай-ақ экономикалық қуаттың нышаны болып табылатын «кемелер» арқылы бейнеленді. Соған қарамастан, бұл аятта солтүстіктің «патшасы» папалықтың өзі еді. Пайғамбарлық тұрғыдан алғанда, Рейган Езабелге бағынышты болды. Сол кезеңде дүние аңның соңынан қайран қалып ерді, өйткені Рим папасы Иоанн Павел II дүниені өзінен бұрынғы кез келген пападан көбірек аралап шықты. Белгілі иезуит жазушысы Малахи Мартин өзінің «Keys of This Blood» атты кітабында папа Иоанн Павел II туралы жазды. Бұл кітаптың айқын баяндалған негізгі тұжырымы — Иоанн Павел II мен Рейганның тұсында дүние жүзі сол кезде әлемдік үстемдік үшін папалық, Америка Құрама Штаттары және Кеңес Одағы арасындағы үшжақты күрестің ішінде тұрғаны еді. Мартин сол күресте папалық жеңіп шығады деп болжады. Рейган мен антихрист арасындағы құпия одақ Даниелдің он бірінші тарауының қырқыншы аятында және одан кейінгі аяттарда бейнеленгендей, папалықтың өлімші жарасын жазуға бағытталған қозғалыстардың басталып кеткенін жария етті. Мартиннің кітабы протестанттық Американы бағындыру жөніндегі папалықтың ежелден бергі мақсатын қайтадан мәлімдеді. Рейганның өз куәлігіне сәйкес, папаның Киелі кітап пайғамбарлығындағы антихрист екенін көрмегенсіп, көз жұма қарауға даяр болуы, оның Кеңес Одағын Киелі кітап пайғамбарлығындағы антихрист деп қате қолдануынан туындады.</w:t>
      </w:r>
    </w:p>
    <w:p>
      <w:pPr>
        <w:pStyle w:val="ArticleScripture"/>
        <w:jc w:val="left"/>
      </w:pPr>
      <w:r>
        <w:rPr>
          <w:rFonts w:ascii="Times New Roman" w:hAnsi="Times New Roman" w:eastAsia="Times New Roman" w:cs="Times New Roman"/>
        </w:rPr>
        <w:t>«Сөзді түсінуде шатасатын, антихристтің мағынасын көре алмайтындар, сөзсіз өздерін антихристтің жағына қояды». Kress Collection, 105.</w:t>
      </w:r>
    </w:p>
    <w:p>
      <w:pPr>
        <w:pStyle w:val="ArticleBody"/>
        <w:jc w:val="left"/>
      </w:pPr>
      <w:r>
        <w:rPr>
          <w:rFonts w:ascii="Times New Roman" w:hAnsi="Times New Roman" w:eastAsia="Times New Roman" w:cs="Times New Roman"/>
        </w:rPr>
        <w:t>Рейган Даниялдың он бірінші тарауының алғашқы аяттарында айқындалатын сегіз президенттің біріншісі болды, әрі ол сол сегіз президенттің ішіндегі антихристпен пайғамбарлық байланысы бар үшеуінің де алғашқысы болып табылады. Рейган, Обама және Трамптың үш одағының рәміздігінде ақиқаттың таңбасын ажыратуға болады. Рейган, біріншісі ретінде, соңғыны бейнелейді, ал Рейган мен Трамп арасындағы әртүрлі параллельдер таңғаларлық әрі мол. Еврейдің “ақиқат” сөзін орнықтыратын үш қадамның ортаңғы жол белгісі — бүлік, ал Обаманың президенттігі соның аса классикалық үлгісі болып табылады. 2025 жылғы 8 мамырда алғаш рет Америка Құрама Штаттарынан шыққан папа таққа отырғызылды, және Рейганның құпия одағы Трамптың ашық одағына жеткен еді. 2025 жылы папалық 1798 жылдан бері өз күрестерінің нақ нысанасы болып келген Америка Құрама Штаттарының даңқты жерінен шыққан папаны ашық түрде салтанатты түрде қызметке кіргізді. Малахи Мартиннің алдын ала айтқанының орындалуы үшін қалғаны — айдаһардың, аңның және жалған пайғамбардың үштік одағы жүзеге асырылатын жексенбілік заң ғана еді.</w:t>
      </w:r>
    </w:p>
    <w:p>
      <w:pPr>
        <w:pStyle w:val="ArticleScripture"/>
        <w:jc w:val="left"/>
      </w:pPr>
      <w:r>
        <w:rPr>
          <w:rFonts w:ascii="Times New Roman" w:hAnsi="Times New Roman" w:eastAsia="Times New Roman" w:cs="Times New Roman"/>
        </w:rPr>
        <w:t>«Құдай заңының бұзылуымен Папалықтың орнауын мәжбүрлеп енгізетін жарлық арқылы біздің ұлтымыз өзін әділдіктен толықтай ажыратады. Протестантизм шығанақтың арғы жағына қолын созып, Рим билігінің қолын ұстағанда, ол тұңғиықтың арғы жағына жетіп, Спиритизммен қол алысқанда, осы үштік одақтың ықпалымен біздің еліміз өзінің Конституциясындағы протестанттық әрі республикалық үкімет ретіндегі әрбір қағиданы теріске шығарып, папалық жалғандықтар мен алдаулардың таралуына жағдай жасағанда, сонда біз Шайтанның ғажайып әрекетінің уақыты келгенін және ақырдың жақын екенін біле аламыз». Testimonies, 5-том, 451-бет.</w:t>
      </w:r>
    </w:p>
    <w:p>
      <w:pPr>
        <w:pStyle w:val="ArticleBody"/>
        <w:jc w:val="left"/>
      </w:pPr>
      <w:r>
        <w:rPr>
          <w:rFonts w:ascii="Times New Roman" w:hAnsi="Times New Roman" w:eastAsia="Times New Roman" w:cs="Times New Roman"/>
        </w:rPr>
        <w:t>2026 жылғы 4 шілдеде Трамп өзінің президенттігінің дәл ортасында тұрып, сол «250» жылды атап өтуді көздеп отыр. Сол ортаңғы нүкте — Рафиа шайқасы мен Паниум шайқасының арасындағы б.з.д. 207 жыл. Сол он жеті жылдың ортаңғы нүктесі, сондай-ақ, 313 жылды бейнелейтін Неронның он жеті жылының басталуын да айқындайды, әрі 321 жылғы жексенбілік заңға және он алтыншы аятқа алып баратын қауым мен мемлекеттің — аңның бейнесінің — біртіндеп орнатылуын көрсетеді. Бұл кезең 313 жылы шығыс пен батыстың некелесуімен басталады, ол батыстың өкілі Константиннің өгей қызы мен шығыстың өкілі Лициний арқылы бейнеленген. Шығыс пен батыс арасындағы неке одағымен басталған бұл кезең шығыс пен батыстың ажырауымен, яғни некенің бұзылуымен, аяқталады. Ортаңғы уақ белгісі — алғашқы жексенбілік заң.</w:t>
      </w:r>
    </w:p>
    <w:p>
      <w:pPr>
        <w:pStyle w:val="ArticleBody"/>
        <w:jc w:val="left"/>
      </w:pPr>
      <w:r>
        <w:rPr>
          <w:rFonts w:ascii="Times New Roman" w:hAnsi="Times New Roman" w:eastAsia="Times New Roman" w:cs="Times New Roman"/>
        </w:rPr>
        <w:t>Рейган, Обама және Трамп пайғамбарлық тұрғыдан Аян кітабының он төртінші тарауында үш періште ретінде бейнеленген мәңгілік Ізгі хабардың үш қадамы арқылы басқарылып отыр. Екінші қадам болып табылатын Обаманың президенттігі кезінде екі папа болды. Ояу идеологиясын ұстанған папа Франциск 1981 жылғы 25 қарашадан бастап 2005 жылғы 19 сәуірде папа болып сайланғанға дейін Сенім ілімі жөніндегі қауымның (CDF) басшысы қызметін атқарған Йозеф Ратцингерден (кейінірек Папа Бенедикт XVI) кейін келді. Ратцингер отставкаға кетті, ал Франциск өз билігін бастады, осылайша Обаманың билігі кезінде папалардың екіленуі орын алды.</w:t>
      </w:r>
    </w:p>
    <w:p>
      <w:pPr>
        <w:pStyle w:val="ArticleBody"/>
        <w:jc w:val="left"/>
      </w:pPr>
      <w:r>
        <w:rPr>
          <w:rFonts w:ascii="Times New Roman" w:hAnsi="Times New Roman" w:eastAsia="Times New Roman" w:cs="Times New Roman"/>
        </w:rPr>
        <w:t>Обамаға өзін бір мезгілде әрі гетеросексуал, әрі гомосексуал ретінде көрсетеді деген айып тағылады, әрі ол мұсылман бола тұра, діннен тайған протестанттық Американың жалған пайғамбарының нышаны болып табылады; мұсылмандық болса, бұл — жалған пайғамбар Мұхаммедтің де діні. Обама даңқты елдің саяси жүйесінің өкілі — Аян кітабының он алтыншы тарауындағы жалған пайғамбар болды, бірақ оның нақты саяси ниеттестігі жаһанданушылармен — айдаһармен — үйлесіп жатты. Пайғамбарлық тұрғыдан Обама екі жалған дінді, екі жыныстық бағдарды және екі саяси жүйені бейнелейтін шизофрениялық сипатқа ие, әрі оның билігі тұсында екі антихрист болды. Жыныстық бағдары, саяси ұстанымы немесе діни сенімі болсын, Обама әр салада да өзін жасырын ұстауға берік болды. Кейбіреулер оны америкалық азаматтарды өзара бөлуге бағытталған әрекеттері үшін «Бөлуші Обама» деп атаған; бұл оның бүркемеленген жеке, саяси және діни сенімдерінен де көрініс табады.</w:t>
      </w:r>
    </w:p>
    <w:p>
      <w:pPr>
        <w:pStyle w:val="ArticleBody"/>
        <w:jc w:val="left"/>
      </w:pPr>
      <w:r>
        <w:rPr>
          <w:rFonts w:ascii="Times New Roman" w:hAnsi="Times New Roman" w:eastAsia="Times New Roman" w:cs="Times New Roman"/>
        </w:rPr>
        <w:t>Обама билігінің тұсындағы алғашқы антихрист папа болмай тұрып, Сенім ілімі жөніндегі Қауымды жиырма төрт жыл басқарған еді. Сенім ілімі жөніндегі Қауым — бастапқыда Инквизиция кеңсесі деп аталған мекеменің қазіргі атауы. Обама кезеңінің бүлігі еврей тіліндегі «ақиқат» сөзіндегі “13” санымен сәйкеседі; бұл сөз еврей әліпбиінің бірінші әрпінен (Рейган), он үшінші әрпінен (Обама) және Трамп — жиырма екінші әрпінен тұрады. Инквизиция, сөзсіз, бүліктің нышаны болып табылады. Папа Бенедикт 2013 жылы, исламның жалған пайғамбарлары мен діннен тайған протестантизмнің нышанының шизофрениялық билігі кезінде, өз тағынан Францискке бас тартты.</w:t>
      </w:r>
    </w:p>
    <w:p>
      <w:pPr>
        <w:pStyle w:val="ArticleBody"/>
        <w:jc w:val="left"/>
      </w:pPr>
      <w:r>
        <w:rPr>
          <w:rFonts w:ascii="Times New Roman" w:hAnsi="Times New Roman" w:eastAsia="Times New Roman" w:cs="Times New Roman"/>
        </w:rPr>
        <w:t>Мәңгілік Ізгі хабардағы екінші қадам — көрнекі сынақ, әрі Обама мен екі папаның арасындағы қатынастан көрінетіні — Инквизиция кеңсесі бейнелейтін қудалау мен woke папа бейнелейтін жаһанданушылардың жер-анаға табынуға деген әуестігі арасындағы байланыс. Обаманың мұсылмандық сенімі Ислам арқылы туындаған халықтардың қаһарын және протестант деген атау білдіретін жауапкершілікті орындауда жолдан тайған протестантизмнің сәтсіздігін білдіреді. Протестант Римге қарсы наразылық білдіруі тиіс, бірақ ешқашан Римге бас июге тиіс емес.</w:t>
      </w:r>
    </w:p>
    <w:p>
      <w:pPr>
        <w:pStyle w:val="ArticleBody"/>
        <w:jc w:val="left"/>
      </w:pPr>
      <w:r>
        <w:rPr>
          <w:rFonts w:ascii="Times New Roman" w:hAnsi="Times New Roman" w:eastAsia="Times New Roman" w:cs="Times New Roman"/>
        </w:rPr>
        <w:t>Үш папаның алғашқысы әлемге өзінің Фатиманың католиктік бағыт-бағдар беруші пайғамбарлығындағы «ізгі папа» екеніне сенетінін жариялайды. Иоанн Павел II өзін Фатиманың «ізгі папасы» деп санады; оның сенімінше, папалық, Америка Құрама Штаттары және жаһанданушылар арасындағы үшжақты күрес аяқталған кезде, дәл сол бүкіл әлемді темір таяқпен ақырында билейтін болады.</w:t>
      </w:r>
    </w:p>
    <w:p>
      <w:pPr>
        <w:pStyle w:val="ArticleBody"/>
        <w:jc w:val="left"/>
      </w:pPr>
      <w:r>
        <w:rPr>
          <w:rFonts w:ascii="Times New Roman" w:hAnsi="Times New Roman" w:eastAsia="Times New Roman" w:cs="Times New Roman"/>
        </w:rPr>
        <w:t>Келесі президенттік айдаһардың жаһанданушыларының рөлін, Исламның халықтарды ашуландыруын, және жолдан тайған протестантизмнің протестант болудан қалғанын жариялайды. 2025 жылы ұлықталған Трамп президенттігі 2025 жылдың антихристімен ашық түрде үйлеседі. Рим мен Америка Құрама Штаттарының осы үш одағының нұры Рафия шайқасының аяқталуы мен Паний шайқасының басталуы тарихында ашылып көрсетіледі. Он жеті жылдың басындағы Лициний мен Константин патшалықтарының некелік одағы 2025 жылғы одақты бейнелейді.</w:t>
      </w:r>
    </w:p>
    <w:p>
      <w:pPr>
        <w:pStyle w:val="ArticleBody"/>
        <w:jc w:val="left"/>
      </w:pPr>
      <w:r>
        <w:rPr>
          <w:rFonts w:ascii="Times New Roman" w:hAnsi="Times New Roman" w:eastAsia="Times New Roman" w:cs="Times New Roman"/>
        </w:rPr>
        <w:t>2025 жылғы одақ — он қыз туралы астарлы әңгіменің жалған көшірмесі. Әуелі неке жүзеге асады, содан кейін ақырында некенің екінші кезеңіне, яғни неке толық орындалып, есік жабылатын сәтке алып баратын тергеу кезеңі келеді. Он қыз туралы астарлы әңгіменің бұл жалған көшірмесі 2025 жылы басталды және Даниял 11-тараудың он алтыншы және қырық бірінші аяттарындағы таяу келе жатқан жексенбілік заң кезінде толық жүзеге асады. Бұл жалған некеде әке — Шайтан, күйеу жігіт — папалық, ал қалыңдық — діннен тайған протестант Америкасы. Даниял 11-тараудың он төртінші аятында Даниял халқының тонаушылары — аянды орнықтыратын Рим. Римді аянды орнықтыратын нышан деп Уильям Миллер жасаған айқындауды қабылдамай тастау — бірінші періштенің хабарын және Жақия Шомылдырушының хабарын қабылдамай тастаумен пара-пар. Қазіргі антихрист 2025 жылы қызметке кіріскенде, ол сегіз президент туралы аянды орнықтырды және он төртінші аятты орындады.</w:t>
      </w:r>
    </w:p>
    <w:p>
      <w:pPr>
        <w:pStyle w:val="ArticleBody"/>
        <w:jc w:val="left"/>
      </w:pPr>
      <w:r>
        <w:rPr>
          <w:rFonts w:ascii="Times New Roman" w:hAnsi="Times New Roman" w:eastAsia="Times New Roman" w:cs="Times New Roman"/>
        </w:rPr>
        <w:t>Біз қазір ғибадатхана сынағындамыз; бұл лакмус және үшінші сынақтың алдында келетін екінші сынақ.</w:t>
      </w:r>
    </w:p>
    <w:p>
      <w:pPr>
        <w:pStyle w:val="ArticleBody"/>
        <w:jc w:val="left"/>
      </w:pPr>
      <w:r>
        <w:rPr>
          <w:rFonts w:ascii="Times New Roman" w:hAnsi="Times New Roman" w:eastAsia="Times New Roman" w:cs="Times New Roman"/>
        </w:rPr>
        <w:t>Келесі мақалада осы мәселелерді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бесінші сан</dc:title>
  <dc:subject>«250» — үш рет</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