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Он алтыншы</w:t>
      </w:r>
    </w:p>
    <w:p>
      <w:pPr>
        <w:pStyle w:val="ArticleSubtitle"/>
        <w:jc w:val="left"/>
      </w:pPr>
      <w:r>
        <w:rPr>
          <w:rFonts w:ascii="Arial" w:hAnsi="Arial" w:eastAsia="Arial" w:cs="Arial"/>
        </w:rPr>
        <w:t>Ақырзаман уақыты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2026-02-19</w:t>
      </w:r>
    </w:p>
    <w:p>
      <w:pPr>
        <w:pStyle w:val="ArticleBody"/>
        <w:jc w:val="left"/>
      </w:pPr>
      <w:r>
        <w:rPr>
          <w:rFonts w:ascii="Times New Roman" w:hAnsi="Times New Roman" w:eastAsia="Times New Roman" w:cs="Times New Roman"/>
        </w:rPr>
        <w:t>Даниелдің он бірінші тарауы Дональд Трампты Киелі кітап пайғамбарлығындағы алтыншы патшалықтың соңғы президенті ретінде таныстырудан басталады. Кирдің үшінші жылында, яғни оныншы тарауда аян басталған тұста, он бірінші тараудың бірінші аяты «сондай-ақ» деген сөзбен толықтырылады.</w:t>
      </w:r>
    </w:p>
    <w:p>
      <w:pPr>
        <w:pStyle w:val="ArticleScripture"/>
        <w:jc w:val="left"/>
      </w:pPr>
      <w:r>
        <w:rPr>
          <w:rFonts w:ascii="Times New Roman" w:hAnsi="Times New Roman" w:eastAsia="Times New Roman" w:cs="Times New Roman"/>
        </w:rPr>
        <w:t>Сондай-ақ мен де мидиялық Дарийдің патшалығының бірінші жылында оны бекітіп, нығайту үшін тұрдым. Даниял 11:1.</w:t>
      </w:r>
    </w:p>
    <w:p>
      <w:pPr>
        <w:pStyle w:val="ArticleBody"/>
        <w:jc w:val="left"/>
      </w:pPr>
      <w:r>
        <w:rPr>
          <w:rFonts w:ascii="Times New Roman" w:hAnsi="Times New Roman" w:eastAsia="Times New Roman" w:cs="Times New Roman"/>
        </w:rPr>
        <w:t>Ғабриел он бірінші тараудағы баяндауын бастағанда, Дарийге дейін қайта оралып, оны Кирмен байланыстыруға мұқият қарайды. Оныншы тарау он екінші тараудың соңғы аятына дейін біртұтас аян ретінде жалғасады, әрі ол Кирдің үшінші жылында басталады.</w:t>
      </w:r>
    </w:p>
    <w:p>
      <w:pPr>
        <w:pStyle w:val="ArticleScripture"/>
        <w:jc w:val="left"/>
      </w:pPr>
      <w:r>
        <w:rPr>
          <w:rFonts w:ascii="Times New Roman" w:hAnsi="Times New Roman" w:eastAsia="Times New Roman" w:cs="Times New Roman"/>
        </w:rPr>
        <w:t>Парсы патшасы Күрештің үшінші жылында есімі Белтешазар деп аталған Даниялға бір нәрсе аян етілді; және ол нәрсе шын еді, бірақ белгіленген уақыт ұзақ болатын; сондықтан ол сол нәрсені ұғып, аянды түсінді. Даниял 10:1.</w:t>
      </w:r>
    </w:p>
    <w:p>
      <w:pPr>
        <w:pStyle w:val="ArticleBody"/>
        <w:jc w:val="left"/>
      </w:pPr>
      <w:r>
        <w:rPr>
          <w:rFonts w:ascii="Times New Roman" w:hAnsi="Times New Roman" w:eastAsia="Times New Roman" w:cs="Times New Roman"/>
        </w:rPr>
        <w:t>Дарий Кирмен бірге мидиялықтар мен парсылардың қос халықтық нышанын құрайды; бұл Құрама Штаттардағы республикализм мен протестантизмнің қосарлы билігін бейнелейді; осылайша, ақыр заманның қосарлы нышанын білдіреді. Ежелгі Исраилдің басында Һарон мен Мұсаның туылуы Ыбырайымның төрт жүз жылдық пайғамбарлығының аяқталу уақытын белгіледі; сол сияқты, ежелгі Исраилдің соңында Шомылдыру рәсімін жасаушы Жақия мен Мәсіхтің туылуы да ақыр заманның екі межесін білдірді. Иса әрдайым ақырды бастау арқылы бейнелейді.</w:t>
      </w:r>
    </w:p>
    <w:p>
      <w:pPr>
        <w:pStyle w:val="ArticleBody"/>
        <w:jc w:val="left"/>
      </w:pPr>
      <w:r>
        <w:rPr>
          <w:rFonts w:ascii="Times New Roman" w:hAnsi="Times New Roman" w:eastAsia="Times New Roman" w:cs="Times New Roman"/>
        </w:rPr>
        <w:t>Дарий мен Кир бірге Бабылдағы жетпіс жылдық тұтқындық аяқталған, ақырзаман уақыты ретінде бейнеленген межені білдіреді.</w:t>
      </w:r>
    </w:p>
    <w:p>
      <w:pPr>
        <w:pStyle w:val="ArticleScripture"/>
        <w:jc w:val="left"/>
      </w:pPr>
      <w:r>
        <w:rPr>
          <w:rFonts w:ascii="Times New Roman" w:hAnsi="Times New Roman" w:eastAsia="Times New Roman" w:cs="Times New Roman"/>
        </w:rPr>
        <w:t>«Қуғын-сүргіннің толассыз жүрген осы ұзақ кезеңінде жер бетіндегі Құдайдың шіркеуі жер аударылу дәуірінде Бабылда тұтқында болған Исраил ұлдары қандай шын мәнінде тұтқында болса, дәл сондай шын мәнінде тұтқында болды». Пророки и цари, 714.</w:t>
      </w:r>
    </w:p>
    <w:p>
      <w:pPr>
        <w:pStyle w:val="ArticleBody"/>
        <w:jc w:val="left"/>
      </w:pPr>
      <w:r>
        <w:rPr>
          <w:rFonts w:ascii="Times New Roman" w:hAnsi="Times New Roman" w:eastAsia="Times New Roman" w:cs="Times New Roman"/>
        </w:rPr>
        <w:t>Дарий мен Кир 1798 және 1799 жылдарды бейнелейді; олар рухани Исраилдің рухани Бабылдағы параллельді тұтқындығы аяқталған ақырзаман уақытын білдіреді. 1798 жыл Рим жезөкшесі мініп отырған аң ретінде бейнеленген папалықтың саяси жүйесінің аяқталғанын көрсетті.</w:t>
      </w:r>
    </w:p>
    <w:p>
      <w:pPr>
        <w:pStyle w:val="ArticleScripture"/>
        <w:jc w:val="left"/>
      </w:pPr>
      <w:r>
        <w:rPr>
          <w:rFonts w:ascii="Times New Roman" w:hAnsi="Times New Roman" w:eastAsia="Times New Roman" w:cs="Times New Roman"/>
        </w:rPr>
        <w:t>Содан кейін ол мені рухта шөлге алып кетті; сонда мен жеті басы мен он мүйізі бар, күпірлік есімдеріне толы, алқызыл түсті мақұлықтың үстінде отырған бір әйелді көрдім. Аян 17:3.</w:t>
      </w:r>
    </w:p>
    <w:p>
      <w:pPr>
        <w:pStyle w:val="ArticleBody"/>
        <w:jc w:val="left"/>
      </w:pPr>
      <w:r>
        <w:rPr>
          <w:rFonts w:ascii="Times New Roman" w:hAnsi="Times New Roman" w:eastAsia="Times New Roman" w:cs="Times New Roman"/>
        </w:rPr>
        <w:t>Наполеон 1798 жылы аңның өмірін аяқтады, ал 1799 жылы аңға мініп отырған әйел айдауда қайтыс болды. 1989 жылы Рональд Рейган да, ұлы Джордж Буш та президент болды, бұл 1989 жылды ақырзаман уақыты ретінде белгілейді. Дарий мен Кир Рейган мен ұлы Бушты білдіреді. Екінші аятта былай делінген:</w:t>
      </w:r>
    </w:p>
    <w:p>
      <w:pPr>
        <w:pStyle w:val="ArticleScripture"/>
        <w:jc w:val="left"/>
      </w:pPr>
      <w:r>
        <w:rPr>
          <w:rFonts w:ascii="Times New Roman" w:hAnsi="Times New Roman" w:eastAsia="Times New Roman" w:cs="Times New Roman"/>
        </w:rPr>
        <w:t>Енді саған шындықты көрсетемін. Міне, Персияда тағы үш патша көтеріледі; ал төртіншісі олардың бәрінен әлдеқайда бай болады; және өз байлығы арқылы күшейген қуатымен ол бәрін Грекия патшалығына қарсы қозғайды. Даниял 11:2.</w:t>
      </w:r>
    </w:p>
    <w:p>
      <w:pPr>
        <w:pStyle w:val="ArticleHeading"/>
        <w:jc w:val="left"/>
      </w:pPr>
      <w:r>
        <w:rPr>
          <w:rFonts w:ascii="Arial" w:hAnsi="Arial" w:eastAsia="Arial" w:cs="Arial"/>
        </w:rPr>
        <w:t>Ояну</w:t>
      </w:r>
    </w:p>
    <w:p>
      <w:pPr>
        <w:pStyle w:val="ArticleBody"/>
        <w:jc w:val="left"/>
      </w:pPr>
      <w:r>
        <w:rPr>
          <w:rFonts w:ascii="Times New Roman" w:hAnsi="Times New Roman" w:eastAsia="Times New Roman" w:cs="Times New Roman"/>
        </w:rPr>
        <w:t>Дарий — Рейган, Кир — ұлы Буш, ал Кирден кейін ерген үшеуі — Клинтон, кіші Буш, Бөлуші Обама, ал төртінші әрі «әлдеқайда бай» президент, ол Грекияның жаһанданушыларын түрткілеген — Трамп болды. «Түрткілеу» деген сөз ояту дегенді білдіреді. Трамп 2015 жылы өзінің кандидатурасын жариялаған кезде, Жоел «басқа ұлттар» деп атайтын жаһанданушылар оянды.</w:t>
      </w:r>
    </w:p>
    <w:p>
      <w:pPr>
        <w:pStyle w:val="ArticleScripture"/>
        <w:jc w:val="left"/>
      </w:pPr>
      <w:r>
        <w:rPr>
          <w:rFonts w:ascii="Times New Roman" w:hAnsi="Times New Roman" w:eastAsia="Times New Roman" w:cs="Times New Roman"/>
        </w:rPr>
        <w:t>Басқа ұлттар оянып, Жосафат аңғарына келсін; өйткені Мен сол жерде айналадағы барлық халықтарды соттау үшін отырамын. Орақты салыңдар, өйткені егін пісті; келіңдер, түсіңдер; өйткені сығымдау орны толы, астаулар тасып жатыр; өйткені олардың зұлымдығы ұлы. Қалың жұрт, қалың жұрт шешім аңғарында; өйткені Жаратқан Иенің күні шешім аңғарында жақын. Жоел 3:12–14.</w:t>
      </w:r>
    </w:p>
    <w:p>
      <w:pPr>
        <w:pStyle w:val="ArticleBody"/>
        <w:jc w:val="left"/>
      </w:pPr>
      <w:r>
        <w:rPr>
          <w:rFonts w:ascii="Times New Roman" w:hAnsi="Times New Roman" w:eastAsia="Times New Roman" w:cs="Times New Roman"/>
        </w:rPr>
        <w:t>«Басқа ұлттар» оянғанда, Еhoshaphat аңғарында «Жаратқан Иенің күні жақын». «Jehoshaphat» — Ехобаның соты дегенді білдіреді; ал сол аңғар сондай-ақ шешім аңғары деп те аталады. 2015 жылдан бастап жер шарының «қалың жұрттары» Құдайға қызмет етуге шешім қабылдамау үшін адамдар келтірген әрбір сылтауға арналып дайындалған әртүрлі бауларға қарай қозғала бастайды. 9/11-де тірілердің соты басталды, ал 2015 жылы Трамп президенттікке ұмтылатынын жариялады. 9/11-де кейінгі жаңбырдың алғашқы кезеңі жауа бастады, ал кейінгі жаңбыр — егінді пісіп-жетілуге жеткізетін нәрсе; және 2015 жылы, пісіп-жетілген орақты туындататын сол жаңбырдың он төртінші жылында, Жоел кітабы Дональд Трамп «Грекия патшалығын дүр сілкіндіргенде», немесе Жоел айтқандай, Трамп «2015 жылы басқа ұлттарды оятқанда», жер шарының егіні пісіп-жетіле бастағаны туралы ескертуді жариялайды.</w:t>
      </w:r>
    </w:p>
    <w:p>
      <w:pPr>
        <w:pStyle w:val="ArticleBody"/>
        <w:jc w:val="left"/>
      </w:pPr>
      <w:r>
        <w:rPr>
          <w:rFonts w:ascii="Times New Roman" w:hAnsi="Times New Roman" w:eastAsia="Times New Roman" w:cs="Times New Roman"/>
        </w:rPr>
        <w:t>Даниялдың он бірінші тарауында аталған алғашқы шындық — Дональд Трамптың пайғамбарлық рөлі екенін мойындау маңызды. Даниял кітабында бейнеленген Киелі кітап пайғамбарлығының алғашқы патшалығы — Бабыл. Егер Даниял кітабындағы Бабыл тарихында Набуходоносор пайғамбарлық үлгіні орнықтыру үшін Иләһи аян тарапынан қолданылмаған болса, сол оқиғаны елестетіп көріңіз. Киелі кітап пайғамбарлығының алтыншы патшалығы сол патшалықтың соңғы билеушісінің куәлігінсіз толық болмайды. Алғаш рет аталу қағидасы Даниял үш апта ораза ұстағаннан кейінгі жиырма екінші күні алған аяндағы басты маңызға ие нышан ретінде Трамптың мәнін айқындайды.</w:t>
      </w:r>
    </w:p>
    <w:p>
      <w:pPr>
        <w:pStyle w:val="ArticleScripture"/>
        <w:jc w:val="left"/>
      </w:pPr>
      <w:r>
        <w:rPr>
          <w:rFonts w:ascii="Times New Roman" w:hAnsi="Times New Roman" w:eastAsia="Times New Roman" w:cs="Times New Roman"/>
        </w:rPr>
        <w:t>Бірақ Парсы патшалығының әміршісі маған жиырма бір күн қарсы тұрды; бірақ, міне, бас әміршілердің бірі Михаил маған көмектесуге келді; мен де сонда, Парсы патшаларының қасында, қалдым. Енді мен соңғы күндерде сенің халқыңның басына не түсетінін саған ұқтырмақ болып келдім; өйткені бұл аян әлі талай күндерге арналған. Даниял 10:13, 14.</w:t>
      </w:r>
    </w:p>
    <w:p>
      <w:pPr>
        <w:pStyle w:val="ArticleBody"/>
        <w:jc w:val="left"/>
      </w:pPr>
      <w:r>
        <w:rPr>
          <w:rFonts w:ascii="Times New Roman" w:hAnsi="Times New Roman" w:eastAsia="Times New Roman" w:cs="Times New Roman"/>
        </w:rPr>
        <w:t>Он бірінші тараудың аянынан Құдай халқының соңғы күндерде басынан кешіретіні көрінеді, әрі Трамптың Америка Құрама Штаттарының, ал содан кейін Біріккен Ұлттар Ұйымының басшысы ретіндегі орны — оны түсінуге не түсінбеуге байланысты мәңгілік салдары бар ақиқат. Бұл ақиқаттың соншалық маңызды болғаны сонша, Жәбірейіл оны Даниялға жеткізу үшін, он төртінші аятта, Даниял Жәбірейіл періште берген нұрдың негізінде, аянды орнықтыратындар «сенің халқыңның тонаушылары» екенін жазады. Дональд Трамптың пайғамбарлықтағы қозғалыстарын Даниял он бірдің пайғамбарлық тарихы арқылы оның іздерін тануда Римді үлгі-нұсқа ретінде қолданбай, дұрыс қадағалау мүмкін емес.</w:t>
      </w:r>
    </w:p>
    <w:p>
      <w:pPr>
        <w:pStyle w:val="ArticleBody"/>
        <w:jc w:val="left"/>
      </w:pPr>
      <w:r>
        <w:rPr>
          <w:rFonts w:ascii="Times New Roman" w:hAnsi="Times New Roman" w:eastAsia="Times New Roman" w:cs="Times New Roman"/>
        </w:rPr>
        <w:t>Трамп жексенбілік заң кезеңінде Америка Құрама Штаттарының нышаны ретінде аңның бейнесін жасайды, әрі осылай ету арқылы ол аңды құрметтейді; сондықтан бұл аңның бейнесі, сондай-ақ аңның құрметіне жасалған бейне болып табылады. Аян 17-тарауда папалық — жетінің ішінен шыққан сегізіншісі; ал 1989 жылғы ақырзаман уақытында Рейганнан бергі сегізінші президент — Дональд Трамп, бірақ ол сондай-ақ алтыншысы да, бұл оның жетінің ішінен шыққан сегізінші екенін білдіреді.</w:t>
      </w:r>
    </w:p>
    <w:p>
      <w:pPr>
        <w:pStyle w:val="ArticleBody"/>
        <w:jc w:val="left"/>
      </w:pPr>
      <w:r>
        <w:rPr>
          <w:rFonts w:ascii="Times New Roman" w:hAnsi="Times New Roman" w:eastAsia="Times New Roman" w:cs="Times New Roman"/>
        </w:rPr>
        <w:t>Аян кітабының он жетінші тарауында Жохан үшінші аятта шөлге апарылып, сол жерде аңның үстіне мінген жезөкшені көреді. Барлық ірі протестанттық конфессиялар бұл жезөкшені Католик шіркеуі деп таныған, дегенмен соңғы күндері олардың бәрі өздерінің іргелі сенімдерінен бас тартады. Жохан оны көрген кезде Рим шіркеуі шейіттердің қанына мас болған еді, әрі ол жезөкшелердің анасы деген атақты иеленіп тұрған. Бұл Жоханның 1798 жылға жеткізілгенін көрсетеді; сол кезде папалықта шейіт қанының кінәсі бар еді, әрі бұрынғы кейбір протестанттық шіркеулер Рим-католик қауымына қайта оралып та жатқан болатын. Сол көзқарас нүктесінен Жохан «жеті патшаны» көрді; олардың бесеуі 1798 жылға дейін-ақ құлаған еді, бір патшалық 1798 жылы бар болатын, ал ол патшалық — Америка Құрама Штаттары еді; бірақ бұдан кейін он патшадан тұратын тағы бір патшалық келуге тиіс еді, өйткені Жохан тұрған 1798 жылы жетінші патшалық әлі келмеген болатын. Он патша жексенбілік заң дағдарысының бір сағаты бойы билік жүргізеді, әрі олар өздерінің жетінші патшалығын 1798 жылы өлімші жара алған бесінші патшалықтың аңына беруге келіседі.</w:t>
      </w:r>
    </w:p>
    <w:p>
      <w:pPr>
        <w:pStyle w:val="ArticleBody"/>
        <w:jc w:val="left"/>
      </w:pPr>
      <w:r>
        <w:rPr>
          <w:rFonts w:ascii="Times New Roman" w:hAnsi="Times New Roman" w:eastAsia="Times New Roman" w:cs="Times New Roman"/>
        </w:rPr>
        <w:t>«8» саны қайта тірілуді білдіреді, ал папалық — айдаһардың, аңның және жалған пайғамбардың үштік одағы жуық арада болатын жексенбілік заң кезінде жүзеге асып, оның өлімші жарасы жазылғанда, жетеудің ішінен шыққан сегізіншісі болып табылады. 2020 жылы жаһанданушылар сайлауды Трамптан ұрлап алды, және ол Аян кітабының он бірінші тарауындағы көшелерде өлтірілді. Аян кітабының он бірінші тарауындағы екі куәгер 2020 жылы екеуі де өлтірілген жердегі аңның екі мүйізін білдіреді. Трамп — 1989 жылғы ақыр заман уақытынан бері Рейганнан кейінгі алтыншы президент; бірақ 2024 жылға қарай, ол сондай-ақ алдыңғы жеті патшаның ішінен шыққан сегізіншісі болып табылады. 2024 жылы оның өлімші жарасы жазылды, және сол мезетте ол көріністі орнықтыратын пайғамбарлық рәмізбен мінсіз сәйкестікте жетеудің ішінен шыққан сегізіншісі болды. Егер сенде Рим болмаса, онда сенде Римнің мүсінінің қозғалыстарын қадағалау мүмкіндігі жоқ.</w:t>
      </w:r>
    </w:p>
    <w:p>
      <w:pPr>
        <w:pStyle w:val="ArticleHeading"/>
        <w:jc w:val="left"/>
      </w:pPr>
      <w:r>
        <w:rPr>
          <w:rFonts w:ascii="Arial" w:hAnsi="Arial" w:eastAsia="Arial" w:cs="Arial"/>
        </w:rPr>
        <w:t>MAGA</w:t>
      </w:r>
    </w:p>
    <w:p>
      <w:pPr>
        <w:pStyle w:val="ArticleBody"/>
        <w:jc w:val="left"/>
      </w:pPr>
      <w:r>
        <w:rPr>
          <w:rFonts w:ascii="Times New Roman" w:hAnsi="Times New Roman" w:eastAsia="Times New Roman" w:cs="Times New Roman"/>
        </w:rPr>
        <w:t>Трамптың Неронның «250» жылы аяқталғанда Ұлы Константин екендігін, не б.з.д. 207 жылы оның Ұлы Антиох екендігін, не тұтас алтын ғасыр қозғалысы Американы «ұлы» етуге негізделген соңғы президент екендігін түсіну үшін, алдымен тараудың Трампты және оның пайғамбарлық рөлін атап өтетінін мойындау қажет.</w:t>
      </w:r>
    </w:p>
    <w:p>
      <w:pPr>
        <w:pStyle w:val="ArticleBody"/>
        <w:jc w:val="left"/>
      </w:pPr>
      <w:r>
        <w:rPr>
          <w:rFonts w:ascii="Times New Roman" w:hAnsi="Times New Roman" w:eastAsia="Times New Roman" w:cs="Times New Roman"/>
        </w:rPr>
        <w:t>Еврей әліпбиінің бірінші, он үшінші және жиырма екінші әріптерінен құралған, еврейше «ақиқат» деген сөзбен бейнеленген «ақиқаттың» қолтаңбасы Рейганды бірінші әріп ретінде, ал Обаманы 2013 жылмен бейнеленген бүліктің он үшінші әрпі ретінде айқындайды; дәл сол жылы Инквизиция кеңсесінің бұрынғы басшысының соңынан алғашқы иезуит папасы келді. Инквизицияның басшысы отставкаға кеткендіктен, оның аяқталу нүктесі иезуит папасының басталу нүктесімен сәйкес келеді. Обаманың екі папасы арасындағы сол байланыс 2013 жылғы 13 наурыз болды. Обама бүліктің он үшінші әрпіне сәйкес келеді, ал жиырма екінші әріп — Трамп.</w:t>
      </w:r>
    </w:p>
    <w:p>
      <w:pPr>
        <w:pStyle w:val="ArticleBody"/>
        <w:jc w:val="left"/>
      </w:pPr>
      <w:r>
        <w:rPr>
          <w:rFonts w:ascii="Times New Roman" w:hAnsi="Times New Roman" w:eastAsia="Times New Roman" w:cs="Times New Roman"/>
        </w:rPr>
        <w:t>Жиырма екінші түзету президентті екі мерзіммен шектейді, әрі мерзімдері бірінен кейін бірі келмеген екі мерзімді президенттерді қарастырғанда, ондайлар екеу ғана. Гровер Кливленд — мерзімдері іркес-тіркес болмаған екі мерзімді президенттердің альфасы, ал Трамп — омегасы. Гровер Кливленд жиырма екінші президент болды, ал Трамп, Кливлендке қатысты омега бола отырып, “22” деген альфалық ерекшелікке ие. Кливленд пен Трамп еврей әліпбиіндегі жиырма екінші әріптің символизмін қамтитын бір альфа мен омеганы бейнелейді. Бірінен кейін бірі келмеген екі мерзімі болған президенттер екеу ғана, ал Трамп — сол екеудің екіншісі. Омеганың екісі мен альфаның жиырма екісін көбейткенде қырық төрт шығады; бұл — 1844 жылдың символы, ал 1844 жылдың жабық есігі бейнелегендей, Жексенбілік заң кезіндегі жабық есіктің де символы. Трамп — президент болған қырық төртінші айрықша тұлға, әрі ол есік Жексенбілік заң кезінде жабылғанда президент болып отыр.</w:t>
      </w:r>
    </w:p>
    <w:p>
      <w:pPr>
        <w:pStyle w:val="ArticleBody"/>
        <w:jc w:val="left"/>
      </w:pPr>
      <w:r>
        <w:rPr>
          <w:rFonts w:ascii="Times New Roman" w:hAnsi="Times New Roman" w:eastAsia="Times New Roman" w:cs="Times New Roman"/>
        </w:rPr>
        <w:t>Трамп Ұлы Кир арқылы бейнеленген. Ұлы Кир бірінші жарлықты шығарды, ал Ұлы Артаксеркс үшінші жарлықты шығарды. Бірінші мен үшінші бір-біріне сәйкес келеді, өйткені Иса әрдайым ақырды бастау арқылы көрсетеді. Неронның «250» жылы Ұлы Константин арқылы бейнеленіп аяқталғанда, Трамп сол жерде болады. Б.з.д. 457 жылдан басталатын «250» жылдың соңында Трамп 2024 жылы он үшінші аяттың орындалуы ретінде бұрынғыдан да күштірек қайтып келген Ұлы Антиох арқылы бейнеленеді.</w:t>
      </w:r>
    </w:p>
    <w:p>
      <w:pPr>
        <w:pStyle w:val="ArticleScripture"/>
        <w:jc w:val="left"/>
      </w:pPr>
      <w:r>
        <w:rPr>
          <w:rFonts w:ascii="Times New Roman" w:hAnsi="Times New Roman" w:eastAsia="Times New Roman" w:cs="Times New Roman"/>
        </w:rPr>
        <w:t>Өйткені солтүстіктің патшасы қайта оралып, бұрынғысынан да көп санды қол жинайды; және белгілі бір жылдар өткен соң, үлкен әскермен әрі мол байлықпен міндетті түрде келеді. Даниял 11:13.</w:t>
      </w:r>
    </w:p>
    <w:p>
      <w:pPr>
        <w:pStyle w:val="ArticleBody"/>
        <w:jc w:val="left"/>
      </w:pPr>
      <w:r>
        <w:rPr>
          <w:rFonts w:ascii="Times New Roman" w:hAnsi="Times New Roman" w:eastAsia="Times New Roman" w:cs="Times New Roman"/>
        </w:rPr>
        <w:t>Жексенбілік заң енгізілген кезде Америка Құрама Штаттарын Рим бағындырғанда, содан кейін дүниедегі әрбір ел Римнің алдында тағзым етуге мәжбүр болады.</w:t>
      </w:r>
    </w:p>
    <w:p>
      <w:pPr>
        <w:pStyle w:val="ArticleScripture"/>
        <w:jc w:val="left"/>
      </w:pPr>
      <w:r>
        <w:rPr>
          <w:rFonts w:ascii="Times New Roman" w:hAnsi="Times New Roman" w:eastAsia="Times New Roman" w:cs="Times New Roman"/>
        </w:rPr>
        <w:t>«Шетел халықтары Америка Құрама Штаттарының үлгісіне ереді. Ол бастапқы болып жол бастаса да, сол дағдарыс дүниенің барлық бөліктеріндегі халқымыздың басына келеді». Testimonies, volume 6, 395.</w:t>
      </w:r>
    </w:p>
    <w:p>
      <w:pPr>
        <w:pStyle w:val="ArticleBody"/>
        <w:jc w:val="left"/>
      </w:pPr>
      <w:r>
        <w:rPr>
          <w:rFonts w:ascii="Times New Roman" w:hAnsi="Times New Roman" w:eastAsia="Times New Roman" w:cs="Times New Roman"/>
        </w:rPr>
        <w:t>«Бөтен халықтар» мұны жуықта келетін жексенбілік заң кезінде Біріккен Ұлттар Ұйымының басшылығын өз мойнына алатын Америка Құрама Штаттарының мәжбүрлеуімен істейді. Біріккен Ұлттар Ұйымы — Аян 17-тараудағы он патша; оларды Езабелге үйленген солтүстік он рудың патшасы Ахаб билейді. Езабелдің Ахабқа тұрмысқа шығуы — жуықта келетін жексенбілік заң кезінде неке толық іске асатын сол неке. Жексенбілік заң кезінде Америка Құрама Штаттары, Даниял он бірінші тараудағы даңқты жер және Аян он үшінші тараудағы жерден шыққан аң, Киелі кітап пайғамбарлығындағы алтыншы патшалық ретіндегі өз тарихын аяқтайды. Кармил тауында Ілия Бағалдың 850 пайғамбарын және Езабелдің дастарқанынан ас ішкен тоғайдың діни қызметкерлерін өлтіреді. Америка Құрама Штаттары жуықта келетін жексенбілік заң кезінде, Кармил тауындағы жалған пайғамбарлар өлтірілгендей, өлтіріледі. Одан кейінгі оқиға Ілияның Ахаб пен Езабелге қарсы тұруы туралы, ал Ахаб — Езабелмен алғаш азғындық жасаған біреу басқаратын он еселенген патшалықтың өкілі. Езабел әрбір патшалықпен азғындық жасауды көздейді, бірақ Ахаб мұны алғаш істегеннің өкілі, ал Кармил тауында өлетін де Америка Құрама Штаттары, сөйтіп ол сол сәтте-ақ Езабелдің алғашқы көңілдесіне айналады. Даниял он бірінші тарау тұрғысынан алғанда, дәл сол жерде, жексенбілік заң кезінде, Трамп Александр Македонский арқылы бейнеленген Грекияның құдіретті патшасы ретінде көтеріледі.</w:t>
      </w:r>
    </w:p>
    <w:p>
      <w:pPr>
        <w:pStyle w:val="ArticleScripture"/>
        <w:jc w:val="left"/>
      </w:pPr>
      <w:r>
        <w:rPr>
          <w:rFonts w:ascii="Times New Roman" w:hAnsi="Times New Roman" w:eastAsia="Times New Roman" w:cs="Times New Roman"/>
        </w:rPr>
        <w:t>Сонда ұлы билікпен үстемдік жүргізетін, өз еркіне қарай әрекет ететін құдіретті бір патша көтеріледі. Бірақ ол көтерілген кезде, оның патшалығы бытырап, аспанның төрт желіне қарай бөлінеді; әрі ол оның ұрпағына да өтпейді, оның жүргізген үстемдігіне сай да болмайды; өйткені оның патшалығы түбірімен жұлынып алынып, солардан өзге басқаларға беріледі. Даниял 11:3, 4.</w:t>
      </w:r>
    </w:p>
    <w:p>
      <w:pPr>
        <w:pStyle w:val="ArticleBody"/>
        <w:jc w:val="left"/>
      </w:pPr>
      <w:r>
        <w:rPr>
          <w:rFonts w:ascii="Times New Roman" w:hAnsi="Times New Roman" w:eastAsia="Times New Roman" w:cs="Times New Roman"/>
        </w:rPr>
        <w:t>Дональд Трамп осы аятта бейнеленіп, кейіннен Ұлы Александрдың тарихы арқылы нышандалатын Біріккен Ұлттар Ұйымының «құдіретті патшасы» ретінде көтеріледі. Ол көтерілген кезде, Киелі кітап пайғамбарлығындағы алтыншы патшалық — Америка Құрама Штаттары — аяқталып, Аян кітабының он жетінші тарауындағы он патшаның жетінші патшалығы басталады. Он патша өздерінің жетінші патшалығын сол жерде әрі сол сәтте жеті алдыңғы патшалықтың бірі болып табылатын сегізінші патшалық — папалық билікке беруге келісу арқылы бастайды. Олардың келісімі Құдайдың еркін орындау үшін болды, ал Оның еркі ақиқат Жазбаларында жол үстіне жол түрінде бейнеленген.</w:t>
      </w:r>
    </w:p>
    <w:p>
      <w:pPr>
        <w:pStyle w:val="ArticleHeading"/>
        <w:jc w:val="left"/>
      </w:pPr>
      <w:r>
        <w:rPr>
          <w:rFonts w:ascii="Arial" w:hAnsi="Arial" w:eastAsia="Arial" w:cs="Arial"/>
        </w:rPr>
        <w:t>Римнің бейнесін білдіре отырып</w:t>
      </w:r>
    </w:p>
    <w:p>
      <w:pPr>
        <w:pStyle w:val="ArticleBody"/>
        <w:jc w:val="left"/>
      </w:pPr>
      <w:r>
        <w:rPr>
          <w:rFonts w:ascii="Times New Roman" w:hAnsi="Times New Roman" w:eastAsia="Times New Roman" w:cs="Times New Roman"/>
        </w:rPr>
        <w:t>Даниялдың он бірінші тарауының бесінші тармақтан тоғызыншы тармаққа дейінгі аяттары сол тараудың отыз бірінші тармақтан қырқыншы тармаққа дейін баяндалған папалық биліктің тарихын кемел түрде бейнелейтін пайғамбарлық тарих арқылы орындалды. Бесінші тармақтан тоғызыншы тармаққа дейінгі тарихи желі отыз бірінші тармақтан қырқыншы тармаққа дейінгі тарихи желімен қатарласады. Екі желі де папалық Римді бейнелейтін биліктің әуелі үш кедергіні жеңіп шыққанын, белгілі бір кезең бойы билік жүргізгенін, содан кейін оларды өлімге соқтыратын жарақатқа ұшыратқан оңтүстіктің патшасын өздеріне қарсы әкелген бұзылған келісімнің болғанын көрсетеді. Осы екі желі неғұрлым мұқият зерттеліп, тарихпен салыстырылған сайын, олардың соншалықты терең дәл екендігі соғұрлым айқынырақ танылады. Олардың дәлдігі аяттар ішіндегі құрылымды қаншалықты жақын бейнелейтініне де, сондай-ақ сол аяттарды орындаған тарихқа да қатысты.</w:t>
      </w:r>
    </w:p>
    <w:p>
      <w:pPr>
        <w:pStyle w:val="ArticleBody"/>
        <w:jc w:val="left"/>
      </w:pPr>
      <w:r>
        <w:rPr>
          <w:rFonts w:ascii="Times New Roman" w:hAnsi="Times New Roman" w:eastAsia="Times New Roman" w:cs="Times New Roman"/>
        </w:rPr>
        <w:t>Бес аятты орындаған тарих отыз бірінші аяттан қырықыншы аятқа дейін баяндалған папалық Римнің тарихымен қатарласып, соған сәйкес келеді және оныншы аяттан он бесінші аятқа дейін Антиох Ұлының енгізілуіне негіз қалайды.</w:t>
      </w:r>
    </w:p>
    <w:p>
      <w:pPr>
        <w:pStyle w:val="ArticleScripture"/>
        <w:jc w:val="left"/>
      </w:pPr>
      <w:r>
        <w:rPr>
          <w:rFonts w:ascii="Times New Roman" w:hAnsi="Times New Roman" w:eastAsia="Times New Roman" w:cs="Times New Roman"/>
        </w:rPr>
        <w:t>Бірақ оның ұлдары қозғалысқа келіп, көптеген зор әскерлерді жинайды; сонда олардың біреуі сөзсіз келіп, тасып өтіп, алға басады; содан кейін ол қайта оралып, өзінің бекінісіне дейін өршеленеді. Даниял 11:10.</w:t>
      </w:r>
    </w:p>
    <w:p>
      <w:pPr>
        <w:pStyle w:val="ArticleBody"/>
        <w:jc w:val="left"/>
      </w:pPr>
      <w:r>
        <w:rPr>
          <w:rFonts w:ascii="Times New Roman" w:hAnsi="Times New Roman" w:eastAsia="Times New Roman" w:cs="Times New Roman"/>
        </w:rPr>
        <w:t>Оныншы аяттың орындалуы ретінде Ұлы Антиох Мысырдың қамалына дейін жеңіске жетіп, сол жерде қайта топтасу үшін жорықты аяқтады. Сол тарих осы тараудың қырқыншы аятында бейнеленген 1989 жылғы Кеңес Одағының күйреуінің бейнесі болып табылады.</w:t>
      </w:r>
    </w:p>
    <w:p>
      <w:pPr>
        <w:pStyle w:val="ArticleScripture"/>
        <w:jc w:val="left"/>
      </w:pPr>
      <w:r>
        <w:rPr>
          <w:rFonts w:ascii="Times New Roman" w:hAnsi="Times New Roman" w:eastAsia="Times New Roman" w:cs="Times New Roman"/>
        </w:rPr>
        <w:t>Соңғы уақытта оңтүстіктің патшасы оған қарсы түрткі жасайды; ал солтүстіктің патшасы арбалармен, салт аттылармен және көптеген кемелермен құйын сияқты оған қарсы келеді; және ол елдерге басып кіріп, тасқындай асып өтеді. Даниял 11:40.</w:t>
      </w:r>
    </w:p>
    <w:p>
      <w:pPr>
        <w:pStyle w:val="ArticleBody"/>
        <w:jc w:val="left"/>
      </w:pPr>
      <w:r>
        <w:rPr>
          <w:rFonts w:ascii="Times New Roman" w:hAnsi="Times New Roman" w:eastAsia="Times New Roman" w:cs="Times New Roman"/>
        </w:rPr>
        <w:t>Оныншы аяттағы “сөзсіз келеді, тасып өтеді де, өтіп кетеді” деген тіркес қырықыншы аяттағы “ол елдерге кіреді, тасып өтіп, өте шығады” дегенмен иврит тілінде бірдей. Екі аят та солтүстіктің патшасы (оныншы аятта Антиох, ал қырықыншы аятта Рейган) оңтүстіктің патшасын (оныншы аятта Птолемей, ал қырықыншы аятта Кеңес Одағы) жеңетін уақытты айқындайды. Екі шабуыл да оңтүстік патшасының бұған дейінгі жеңісіне (бесінші аяттан тоғызыншы аятқа дейін Птолемейдің, ал қырықыншы аятта Наполеонның) жауап ретінде жасалған қарымта соққы болды. Шабуыл жасаған оңтүстік патшаның түрткісі бұзылған келісім болды (бесінші аяттан тоғызыншы аятқа дейін Береникенің некесі және Наполеонмен 1797 жылғы Толентино шартының бұзылуы). Аяттарда бейнеленген пайғамбарлық құрылым мен бұл аяттардың кейін тарихта орындалуы да Ишая 8:8-мен сәйкес келеді.</w:t>
      </w:r>
    </w:p>
    <w:p>
      <w:pPr>
        <w:pStyle w:val="ArticleScripture"/>
        <w:jc w:val="left"/>
      </w:pPr>
      <w:r>
        <w:rPr>
          <w:rFonts w:ascii="Times New Roman" w:hAnsi="Times New Roman" w:eastAsia="Times New Roman" w:cs="Times New Roman"/>
        </w:rPr>
        <w:t>Ол Яһуда арқылы өтеді; тасып, асып кетеді, мойынға дейін жетеді; оның қанаттарының жайылуы сенің жеріңнің кеңдігін түгел толтырады, уа, Иммануил. Ишая 8:8.</w:t>
      </w:r>
    </w:p>
    <w:p>
      <w:pPr>
        <w:pStyle w:val="ArticleBody"/>
        <w:jc w:val="left"/>
      </w:pPr>
      <w:r>
        <w:rPr>
          <w:rFonts w:ascii="Times New Roman" w:hAnsi="Times New Roman" w:eastAsia="Times New Roman" w:cs="Times New Roman"/>
        </w:rPr>
        <w:t>Ишая Синахерибтің әскері «тасып, асып өтеді» деп алдын ала айтқанда, бұл тағы да оныншы және қырқыншы аяттардағы сол бір еврей сөзі. Ишая Синахерибтің, солтүстік патшалықтың, оңтүстік патшалық Яһуданы бағындырған кезін көрсетеді, бірақ ол Иерусалимді тұрған күйінде қалдырды, өйткені ол тек «мойынға дейін» ғана жетті; дәл сол сияқты, оныншы аятта Антиох та шекараға дейін жеткен еді. Синахерибтің уәжі — Езекияның Ассириямен жасалған келісімді бұзуы еді; бұл Езекияның келісілген алым-салық төлеуді тоқтатуымен бейнеленген. Бұзылған келісім — осы үш параллель аятқа тән ерекше ауытқу. Олардың әрқайсысында да бұзылған келісім болды, бірақ Птолемей мен Наполеонға қатысты келісімді бұзды деген айып солтүстік патшаға тағылды. Ал солтүстік патша Синахериб Езекияны белгіленген алым-салықтан бас тартты деп айыптады.</w:t>
      </w:r>
    </w:p>
    <w:p>
      <w:pPr>
        <w:pStyle w:val="ArticleScripture"/>
        <w:jc w:val="left"/>
      </w:pPr>
      <w:r>
        <w:rPr>
          <w:rFonts w:ascii="Times New Roman" w:hAnsi="Times New Roman" w:eastAsia="Times New Roman" w:cs="Times New Roman"/>
        </w:rPr>
        <w:t>Енді Хезекия патшаның он төртінші жылында Ассирия патшасы Сеннахериб Яһуданың барлық бекіністі қалаларына қарсы жорық жасап, оларды басып алды. Сонда Яһуда патшасы Хезекия Лахишке, Ассирия патшасына кісі жіберіп: «Мен айыптымын; менен кері қайт; маған не жүктесең, соны көтеремін»,— деді. Ал Ассирия патшасы Яһуда патшасы Хезекияға үш жүз талант күміс пен отыз талант алтын салды. Сонда Хезекия оған Жаратқан Иенің үйінен және патша сарайының қазыналарынан табылған барлық күмісті берді. Патшалықтар 4-жазба 18:13–15.</w:t>
      </w:r>
    </w:p>
    <w:p>
      <w:pPr>
        <w:pStyle w:val="ArticleBody"/>
        <w:jc w:val="left"/>
      </w:pPr>
      <w:r>
        <w:rPr>
          <w:rFonts w:ascii="Times New Roman" w:hAnsi="Times New Roman" w:eastAsia="Times New Roman" w:cs="Times New Roman"/>
        </w:rPr>
        <w:t>Сеннахерибтің солтүстік әскері Иерусалимге жорық жолында Яһуданың қырық алты қаласын басып алды. Ишая 8:8-дің оныншы және қырқыншы аяттармен байланысатынының ұлы пайғамбарлық маңызы бар; осы арқылы ол 1989 жылы Кеңес Одағының оңтүстік патшалығының күйреуіне үшінші куәлікті береді. Сол күйреу қырқыншы аяттағы бос кезеңнің басталуын белгілейді. 1989 жылы қырқыншы аяттың орындалуынан бастап, жуық арада болатын жексенбілік заңды білдіретін қырық бірінші аятқа дейін, қырқыншы аятта бос кезең бар. Бұл кезең 1989 жылдан басталып, жексенбілік заңмен аяқталады. Қырқыншы аятта сол уақыт кезеңі туралы ешнәрсе айтылмайды, бірақ қырқыншы аятты «жол үстіне жол» әдіснамасы арқылы түсінуге болады.</w:t>
      </w:r>
    </w:p>
    <w:p>
      <w:pPr>
        <w:pStyle w:val="ArticleBody"/>
        <w:jc w:val="left"/>
      </w:pPr>
      <w:r>
        <w:rPr>
          <w:rFonts w:ascii="Times New Roman" w:hAnsi="Times New Roman" w:eastAsia="Times New Roman" w:cs="Times New Roman"/>
        </w:rPr>
        <w:t>Қырықыншы аяттың жасырын тарихын белгілеудегі негізгі «кілттердің» бірі — Ишаяның солтүстік патшалықтың оңтүстік патшалыққа қарсы жеңісті қарымта соғысы туралы куәлігі. Мейлі бұл Хизқияның Ассурға «алым-салық» беруге қатысты бұрынғы міндеттемені құрметтеуді доғарған бүлігі болсын, не Антиохтың Берниканы ысырып тастауы болсын, не Наполеонның Толентино шарты болсын — осы үш аяттың бәрі де астарлы түрткі ретінде бұзылған шартқа баса назар аударатын тарихи оқиғалар арқылы орындалды. Обама президенттігі кезінде, Джон Керридің Мемлекеттік департаменті тұсында, көмекші хатшы Виктория Нуланд Украина үкіметін құлату үшін түсті революцияны жүзеге асырды. Сол сәттен бастап Украина соғысы жөніндегі бір даудың екі жағы бар: Путин бұл — бұзылған шарт дейді, ал оның қарсыластары Путин нұсқайтын шарттың Путин мәлімдейтін мәнмәтінде ешқашан болмағанын айтады. Шарттың шынымен жасалып, кейін бұзылғаны ма, немесе керісінше ме — бұл маңызды емес, өйткені пайғамбарлық жазба соғысқа түрткі болған себеп ретінде тек бұзылған шартты ғана тіркейді.</w:t>
      </w:r>
    </w:p>
    <w:p>
      <w:pPr>
        <w:pStyle w:val="ArticleBody"/>
        <w:jc w:val="left"/>
      </w:pPr>
      <w:r>
        <w:rPr>
          <w:rFonts w:ascii="Times New Roman" w:hAnsi="Times New Roman" w:eastAsia="Times New Roman" w:cs="Times New Roman"/>
        </w:rPr>
        <w:t>Ишая 8:8 солтүстіктің патшасы тек мойынға дейін, яки басқа дейін ғана жаулап алатынын көруге мүмкіндік беретін «кілті» ұсынады. Сол «кілт» 1989 жылы дене күйрегеннен кейін тік тұрған бас ретінде Ресейді айқындайды. Сегізінші аяттың пайғамбарлық маңызы тек басты айқындайтын осы «кілттен» ғана табылмайды; онда «мойынның» басты, яки астананы бейнелейтіні де Ишая 8-дегі сол аянның бұдан бұрынғы үзіндісімен байланыста ғана анықтала алады. Сол аян жетінші тарауда басталады, ал жетінші және сегізінші аяттарда бас патша, яки оның патшалығы немесе патшалықтың астанасы ретінде айқындалады. Иерусалим Яһуданың астанасы еді; оның 46 қаласын Сеннахирибтің әскері жаулап алды, бірақ Сеннахириб Иерусалим астанасын аман қалдырды.</w:t>
      </w:r>
    </w:p>
    <w:p>
      <w:pPr>
        <w:pStyle w:val="ArticleScripture"/>
        <w:jc w:val="left"/>
      </w:pPr>
      <w:r>
        <w:rPr>
          <w:rFonts w:ascii="Times New Roman" w:hAnsi="Times New Roman" w:eastAsia="Times New Roman" w:cs="Times New Roman"/>
        </w:rPr>
        <w:t>Себебі Сирияның басы — Дамаск, ал Дамасктің басы — Резин; және алпыс бес жылдың ішінде Ефрем халық болудан қалып, быт-шыт болады. Ал Ефремнің басы — Самария, ал Самарияның басы — Ремалияның ұлы. Егер сендер сенбесеңдер, расында, орнықпайсыңдар. Ишая 7:8, 9.</w:t>
      </w:r>
    </w:p>
    <w:p>
      <w:pPr>
        <w:pStyle w:val="ArticleBody"/>
        <w:jc w:val="left"/>
      </w:pPr>
      <w:r>
        <w:rPr>
          <w:rFonts w:ascii="Times New Roman" w:hAnsi="Times New Roman" w:eastAsia="Times New Roman" w:cs="Times New Roman"/>
        </w:rPr>
        <w:t>Сеннахирибтің әскері б.з.д. 701 жылы Иерусалимнің қабырғаларына келген кезде, ол мойынға дейін келді, әрі осылай ете отырып, 1989 жылғы күйреуден кейін Ресейдің сақталып қалуының тарихи куәлігін қалдырды. Антиох Ұлы оңтүстік патшалыққа қарсы кек қайтаруын бастаған кезде, ол оныншы аятта Мысырдың шекарасына дейін жетті, бірақ ішіне енбеді. Оныншы аяттағы Антиохтың жеңісіндегі маңызды жайт — оның Антиох жүргізген, айқын бір шешуші шайқасы болмаған, бірақ бұрын жоғалтылған аумақтарды қайта қалпына келтіру ісін бейнелейтін әскери жорығының қорытындысын білдіретіндігінде. Оның оныншы аяттағы жаулап алуы бірнеше жеңістердің қорытындысын білдіреді. Ол Төртінші Сирия соғысының жорығын Рафияда аяқтады; «Рафия» «шекаралық өңір» дегенді білдіреді, әрі Рафия Мысырдың шекарасы, немесе «мойыны» болды. Антиохтың б.з.д. 219 жылдан 217 жылға дейінгі жорығы 1989 жылдан 1991 жылға дейін, патша елдердің үстінен өтіп кеткен кезде, 1989 жылғы Кеңес Одағының күйреуінің тасып өтуі мен асып өтуін бейнелейді.</w:t>
      </w:r>
    </w:p>
    <w:p>
      <w:pPr>
        <w:pStyle w:val="ArticleBody"/>
        <w:jc w:val="left"/>
      </w:pPr>
      <w:r>
        <w:rPr>
          <w:rFonts w:ascii="Times New Roman" w:hAnsi="Times New Roman" w:eastAsia="Times New Roman" w:cs="Times New Roman"/>
        </w:rPr>
        <w:t>Пайғамбарлық тұрғыдан Ишая 8:8 Синахерибтің соғысындағы мойын, не Антиохтың соғысындағы қамал ретінде Ресейді Рафия шайқасындағы оңтүстіктің патшасы ретінде, он бірінші аяттың орындалуы арқылы бейнеленген түрде, айқындауға мүмкіндік береді. Осылай ете отырып, ол айдаһармен (оңтүстіктің патшасы), аңмен (солтүстіктің патшасы) және жалған пайғамбармен (солтүстіктің патшасының өкілетті билігі) бейнеленген сыртқы тарихты жетінші тараудың жетінші аятындағы алпыс бес жылдық пайғамбарлықпен бейнеленген ішкі пайғамбарлық желісімен тікелей байланыстырады.</w:t>
      </w:r>
    </w:p>
    <w:p>
      <w:pPr>
        <w:pStyle w:val="ArticleBody"/>
        <w:jc w:val="left"/>
      </w:pPr>
      <w:r>
        <w:rPr>
          <w:rFonts w:ascii="Times New Roman" w:hAnsi="Times New Roman" w:eastAsia="Times New Roman" w:cs="Times New Roman"/>
        </w:rPr>
        <w:t>Пайғамбарлық тұрғыдан алғанда, Сеннахирибтің Иерусалимге қарсы көтерілуінің маңызы Қасиетті Жазбалардағы Құдайдың құдіреті туралы ең қуатты пайғамбарлық куәліктердің бірін береді, өйткені сол жерде Құдай бір түнде Сеннахирибтің 185 000 адамдық әскерін жойды. Одан бір күн бұрын Иерусалим қабырғасының үстінде 1844 жылғы жабық есік пен жексенбілік заңның жабық есігінде таңбаланатын Лаодикиялық және Филадельфиялық Адвентизмнің нышандары — Елиақым мен Шебна — тұрды.</w:t>
      </w:r>
    </w:p>
    <w:p>
      <w:pPr>
        <w:pStyle w:val="ArticleScripture"/>
        <w:jc w:val="left"/>
      </w:pPr>
      <w:r>
        <w:rPr>
          <w:rFonts w:ascii="Times New Roman" w:hAnsi="Times New Roman" w:eastAsia="Times New Roman" w:cs="Times New Roman"/>
        </w:rPr>
        <w:t>Езекия патшаның он төртінші жылы Ассур патшасы Сеннахирим Яһуданың барлық қорғанды қалаларына қарсы көтеріліп келіп, оларды басып алды. Сонда Ассур патшасы Лахиштен Иерусалимге, Езекия патшаға, Рабшақты үлкен қолмен жіберді. Ол жуушының алқабына баратын жол бойындағы жоғарғы тоғанның арығы қасында тұрды. Сонда оған сарай басқарушысы Хилқияның ұлы Елиақим, хатшы Шебна және жылнамашы Асафтың ұлы Жоах шықты. Ишая 36:1–3.</w:t>
      </w:r>
    </w:p>
    <w:p>
      <w:pPr>
        <w:pStyle w:val="ArticleBody"/>
        <w:jc w:val="left"/>
      </w:pPr>
      <w:r>
        <w:rPr>
          <w:rFonts w:ascii="Times New Roman" w:hAnsi="Times New Roman" w:eastAsia="Times New Roman" w:cs="Times New Roman"/>
        </w:rPr>
        <w:t>Ишаяның жетінші тарауында Ишая Яһуданың, оңтүстік патшалықтың, зұлым патшасы Ахазға бір хабармен жіберіледі. Сегізінші тараудың сегізінші аятында Сеннахириб шабуыл жасап жатқан патшалық — дәл сол патшалық. Ишая зұлым патша Ахазбен кездескенде, онымен “ағарушының танабының жолы үстіндегі жоғарғы тоғанның су ағарының қасында” кездеседі; дәл сол жерде Рабшақа Жаратқан Иенің есімін қорлайды. Ишая өзінің және балаларының белгілер екенін үйретті.</w:t>
      </w:r>
    </w:p>
    <w:p>
      <w:pPr>
        <w:pStyle w:val="ArticleScripture"/>
        <w:jc w:val="left"/>
      </w:pPr>
      <w:r>
        <w:rPr>
          <w:rFonts w:ascii="Times New Roman" w:hAnsi="Times New Roman" w:eastAsia="Times New Roman" w:cs="Times New Roman"/>
        </w:rPr>
        <w:t>Міне, мен және Жаратқан Ие маған берген балаларым — Сион тауында тұратын Әскерлердің Жаратқан Иесінен Исраилге белгі мен ғажайып үшінміз. Ишая 8:18.</w:t>
      </w:r>
    </w:p>
    <w:p>
      <w:pPr>
        <w:pStyle w:val="ArticleBody"/>
        <w:jc w:val="left"/>
      </w:pPr>
      <w:r>
        <w:rPr>
          <w:rFonts w:ascii="Times New Roman" w:hAnsi="Times New Roman" w:eastAsia="Times New Roman" w:cs="Times New Roman"/>
        </w:rPr>
        <w:t>Ишая пайғамбар зұлым патша Ахазбен «жоғарғы көлдің су құбырының жанында, ағартушының танабына баратын жол үстінде» кездескен кезде, Ишая өзімен бірге «қалдық қайтып оралады» дегенді білдіретін ұлы Шеар-Жашубты ертіп келген еді.</w:t>
      </w:r>
    </w:p>
    <w:p>
      <w:pPr>
        <w:pStyle w:val="ArticleScripture"/>
        <w:jc w:val="left"/>
      </w:pPr>
      <w:r>
        <w:rPr>
          <w:rFonts w:ascii="Times New Roman" w:hAnsi="Times New Roman" w:eastAsia="Times New Roman" w:cs="Times New Roman"/>
        </w:rPr>
        <w:t>Сонда Жаратқан Ие Ишаяға былай деді: «Енді сен де, ұлың Шеар-Яшуб та, Ахазды қарсы алуға шық; жоғарғы тоғанның су ағатын арнасының шетінде, кір жуушының егістігіне баратын жол үстінде». Ишая 7:3.</w:t>
      </w:r>
    </w:p>
    <w:p>
      <w:pPr>
        <w:pStyle w:val="ArticleBody"/>
        <w:jc w:val="left"/>
      </w:pPr>
      <w:r>
        <w:rPr>
          <w:rFonts w:ascii="Times New Roman" w:hAnsi="Times New Roman" w:eastAsia="Times New Roman" w:cs="Times New Roman"/>
        </w:rPr>
        <w:t>Шеар-Яшуб «ағартушының егістігіне баратын үлкен жол үстіндегі жоғарғы хауыздың су ағарының шетінде» Ишая жариялаған хабардың қайтып оралатын қалдықты айқындайтын хабар екенін білдіреді. Сол қалдық — Малахи кітабында Жаратқан Иеге Өзінің қасына қайтып оралу арқылы және ондықтарды қамбаға қайта әкелу арқылы Оны сынауға шақырылғандар. Қайтып оралатындар, сондай-ақ, Еремияда алғашқы түңілуден кейін қайтып оралатындар ретінде бейнеленген. Жетінші тарауда «ағартушының егістігіне баратын үлкен жол үстіндегі жоғарғы хауыздың су ағарының шеті» Ишаяның зұлым оңтүстік патшаға хабар жеткізуін бейнелейді, ал Ишаяның отыз алтыншы тарауында Елиақим, Шебна және хатшы Жоах Хезекия үшін әрекет етті, ал Рабшаке Сеннахиримнің өкілі болды.</w:t>
      </w:r>
    </w:p>
    <w:p>
      <w:pPr>
        <w:pStyle w:val="ArticleBody"/>
        <w:jc w:val="left"/>
      </w:pPr>
      <w:r>
        <w:rPr>
          <w:rFonts w:ascii="Times New Roman" w:hAnsi="Times New Roman" w:eastAsia="Times New Roman" w:cs="Times New Roman"/>
        </w:rPr>
        <w:t>«Жуушы даласының жолындағы жоғарғы хауыздың су ағызғышының шеті» туралы алғашқы хабарды Ишая мен оның ұлы жариялады, ал «Жуушы даласының жолындағы жоғарғы хауыздың су ағызғышының шеті» туралы соңғы хабарды үш адам жариялады. Алғашқы хабар ішкі патшаға, ал екіншісі сыртқы патшаға арналды. Бөлетін шекара — Құдай заңының нышаны болып табылатын қабырға, әрі шіркеу мен мемлекеттің бөліну қабырғасының жойылуын білдіретін жексенбілік заң. Жексенбілік заң кезінде, немесе қабырға тұсында, үш нышан бар: Елиаким — Филадельфия, Шебна — Лаодикея, ал хатшы Жоғаб — Сардис.</w:t>
      </w:r>
    </w:p>
    <w:p>
      <w:pPr>
        <w:pStyle w:val="ArticleBody"/>
        <w:jc w:val="left"/>
      </w:pPr>
      <w:r>
        <w:rPr>
          <w:rFonts w:ascii="Times New Roman" w:hAnsi="Times New Roman" w:eastAsia="Times New Roman" w:cs="Times New Roman"/>
        </w:rPr>
        <w:t>Жексенбілік заң кезінде Даниел 11:41-ге сәйкес көпшілік құлатылады, ал сол адамдар — жетінші күнгі сенбіге қатысты өздеріне берілген нұр үшін жауапты болып саналатындар. Қырық бірінші аятта құлатылатындар — Лаодикеялық Жетінші күнгі Адвентистер, ал Елиаким Филадельфияны білдіреді.</w:t>
      </w:r>
    </w:p>
    <w:p>
      <w:pPr>
        <w:pStyle w:val="ArticleScripture"/>
        <w:jc w:val="left"/>
      </w:pPr>
      <w:r>
        <w:rPr>
          <w:rFonts w:ascii="Times New Roman" w:hAnsi="Times New Roman" w:eastAsia="Times New Roman" w:cs="Times New Roman"/>
        </w:rPr>
        <w:t>Сол күні Мен Өз қызметшім Хилқия ұлы Елиақымды шақырамын. Оған сенің шапаныңды кигіземін, белбеуіңмен оны бекітемін, билігіңді оның қолына тапсырамын; сонда ол Иерусалим тұрғындарына да, Яһуда әулетіне де әке болады. Дәуіт үйінің кілтін оның иығына саламын; сонда ол ашса, ешкім жаппайды; ол жапса, ешкім ашпайды. Ишая 22:20–22.</w:t>
      </w:r>
    </w:p>
    <w:p>
      <w:pPr>
        <w:pStyle w:val="ArticleScripture"/>
        <w:jc w:val="left"/>
      </w:pPr>
      <w:r>
        <w:rPr>
          <w:rFonts w:ascii="Times New Roman" w:hAnsi="Times New Roman" w:eastAsia="Times New Roman" w:cs="Times New Roman"/>
        </w:rPr>
        <w:t>Филадельфиядағы қауымның періштесіне жаз: Киелі, Ақиқат Иесі, Дәуіттің кілтіне ие, ашса — ешкім жаба алмайтын, жапса — ешкім аша алмайтын былай дейді: Сенің істеріңді білемін. Міне, алдыңа ашық есік қойдым, оны ешкім жаба алмайды. Өйткені сенің күшің аз болса да, Менің сөзімді сақтадың және Менің атымнан бас тартпадың. Міне, өздерін яһудиміз деп айтып, бірақ олай емес, өтірік айтатын шайтанның синагогасындағыларды келтіріп, сенің аяғыңның алдына тағзым еткіземін және сені сүйгенімді оларға білдіремін. Аян 3:7–9.</w:t>
      </w:r>
    </w:p>
    <w:p>
      <w:pPr>
        <w:pStyle w:val="ArticleBody"/>
        <w:jc w:val="left"/>
      </w:pPr>
      <w:r>
        <w:rPr>
          <w:rFonts w:ascii="Times New Roman" w:hAnsi="Times New Roman" w:eastAsia="Times New Roman" w:cs="Times New Roman"/>
        </w:rPr>
        <w:t>Шебнаның орнына Елиаким қойылады, ал қабырға үстіндегі Шебна ерте не кеш жаңбырдың хабарынан игілік алудан бас тартатын Лаодикеялық Жетінші күн адвентистерін бейнелейді. Шіркеумен бірге болған ерте жаңбыр Ишая мен қайтып келген қалдық арқылы бейнеленді, ал хабар зұлым патша Ахазбен бейнеленген діннен тайған шіркеуге бағытталды. Қабырғадан айтылған хабар Иерусалимді жеңуге ұмтылған солтүстіктің зұлым патшасына берілді, және ол ерте жаңбырға қатысты кеш жаңбырды бейнелейді. Құдайдың шіркеуі сотталып жатқанда, ерте немесе бұрынғы жаңбыр себелейді, ал жексенбілік заң кезінде жаңбыр өлшеусіз төгіледі. Ахазға берілген хабар ішкі хабар болды, Сеннахерибке берілген хабар сыртқы болды. Аян 18:1–3-тегі бірінші дауыс екінші періштенің хабарының қайталануы болып табылады және ол ішкі. Аян он сегізінші тараудың төртінші аятындағы екінші дауыс сыртқы және ол үшінші хабар. Ишая мен оның ұлы ішкі екінші періштенің хабарын алып келді, ал қабырғада сыртқы хабармен бірге үш жан бар.</w:t>
      </w:r>
    </w:p>
    <w:p>
      <w:pPr>
        <w:pStyle w:val="ArticleBody"/>
        <w:jc w:val="left"/>
      </w:pPr>
      <w:r>
        <w:rPr>
          <w:rFonts w:ascii="Times New Roman" w:hAnsi="Times New Roman" w:eastAsia="Times New Roman" w:cs="Times New Roman"/>
        </w:rPr>
        <w:t>Елиақым — жүз қырық төрт мың; ал Шебна — сол кезде Жаратқан Иенің аузынан құсып тасталатын Лаодикеялық Жетінші күн адвентизмі. Жазушы Жоаб Құдайдың өзге отарын бейнелейді; олар қабырғаға дейінгі тарихты, Елиақымның туы көтерілген кезде оны танып білу үшін, жазып отырады.</w:t>
      </w:r>
    </w:p>
    <w:p>
      <w:pPr>
        <w:pStyle w:val="ArticleBody"/>
        <w:jc w:val="left"/>
      </w:pPr>
      <w:r>
        <w:rPr>
          <w:rFonts w:ascii="Times New Roman" w:hAnsi="Times New Roman" w:eastAsia="Times New Roman" w:cs="Times New Roman"/>
        </w:rPr>
        <w:t>Ишая 8:8-дегі аят Ишаяның алтыдан он екіге дейінгі тарауларындағы хабарларды Даниял 11-тарау, 10-аятқа алып келеді. Осылай ету арқылы ол патшалықтың басы шабуылдан кейін де аман тұрғанына екінші куәлік береді. Ол шайқастың тұтануына себеп ретінде қолданылатын бұзылған келісім туралы уәжді айқындайды.</w:t>
      </w:r>
    </w:p>
    <w:p>
      <w:pPr>
        <w:pStyle w:val="ArticleBody"/>
        <w:jc w:val="left"/>
      </w:pPr>
      <w:r>
        <w:rPr>
          <w:rFonts w:ascii="Times New Roman" w:hAnsi="Times New Roman" w:eastAsia="Times New Roman" w:cs="Times New Roman"/>
        </w:rPr>
        <w:t>1989 жылы Кеңес Одағының күйреуінен бастап, қырықыншы аятта айтылып, келесі аятта бейнеленген жуық арадағы жексенбілік заңға дейін отыз жеті жылдық пайғамбарлық тарих бар, бірақ қырықыншы аят ол туралы ештеңе айтпайды. Даниял кітабының он бірінші тарауының оныншыдан он бесінші аяттарына дейін қырықыншы аятта сөз етілмеген пайғамбарлық тарихты бейнелейді. Мұны тек «жол үстіне жол» әдіснамасын қолданғанда ғана көруге болады. «Егер сенбесеңдер, анық орнықпайсыңдар» деген сөз — 1989 жылды сипаттайтын үш аятқа тіркелген пайғамбарлық ескерту, ал Ишая кітабының сегізінші тарауының сегізінші аятының тарихи орындалуы Елиақым мен Шебна үшін сынақты көрсетеді. Көре аласыңдар ма, әлде соқырсыңдар ма?</w:t>
      </w:r>
    </w:p>
    <w:p>
      <w:pPr>
        <w:pStyle w:val="ArticleBody"/>
        <w:jc w:val="left"/>
      </w:pPr>
      <w:r>
        <w:rPr>
          <w:rFonts w:ascii="Times New Roman" w:hAnsi="Times New Roman" w:eastAsia="Times New Roman" w:cs="Times New Roman"/>
        </w:rPr>
        <w:t>Даниялдың он бірінші тарауының қырық бірінші аяты — Америка Құрама Штаттарында жуықта қабылданатын жексенбілік заң; оны он алтыншы аяттың орындалу тарихы бейнелейді.</w:t>
      </w:r>
    </w:p>
    <w:p>
      <w:pPr>
        <w:pStyle w:val="ArticleScripture"/>
        <w:jc w:val="left"/>
      </w:pPr>
      <w:r>
        <w:rPr>
          <w:rFonts w:ascii="Times New Roman" w:hAnsi="Times New Roman" w:eastAsia="Times New Roman" w:cs="Times New Roman"/>
        </w:rPr>
        <w:t>Бірақ оған қарсы келген өз қалауынша әрекет етеді, әрі оның алдында ешкім тұра алмайды; ол даңқты елде тұрады, және ол оның қолымен жалмасып бітеді. Даниял 11:16.</w:t>
      </w:r>
    </w:p>
    <w:p>
      <w:pPr>
        <w:pStyle w:val="ArticleScripture"/>
        <w:jc w:val="left"/>
      </w:pPr>
      <w:r>
        <w:rPr>
          <w:rFonts w:ascii="Times New Roman" w:hAnsi="Times New Roman" w:eastAsia="Times New Roman" w:cs="Times New Roman"/>
        </w:rPr>
        <w:t>Ол даңқты елге де кіреді, әрі көптеген елдер құлатылады; бірақ мыналар оның қолынан құтылып кетеді: Едом, Моаб және Аммон ұлдарының бастысы. Даниял 11:41.</w:t>
      </w:r>
    </w:p>
    <w:p>
      <w:pPr>
        <w:pStyle w:val="ArticleBody"/>
        <w:jc w:val="left"/>
      </w:pPr>
      <w:r>
        <w:rPr>
          <w:rFonts w:ascii="Times New Roman" w:hAnsi="Times New Roman" w:eastAsia="Times New Roman" w:cs="Times New Roman"/>
        </w:rPr>
        <w:t>Даниялдың он бірінші тарауындағы он алтыншы аяттан отызыншы аятқа дейінгі тарихи орындалу — пұтқа табынушы Римнің тарихы. Даниялдың он бірінші тарауындағы әрбір пайғамбарлық жол не пұтқа табынушы, не папалық, не қазіргі Римнің тарихын бейнелейді. Әрбір жол не тікелей Римге қатысты бір тарихты айқындайды, не болашақтағы Рим тарихының бейнесі болады. Әрбір жол. Пұтқа табынушы Римде орындалған тарихқа тікелей сілтейтін аяттар папалық Римді бейнелейді. Пұтқа табынушы Рим мен папалық Рим бірігіп, қазіргі Рим туралы куәлік етеді. Рим аянды орнықтырады, өйткені тараудың басынан аяғына дейін аян Рим туралы.</w:t>
      </w:r>
    </w:p>
    <w:p>
      <w:pPr>
        <w:pStyle w:val="ArticleBody"/>
        <w:jc w:val="left"/>
      </w:pPr>
      <w:r>
        <w:rPr>
          <w:rFonts w:ascii="Times New Roman" w:hAnsi="Times New Roman" w:eastAsia="Times New Roman" w:cs="Times New Roman"/>
        </w:rPr>
        <w:t>Иса Яһуданың опасыздығы әшкереленген кезде, шәкірттерінің сенуі үшін, араларында сатқын бар екенін алдын ала білдірді.</w:t>
      </w:r>
    </w:p>
    <w:p>
      <w:pPr>
        <w:pStyle w:val="ArticleScripture"/>
        <w:jc w:val="left"/>
      </w:pPr>
      <w:r>
        <w:rPr>
          <w:rFonts w:ascii="Times New Roman" w:hAnsi="Times New Roman" w:eastAsia="Times New Roman" w:cs="Times New Roman"/>
        </w:rPr>
        <w:t>«Яһудаға қасірет жария еткенде, Мәсіхтің Өз шәкірттеріне де мейірім көрсету ниеті болды. Осылайша Ол оларға Өзінің Мәсіх екендігінің ең жоғарғы дәлелін берді. “Мен сендерге бұл орындалмай тұрып айтып отырмын, — деді Ол, — сонда бұл жүзеге асқанда, Менің БАР ЕКЕНІМЕ сенетін боласыңдар”. Егер Иса Өз басына не келетінін білмегендей үнсіз қалған болса, шәкірттер өз Ұстазында құдайлық алдын ала білу жоқ деп ойлап, Ол таңырқап қалып, кісі өлтіруші тобырдың қолына сатылып кетті деп санауы мүмкін еді. Бір жыл бұрын Иса шәкірттеріне Он екіні таңдағанын, ал олардың біреуі әзәзіл екенін айтқан еді. Енді Оның Яһудаға айтқан сөздері — оның опасыздығы Ұстазына толық мәлім болғанын көрсеткен сол сөздер — Мәсіхтің қорлануы кезінде Оның шынайы ізбасарларының сенімін нығайтар еді. Ал Яһуда өзінің қорқынышты ақырына жеткенде, олар Исаның сатқынға жариялаған қасіретін естеріне түсіретін еді». The Desire of Ages, 655.</w:t>
      </w:r>
    </w:p>
    <w:p>
      <w:pPr>
        <w:pStyle w:val="ArticleBody"/>
        <w:jc w:val="left"/>
      </w:pPr>
      <w:r>
        <w:rPr>
          <w:rFonts w:ascii="Times New Roman" w:hAnsi="Times New Roman" w:eastAsia="Times New Roman" w:cs="Times New Roman"/>
        </w:rPr>
        <w:t>2023 жылғы 31 желтоқсанда Яһуда руының Арыстаны Өзі туралы аянның мөрін аша бастады, әрі іргелі сынақ басталды. Сынақ он төртінші аяттағы көріністі орнықтырған нышан әлі де Рим болып қала ма, әлде жағдай өзгерді ме, деген мәселеге қатысты болды. 2025 жылғы 8 мамырда Америка Құрама Штаттарынан шыққан алғашқы антихрист билік ете бастағанда, он төртінші аят орындалған еді. Сонда Трамп пен папа Левтің арасындағы байланыстың Рейган мен Иоанн Павел II арқылы бейнеленгені көрінді. 2014 жылы Америка Құрама Штаттарының Мемлекеттік департаменті Украинада түрлі-түсті революцияны жүзеге асырған кезде басталған Украина соғысы екі папаның тұсында билік еткен Обаманың президенттігі кезінде орын алды. Оныншы аяттағы Рейган мен Иоанн Павел II, содан кейін 2014 жылы он бірінші аяттағы шекаралық аймақ шайқасы, немесе Рафия шайқасы арқылы бейнеленген Украина соғысы басталды. «Рафия» «шекаралық аймақ» дегенді білдіреді, дәл сол сияқты «Украина» сөзі де сондай мағына береді. Сол тарихта Обама мен екі папа оныншы аяттан он бесінші аятқа дейінгі үш шайқастың екінші шайқасын белгілейді. Содан соң, 2024 жылы Трамп он үшінші аяттың орындалуымен қайта оралды. Одан кейін он төртінші аятта көрініс Трамптың папалық сыңарының келуі арқылы орнықтырылады.</w:t>
      </w:r>
    </w:p>
    <w:p>
      <w:pPr>
        <w:pStyle w:val="ArticleBody"/>
        <w:jc w:val="left"/>
      </w:pPr>
      <w:r>
        <w:rPr>
          <w:rFonts w:ascii="Times New Roman" w:hAnsi="Times New Roman" w:eastAsia="Times New Roman" w:cs="Times New Roman"/>
        </w:rPr>
        <w:t>Белгіленгені мынау болды: оныншыдан он бесінші аяттарға дейінгі үш шайқас Жексенбілік заң тұсындағы Кармил тауына алып баратын, Езабел мен Ахабтың арасындағы қатынасты әрқайсысы айқындайтын үш белесті білдіреді. Рейганмен бірге Езабел Самарияда болды, құпия одақпен жасырылған еді. Содан кейін Бағалдың абыздары мен тоғайдың пайғамбарлары оянған либералдық католицизмнің рухшылдығын жоғары көтерді; бұған Обаманың жолдан тайған протестантизмнің жалған пайғамбары мен Исламның жалған пайғамбары ретіндегі екіұшты нышандық бейнесі, жер-ананы қастерлеу, Француз революциясының азғындығы мен анархиясы қосылды. Содан кейін Трамп 2024 жылы қайта оралды, ал аң мен оның бейнесі арасындағы ашық қатынас 2025 жылы айқын көрінді. Қазір 2026 жыл, іргетастың сыртқы аяндық сынағы өтті, енді біз ғибадатхананың сынағы туралы аяндамыз.</w:t>
      </w:r>
    </w:p>
    <w:p>
      <w:pPr>
        <w:pStyle w:val="ArticleBody"/>
        <w:jc w:val="left"/>
      </w:pPr>
      <w:r>
        <w:rPr>
          <w:rFonts w:ascii="Times New Roman" w:hAnsi="Times New Roman" w:eastAsia="Times New Roman" w:cs="Times New Roman"/>
        </w:rPr>
        <w:t>Он бірінші аят б.з.д. 217 жылы Рафия шайқасында орындалды және 2014 жылы басталып, 2022 жылы күшейген, ал қазір аяқталуға таяу тұрған Украинадағы соғыстың бейнесін алдын ала көрсетеді. Путин жеңіске жетеді, бірақ бұл жеңіс оның құлдырауының басталуын ғана енгізеді. Он бірінші аяттың пайғамбарлық құрылымы және оның б.з.д. 217 жылы Рафия шайқасында Птолемейдің жеңісі арқылы, он бірінші тараудың он бірінші аятының орындалуы ретінде, тарихи орындалуы Ұзиях патшаның пайғамбарлық тарихымен үйлеседі. Птолемей де, Ұзиях та оңтүстіктің патшалары болды; олардың жүректері әскери табыстары себепті көтерілді, бірақ сол көтерілген жүректер екеуін де құлатты, әрі екеуінің де құлдырауы Иерусалимдегі киелі үйде құрбандық ұсынуға өзара жасалған әрекеттермен байланысты.</w:t>
      </w:r>
    </w:p>
    <w:p>
      <w:pPr>
        <w:pStyle w:val="ArticleBody"/>
        <w:jc w:val="left"/>
      </w:pPr>
      <w:r>
        <w:rPr>
          <w:rFonts w:ascii="Times New Roman" w:hAnsi="Times New Roman" w:eastAsia="Times New Roman" w:cs="Times New Roman"/>
        </w:rPr>
        <w:t>Келесі мақалада он бесінші аяттағы Панийм шайқасына алып баратын Путиннің құлауын қарастыруды жалғастырамыз.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Он алтыншы</dc:title>
  <dc:subject>Ақырзаман уақыты</dc:subject>
  <dc:creator>Jeff Pippenger</dc:creator>
  <cp:keywords/>
  <dc:description>Generated by ArticleDigger from panium\16_panium.json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