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Жиырма бірінші</w:t>
      </w:r>
    </w:p>
    <w:p>
      <w:pPr>
        <w:pStyle w:val="ArticleSubtitle"/>
        <w:jc w:val="left"/>
      </w:pPr>
      <w:r>
        <w:rPr>
          <w:rFonts w:ascii="Arial" w:hAnsi="Arial" w:eastAsia="Arial" w:cs="Arial"/>
        </w:rPr>
        <w:t>Даңқты елдегі жексенбілік заңға қарай қозғалыс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2026-03-05</w:t>
      </w:r>
    </w:p>
    <w:p>
      <w:pPr>
        <w:pStyle w:val="ArticleBody"/>
        <w:jc w:val="left"/>
      </w:pPr>
      <w:r>
        <w:rPr>
          <w:rFonts w:ascii="Times New Roman" w:hAnsi="Times New Roman" w:eastAsia="Times New Roman" w:cs="Times New Roman"/>
        </w:rPr>
        <w:t>Даниялдың он бірінші тарауындағы он алтыншы аяттан жиырма екінші аятқа дейінгі тарих жексенбілік заңның бейнелік көрінісімен басталып, сол бейнелік көрініспен аяқталады. Осы желінің басы мен соңының бірдей болуы Мәсіхтің таңбасын, яғни Альфа мен Омега екенін, айқындайды. Пайғамбарлық тұрғыдан бұл он алтыншы аяттың жиырма екінші аятпен сәйкестендірілуін талап етеді. Бұл жүзеге асырылғанда, Маккавейлер желісімен бейнеленген даңқты жердің тарихы оннан он бесінші аяттарға дейінгі тарихтың ішіне көшіріледі.</w:t>
      </w:r>
    </w:p>
    <w:p>
      <w:pPr>
        <w:pStyle w:val="ArticleHeading"/>
        <w:jc w:val="left"/>
      </w:pPr>
      <w:r>
        <w:rPr>
          <w:rFonts w:ascii="Arial" w:hAnsi="Arial" w:eastAsia="Arial" w:cs="Arial"/>
        </w:rPr>
        <w:t>Маккавейлер</w:t>
      </w:r>
    </w:p>
    <w:p>
      <w:pPr>
        <w:pStyle w:val="ArticleBody"/>
        <w:jc w:val="left"/>
      </w:pPr>
      <w:r>
        <w:rPr>
          <w:rFonts w:ascii="Times New Roman" w:hAnsi="Times New Roman" w:eastAsia="Times New Roman" w:cs="Times New Roman"/>
        </w:rPr>
        <w:t>Маккавейлер көтерілісі 1776 жылы басталып, 1798 жылы Америка Құрама Штаттары Киелі кітаптағы пайғамбарлықтың алтыншы патшалығы болған кезде аяқталған жиырма екі жылды бейнелейді. Бұл жиырма екі санының 1798 жылғы ақырзаман уақытына тікелей қатысты тарих екенін айқындайды; дәл сол жерде Даниял кітабының он бірінші тарауының қырқыншы аяты басталады.</w:t>
      </w:r>
    </w:p>
    <w:p>
      <w:pPr>
        <w:pStyle w:val="ArticleBody"/>
        <w:jc w:val="left"/>
      </w:pPr>
      <w:r>
        <w:rPr>
          <w:rFonts w:ascii="Times New Roman" w:hAnsi="Times New Roman" w:eastAsia="Times New Roman" w:cs="Times New Roman"/>
        </w:rPr>
        <w:t>Жиырма екі санының 1798 жылмен байланысын айқындау маңызды. Маккавейлер көтерілісі америкалық революцияның типі ретінде даңқты жердің екі революциясын да (тура мағынадағы және рухани) Селевкилер мен еуропалық патшалардың мемлекеттік басқару жүйесін, сондай-ақ Грекия мен Римнің шіркеулік үстемдігін теріске қаққан революциялар ретінде өзара сәйкестендіреді. Екі тарихи куәлікте де Грекия мен Рим солтүстіктің патшасын бейнеледі.</w:t>
      </w:r>
    </w:p>
    <w:p>
      <w:pPr>
        <w:pStyle w:val="ArticleBody"/>
        <w:jc w:val="left"/>
      </w:pPr>
      <w:r>
        <w:rPr>
          <w:rFonts w:ascii="Times New Roman" w:hAnsi="Times New Roman" w:eastAsia="Times New Roman" w:cs="Times New Roman"/>
        </w:rPr>
        <w:t>Мақабейлер әулеті жиырма үшінші аятта бейнеленген, алайда ол он бесінші аяттағы Панийден кейін 33 жылдан соң басталған тарихты және он алтыншы аяттағы Помпейден сәл ғана астам жүз жыл бұрынғы кезеңді білдіреді. Бұл желі айқыштағы сот үкімімен аяқталады; сол сот кезеңі б.з. 70 жылына дейін созылғанымен, жиырма екінші аятта ол кезең жай ғана айқыш ретінде көрсетілген. Пайғамбарлық тұрғыдан алғанда, 1776 жылдан басталатын даңқты жерді бейнелейтін Мақабейлер желісі, одан кейін Хасмонейлер әулетімен 1798 жылды, содан соң Ирод әулетін, айқыш пен б.з. 70 жылына дейін қамтып, жиырма екінші аятта аяқталады, ал ол 1776 жылдан 1798 жылға дейінгі жиырма екі жылмен басталады. 1776 жылдан 1798 жылға дейінгі осы жиырма екі жыл, сондай-ақ, Даниялдың оныншы тарауында жиырма екі күн ретінде бейнеленген 11 қыркүйектен 2023 жылға дейінгі жиырма екі жылды да типологиялық түрде білдіреді. Мақабейлер желісі «жиырма екімен» басталып, «жиырма екімен» аяқталады.</w:t>
      </w:r>
    </w:p>
    <w:p>
      <w:pPr>
        <w:pStyle w:val="ArticleHeading"/>
        <w:jc w:val="left"/>
      </w:pPr>
      <w:r>
        <w:rPr>
          <w:rFonts w:ascii="Arial" w:hAnsi="Arial" w:eastAsia="Arial" w:cs="Arial"/>
        </w:rPr>
        <w:t>Төрт Рим билеушісі</w:t>
      </w:r>
    </w:p>
    <w:p>
      <w:pPr>
        <w:pStyle w:val="ArticleBody"/>
        <w:jc w:val="left"/>
      </w:pPr>
      <w:r>
        <w:rPr>
          <w:rFonts w:ascii="Times New Roman" w:hAnsi="Times New Roman" w:eastAsia="Times New Roman" w:cs="Times New Roman"/>
        </w:rPr>
        <w:t>Он алтыншыдан жиырма екінші аяттарға дейінгі аяттар Римнің төрт билеушісін тікелей айқындайды және аяттардың ішінде тағы бір желіні білдіреді. Маккавейлер желісі «қайталану және кеңейту» қағидасына негізделіп сәйкестендірілген, ал Рим желісі аяттарда тікелей бейнеленген. Помпей үш кедергінің алғашқы екеуін жаулап алды, ал Рим б.з.д. 31 жылы Акций шайқасында Киелі кітап пайғамбарлығындағы төртінші патшалық ретінде таққа көтерілді. Одан кейін Юлий Цезарь, Август Цезарь және Тиберий Цезарь келді. Помпей қолбасшы болды, ал соңғы үш нышан императорлар ретінде өзара байланыстырылған.</w:t>
      </w:r>
    </w:p>
    <w:p>
      <w:pPr>
        <w:pStyle w:val="ArticleBody"/>
        <w:jc w:val="left"/>
      </w:pPr>
      <w:r>
        <w:rPr>
          <w:rFonts w:ascii="Times New Roman" w:hAnsi="Times New Roman" w:eastAsia="Times New Roman" w:cs="Times New Roman"/>
        </w:rPr>
        <w:t>Төрт билеушінің соңғысы Мәсіх айқышқа шегеленген жиырма екінші аятта өледі, сондықтан біз Римнің төрт билеушісінің соңғысын он алтыншы аяттағы жексенбілік заңға дейін кері апаруымыз керек. Мұны істегенде, Помпей төрт межелік белгінің біріншісін білдіреді, ал төртінші әрі соңғы межелік белгі он алтыншы аяттағы жексенбілік заңмен сәйкеседі. Он алтыншы аятты Тиберий Цезарь білдіреді, ал он бесінші аяттағы Паний шайқасын Август Цезарь білдіреді, он бірінші аяттағы Рафия шайқасын Юлий Цезарь білдіреді, осылайша Генерал Помпей оныншы аят пен 1989 жылды белгілейді.</w:t>
      </w:r>
    </w:p>
    <w:p>
      <w:pPr>
        <w:pStyle w:val="ArticleBody"/>
        <w:jc w:val="left"/>
      </w:pPr>
      <w:r>
        <w:rPr>
          <w:rFonts w:ascii="Times New Roman" w:hAnsi="Times New Roman" w:eastAsia="Times New Roman" w:cs="Times New Roman"/>
        </w:rPr>
        <w:t>Бұл Даниял 11-тараудың қырқыншы аятының «жасырын тарихы» — 1989 жылы Кеңес Одағының күйреуінен бастап қырық бірінші аяттағы жексенбілік заңға дейінгі тарих — оннан жиырма үшінші аяттарға дейін бейнеленген тарихта кездесетін пайғамбарлықтың үш желісі арқылы көрсетілетінін айқындайды. Маккавейлер, Рим билеушілері және Римнің жанама күштерінің үш шайқасы.</w:t>
      </w:r>
    </w:p>
    <w:p>
      <w:pPr>
        <w:pStyle w:val="ArticleScripture"/>
        <w:jc w:val="left"/>
      </w:pPr>
      <w:r>
        <w:rPr>
          <w:rFonts w:ascii="Times New Roman" w:hAnsi="Times New Roman" w:eastAsia="Times New Roman" w:cs="Times New Roman"/>
        </w:rPr>
        <w:t>Бұл — менің сендерге үшінші рет келуім. Екі не үш куәгердің аузымен әрбір сөз расталсын. 2 Қорынттықтарға 13:1.</w:t>
      </w:r>
    </w:p>
    <w:p>
      <w:pPr>
        <w:pStyle w:val="ArticleHeading"/>
        <w:jc w:val="left"/>
      </w:pPr>
      <w:r>
        <w:rPr>
          <w:rFonts w:ascii="Arial" w:hAnsi="Arial" w:eastAsia="Arial" w:cs="Arial"/>
        </w:rPr>
        <w:t>Үш Жанама Соғыс</w:t>
      </w:r>
    </w:p>
    <w:p>
      <w:pPr>
        <w:pStyle w:val="ArticleBody"/>
        <w:jc w:val="left"/>
      </w:pPr>
      <w:r>
        <w:rPr>
          <w:rFonts w:ascii="Times New Roman" w:hAnsi="Times New Roman" w:eastAsia="Times New Roman" w:cs="Times New Roman"/>
        </w:rPr>
        <w:t>Оныншы аят б.з.д. 219 жылдан 217 жылға дейін болған төртінші Сирия соғысының аяқталуын білдіреді; сол кезде Антиох III Магнус (Ұлы) он бірінші аяттағы шайқасқа, яғни Юлий Цезарь арқылы бейнеленетін Рафия шайқасына дайындық ретінде күштерін қайта топтастырды. Оныншы аят қырықыншы аятта бейнеленгендей, 1989 жылғы Кеңес Одағының күйреуін айқындайды, әрі Помпей сол тарихпен сәйкестенеді. Он алтыншы аят Яһуданың даңқты жерін жаулап алуды білдіреді, бұл Америка Құрама Штаттарындағы жексенбілік заңды типологиялық тұрғыдан көрсетеді; алайда Помпей 1989 жылмен де сәйкестенеді, әрі 1989 жылы қазіргі Рим өзінің алғашқы кедергісін жеңіп шықты, бірақ осыны істей отырып, ол Рональд Рейганды даңқты жермен құпия одақ құруға азғыру арқылы протестанттық Американы да бір мезгілде рухани түрде жаулап алды. Рим жезөкшесімен патшаның одағы рухани азғындықты білдіреді.</w:t>
      </w:r>
    </w:p>
    <w:p>
      <w:pPr>
        <w:pStyle w:val="ArticleBody"/>
        <w:jc w:val="left"/>
      </w:pPr>
      <w:r>
        <w:rPr>
          <w:rFonts w:ascii="Times New Roman" w:hAnsi="Times New Roman" w:eastAsia="Times New Roman" w:cs="Times New Roman"/>
        </w:rPr>
        <w:t>1989 жыл — Римнің жезөкшесі жер бетіндегі барлық патшалармен зинақорлық жасау үшін өзінің жетпіс жылдық мерзімінен шыға бастайтын уақыт. Алғашқы патша — 1989 жылғы Америка Құрама Штаттары, өйткені Америка Құрама Штаттары да Езабелге үйленген Ахаб арқылы бейнеленеді; ал Езабел — Ишаяның жиырма үшінші тарауындағы Тирдің жезөкшесі.</w:t>
      </w:r>
    </w:p>
    <w:p>
      <w:pPr>
        <w:pStyle w:val="ArticleScripture"/>
        <w:jc w:val="left"/>
      </w:pPr>
      <w:r>
        <w:rPr>
          <w:rFonts w:ascii="Times New Roman" w:hAnsi="Times New Roman" w:eastAsia="Times New Roman" w:cs="Times New Roman"/>
        </w:rPr>
        <w:t>Сол күні былай болады: Тир жетпіс жыл бойы, бір патшаның күндеріндей уақыт, ұмыт қалады; ал жетпіс жылдың соңында Тир жезөкше туралы әндей ән салады. Қолыңa арфа ал, қаланы айналып шық, ұмыт қалған жезөкше; есіңе алынуың үшін әсем әуен шығар, көп ән айт. Сонда жетпіс жылдың соңында Жаратқан Ие Тирге назар аударады, сонда ол өз ақысына қайта оралып, жер бетінің үстіндегі дүниенің барлық патшалықтарымен азғындық жасайды. Ишая 23:15–17.</w:t>
      </w:r>
    </w:p>
    <w:p>
      <w:pPr>
        <w:pStyle w:val="ArticleBody"/>
        <w:jc w:val="left"/>
      </w:pPr>
      <w:r>
        <w:rPr>
          <w:rFonts w:ascii="Times New Roman" w:hAnsi="Times New Roman" w:eastAsia="Times New Roman" w:cs="Times New Roman"/>
        </w:rPr>
        <w:t>Жезөкше Даниял он бірінші тараудың қырқыншы аятында бейнеленгендей, 1798 жылы өзінің өлімші жарасын алған кезде, «ақыр заман» кезеңінде ұмыт болды. 1989 жылғы «ақыр заманда» ол өзінің билігінің таңбасын мәжбүрлеп енгізетін алғашқы патшалықпен азғындық жасау арқылы өлімші жарасының жазыла бастау кезеңіне кіреді. Ол патшалық Ахап арқылы да, Франция арқылы да бейнеленген; Франция 538 жылы папалықты жердің тағына отырғызды және папалық биліктің өрлеуін қолдаған ең басты патшалық болды. Осы себептен олар «Католик шіркеуінің тұңғышы», сондай-ақ «Католик шіркеуінің үлкен қызы» деп аталады. Франция мен Ахап екеуі де 1989 жылдан бастап жексенбілік заңға дейінгі аралықта Америка Құрама Штаттарының рөліне куәлік етеді.</w:t>
      </w:r>
    </w:p>
    <w:p>
      <w:pPr>
        <w:pStyle w:val="ArticleBody"/>
        <w:jc w:val="left"/>
      </w:pPr>
      <w:r>
        <w:rPr>
          <w:rFonts w:ascii="Times New Roman" w:hAnsi="Times New Roman" w:eastAsia="Times New Roman" w:cs="Times New Roman"/>
        </w:rPr>
        <w:t>Ишаяның жиырма үшінші тарауында — Тирдің жезөкшесі, ол сондай-ақ Аян кітабының он жетінші тарауындағы жезөкше, оның маңдайына «Ұлы Бабыл» деп жазылған. Ол 1798 жылдан басталатын, папалық билік Киелі кітап пайғамбарлығындағы бесінші патшалық, Аян кітабының он үшінші тарауындағы теңізден шыққан аң болудан қалған кездегі Америка Құрама Штаттарының тарихы үшін «ұмытылған» болып табылады. Содан кейін Америка Құрама Штаттары Киелі кітап пайғамбарлығындағы алтыншы патшалық ретіндегі өз рөлін, Аян кітабының он үшінші тарауындағы жерден шыққан аң ретінде, атқара бастады. Ақырында Америка Құрама Штаттары Аян кітабының он жетінші тарауындағы он патшаның ішіндегі басты патшаға айналады. «Жетпіс жыл» кезеңінің нышандық тарихы, «бір патшаның күндері», Бабылдың Киелі кітап пайғамбарлығындағы бірінші патшалық ретінде билік жүргізген жетпіс жылын білдіреді. Бұл 1798 жылдан жексенбілік заңға дейінгі Америка Құрама Штаттарының тарихын бейнелейді; мұнда Америка тарихының сыртқы желісі республикалық мүйізбен, ал ішкі желісі протестанттық мүйізбен көрсетіледі. Мемлекет ісі мен шіркеу ісінің бөлінуін қамтамасыз ететін Конституцияның жүрегін білдіретін осы екі мүйіз Америка болашағының нысанасы болып табылады.</w:t>
      </w:r>
    </w:p>
    <w:p>
      <w:pPr>
        <w:pStyle w:val="ArticleBody"/>
        <w:jc w:val="left"/>
      </w:pPr>
      <w:r>
        <w:rPr>
          <w:rFonts w:ascii="Times New Roman" w:hAnsi="Times New Roman" w:eastAsia="Times New Roman" w:cs="Times New Roman"/>
        </w:rPr>
        <w:t>Тирдің жезөкшесінің ұмытылуы үшін жетпіс жыл белгіленген, содан кейін ақырзаман уақыты болып табылатын 1989 жылдан Жексенбілік заңға дейін ол ән сала бастайды. Ол жасырын одақтан бастады, өйткені ол протестанттық Американың дінін өз ықпалына алып, Кеңес Одағының күйреуі арқылы оңтүстіктің патшасының саяси құрылымын құлатты. Жетпіс жылдық кезең он және жеті болып бөлінетін он жеті жылдық мерзімнің дәл ортасында Antiochus the Great тұрған тарихта аяқталады; бұл екеуін көбейткенде, “жетпіс” шығады. Рафия мен Паниумның арасында аяқталған сыртқы екі жүз елу жылдың басында жиырма үш жүз жылдық ішкі уақыт пайғамбарлығы Даниял халқының үстіне “жетпіс” апта белгіленуімен басталады. Сол жетпіс аптаның соңында, б.з. 34 жылы, ежелгі Исраил Құдайдың таңдаулы келісім халқы ретіндегі мәртебесінен мәңгілікке айырылып, Құдай сол кезде Өзінің мәсіхшілік қалыңдығымен некелік байланысқа түсіп, басқа ұлттарға қарай қол созып жатқан еді.</w:t>
      </w:r>
    </w:p>
    <w:p>
      <w:pPr>
        <w:pStyle w:val="ArticleBody"/>
        <w:jc w:val="left"/>
      </w:pPr>
      <w:r>
        <w:rPr>
          <w:rFonts w:ascii="Times New Roman" w:hAnsi="Times New Roman" w:eastAsia="Times New Roman" w:cs="Times New Roman"/>
        </w:rPr>
        <w:t>б.з.д. 207 жылы Антиох «жетпістің» дәл ортасында тұр; бұл оның патшалығының артықшылыққа ие болған ұлт ретіндегі мәртебесінің аяқталуын, Ол қазіргі Исраилді тұрғызуды таңдаған «даңқты жермен» байланыстыра айқындайды. Жексенбілік заң кезінде алтыншы патшалық ретіндегі Америка Құрама Штаттарының соңы — Ишаяның «жетпіс жылының» соңы. Антиохтың екі жүз елу жылдық желісі он алтыншы аяттағы жексенбілік заңның дәл алдында Америка Құрама Штаттарының республикалық мүйізі үшін сынақ мерзімінің жабылуын көрсетеді. 1844 жылғы 22 қазанда сот басталған кезде аяқталған екі мың үш жүз жыл жексенбілік заң кезінде соттың жабылуының бейнесі болып табылады. Екі мың үш жүз жыл Құдайдың таңдаулы халқы ретіндегі тура мағынадағы Исраилдің аяқталуын айқындайтын жетпіс аптадан басталады. Екі мың үш жүз жылдық тұтас кезеңнің соңы жексенбілік заңға дейін жалғасқан адвенттік қозғалыс аясында протестанттық қозғалыстың аяқталуымен түйінделеді. 1844 жылғы жабық есік қайталанғанда, есіктер республикалық мүйіздің, протестанттық мүйіздің және үкімет аңының үстінен жабылатын болады.</w:t>
      </w:r>
    </w:p>
    <w:p>
      <w:pPr>
        <w:pStyle w:val="ArticleBody"/>
        <w:jc w:val="left"/>
      </w:pPr>
      <w:r>
        <w:rPr>
          <w:rFonts w:ascii="Times New Roman" w:hAnsi="Times New Roman" w:eastAsia="Times New Roman" w:cs="Times New Roman"/>
        </w:rPr>
        <w:t>Антиохтың он мен жетінің аралығында тұруы — оның сынақ мерзімінің соңында тұруын білдіреді. Жексенбілік заң қабылданғанда жердегі аң болып табылатын Америка Құрама Штаттарының үкіметі үшін сынақ мерзімі жабылады, бірақ республикалық мүйіздің сынақ мерзімі Жексенбілік заңнан бұрын жабылады.</w:t>
      </w:r>
    </w:p>
    <w:p>
      <w:pPr>
        <w:pStyle w:val="ArticleScripture"/>
        <w:jc w:val="left"/>
      </w:pPr>
      <w:r>
        <w:rPr>
          <w:rFonts w:ascii="Times New Roman" w:hAnsi="Times New Roman" w:eastAsia="Times New Roman" w:cs="Times New Roman"/>
        </w:rPr>
        <w:t>Иса оған былай деді: «Саған жеті ретке дейін емес, жетпіс рет жетіге дейін деймін». Матай 18:22.</w:t>
      </w:r>
    </w:p>
    <w:p>
      <w:pPr>
        <w:pStyle w:val="ArticleBody"/>
        <w:jc w:val="left"/>
      </w:pPr>
      <w:r>
        <w:rPr>
          <w:rFonts w:ascii="Times New Roman" w:hAnsi="Times New Roman" w:eastAsia="Times New Roman" w:cs="Times New Roman"/>
        </w:rPr>
        <w:t>«жетпіс рет жеті» деген тіркес — Киелі кітаптағы сандар осындай көбейтінді түрінде берілген жалғыз орын. «Жетпіс рет жеті» — Даниял халқы үшін «белгіленіп қойылған» төрт жүз тоқсан жыл. Бұл — жиырма үш жүздің бастауын құрайтын жетпіс апта; әрі дәл сол бірдей бастапқы нүктеден есептелетін екі жүз елу жылдың соңында Антиох он мен жетінің ортасына келіп жетеді. Сол жерде Ұлы Антиох ұлы даудың қасиетті драмасындағы өз тарихының соңғы әрекеттерінде өз орнын алады.</w:t>
      </w:r>
    </w:p>
    <w:p>
      <w:pPr>
        <w:pStyle w:val="ArticleBody"/>
        <w:jc w:val="left"/>
      </w:pPr>
      <w:r>
        <w:rPr>
          <w:rFonts w:ascii="Times New Roman" w:hAnsi="Times New Roman" w:eastAsia="Times New Roman" w:cs="Times New Roman"/>
        </w:rPr>
        <w:t>1844 жылғы жабық есік жексенбілік заңның жабық есігін бейнелейді, ал он алтыншы аяттағы жексенбілік заңның алдында жеті жылдық кезең басталады; осы кезеңде Антиох өз патшалығының ақырын белгілейді, содан кейін жеті жылдың соңында оның патшалығы аяқталады. Жеті жылдық кезең аңның мүсініне байланысты сыналу уақытын бейнелейді, ал бұл кезең 321 жылғы алғашқы жексенбілік заңнан басталады. Соңғы жексенбілік заңның түрі болып табылатын алғашқы жексенбілік заңның алдында жарлықпен басталатын он жылдық кезең бар. 313 жылғы «жарлықта» он жылмен бейнеленген сыналу басталады, содан кейін Антиох алғашқы жексенбілік заңды енгізеді де, республикалық мүйіздің сынақ мерзімі аяқталады. Жеті жылдың соңында Паниум мен жексенбілік заң келіп, 330 жылы шығыс пен батыстың бөлінуін туындатады.</w:t>
      </w:r>
    </w:p>
    <w:p>
      <w:pPr>
        <w:pStyle w:val="ArticleHeading"/>
        <w:jc w:val="left"/>
      </w:pPr>
      <w:r>
        <w:rPr>
          <w:rFonts w:ascii="Arial" w:hAnsi="Arial" w:eastAsia="Arial" w:cs="Arial"/>
        </w:rPr>
        <w:t>Помпей</w:t>
      </w:r>
    </w:p>
    <w:p>
      <w:pPr>
        <w:pStyle w:val="ArticleBody"/>
        <w:jc w:val="left"/>
      </w:pPr>
      <w:r>
        <w:rPr>
          <w:rFonts w:ascii="Times New Roman" w:hAnsi="Times New Roman" w:eastAsia="Times New Roman" w:cs="Times New Roman"/>
        </w:rPr>
        <w:t>Он алтыншы аятта Помпей көркем жерді жаулап алды, бірақ б.з.д. 65 жылдан 63 жылға дейінгі екі жылдық кезеңнің ішінде Помпей, Даниял 8:9-дың орындалуы ретінде, шын мәнінде «шығысты» және «[көркем] жерді» жаулап алды; бұл қырқыншы аяттағы және 1989 жылғы қосарлы жаулап алудың бейнесі болды.</w:t>
      </w:r>
    </w:p>
    <w:p>
      <w:pPr>
        <w:pStyle w:val="ArticleBody"/>
        <w:jc w:val="left"/>
      </w:pPr>
      <w:r>
        <w:rPr>
          <w:rFonts w:ascii="Times New Roman" w:hAnsi="Times New Roman" w:eastAsia="Times New Roman" w:cs="Times New Roman"/>
        </w:rPr>
        <w:t>Пұтқа табынушы Рим үшін үшінші кедергі алғашқы ресми Рим триумвиратын құрғаны үшін белгілі Август Кесарь арқылы жүзеге асырылатын еді; бұл Римдегі алғашқы ресми үштік одақты білдіретін. Рим билеушілерінің үшінші жолбелгісінде үштік одақ Рим тарихында ресми түрде белгіленеді. Он алтыншы аяттағы жексенбілік заң тұсында айдаһардың, аңның және жалған пайғамбардың үштік одағы орнатылады, содан кейін Зәкәрия баяндағандай, зұлымдық құсы Шинардағы өз орнына қайта қойылады.</w:t>
      </w:r>
    </w:p>
    <w:p>
      <w:pPr>
        <w:pStyle w:val="ArticleBody"/>
        <w:jc w:val="left"/>
      </w:pPr>
      <w:r>
        <w:rPr>
          <w:rFonts w:ascii="Times New Roman" w:hAnsi="Times New Roman" w:eastAsia="Times New Roman" w:cs="Times New Roman"/>
        </w:rPr>
        <w:t>Август Цезарь алғашқы ресми Рим Триумвиратын құрды, бірақ тарихшылар оны Екінші Триумвират деп атайды, өйткені Юлий Цезарь да бір Триумвират құрған, алайда ол Рим үкіметінің ресми Триумвираты болмаған. Жуықта шығатын жексенбілік заң кезіндегі айдаһардың, аңның және жалған пайғамбардың үштік одағының рәміздері ретіндегі Юлий мен Август Цезарьдың арақатынасы мынадай түрде бейнеленеді: жексенбілік заңнаманы күштеп енгізу қозғалысының басында — Юлий, ал соңында — Август. Бұл пайғамбарлық байланыс сондай-ақ 67 жылғы Цестийдің қоршауы арқылы да көрсетіледі, содан кейін Титтің қоршауы келген. Юлий — Цестий, ал Август — Тит. Юлий мен Август үштік одақты, ал Цестий мен Тит қоршауды білдіреді.</w:t>
      </w:r>
    </w:p>
    <w:p>
      <w:pPr>
        <w:pStyle w:val="ArticleBody"/>
        <w:jc w:val="left"/>
      </w:pPr>
      <w:r>
        <w:rPr>
          <w:rFonts w:ascii="Times New Roman" w:hAnsi="Times New Roman" w:eastAsia="Times New Roman" w:cs="Times New Roman"/>
        </w:rPr>
        <w:t>Жексенбілік заңға қатысты қозғалыс пайғамбарлық тұрғыдан 313 жылы, Милан жарлығынан басталатын кезеңде басталады. Содан кейін, он жеті жылдық кезеңнің орта тұсы болып табылатын 321 жылы алғашқы жексенбілік заң пайда болады. Патшалықтың шығыс пен батысқа бөлінуінің үшінші қадамы — Құрама Штаттардағы аңның таңбасын немесе Құдайдың мөрін қабылдайтындар мен қабылдамайтындар болып бөлінуді бейнелейтін — 330 жыл болды. Ақырғы жексенбілік заңға алып баратын жексенбілік заңдардың бір тізбегі бар, ал 321 жыл 330 жылғы соңғы жексенбілік заңға алып баратын алғашқы жексенбілік заңды білдіреді.</w:t>
      </w:r>
    </w:p>
    <w:p>
      <w:pPr>
        <w:pStyle w:val="ArticleBody"/>
        <w:jc w:val="left"/>
      </w:pPr>
      <w:r>
        <w:rPr>
          <w:rFonts w:ascii="Times New Roman" w:hAnsi="Times New Roman" w:eastAsia="Times New Roman" w:cs="Times New Roman"/>
        </w:rPr>
        <w:t>Антиохтың екі жүз елу жылынан өзгеше, Неронның екі жүз елу жылы сегіз жылдық кезеңді, алғашқы жексенбілік заңның орта тұсын, содан кейін тағы тоғыз жылды айқындайды. Жол үстіне жол бойынша, Антиох пен Нерон үш межемен бейнеленген екі кезеңді айқындайды. Екі желіде де бірінші және соңғы межелер бірдей: басында ажырасумен аяқталған некемен белгіленген жарлық бар, әрі басында да, соңында да солтүстіктің патшасы мен оңтүстіктің патшасының арасындағы шайқас бар. Ортадағы 321 жылғы алғашқы жексенбілік заң Антиох тұрған орын болуы тиіс. Ол он жылмен бейнеленген сынақ үдерісінің қорытындысында тұр, әрі бұл сынақ үдерісі Антиохты жетінің ішінен шыққан сегізінші ретінде танытады, өйткені ол жетінің ішінен шыққан сегізінші болған аңның бейнесін қалыптастырады. Сол уақытта жүз қырық төрт мың да сынақ үдерісінен өтіп, жетінші Лаодикея шіркеуінен сегізінші, Филадельфия шіркеуіне айналады.</w:t>
      </w:r>
    </w:p>
    <w:p>
      <w:pPr>
        <w:pStyle w:val="ArticleBody"/>
        <w:jc w:val="left"/>
      </w:pPr>
      <w:r>
        <w:rPr>
          <w:rFonts w:ascii="Times New Roman" w:hAnsi="Times New Roman" w:eastAsia="Times New Roman" w:cs="Times New Roman"/>
        </w:rPr>
        <w:t>Алғашқы жексенбілік заңда бейненің орнатылуы басталады және ол Аян кітабының он үшінші тарауының он бірінші аятына тән жексенбілік заңда аяқталады; бұл аят Америка Құрама Штаттарының қозы ретінде басталуын оның айдаһар ретінде аяқталуымен қарама-қарсы қояды. Он үш — бүліктің нышаны, ал он бірінші аяттың мәнмәтінінде, әрі Америка Құрама Штаттарының айдаһарша сөйлеуі жағдайында, бүліктің нышаны — аңның таңбасы; ал Құдайдың мөріне ие болғандардың нышаны — он бір саны. Аян 13:11 Америка Құрама Штаттары айдаһарша сөйлейтін жексенбілік заң кезінде аңның таңбасын қабылдайтындар мен Құдайдың мөрін қабылдайтындардың бөлінуін айқындайды.</w:t>
      </w:r>
    </w:p>
    <w:p>
      <w:pPr>
        <w:pStyle w:val="ArticleBody"/>
        <w:jc w:val="left"/>
      </w:pPr>
      <w:r>
        <w:rPr>
          <w:rFonts w:ascii="Times New Roman" w:hAnsi="Times New Roman" w:eastAsia="Times New Roman" w:cs="Times New Roman"/>
        </w:rPr>
        <w:t>Аңның мүсініне қатысты сынақ уақытының оның келуін айқындайтын нақты белгілері бар, сонымен бірге олар оның аяқталуын да бейнелейді. Нұхтан бастап кернейлер мейрамына дейін Құдай ешқашан өзгермейді; Ол сынақ кезеңінің келуінен бұрын оны әрдайым алдын ала жариялайды. Оның жариялаулары Оның пайғамбарлық сөзінде табылған. Көптеген адвентистер (мен солай деп жорамалдаймын) Иерусалимнің қирауы кезінде екі қоршау болғанын, не соңғы қирау күні Набуходоносордың алғаш — альфа уақытта — Иерусалим мен ғибадатхананы қиратқан жылдағы дәл сол күн болғанын білмейді. Олар сондай-ақ қоршаулардың қасиетті мейрамдарда басталып, қасиетті бір мейрамда аяқталғанынан, немесе қоршау кезеңінің үш жарым жыл болғанынан бейхабар болуы мүмкін. Егер олар осы деректерді білмесе, онда Юлий Цезарь аңның мүсініне қатысты сынақ уақытының ең кемел көрінісінде басталуын белгілейтінін көруі екіталай сияқты. “Кемел көрініс” дегенде, мен оның соңғы орындалуын айтып отырмын.</w:t>
      </w:r>
    </w:p>
    <w:p>
      <w:pPr>
        <w:pStyle w:val="ArticleBody"/>
        <w:jc w:val="left"/>
      </w:pPr>
      <w:r>
        <w:rPr>
          <w:rFonts w:ascii="Times New Roman" w:hAnsi="Times New Roman" w:eastAsia="Times New Roman" w:cs="Times New Roman"/>
        </w:rPr>
        <w:t>Дәл сол кезең 1888 жылдан жексенбілік заңға дейін, ал содан кейін тағы да 11 қыркүйектен жексенбілік заңға дейін бейнеленеді; бірақ Аңның мүсінін орнатудың пайғамбарлық кезеңінің, Ұлы Константин арқылы 313 жылдан 330 жылға дейінгі кезеңде бейнеленген кемел орындалуы, ақырзаман уақыты 1989 жылы басталғалы бергі сегізінші президенттің президенттігі тұсында басталады.</w:t>
      </w:r>
    </w:p>
    <w:p>
      <w:pPr>
        <w:pStyle w:val="ArticleBody"/>
        <w:jc w:val="left"/>
      </w:pPr>
      <w:r>
        <w:rPr>
          <w:rFonts w:ascii="Times New Roman" w:hAnsi="Times New Roman" w:eastAsia="Times New Roman" w:cs="Times New Roman"/>
        </w:rPr>
        <w:t>Жексенбілік заңның алғашқысынан бастап, сенбі мен жексенбіге қатысты сыналу кезеңі Антиохтың жеті жылы арқылы бейнеленген мерзімде өрбиді. Антиох шебінің жеті жылын Неро шебінің тоғыз жылына көбейткенде алпыс үш шығады, ал б.з.д. 63 жылы Помпей Даңқты Жерді Даниял кітабының он бірінші тарауының он алтыншы аятының орындалуы ретінде жаулап алды. Жексенбілік заң кезінде тоғыз патша Құрама Штаттарды жер бетіндегі барлық патшалармен азғындық жасауға тиіс болған, өз патшалығын беруге келісетін он патшаның ішіндегі бас патша ретінде, яғни Тирдің жезөкшесі ретінде таниды.</w:t>
      </w:r>
    </w:p>
    <w:p>
      <w:pPr>
        <w:pStyle w:val="ArticleBody"/>
        <w:jc w:val="left"/>
      </w:pPr>
      <w:r>
        <w:rPr>
          <w:rFonts w:ascii="Times New Roman" w:hAnsi="Times New Roman" w:eastAsia="Times New Roman" w:cs="Times New Roman"/>
        </w:rPr>
        <w:t>Он қыз туралы астарлы әңгіменің пайғамбарлық құрылымымен үйлесімде, аң мен жалған пайғамбардың некесі 1989 жылы жүзеге асты, ал жексенбілік заң кезінде неке түпкілікті бекітіледі. Сол тарихтың бір фракталы — 2001 жылы, 11 қыркүйекте басталған тірілердің соты кезеңі. Сол сәттен бастап жексенбілік заңға дейін, яғни аңның мүсініне қатысты сынақ уақыты болып табылатын әрі жүз қырық төрт мыңның мөрлену уақыты болып саналатын осы аралықта, сот Құдайдың келісім халқының үстінен және олар Ыбырайымның келісім жөніндегі пайғамбарлығына сай қоныстанған жердің үстінен жүзеге асырылады. Осы кезеңде Лаодикеялық Жетінші күн адвентистері шіркеуі сотталады, содан кейін өздерін қыздармыз деп мойындайтындар сотталады. Осылайша протестанттық мүйіз сотталады, әрі ол әуелі республикалық мүйіздің Демократиялық партиясы 2024 жылға дейін сотталған кезеңде сотталады, енді қазір республикалық мүйіздің республикашылдарының соты жүзеге асуда. Конституциялық үкімет — екі мүйізді көтеріп тұрған аң, және ол жексенбілік заң кезінде сотталады.</w:t>
      </w:r>
    </w:p>
    <w:p>
      <w:pPr>
        <w:pStyle w:val="ArticleBody"/>
        <w:jc w:val="left"/>
      </w:pPr>
      <w:r>
        <w:rPr>
          <w:rFonts w:ascii="Times New Roman" w:hAnsi="Times New Roman" w:eastAsia="Times New Roman" w:cs="Times New Roman"/>
        </w:rPr>
        <w:t>1989 жылдан Жексенбілік заңға дейінгі кезең 9/11-ден Жексенбілік заңға дейін созылатын фрактал түрінде бейнеленеді, бірақ аңның мүсінінің орнатылуының кемелді орындалуы жетеудің ішінен шыққан сегізінші президентте жүзеге асады. Неронның он жеті жылы 9/11-ден Жексенбілік заңға дейінгі тарихтың фракталы болып табылады. Антиохтың он жеті жылы да дәл сондай. Рейганның некесі мен жасырын одақ сегізінші президенттің мерзімінде ашық одақпен түпкілікті жүзеге асады. Альфа мен омега некелерінің біріншісі 2001 жылы Patriot Act арқылы рәмізделді, сол кезде ағылшын заңы рим заңына өзгертілді. Милан жарлығының некесі аңның мүсінінің орнатылуының кемелді орындалуының басталуын белгілейді. Оның құрылымы он қыздың некесінің құрылымына негізделген және шынайы неке кезінде болатын жалған некені бейнелейді.</w:t>
      </w:r>
    </w:p>
    <w:p>
      <w:pPr>
        <w:pStyle w:val="ArticleBody"/>
        <w:jc w:val="left"/>
      </w:pPr>
      <w:r>
        <w:rPr>
          <w:rFonts w:ascii="Times New Roman" w:hAnsi="Times New Roman" w:eastAsia="Times New Roman" w:cs="Times New Roman"/>
        </w:rPr>
        <w:t>Аңның мүсініне қатысты сынақ уақыты біз «мөрленбестен» бұрын өтуге тиіс «сынақты» білдіреді. Әуелі Құдайдың үйі сотталады, содан кейін жексенбілік заң кезінде Құдайдың үйінен тысқары тұрғандар сотталады. Құдайдың үйіндегі де, содан соң ұлы жиындағы да соңғы сот кезеңі алғашқы жексенбілік заңнан басталады. Америка Құрама Штаттарында алғашқы жексенбілік заң болады, және ол аңның мүсініне қатысты сынақ кезеңінің мінсіз әрі соңғы орындалуының басталуын белгілейді; одан кейін бұл кезең Аян 13:11-ді орындайтын жексенбілік заңмен аяқталады. Сол жексенбілік заң — даңқты жердегі соңғы жексенбілік заң. Даңқты жердегі соңғы жексенбілік заң — әлемдегі алғашқы жексенбілік заң, әрі ол әлем үшін аңның мүсініне қатысты сынақ уақытын белгілейді. Әлемдік сынақ уақыты он үшінші тараудың он бірінші аятындағы Америка Құрама Штаттарындағы жексенбілік заңнан басталады. Америка Құрама Штаттары жуықта келетін жексенбілік заң кезінде айдаһар сияқты «сөйлегенде», тараудағы он екінші аят және одан арғы аяттар аңның мүсініне қатысты әлемдік сынақ уақытын бейнелейді.</w:t>
      </w:r>
    </w:p>
    <w:p>
      <w:pPr>
        <w:pStyle w:val="ArticleBody"/>
        <w:jc w:val="left"/>
      </w:pPr>
      <w:r>
        <w:rPr>
          <w:rFonts w:ascii="Times New Roman" w:hAnsi="Times New Roman" w:eastAsia="Times New Roman" w:cs="Times New Roman"/>
        </w:rPr>
        <w:t>Осы себепті 313 жылғы жарлықтан басталатын он жеті жылмен аяқталып, одан кейін 321 жылғы алғашқы жексенбілік заң, сосын 330 жылғы шығыс пен батыстың бөлінуі келетін Неро туралы екі жүз елу жылдық пайғамбарлықты көру маңызды. Неро желісінің үш қадамы қудалау туралы, өйткені Неро — қудалаудың нышаны, ал 250 жылдық кезең 313 жылы ымыраласу шіркеуі келген кезде аяқталған Смирна шіркеуін бейнелейді. Үшінші қадам патшалықтың аяқталуын белгілейді, сондықтан оны Америка Құрама Штаттарына қолданғанда, ол жексенбілік заңды және алтыншы патшалықтан жетінші және сегізінші патшалықтарға өтуді білдіреді. Оны әлемге қолданғанда, үшінші waymark — адамзаттың сынақ мерзімінің жабылуы; бұл аңның мүсінінің әлемдік сынақ кезеңінің басында Америка Құрама Штаттары үшін сынақ мерзімінің жабылуымен ишараланған еді.</w:t>
      </w:r>
    </w:p>
    <w:p>
      <w:pPr>
        <w:pStyle w:val="ArticleBody"/>
        <w:jc w:val="left"/>
      </w:pPr>
      <w:r>
        <w:rPr>
          <w:rFonts w:ascii="Times New Roman" w:hAnsi="Times New Roman" w:eastAsia="Times New Roman" w:cs="Times New Roman"/>
        </w:rPr>
        <w:t>Міне, сондықтан жексенбі заңына алып баратын төрт Рим билеушісінің үшіншісі, жиырма екінші аятта көрсетілгендей, айқышпен бейнеленген Август Цезарь, өзінен кейін айқышты білдіретін Тиберий келуге тиіс болса да, айқышты бейнелей алады. Аңның мүсініне қатысты сынақ кезеңі — алдымен жерді, содан кейін теңізді сынайтын қосарлы сынақ. Жер — Америка Құрама Штаттары, ал теңіз — дүние жүзі.</w:t>
      </w:r>
    </w:p>
    <w:p>
      <w:pPr>
        <w:pStyle w:val="ArticleBody"/>
        <w:jc w:val="left"/>
      </w:pPr>
      <w:r>
        <w:rPr>
          <w:rFonts w:ascii="Times New Roman" w:hAnsi="Times New Roman" w:eastAsia="Times New Roman" w:cs="Times New Roman"/>
        </w:rPr>
        <w:t>Аңның мүсінін сынау қосарланған белгілерді тудырады; мұнда екінші кезеңнің альфасы да бірінші кезеңнің омегасы болып табылады. 321 жыл пайғамбарлық тарихтағы алғашқы жексенбілік заң болды, ал аңның мүсінін сынау уақытын айқындайтын он жеті жылдың ішінде 321 жыл — Құрама Штаттардағы алғашқы жексенбілік заң, ол даңқты жерде аңның мүсінін сынау уақытының омега жексенбілік заңына алып барады. Алайда 321 жыл әлем үшін де алғашқы жексенбілік заң болып табылады, сондықтан 321 жыл аңның мүсінін сынау уақытының әрі басталуының, әрі аяқталуының ортасын белгілейді. 313 жыл — басталуы, ал басталуы — жексенбілік заңды бейнелейтін жарлық. Неронның он жеті жылы адамзаттың сынақ мерзімінің жабылуына дейін үдей түсетін жексенбілік заңдар кезеңін айқындайды.</w:t>
      </w:r>
    </w:p>
    <w:p>
      <w:pPr>
        <w:pStyle w:val="ArticleBody"/>
        <w:jc w:val="left"/>
      </w:pPr>
      <w:r>
        <w:rPr>
          <w:rFonts w:ascii="Times New Roman" w:hAnsi="Times New Roman" w:eastAsia="Times New Roman" w:cs="Times New Roman"/>
        </w:rPr>
        <w:t>Жарлық сынақ мерзімінің жабылуына алып баратын алғашқы жексенбілік заңның бейнесі болып табылады. Помпей он алтыншы аятта Яһуданы басып алды, бұл жексенбілік заңды бейнелейді, ал Юлий Цезарь алғашқы Триумвиратты құрды; ол ресми емес үш жақты одақ болғанымен, тарихшылар оны сонда да алғашқысы деп белгілейді. Юлий Цезарьдың жексенбілік заңның үш жақты одағының бейнесі болуы, айқыштағы Тиберийден бұрын келген Август Цезарьдың ресми Триумвиратын бейнеледі. Римнің осы төрт билеушісінің бәрі де жексенбілік заңды бейнелейді, сол сияқты Неронның он жеті жылының барлық үш қадамы да соны бейнелейді.</w:t>
      </w:r>
    </w:p>
    <w:p>
      <w:pPr>
        <w:pStyle w:val="ArticleBody"/>
        <w:jc w:val="left"/>
      </w:pPr>
      <w:r>
        <w:rPr>
          <w:rFonts w:ascii="Times New Roman" w:hAnsi="Times New Roman" w:eastAsia="Times New Roman" w:cs="Times New Roman"/>
        </w:rPr>
        <w:t>Помпей 1989 жылмен үйлеседі; Юлий он бірінші аятпен үйлеседі; Август он бесінші аятпен, ал Тиберий он алтыншы аятпен үйлеседі. Аяттардағы Юлийдің оқиғасы оның Мысырға жорығын және Клеопатраны қамтиды. Бұл тарих Марк Антоний арқылы қайталанады. Марк Антоний Юлий Цезарь жиырма үш пышақ жарақатымен өлтірілген кезде оның басты генералы болды. Жиырма үш жексенбілік заңды білдіреді, ал Юлийдің 23 жарақаттан қаза табуы — жексенбілік заң тұсында аяқталатын патшалық. Содан кейін Марк Антоний, Август Цезарь және Марк Лепид оның өлімінің кегін алу үшін алғашқы ресми триумвиратты құрды. Сол үштік биліктің бірі Марк Антоний Юлийдің Мысырмен және Клеопатрамен болған кездесуін қайталауға тиіс болды.</w:t>
      </w:r>
    </w:p>
    <w:p>
      <w:pPr>
        <w:pStyle w:val="ArticleBody"/>
        <w:jc w:val="left"/>
      </w:pPr>
      <w:r>
        <w:rPr>
          <w:rFonts w:ascii="Times New Roman" w:hAnsi="Times New Roman" w:eastAsia="Times New Roman" w:cs="Times New Roman"/>
        </w:rPr>
        <w:t>Юлий болсын, Марк Антоний болсын — екеуі де Римнің рәміздері, ал Клеопатра Мысыр мен Грекияның рәмізі болды. Ол Мысырдағы грек билігін бейнеледі; бұлардың екеуі де айдаһардың рәміздері, ал Юлий мен Марк Антоний аңның рәміздері болып табылады. Қатынастағы әйел ретінде Клеопатра қауымды білдірді, сол арқылы Юлий мен Марк Антоний мемлекетті білдіретін болды. Клеопатра өз патшалық римдік ғашықтарынан екі рет ажыратылған әйелді бейнелейді: әуелі 1798 жылы, содан кейін сынақ мерзімі жабылғанда, оған көмектесер ешкім болмай, ақырына жеткен кезде. Оның түпкілікті құлауы б.з.д. 31 жылы Акций шайқасында болды. Акций шайқасының жеңімпазы Август Кесарь болды, сондықтан біз Помпейдің Мысырда өлгенін, Юлийдің Мысырда Клеопатрамен кездескенін, мұның Марк Антонийдің тарихында қайталанғанын, содан кейін Август Кесарьдың сол қарым-қатынасты Акцийде аяқтағанын көреміз. Акций жексенбілік заңды білдіреді, өйткені дәл Акций шайқасында Рим үшін үшінші кедергі жойылып, Даниял 11:24-тің орындалуы ретінде империялық пұтқа табынушы Рим үш жүз алпыс жыл бойы билік ете бастады.</w:t>
      </w:r>
    </w:p>
    <w:p>
      <w:pPr>
        <w:pStyle w:val="ArticleBody"/>
        <w:jc w:val="left"/>
      </w:pPr>
      <w:r>
        <w:rPr>
          <w:rFonts w:ascii="Times New Roman" w:hAnsi="Times New Roman" w:eastAsia="Times New Roman" w:cs="Times New Roman"/>
        </w:rPr>
        <w:t>Помпей алғашқы екі кедергіні, ал Август үшіншісін алып тастады.</w:t>
      </w:r>
    </w:p>
    <w:p>
      <w:pPr>
        <w:pStyle w:val="ArticleScripture"/>
        <w:jc w:val="left"/>
      </w:pPr>
      <w:r>
        <w:rPr>
          <w:rFonts w:ascii="Times New Roman" w:hAnsi="Times New Roman" w:eastAsia="Times New Roman" w:cs="Times New Roman"/>
        </w:rPr>
        <w:t>Солардың бірінен оңтүстікке, шығысқа және әсем жерге қарай айрықша ұлғайып кеткен бір кішкене мүйіз шықты. Даниял 8:9.</w:t>
      </w:r>
    </w:p>
    <w:p>
      <w:pPr>
        <w:pStyle w:val="ArticleBody"/>
        <w:jc w:val="left"/>
      </w:pPr>
      <w:r>
        <w:rPr>
          <w:rFonts w:ascii="Times New Roman" w:hAnsi="Times New Roman" w:eastAsia="Times New Roman" w:cs="Times New Roman"/>
        </w:rPr>
        <w:t>Помпей — 1989 жыл, яғни қазіргі Римнің өлімші жарасы жазылған кезде еңсерілуге тиіс үш саяси биліктің алғашқы жол белгісі. Олар — Кеңес Одағы, одан кейін Америка Құрама Штаттары, сондай-ақ Даниял 11-тараудың қырық бірінші аятындағы Біріккен Ұлттар Ұйымы. Папалық биліктің соғысы саяси да, діни де сипатқа ие, әрі пайғамбарлық тұрғыдан алғанда, Америка Құрама Штаттарының діни билігі Рейган мен Рим папасы Иоанн Павел II арасындағы құпия одақ жүзеге асқанда жаулап алынды. Папалықтардың нысанасына үш саяси кедергі мен үш діни күш кіреді. 1989 жылы үш саяси биліктің бірі жойылып кетті; Римге қарсы шығу дегенді білдіретін нақты ұғым ретіндегі протестантизм де сол тарихта Америка Құрама Штаттарының президенті тарапынан жойылып кетті. Үш саяси билік — Кеңес Одағы, Америка Құрама Штаттары және Біріккен Ұлттар Ұйымы, ал діни нысаналар — протестантизм, сонымен бірге айдаһардың әртүрлі діндері, олардың бәрі спиритизм деп есептеледі. Әлемді Армагеддонға бастап баратын үш дін — азғынданған протестантизм, католицизм және спиритизм; ал папалық биліктің өз шіркеуінің ішіндегі консервативтік және либералдық идеология арасындағы ішкі күрестері, православиелік католицизмнің жікке бөлінулерімен бірге, діни кедергі болып табылады, ал католицизм еңсеруге тиіс өзге екі діни кедергі — азғынданған протестантизм мен спиритизм. Протестантизм 1989 жылы жойылып кетті.</w:t>
      </w:r>
    </w:p>
    <w:p>
      <w:pPr>
        <w:pStyle w:val="ArticleBody"/>
        <w:jc w:val="left"/>
      </w:pPr>
      <w:r>
        <w:rPr>
          <w:rFonts w:ascii="Times New Roman" w:hAnsi="Times New Roman" w:eastAsia="Times New Roman" w:cs="Times New Roman"/>
        </w:rPr>
        <w:t>Егер Фатима хабарларынан туындаған әртүрлі католиктік пайғамбарлықтарда бейнеленгендей, католицизмнің ішкі күрестері оның өз дінінен тыс діни күштерді жеңуге бағытталған талпыныстарынан бөлек қарастырылса, онда оның протестантизм үстінен алған альфа жеңісі — Рейганның құпия одағы, ал оның омега жеңісі — 2025 жылғы ашық одақ болды. Оның православиелік шіркеулермен күрестері де 1989 жылғы бастапқы жеңістен Панидегі түпкілікті жеңіске дейін бейнеленген.</w:t>
      </w:r>
    </w:p>
    <w:p>
      <w:pPr>
        <w:pStyle w:val="ArticleBody"/>
        <w:jc w:val="left"/>
      </w:pPr>
      <w:r>
        <w:rPr>
          <w:rFonts w:ascii="Times New Roman" w:hAnsi="Times New Roman" w:eastAsia="Times New Roman" w:cs="Times New Roman"/>
        </w:rPr>
        <w:t>Помпей 1989 жылмен сәйкеседі, ал Даниялдың сегізінші тарауының тоғызыншы аятында «шығыс» пен «көркем жер» деп анықталған оның осы екеуін жеңуі папалықтың бұрынғы Кеңес Одағының үстінен рухани әрі саяси жеңісін, сондай-ақ мойындаушы протестантизмнің даңқты жері үстінен қатар жүретін рухани жеңісті бейнелейді. Юлий Цезарь Антиох III сияқты, әрі Зеленский де солай болатын тәрізді, Рафияда жеңіліске ұшырайды. Юлий он жетінші аяттан он тоғызыншы аятқа дейінгі аяттардың нысаны болып табылады, ал содан кейін салық салушы ретінде Август Цезарь көтеріледі. Тиберий Цезарь айқыштың кезінде патшалық құрып тұр, сондықтан Тиберий — он алтыншы аяттағы жексенбілік заң.</w:t>
      </w:r>
    </w:p>
    <w:p>
      <w:pPr>
        <w:pStyle w:val="ArticleBody"/>
        <w:jc w:val="left"/>
      </w:pPr>
      <w:r>
        <w:rPr>
          <w:rFonts w:ascii="Times New Roman" w:hAnsi="Times New Roman" w:eastAsia="Times New Roman" w:cs="Times New Roman"/>
        </w:rPr>
        <w:t>Бұл Августты он бесінші аяттағы Паниуммен, ал он бірінші аяттағы Рафия шайқасын Юлиймен сәйкестендіреді. Паниум шайқасы — он алтыншы аяттағы жексенбілік заңның дәл алдында басталатын үшінші дүниежүзілік соғыс, бірақ кейін Акций шайқасына айналады. Паниум — құрлықтағы шайқас (Америка Құрама Штаттары), ал Акций — теңіздегі шайқас (әлем). Август Паниумда төрт римдік билеушінің тізбегінде бейнеленген, ал Акцийде ол нақты басшы болды. Паниумда Антиох Риммен одақтасқан Мысырмен айналысты, ал Акцийде Август Риммен (Марк Антониймен) одақтасқан Мысырмен (Клеопатрамен) айналысты. Бұл Помпей қырқыншы аятты 1989 жылға дейін бейнелейтінін, ал Тиберий қырық бірінші аяттағы жексенбілік заңды бейнелейтінін білдіреді. Юлий Цезарь б.з.д. 217 жылғы Рафия шайқасы арқылы типологиялық түрде алдын ала көрсетілген Украина соғысы басталған 2014 жылы келді.</w:t>
      </w:r>
    </w:p>
    <w:p>
      <w:pPr>
        <w:pStyle w:val="ArticleBody"/>
        <w:jc w:val="left"/>
      </w:pPr>
      <w:r>
        <w:rPr>
          <w:rFonts w:ascii="Times New Roman" w:hAnsi="Times New Roman" w:eastAsia="Times New Roman" w:cs="Times New Roman"/>
        </w:rPr>
        <w:t>Бұл он жетіншіден жиырма екінші аяттарға дейінгі аралықтың 1989 жылы басталып, Жексенбі заңы кезінде аяқталатынын, сондықтан олардың қырықыншы аяттың «жасырын тарихымен» сәйкес келетін тарих екенін айқындайды. Маккавейлердің пайғамбарлық желісі де дәл сол «жасырын тарихпен» сәйкес келеді. Рим билеушілерінің желісі қазіргі Римді, Аян 16-тараудағы мақұлықты айқындайды, ал Маккавейлердің желісі даңқты жерді, Аян 16-тараудағы жалған пайғамбарды сипаттайды. Үш шайқастың желісі Аян 16-тараудағы айдаһар — оңтүстіктің патшасын жеңуді айқындайды.</w:t>
      </w:r>
    </w:p>
    <w:p>
      <w:pPr>
        <w:pStyle w:val="ArticleBody"/>
        <w:jc w:val="left"/>
      </w:pPr>
      <w:r>
        <w:rPr>
          <w:rFonts w:ascii="Times New Roman" w:hAnsi="Times New Roman" w:eastAsia="Times New Roman" w:cs="Times New Roman"/>
        </w:rPr>
        <w:t>Бұл үш сызық дүниені Армагеддонға бастап баратын үш билікті бейнелейді, әрі олар қырқыншы аятта оңтүстіктің патшасы, айдаһар, солтүстіктің патшасы, аң, ал соғыс арбалары, салтаттылар мен кемелер — жалған пайғамбар ретінде көрсетілген. Оныншы аяттан жиырма үшінші аятқа дейінгі осы үш сызық қырқыншы аяттың жасырын тарихындағы үш билікті бейнелейді; бұлар қырқыншы аяттың ашық тарихында бейнеленген үш нысанның үздіксіз өрбитін көрінісінен басқа ештеңе де емес, кем де емес.</w:t>
      </w:r>
    </w:p>
    <w:p>
      <w:pPr>
        <w:pStyle w:val="ArticleHeading"/>
        <w:jc w:val="left"/>
      </w:pPr>
      <w:r>
        <w:rPr>
          <w:rFonts w:ascii="Arial" w:hAnsi="Arial" w:eastAsia="Arial" w:cs="Arial"/>
        </w:rPr>
        <w:t>Бірінші аят</w:t>
      </w:r>
    </w:p>
    <w:p>
      <w:pPr>
        <w:pStyle w:val="ArticleBody"/>
        <w:jc w:val="left"/>
      </w:pPr>
      <w:r>
        <w:rPr>
          <w:rFonts w:ascii="Times New Roman" w:hAnsi="Times New Roman" w:eastAsia="Times New Roman" w:cs="Times New Roman"/>
        </w:rPr>
        <w:t>Бірінші мен төртінші аяттар 1989 жылды «ақырзаман уақыты» ретінде, сондай-ақ сол бастапқы нүктеден бастап Америка Құрама Штаттарының сегіз президентін, әрі соңында ақырғы әрі әлдеқайда бай сегізінші президентпен аяқталатынын айқындайды. Төртінші аятта сол патша Ұлы Ескендір, Ахаб патша, Аян кітабының он жетінші тарауындағы он патша, Забурдың сексен үшінші жырындағы он ру, әрі Жаратылыс 15:18–21-дегі Құдайдың Ыбыраммен жасаған келісімінің ең алғашқы қадамында дүниенің нышаны ретінде көрсетілген он халық арқылы бейнеленетін дүниенің патшасына айналады.</w:t>
      </w:r>
    </w:p>
    <w:p>
      <w:pPr>
        <w:pStyle w:val="ArticleBody"/>
        <w:jc w:val="left"/>
      </w:pPr>
      <w:r>
        <w:rPr>
          <w:rFonts w:ascii="Times New Roman" w:hAnsi="Times New Roman" w:eastAsia="Times New Roman" w:cs="Times New Roman"/>
        </w:rPr>
        <w:t>Бірден төртінші аяттарға дейінгі аяттар 1989 жылғы тарихтан бастап қырық бірінші аяттағы жексенбілік заң кезіндегі үштік одаққа дейінгі кезеңді бейнелейді; сондықтан олар төрт римдік билеушімен, Маккавейлер желісімен және оныншыдан он бесінші аяттарға дейінгі үш шайқаспен сәйкес келеді; осының бәрі бірігіп қырықыншы аяттың жасырын тарихын құрайды.</w:t>
      </w:r>
    </w:p>
    <w:p>
      <w:pPr>
        <w:pStyle w:val="ArticleBody"/>
        <w:jc w:val="left"/>
      </w:pPr>
      <w:r>
        <w:rPr>
          <w:rFonts w:ascii="Times New Roman" w:hAnsi="Times New Roman" w:eastAsia="Times New Roman" w:cs="Times New Roman"/>
        </w:rPr>
        <w:t>Бесінші тармақтан тоғызыншы тармаққа дейін 538 жылдан 1798 жылға дейінгі тарихты мінсіз бейнелейтін пайғамбарлық желі ұсынылады және қырқыншы тармақтағы ақыр заманның маңызын ұғыну үшін тарихи әрі пайғамбарлық қисынды береді. Сол қисын оныншы тармақты бесінші тармақтан тоғызыншы тармаққа дейінгі тарих үшін жасалған қарымта ретінде түсіндіреді, әрі осылайша 1989 жылдың қисынын айқындайды. Бұл Даниялдың он бірінші тарауының бірінші тармақтан жиырма үшінші тармаққа дейінгі аралығы қырқыншы тармақтың жасырын тарихымен үйлескен бес пайғамбарлық желіні бейнелейтінін білдіреді. Алғашқы төрт тармақ жеті патшаның бірі болып табылатын сегізінші президент Трамп туралы, ол Аян кітабының он жетінші тарауындағы жетінші патшалықта он патшаның патшасы болуға тағайындалған.</w:t>
      </w:r>
    </w:p>
    <w:p>
      <w:pPr>
        <w:pStyle w:val="ArticleBody"/>
        <w:jc w:val="left"/>
      </w:pPr>
      <w:r>
        <w:rPr>
          <w:rFonts w:ascii="Times New Roman" w:hAnsi="Times New Roman" w:eastAsia="Times New Roman" w:cs="Times New Roman"/>
        </w:rPr>
        <w:t>Бесінші аяттан оныншы аятқа дейін 1798 жылға дейінгі әрі 1989 жылға дейін жалғасатын тарихты айқындайды; бұл — қырқыншы аяттың тарихы. Оныншы аяттан он бесінші аятқа дейін 1989 жылы басталған үш жанама соғыстың тарихын айқындайды, олардың екіншісі 2014 жылы басталды, содан кейін 2015 жылы ең бай президент билікке келді. Сол ең бай президент 2020 жылы өлтірілді, ал 2022 жылы Рафиа соғысы күшейді, содан соң 2024 жылы ең бай президент қайта оралды, әрі 2025 жылы аңның басы да, аңның бейнесінің басы да екеуі де қызметіне кірісті.</w:t>
      </w:r>
    </w:p>
    <w:p>
      <w:pPr>
        <w:pStyle w:val="ArticleBody"/>
        <w:jc w:val="left"/>
      </w:pPr>
      <w:r>
        <w:rPr>
          <w:rFonts w:ascii="Times New Roman" w:hAnsi="Times New Roman" w:eastAsia="Times New Roman" w:cs="Times New Roman"/>
        </w:rPr>
        <w:t>Бұл мәселелерді келесі мақалада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Жиырма бірінші</dc:title>
  <dc:subject>Даңқты елдегі жексенбілік заңға қарай қозғалыс</dc:subject>
  <dc:creator>Jeff Pippenger</dc:creator>
  <cp:keywords/>
  <dc:description>Generated by ArticleDigger from panium\21_panium.json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