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Жиырма екі саны</w:t>
      </w:r>
    </w:p>
    <w:p>
      <w:pPr>
        <w:pStyle w:val="ArticleSubtitle"/>
        <w:jc w:val="left"/>
      </w:pPr>
      <w:r>
        <w:rPr>
          <w:rFonts w:ascii="Arial" w:hAnsi="Arial" w:eastAsia="Arial" w:cs="Arial"/>
        </w:rPr>
        <w:t>2023 жылғы 31 желтоқсан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2023 жылғы 31 желтоқсаннан бері Яһуда руынан шыққан Арыстан пайғамбарлық ақиқаттарды белгілі бір ретпен ашып келеді. Бұл ретті Future for America веб-сайтында жарияланған мақалаларды шолу арқылы оңай анықтауға болады. Соңғы айларда ашылған ақиқаттар көп әрі терең! Бұл тәртіп кездейсоқ емес, ол мақсатты. Бұл реттілік Мәсіхтің Яһуда руынан шыққан Арыстан ретінде қауымға, ал содан кейін дүниеге арналған соңғы сынау хабарларын ашқан кезде жүзеге асыратын мақсатты, бірізді үдерісті айқын көрсетеді. Аян кітабында Яһуда руынан шыққан Арыстан жеті мөрмен бекітілген кітапты алып, мөрлерді бір-бірден — ретімен — шешеді.</w:t>
      </w:r>
    </w:p>
    <w:p>
      <w:pPr>
        <w:pStyle w:val="ArticleHeading"/>
        <w:jc w:val="left"/>
      </w:pPr>
      <w:r>
        <w:rPr>
          <w:rFonts w:ascii="Arial" w:hAnsi="Arial" w:eastAsia="Arial" w:cs="Arial"/>
        </w:rPr>
        <w:t>Өз Ретімен Аян етіледі</w:t>
      </w:r>
    </w:p>
    <w:p>
      <w:pPr>
        <w:pStyle w:val="ArticleScripture"/>
        <w:jc w:val="left"/>
      </w:pPr>
      <w:r>
        <w:rPr>
          <w:rFonts w:ascii="Times New Roman" w:hAnsi="Times New Roman" w:eastAsia="Times New Roman" w:cs="Times New Roman"/>
        </w:rPr>
        <w:t>«Осы жеті күн күркіреуі өз дауыстарын шығарғаннан кейін, Жоханға Даниялға кішкене кітапқа қатысты берілгендей өсиет беріледі: “Жеті күн күркіреуі айтқан нәрселерді мөрлеп қой.” Бұлар өз ретімен ашылатын болашақ оқиғаларға қатысты. Даниял күндердің соңында өз үлесінде тұрады. Жохан кішкене кітаптың мөрі ашылғанын көреді. Сонда Даниялдың пайғамбарлықтары дүниеге жариялануға тиісті бірінші, екінші және үшінші періштелердің хабарларында өзіне тиісті орнын алады. Кішкене кітаптың мөрінің ашылуы уақытқа қатысты хабар болды.»</w:t>
      </w:r>
    </w:p>
    <w:p>
      <w:pPr>
        <w:pStyle w:val="ArticleScripture"/>
        <w:jc w:val="left"/>
      </w:pPr>
      <w:r>
        <w:rPr>
          <w:rFonts w:ascii="Times New Roman" w:hAnsi="Times New Roman" w:eastAsia="Times New Roman" w:cs="Times New Roman"/>
        </w:rPr>
        <w:t>«Даниял мен Аян кітаптары — біртұтас. Бірі — пайғамбарлық, екіншісі — аян; бірі — мөрленген кітап, екіншісі — ашылған кітап. Жохан күркіреулер айтқан құпияларды естіді, бірақ оған оларды жазбау бұйырылды. »</w:t>
      </w:r>
    </w:p>
    <w:p>
      <w:pPr>
        <w:pStyle w:val="ArticleScripture"/>
        <w:jc w:val="left"/>
      </w:pPr>
      <w:r>
        <w:rPr>
          <w:rFonts w:ascii="Times New Roman" w:hAnsi="Times New Roman" w:eastAsia="Times New Roman" w:cs="Times New Roman"/>
        </w:rPr>
        <w:t>“Жоханға берілген, жеті күркіреуде білдірілген ерекше нұр бірінші және екінші періштелердің хабарлары аясында жүзеге асатын оқиғалардың бейнеленуі еді. Халықтың бұл нәрселерді білгені жөн болмады, өйткені олардың сенімі міндетті түрде сыналуы тиіс еді. Құдайдың тәртібі бойынша ең ғажайып әрі озық ақиқаттар жариялануға тиіс болатын. Бірінші және екінші періштелердің хабарлары жариялануы керек еді, бірақ бұл хабарлар өздеріне тән нақты қызметін атқарып болғанға дейін бұлардан өзге ешқандай қосымша нұр ашылмауға тиіс еді. Бұл теңіз үстінде бір аяғымен тұрған періштенің енді уақыт болмайтынын аса салтанатты антпен жариялауымен бейнеленген”. The Seventh-day Adventist Bible Commentary, volume 7, 971.</w:t>
      </w:r>
    </w:p>
    <w:p>
      <w:pPr>
        <w:pStyle w:val="ArticleBody"/>
        <w:jc w:val="left"/>
      </w:pPr>
      <w:r>
        <w:rPr>
          <w:rFonts w:ascii="Times New Roman" w:hAnsi="Times New Roman" w:eastAsia="Times New Roman" w:cs="Times New Roman"/>
        </w:rPr>
        <w:t>«жеті күн күркіреуінің» соңғы аяны 2023 жылдан кейін ашылды, әрі ол «жеті күн күркіреуінің» алғашқы альфа көңілі қалушылықтан соңғы омега көңілі қалушылыққа дейінгі кезеңді бейнелейтінін көрсетті. Жоханға жеті күн күркіреуін анықтап беруге рұқсат етілмеді, өйткені «жеті күн күркіреуінің» аяны тарихтағы дара бір орындалу емес, қайтадан соңғы күндерде жүзеге асуға тиіс Миллершілер тарихында болған «оқиғалардың межеленуінің» көрінісі еді. Кемел орындалу 2020 жылғы 18 шілдеден бастап жуық арада келетін жексенбілік заңға дейінгі тарихты бейнелеп көрсету үшін көрсетілді. Арыстан сол нұрды жүз қырық төрт мыңның ғибадатханасының тұрғызылу тарихына сәуле түсіру үшін ашып берді.</w:t>
      </w:r>
    </w:p>
    <w:p>
      <w:pPr>
        <w:pStyle w:val="ArticleBody"/>
        <w:jc w:val="left"/>
      </w:pPr>
      <w:r>
        <w:rPr>
          <w:rFonts w:ascii="Times New Roman" w:hAnsi="Times New Roman" w:eastAsia="Times New Roman" w:cs="Times New Roman"/>
        </w:rPr>
        <w:t>Миллериттер тарихында «жеті күн күркіреуі» 1798 жылдан 1844 жылға дейінгі кезеңді бейнеледі; осы уақытта миллериттер «ең ғажайып әрі тереңдетілген ақиқаттарды» ұсынды. Өздеріне тапсырылған істі жүзеге асыру барысында миллериттер сыналды. Олар өздері жариялап жүрген хабарды да, өздері орындап жатқан тарихты да толық түсінбеді. Олар жариялаған ақиқаттар — Уайт ханым «тереңдетілген ақиқаттар» деп анықтаған ақиқаттар еді; бұл ақиқаттар бірінші және екінші періштелердің хабарлары өз жұмысын аяқтағанға дейін түсінілуге тиіс емес болатын.</w:t>
      </w:r>
    </w:p>
    <w:p>
      <w:pPr>
        <w:pStyle w:val="ArticleBody"/>
        <w:jc w:val="left"/>
      </w:pPr>
      <w:r>
        <w:rPr>
          <w:rFonts w:ascii="Times New Roman" w:hAnsi="Times New Roman" w:eastAsia="Times New Roman" w:cs="Times New Roman"/>
        </w:rPr>
        <w:t>«Жеті күркіреу» өзінің толық кемелді орындалуына жеткен кезде, сол «болашақ оқиғалар» Даниял кітабымен бірлікте Аян кітабының он төртінші тарауындағы үш періштенің хабарлары арқылы бейнеленеді. «Жеті күркіреудің» «болашақ оқиғалары» арқылы бейнеленетін жүз қырық төрт мыңның ісі — Даниял кітабын үш періштенің хабарларымен ұштастыру.</w:t>
      </w:r>
    </w:p>
    <w:p>
      <w:pPr>
        <w:pStyle w:val="ArticleScripture"/>
        <w:jc w:val="left"/>
      </w:pPr>
      <w:r>
        <w:rPr>
          <w:rFonts w:ascii="Times New Roman" w:hAnsi="Times New Roman" w:eastAsia="Times New Roman" w:cs="Times New Roman"/>
        </w:rPr>
        <w:t>«Жаратқан Ие дүниені оның заңсыздығы үшін жазалағалы тұр. Өзіне берілген жарық пен шындықты қабылдамай теріске шығарғаны үшін Ол діни ұйымдарды жазалағалы тұр. Бірінші, екінші және үшінші періштелердің хабарларын біріктіретін ұлы хабар дүниеге жеткізілуге тиіс. Бұл біздің ісіміздің негізгі жүгі болуға тиіс». The Seventh-day Adventist Bible Commentary, volume 7, 950.</w:t>
      </w:r>
    </w:p>
    <w:p>
      <w:pPr>
        <w:pStyle w:val="ArticleBody"/>
        <w:jc w:val="left"/>
      </w:pPr>
      <w:r>
        <w:rPr>
          <w:rFonts w:ascii="Times New Roman" w:hAnsi="Times New Roman" w:eastAsia="Times New Roman" w:cs="Times New Roman"/>
        </w:rPr>
        <w:t>2023 жылғы 31 желтоқсаннан бері Яһуда руының Арыстаны пайғамбарлық ақиқаттарды белгілі бір «тәртіппен» ашып келеді.</w:t>
      </w:r>
    </w:p>
    <w:p>
      <w:pPr>
        <w:pStyle w:val="ArticleHeading"/>
        <w:jc w:val="left"/>
      </w:pPr>
      <w:r>
        <w:rPr>
          <w:rFonts w:ascii="Arial" w:hAnsi="Arial" w:eastAsia="Arial" w:cs="Arial"/>
        </w:rPr>
        <w:t>Миллериттер тарихы</w:t>
      </w:r>
    </w:p>
    <w:p>
      <w:pPr>
        <w:pStyle w:val="ArticleScripture"/>
        <w:jc w:val="left"/>
      </w:pPr>
      <w:r>
        <w:rPr>
          <w:rFonts w:ascii="Times New Roman" w:hAnsi="Times New Roman" w:eastAsia="Times New Roman" w:cs="Times New Roman"/>
        </w:rPr>
        <w:t>«Қазір өмір сүріп жүргендердің арасында Даниял мен Жоханның пайғамбарлықтарын зерттей жүріп, өз ретімен орындалу үдерісінде болған айрықша пайғамбарлықтар өткен жолмен ілгерілеген кезде Құдайдан зор нұр қабылдағандар бар. Олар халыққа уақыт жөніндегі хабарды жеткізді. Ақиқат тал түстегі күндей айқын жарқырады. Пайғамбарлықтың тікелей орындалуын көрсететін тарихи оқиғалар халықтың алдына қойылды, әрі пайғамбарлық осы жер тарихының ақырына дейін алып баратын оқиғалардың бейнелі сипаттамасы екені көрінді». Selected Messages, book 2, 101, 102.</w:t>
      </w:r>
    </w:p>
    <w:p>
      <w:pPr>
        <w:pStyle w:val="ArticleBody"/>
        <w:jc w:val="left"/>
      </w:pPr>
      <w:r>
        <w:rPr>
          <w:rFonts w:ascii="Times New Roman" w:hAnsi="Times New Roman" w:eastAsia="Times New Roman" w:cs="Times New Roman"/>
        </w:rPr>
        <w:t>Мәсіх Түн ортасындағы айқайдың хабарын ашып келе жатқан «тәртіп» сынақ мерзімінің жабылуына алып баратын «тарихи оқиғаларды» білдіреді; олар «пайғамбарлықтың тікелей орындалуын» көрсетеді. Соңғы күндердегі пайғамбарлықтың тікелей орындалуы уақытқа негізделген пайғамбарлықтардың ашылуы емес, бірақ Палмони пайғамбарлықтың тікелей орындалуларын айқындау үшін сандарды әлі де қолданады. Уақыт енді жоқ, әрі миллериттер өз ұрпағына «уақыт туралы хабарды» алып жүргенімен, үшінші періштенің хабары «уақыттан» да күштірек.</w:t>
      </w:r>
    </w:p>
    <w:p>
      <w:pPr>
        <w:pStyle w:val="ArticleScripture"/>
        <w:jc w:val="left"/>
      </w:pPr>
      <w:r>
        <w:rPr>
          <w:rFonts w:ascii="Times New Roman" w:hAnsi="Times New Roman" w:eastAsia="Times New Roman" w:cs="Times New Roman"/>
        </w:rPr>
        <w:t>«Иеміз маған үшінші періштенің хабары таралуға тиіс екенін және Жаратқан Иенің бытырап жүрген балаларына жариялануға тиіс екенін көрсетті, әрі оның уақытқа байланыстырылмауы керектігін көрсетті; өйткені уақыт енді ешқашан қайтадан сынақ болмайды. Мен кейбіреулердің уақытты уағыздаудан туындайтын жалған қызбалыққа беріліп жатқанын көрдім; үшінші періштенің хабары уақыттан әлдеқайда күшті еді. Мен бұл хабардың өз іргетасының үстінде тұра алатынын, оны нығайту үшін уақыттың қажет емес екенін, әрі оның ұлы құдіретпен ілгерілеп, өз жұмысын атқаратынын және әділдікпен қысқартылатынын көрдім». Experience and Views, 48.</w:t>
      </w:r>
    </w:p>
    <w:p>
      <w:pPr>
        <w:pStyle w:val="ArticleBody"/>
        <w:jc w:val="left"/>
      </w:pPr>
      <w:r>
        <w:rPr>
          <w:rFonts w:ascii="Times New Roman" w:hAnsi="Times New Roman" w:eastAsia="Times New Roman" w:cs="Times New Roman"/>
        </w:rPr>
        <w:t>Пайғамбарлық ақиқаттардың мөрден ашылуының дәйекті «реті» ілгерілемелі тарихты айқындайды, бірақ ол сондай-ақ хабардың дамуын да айқындайды. Бейнеленген тарихтың «ретін», сондай-ақ Яһуда руының Арыстаны 31 желтоқсаннан бері хабарды қалай мөрден ашып келе жатқанының іздерін түсіну де құтқарылуға қатысты. 2023 жылдың шілдесінде шөлдегі бір дауыс 2023 жылғы 31 желтоқсандағы мөрден ашылуға жол дайындай бастады. Содан кейін Яһуда руының Арыстаны Аян кітабының бірінші тарауын мөрден ашты.</w:t>
      </w:r>
    </w:p>
    <w:p>
      <w:pPr>
        <w:pStyle w:val="ArticleHeading"/>
        <w:jc w:val="left"/>
      </w:pPr>
      <w:r>
        <w:rPr>
          <w:rFonts w:ascii="Arial" w:hAnsi="Arial" w:eastAsia="Arial" w:cs="Arial"/>
        </w:rPr>
        <w:t>Бұдан Өзге Ешнәрсе Жоқ</w:t>
      </w:r>
    </w:p>
    <w:p>
      <w:pPr>
        <w:pStyle w:val="ArticleScripture"/>
        <w:jc w:val="left"/>
      </w:pPr>
      <w:r>
        <w:rPr>
          <w:rFonts w:ascii="Times New Roman" w:hAnsi="Times New Roman" w:eastAsia="Times New Roman" w:cs="Times New Roman"/>
        </w:rPr>
        <w:t>«Аян кітабында өз ретімен берілген салтанатты хабарлар Құдай халқының ой-санасында бірінші орынды иеленуге тиіс. Біздің назарымызды толық билеп алатындай басқа ешнәрсеге жол берілмеуі керек». Куәліктер, 8-том, 301, 302.</w:t>
      </w:r>
    </w:p>
    <w:p>
      <w:pPr>
        <w:pStyle w:val="ArticleBody"/>
        <w:jc w:val="left"/>
      </w:pPr>
      <w:r>
        <w:rPr>
          <w:rFonts w:ascii="Times New Roman" w:hAnsi="Times New Roman" w:eastAsia="Times New Roman" w:cs="Times New Roman"/>
        </w:rPr>
        <w:t>2023 жылы басталған мақалалар Құдай халқының санасында «бірінші орын алуға» тиіс.</w:t>
      </w:r>
    </w:p>
    <w:p>
      <w:pPr>
        <w:pStyle w:val="ArticleScripture"/>
        <w:jc w:val="left"/>
      </w:pPr>
      <w:r>
        <w:rPr>
          <w:rFonts w:ascii="Times New Roman" w:hAnsi="Times New Roman" w:eastAsia="Times New Roman" w:cs="Times New Roman"/>
        </w:rPr>
        <w:t>«Құдай пайғамбарлық тарихында өткен заманда орындалады деп айқындап белгілегеннің бәрі орындалды, ал өз реті бойынша әлі келуге тиістінің бәрі де орындалады. Құдайдың пайғамбары Даниял өз орнынында тұр. Жохан өз орнынында тұр. Аянда Яһуда руының Арыстаны Даниял кітабын пайғамбарлықты зерттеушілерге ашып берді; осылайша Даниял өз орнынында тұр. Ол өз куәлігін береді, яғни Жаратқан Ие оған аян арқылы ашып көрсеткен ұлы да салтанатты оқиғалар туралы куәлік береді; біз сол оқиғалардың орындалуының дәл табалдырығында тұрғандықтан, оларды білуге тиіспіз.»</w:t>
      </w:r>
    </w:p>
    <w:p>
      <w:pPr>
        <w:pStyle w:val="ArticleScripture"/>
        <w:jc w:val="left"/>
      </w:pPr>
      <w:r>
        <w:rPr>
          <w:rFonts w:ascii="Times New Roman" w:hAnsi="Times New Roman" w:eastAsia="Times New Roman" w:cs="Times New Roman"/>
        </w:rPr>
        <w:t>«Тарихта да, пайғамбарлықта да Құдай Сөзі ақиқат пен адасушылық арасындағы ұзаққа созылған қақтығысты бейнелейді. Бұл қақтығыс әлі де жалғасып жатыр. Бұрын болған нәрселер қайтадан қайталанатын болады». Selected Messages, book 2, 109.</w:t>
      </w:r>
    </w:p>
    <w:p>
      <w:pPr>
        <w:pStyle w:val="ArticleHeading"/>
        <w:jc w:val="left"/>
      </w:pPr>
      <w:r>
        <w:rPr>
          <w:rFonts w:ascii="Arial" w:hAnsi="Arial" w:eastAsia="Arial" w:cs="Arial"/>
        </w:rPr>
        <w:t>Отыз</w:t>
      </w:r>
    </w:p>
    <w:p>
      <w:pPr>
        <w:pStyle w:val="ArticleBody"/>
        <w:jc w:val="left"/>
      </w:pPr>
      <w:r>
        <w:rPr>
          <w:rFonts w:ascii="Times New Roman" w:hAnsi="Times New Roman" w:eastAsia="Times New Roman" w:cs="Times New Roman"/>
        </w:rPr>
        <w:t>Даниялдың он бірінші тарауының қырқыншы аятының хабары 1996 жылы мөрі ашылып, ресми түрде қалыптастырылды. Отыз жылдан кейін дәл сол аяттың жасырын тарихы енді Түн ортасындағы айқай хабарының ресми түрде қалыптастырылуына байланысты мөрінен ашылып отыр; бұл хабар Исламға қатысты түзетілген сыртқы алдын ала айту мен Түн ортасындағы айқайдың түзетілген ішкі хабарынан тұрады. Түн ортасындағы айқай хабары он алтыншы аяттағы жексенбілік заңнан бұрын жарияланады, өйткені астарлы әңгімеде есік дәл сол жексенбілік заңда жабылады.</w:t>
      </w:r>
    </w:p>
    <w:p>
      <w:pPr>
        <w:pStyle w:val="ArticleHeading"/>
        <w:jc w:val="left"/>
      </w:pPr>
      <w:r>
        <w:rPr>
          <w:rFonts w:ascii="Arial" w:hAnsi="Arial" w:eastAsia="Arial" w:cs="Arial"/>
        </w:rPr>
        <w:t>Петір</w:t>
      </w:r>
    </w:p>
    <w:p>
      <w:pPr>
        <w:pStyle w:val="ArticleBody"/>
        <w:jc w:val="left"/>
      </w:pPr>
      <w:r>
        <w:rPr>
          <w:rFonts w:ascii="Times New Roman" w:hAnsi="Times New Roman" w:eastAsia="Times New Roman" w:cs="Times New Roman"/>
        </w:rPr>
        <w:t>Бұл Петірді жүз қырық төрт мыңның мөрлену тарихына орналастырады. Петірдің жоғарғы бөлмеде жариялаған хабары болды, әрі ғибадатханада жариялаған хабары болды. Жоғарғы бөлмедегі хабар — астарлы әңгіменің түн ортасындағы айқайы, ал ғибадатханадағы хабар — үшінші періштенің зор дауысты айқайы. Петір түн ортасындағы айқайдың жоғарғы бөлмедегі хабарын жариялауы үшін, әуелі оның хабары түзетіліп, ресімделуі тиіс еді. Бұл түзетілу мен ресімделу Яһуда руының Арыстаны 2023 жылғы 31 желтоқсаннан бері айқындап келе жатқан пайғамбарлық желілерін біріктіру арқылы жүзеге асырылады.</w:t>
      </w:r>
    </w:p>
    <w:p>
      <w:pPr>
        <w:pStyle w:val="ArticleBody"/>
        <w:jc w:val="left"/>
      </w:pPr>
      <w:r>
        <w:rPr>
          <w:rFonts w:ascii="Times New Roman" w:hAnsi="Times New Roman" w:eastAsia="Times New Roman" w:cs="Times New Roman"/>
        </w:rPr>
        <w:t>Ендігі жұмыс — Түн ортасындағы айқайдың хабарын ресми түрде қалыптастыру. Хабардың ресми қалыптастырылуы 1831 жылы Уильям Миллер арқылы және 1996 жылы *The Time of the End* журналы арқылы бейнеленген. 2020 жылғы 18 шілдеде алғашқы түңілуді тудырған хабардың түзетілуі Жосия Литч арқылы да, Самуил Сноу арқылы да бейнеленген. Олардың әрқайсысы атқарған жұмыс 1840 жылғы 11 тамыздан кейінгі және жетінші ай қозғалысынан кейінгі ізде орын алған «әсерді» «туғызды». 1840 жылы хабар дүниежүзіндегі әрбір миссия стансасына жеткізілді, ал 1844 жылы Түн ортасындағы айқайдың хабары Америка Құрама Штаттарының шығыс жағалауын тасқын толқын секілді шарпыды. Адамдардың еңбегі Киелі Рухтың төгілуі түріндегі «әсерді» «туғызды». 1840 жыл теңізбен бейнеленген әлемге барды, ал 1844 жыл жермен бейнеленген Америка Құрама Штаттарына барды. 1840 жылдың нышаны — Аян кітабының оныншы тарауында Мәсіхтің жер мен теңіздің үстінде тұруы, әрі дәл сол тарау 1840 жылдан 1844 жылға дейінгі тарихты айқындап, Мәсіхтің жер мен теңіздің үстінде тұрғанын бейнелейді.</w:t>
      </w:r>
    </w:p>
    <w:p>
      <w:pPr>
        <w:pStyle w:val="ArticleBody"/>
        <w:jc w:val="left"/>
      </w:pPr>
      <w:r>
        <w:rPr>
          <w:rFonts w:ascii="Times New Roman" w:hAnsi="Times New Roman" w:eastAsia="Times New Roman" w:cs="Times New Roman"/>
        </w:rPr>
        <w:t>1840 және 1844 жылдарының екеуінде де болжамға енгізілген түзету уақыт жағынан ілгері қарай, дәлме-дәл күнге қарай жасалған түзету болды. Бірі Ислам туралы болжам, ал екіншісі он қыз туралы астарлы әңгіменің болжамы болды. Бірі сыртқы, ал бірі ішкі еді. 1844 жыл сондай-ақ киелі орын жөніндегі түсінбеушілік қатесін де қамтыды. Киелі орын жер ме еді, әлде көктегі киелі орын ба еді? Бұл түсінбеушілік киелі орынның анықтамасымен ғана шектелмей, одан да терең болды, өйткені ол сондай-ақ жанның Мәсіхтің соңынан Қасиетті орыннан Ең Қасиетті Орынға еріп бара ма, жоқ па — соған қатысты сынақты да білдірді.</w:t>
      </w:r>
    </w:p>
    <w:p>
      <w:pPr>
        <w:pStyle w:val="ArticleScripture"/>
        <w:jc w:val="left"/>
      </w:pPr>
      <w:r>
        <w:rPr>
          <w:rFonts w:ascii="Times New Roman" w:hAnsi="Times New Roman" w:eastAsia="Times New Roman" w:cs="Times New Roman"/>
        </w:rPr>
        <w:t>«Мен Әкенің тағынан көтеріліп, жалындаған арбамен перденің ар жағындағы ең қасиетті орынға кіріп, сонда отырғанын көрдім. Сонан соң Иса тағынан тұрды, әрі Онымен бірге тізе бүгіп тұрғандардың көбі де орнынан көтерілді. Иса орнынан тұрғаннан кейін, ұқыпсыз көпшілікке Одан бірде-бір жарық сәулесінің өткенін мен көрмедім, сондықтан олар мүлтіксіз қараңғылықта қалдырылды. Исамен бірге көтерілгендер, Ол тағынан шығып, оларды сәл ғана алға бастап әкеткен кезде, көздерін Одан айырмай тігіп тұрды. Сонда Ол оң қолын көтерді, біз Оның сүйкімді даусын естідік: “Осы жерде күтіңдер; Мен Патшалықты қабылдап алу үшін Әкеме барамын; киімдеріңді дақсыз сақтаңдар, және аз уақыттан кейін Мен неке тойынан қайтып келіп, сендерді Өзіме қабылдаймын”. Сонда дөңгелектері жалындаған от секілді бұлтты арба, періштелер қоршауында, Иса тұрған жерге келді. Ол арбаға мініп, Әке отырған ең қасиетті орынға жеткізілді. Сол жерде мен Әкенің алдында тұрған ұлы Бас Діни Қызметкер — Исаны көрдім. Оның киімінің етегінде қоңырау мен анар, қоңырау мен анар бар еді. Исамен бірге көтерілгендер өз сенімдерін ең қасиетті орында тұрған Оған бағыттап: “Әкеміз, бізге Рухыңды бере гөр”, — деп дұға ететін. Сонда Иса олардың үстіне Киелі Рухты үрлеп жіберетін. Сол лепте жарық, күш-қуат және мол сүйіспеншілік, қуаныш пен тыныштық бар еді.»</w:t>
      </w:r>
    </w:p>
    <w:p>
      <w:pPr>
        <w:pStyle w:val="ArticleScripture"/>
        <w:jc w:val="left"/>
      </w:pPr>
      <w:r>
        <w:rPr>
          <w:rFonts w:ascii="Times New Roman" w:hAnsi="Times New Roman" w:eastAsia="Times New Roman" w:cs="Times New Roman"/>
        </w:rPr>
        <w:t>«Мен әлі де тақтың алдында иіліп тұрған топқа қарау үшін бұрылдым; олар Исаның ол жерден кеткенін білмеді. Шайтан тақтың жанында тұрғандай болып көрінді де, Құдайдың ісін жалғастыруға тырысты. Мен олардың таққа көз көтеріп қарап: “Әке, бізге Өзіңнің Рухыңды бере гөр”,— деп дұға еткендерін көрдім. Сонда Шайтан олардың үстіне арам ықпалын үрлейтін; онда жарық пен зор күш бар еді, бірақ онда тәтті сүйіспеншілік, қуаныш және тыныштық жоқ еді. Шайтанның мақсаты — оларды алданған күйінде ұстау және Құдайдың балаларын кері тартып, алдау еді». Early Writings, 55, 56.</w:t>
      </w:r>
    </w:p>
    <w:p>
      <w:pPr>
        <w:pStyle w:val="ArticleBody"/>
        <w:jc w:val="left"/>
      </w:pPr>
      <w:r>
        <w:rPr>
          <w:rFonts w:ascii="Times New Roman" w:hAnsi="Times New Roman" w:eastAsia="Times New Roman" w:cs="Times New Roman"/>
        </w:rPr>
        <w:t>Қасиетті орын қасиетті орын жайындағы қате түсініктен туындаған барлық жаңсақ ұғымдарды түсіндіретін «кілт» ретінде танылды. Ол үміттің ақталмауын түсіндіретін «кілт» болды. Соңғы күндері «кілт» — үміттің ақталмауы; ол ғибадатхана жайындағы қате түсінікті түсіндіреді.</w:t>
      </w:r>
    </w:p>
    <w:p>
      <w:pPr>
        <w:pStyle w:val="ArticleBody"/>
        <w:jc w:val="left"/>
      </w:pPr>
      <w:r>
        <w:rPr>
          <w:rFonts w:ascii="Times New Roman" w:hAnsi="Times New Roman" w:eastAsia="Times New Roman" w:cs="Times New Roman"/>
        </w:rPr>
        <w:t>1844 жылғы 22 қазаннан бастап «уақыт енді жоқ», сондықтан 2020 жылғы 18 шілдедегі түңілудің қателігі енді түзетілуі тиіс, бірақ уақытқа қатысты емес, өйткені уақыт енді жоқ.</w:t>
      </w:r>
    </w:p>
    <w:p>
      <w:pPr>
        <w:pStyle w:val="ArticleScripture"/>
        <w:jc w:val="left"/>
      </w:pPr>
      <w:r>
        <w:rPr>
          <w:rFonts w:ascii="Times New Roman" w:hAnsi="Times New Roman" w:eastAsia="Times New Roman" w:cs="Times New Roman"/>
        </w:rPr>
        <w:t>Мен теңіз бен жердің үстінде тұрғанын көрген періште қолын көкке көтеріп, көк пен ондағыны, жер мен ондағыны, теңіз бен ондағыны жаратқан, мәңгілік мәңгі өмір сүретін Құдайдың атымен ант етіп: «Енді уақыт болмайды; бірақ жетінші періштенің даусы шығатын күндері, ол кернейін тарта бастағанда, Құдай Өз құпиясын пайғамбарлар болған құлдарына жариялағанындай, аяқтайды»,— деді. Аян 10:5–7.</w:t>
      </w:r>
    </w:p>
    <w:p>
      <w:pPr>
        <w:pStyle w:val="ArticleBody"/>
        <w:jc w:val="left"/>
      </w:pPr>
      <w:r>
        <w:rPr>
          <w:rFonts w:ascii="Times New Roman" w:hAnsi="Times New Roman" w:eastAsia="Times New Roman" w:cs="Times New Roman"/>
        </w:rPr>
        <w:t>Түзетілуге тиіс болжамға қатысты орын — Теннесси штатының Нэшвилл қаласы, әрі бұл орынды өзгертуге болмайды, өйткені оны Future for America емес, Эллен Уайт айқындаған, ал Пайғамбарлық Рухы ешқашан жаңылмайды.</w:t>
      </w:r>
    </w:p>
    <w:p>
      <w:pPr>
        <w:pStyle w:val="ArticleScripture"/>
        <w:jc w:val="left"/>
      </w:pPr>
      <w:r>
        <w:rPr>
          <w:rFonts w:ascii="Times New Roman" w:hAnsi="Times New Roman" w:eastAsia="Times New Roman" w:cs="Times New Roman"/>
        </w:rPr>
        <w:t>«Мен Нэшвиллде болғанымда, халыққа сөйлеп жүрген едім, және түн мезгілінде көктен тікелей келіп, Нэшвиллге қонған орасан зор от шары көрінді. Сол шардан жебелердей болып жалындар атылып жатты; үйлер отқа оранып, жойылып бара жатты; үйлер шайқалып, құлап түсіп жатты. Біздің кейбір адамдарымыз сол жерде тұрды. “Бұл дәл өзіміз күткендей,” — деді олар, — “біз мұны күткен едік”. Басқалары азаптан қолдарын сығып, Құдайға рақым сұрап жалбарынды. “Сендер мұны білдіңдер, — деді олар, — мұның келе жатқанын білдіңдер де, бізді ескерту үшін бір ауыз сөз де айтпадыңдар!” Олар өздеріне ешқашан айтпағандарын, мүлде ешқандай ескерту бермегендерін ойлап, оларды жыртып тастардай көрінді». Қолжазба 188, 1905.</w:t>
      </w:r>
    </w:p>
    <w:p>
      <w:pPr>
        <w:pStyle w:val="ArticleBody"/>
        <w:jc w:val="left"/>
      </w:pPr>
      <w:r>
        <w:rPr>
          <w:rFonts w:ascii="Times New Roman" w:hAnsi="Times New Roman" w:eastAsia="Times New Roman" w:cs="Times New Roman"/>
        </w:rPr>
        <w:t>Нэшвилл үстіндегі отты шарларға қатысты ішкі мәселе — Лаодикеялық Жетінші күн адвентизмінің Нэшвилл ескерту хабарын білгенін, бірақ үнсіз қалғанын айқындауында. Бұл — пайғамбарлық тарихтағы Түн ортасындағы айқай хабарының «ұяты» не «қуанышы» аян болатын нүкте. Дәл осы тұста белгі болуға тиіс болғандар көтеріліп, айқын даралана бастайды; ал сол кезде дүниедегі, Лаодикеялық Жетінші күн адвентизмі Нэшвилл туралы ешқандай ескерту бермегеніне ашуланып, зығырданы қайнаған адамдар арқылы масқара болатындар да белгілі болады. Осы пайғамбарлық айырмашылық Кармил тауында Ілияс пен Бағал пайғамбарларының арасында, сондай-ақ Миллершілер тарихындағы екінші періште кезеңінде, протестанттар жолдан тайған протестанттарға айналып, жалған пайғамбар ретіндегі өз рөлін бастап, Римнің қыздары болған кезде де бейнеленген еді. 1989 жылы саяси мүйіз Рейган арқылы дәл осыны істеді, тек Рейган Римнің қыздарына айналған жоқ, ол Римнің ашынасы — Ахаб пен бірінші Хловис болды.</w:t>
      </w:r>
    </w:p>
    <w:p>
      <w:pPr>
        <w:pStyle w:val="ArticleScripture"/>
        <w:jc w:val="left"/>
      </w:pPr>
      <w:r>
        <w:rPr>
          <w:rFonts w:ascii="Times New Roman" w:hAnsi="Times New Roman" w:eastAsia="Times New Roman" w:cs="Times New Roman"/>
        </w:rPr>
        <w:t>«Маған бір көрініс ұсынылды. Бұл сенбі қарсаңындағы түн еді. Сол көрініс дәл сол кезде көрсетілді. Мен терезеден қарадым, сонда көктен түскен орасан зор от шары көрінді; ол бағаналы ғимараттар құйылып жатқан жерге құлады, әсіресе маған сол бағаналар көрсетілді. Және әлгі шар тура ғимаратқа келіп, оны күйреткендей болды; ал олар оның жан-жаққа таралып, таралып, ұлғайып бара жатқанын көрді де, айқайлап, жоқтап, қайта-қайта жоқтап, қолдарын сығымдай бастады; ал менің ойымша, біздің кейбір адамдарымыз сол жерде тұрып: “Міне, біз күткен де осы еді; міне, біз айтып жүрген де осы еді; міне, біз айтып жүрген де осы еді”,— деп тұрғандай көрінді. “Сендер мұны білдіңдер ме?”— деді адамдар. “Сендер мұны біліп, бізге бұл туралы ешқашан айтпағансыңдар ма?” Мен олардың жүздерінде сондай қасіретті, сырт келбеттерінде сондай азапты көргендей болдым». Manuscript 152; 1904.</w:t>
      </w:r>
    </w:p>
    <w:p>
      <w:pPr>
        <w:pStyle w:val="ArticleBody"/>
        <w:jc w:val="left"/>
      </w:pPr>
      <w:r>
        <w:rPr>
          <w:rFonts w:ascii="Times New Roman" w:hAnsi="Times New Roman" w:eastAsia="Times New Roman" w:cs="Times New Roman"/>
        </w:rPr>
        <w:t>2020 жылғы 18 шілдедегі күйініш — ту ретінде көтерілмек ғибадатхананы айқындаудың «кілті». Адвентистердің екі тобының арасындағы айырмашылық — Киелі кітап пайғамбарлығының басты тақырыптарының бірі. Еремия «мазақ етушілердің жиналысына» қосылудан бас тартты, ал Смирна мен Филадельфия қауымдары өздерін яһудиміз деп мәлімдеген, бірақ ондай болмаған шайтанның синагогасымен қарама-қарсы қойылды. Адвентист екендерін мойындайтын осы екі топтың арасындағы айырмашылық олардың Киелі кітапты зерттеуде қолданатын әдіснамасы арқылы бейнеленеді. Бұл — шынайы білім мен Уайт ханым атап өткендей, «жоғары білім деп аталатын» білімнің арасындағы айырмашылық.</w:t>
      </w:r>
    </w:p>
    <w:p>
      <w:pPr>
        <w:pStyle w:val="ArticleBody"/>
        <w:jc w:val="left"/>
      </w:pPr>
      <w:r>
        <w:rPr>
          <w:rFonts w:ascii="Times New Roman" w:hAnsi="Times New Roman" w:eastAsia="Times New Roman" w:cs="Times New Roman"/>
        </w:rPr>
        <w:t>Нэшвилл «Оңтүстіктің Афинасы» ретінде белгілі, ал Нэшвиллдегі Грекияны бейнелейтін ең әйгілі ғимарат — 1897 жылы ежелгі грек Парфенонының толық көлемдегі көшірмесі ретінде салынған Centennial Park-тағы Парфенон. Ол 1796 жылы Теннессидің штат мәртебесіне енуінің жүз жылдығын атап өту үшін салынды және мереке аяқталғаннан кейін бұзылып тасталуы көзделген еді. Алайда, 1903 жылы бұл жер саябаққа айналдырылып, Парфенон 1920 жылдан 1931 жылға дейін тұрақты түрде қайта салынды.</w:t>
      </w:r>
    </w:p>
    <w:p>
      <w:pPr>
        <w:pStyle w:val="ArticleBody"/>
        <w:jc w:val="left"/>
      </w:pPr>
      <w:r>
        <w:rPr>
          <w:rFonts w:ascii="Times New Roman" w:hAnsi="Times New Roman" w:eastAsia="Times New Roman" w:cs="Times New Roman"/>
        </w:rPr>
        <w:t>«Парфенон» атауы гректің parthénos деген сөзінен шыққан, ол «тың қыз» немесе «бойжеткен» дегенді білдіреді және Афинаның даналықтың, стратегияның, өнердің, қолөнердің және өркениеттің қол сұғылмаған, дана әрі соғысқұмар тәңіриясы ретіндегі қырын меңзейді. Б.з.д. 447–432 жылдар аралығында Афиныдағы Акропольде салынған бұл ғибадатханада мүсінші Фидий жасаған Афинаның алып хрисоэлефантинді (алтын мен піл сүйегінен жасалған) мүсіні орналасқан еді; сөйтіп ол, мәнінде, оның «үйі» немесе құдайлық мекені қызметін атқарып, онда оның өзі бар деп сенілген.</w:t>
      </w:r>
    </w:p>
    <w:p>
      <w:pPr>
        <w:pStyle w:val="ArticleBody"/>
        <w:jc w:val="left"/>
      </w:pPr>
      <w:r>
        <w:rPr>
          <w:rFonts w:ascii="Times New Roman" w:hAnsi="Times New Roman" w:eastAsia="Times New Roman" w:cs="Times New Roman"/>
        </w:rPr>
        <w:t>Батыстық білім беру жүйесінің жан-жақты білімге, сыни зерделеуге, азаматтыққа даярлауға және liberal arts үлгісіне басымдық беруі түп-тамырымен ежелгі грек философиясы мен тәжірибесіне негізделген. Платонның Академиясы, Аристотельдің Ликейі немесе афиналық paideia болмағанда, біз білетін қазіргі мектептік білім беру мүлде өзгеше көрінер еді.</w:t>
      </w:r>
    </w:p>
    <w:p>
      <w:pPr>
        <w:pStyle w:val="ArticleBody"/>
        <w:jc w:val="left"/>
      </w:pPr>
      <w:r>
        <w:rPr>
          <w:rFonts w:ascii="Times New Roman" w:hAnsi="Times New Roman" w:eastAsia="Times New Roman" w:cs="Times New Roman"/>
        </w:rPr>
        <w:t>1904 жылы Мэдисон мектебі Нэшвиллден тоғыз миль қашықтықта құрылды. Эллен Уайт бастапқы Мэдисон мектебінің (ресми атауы — Нэшвилл ауылшаруашылық және қалыпты институты, кейінірек Мэдисон колледжі деген атпен белгілі болған) құрылтайшылық басқарма мүшесі болды. Ол 1904 жылы құрылған кезінен бастап директорлар кеңесінің құрылтайшы мүшесі ретінде қызмет атқарды. Ол 1914 жылға дейін (1915 жылы қайтыс болуынан бір жыл бұрын) кеңес құрамында қалды.</w:t>
      </w:r>
    </w:p>
    <w:p>
      <w:pPr>
        <w:pStyle w:val="ArticleBody"/>
        <w:jc w:val="left"/>
      </w:pPr>
      <w:r>
        <w:rPr>
          <w:rFonts w:ascii="Times New Roman" w:hAnsi="Times New Roman" w:eastAsia="Times New Roman" w:cs="Times New Roman"/>
        </w:rPr>
        <w:t>Бұл — ол қосылуға не онда қызмет етуге келіскен жалғыз колледждік немесе институционалдық кеңес еді. Ол Адвентистердің басқа ұйымдарындағы мұндай ресми лауазымдарды әдейі шектеді, бірақ Мэдисонға қатысты, оның білім беру жөніндегі кеңестерімен үйлескендіктен, ерекшелік жасады (өзін-өзі қаржыландыратын, фермаға негізделген, миссионерлік бағыттағы, Киелі кітапты, қол еңбегін және Оңтүстікте әрі одан тыс жерлерде қызметке практикалық даярлықты баса көрсететін оқыту). Уайт қарындастан келген Нэшвилл хабарлары 1904 және 1905 жылдары, дәл Мэдисон мектебі басталып жатқан кезеңде, әрі Парфенон көрмесі тұрақты парктегі тұрақты нысанға айналдырылып жатқан уақытта келді. Грек білімінің де, көктегі білімнің де нышаны өз бастамаларын бірдей қысқа уақыт кезеңінде белгілеп өтті; дәл сол кезеңде Нэшвиллдің отты шарлары туралы аяндар да берілді.</w:t>
      </w:r>
    </w:p>
    <w:p>
      <w:pPr>
        <w:pStyle w:val="ArticleScripture"/>
        <w:jc w:val="left"/>
      </w:pPr>
      <w:r>
        <w:rPr>
          <w:rFonts w:ascii="Times New Roman" w:hAnsi="Times New Roman" w:eastAsia="Times New Roman" w:cs="Times New Roman"/>
        </w:rPr>
        <w:t>«Өткен түні көз алдыма бір көрініс ұсынылды. Оның бәрін толық ашып айтуға өзімді ешқашан еркін сезінбеуім мүмкін, бірақ аз ғана бөлігін ашып айтамын. »</w:t>
      </w:r>
    </w:p>
    <w:p>
      <w:pPr>
        <w:pStyle w:val="ArticleScripture"/>
        <w:jc w:val="left"/>
      </w:pPr>
      <w:r>
        <w:rPr>
          <w:rFonts w:ascii="Times New Roman" w:hAnsi="Times New Roman" w:eastAsia="Times New Roman" w:cs="Times New Roman"/>
        </w:rPr>
        <w:t>«Әлемнің үстіне орасан зор от шары түсіп, үлкен үйлерді қиратып жатқандай көрінді. Әр жерден: “Иеміз келді! Иеміз келді!” — деген айқай көтерілді. Көпшілігі Онымен жүздесуге даяр емес еді, бірақ азғана біреулер: “Жаратқан Иені мадақтаңдар!” — деп айтып жатты.»</w:t>
      </w:r>
    </w:p>
    <w:p>
      <w:pPr>
        <w:pStyle w:val="ArticleScripture"/>
        <w:jc w:val="left"/>
      </w:pPr>
      <w:r>
        <w:rPr>
          <w:rFonts w:ascii="Times New Roman" w:hAnsi="Times New Roman" w:eastAsia="Times New Roman" w:cs="Times New Roman"/>
        </w:rPr>
        <w:t>«“Неге Жаратқан Иені мадақтап жатырсыңдар?” — деп, аяқ астынан құритындары сұрады.»</w:t>
      </w:r>
    </w:p>
    <w:p>
      <w:pPr>
        <w:pStyle w:val="ArticleScripture"/>
        <w:jc w:val="left"/>
      </w:pPr>
      <w:r>
        <w:rPr>
          <w:rFonts w:ascii="Times New Roman" w:hAnsi="Times New Roman" w:eastAsia="Times New Roman" w:cs="Times New Roman"/>
        </w:rPr>
        <w:t>«Өйткені біз енді іздеп жүрген нәрсемізді көріп отырмыз».</w:t>
      </w:r>
    </w:p>
    <w:p>
      <w:pPr>
        <w:pStyle w:val="ArticleScripture"/>
        <w:jc w:val="left"/>
      </w:pPr>
      <w:r>
        <w:rPr>
          <w:rFonts w:ascii="Times New Roman" w:hAnsi="Times New Roman" w:eastAsia="Times New Roman" w:cs="Times New Roman"/>
        </w:rPr>
        <w:t>“Егер сендер осының бәрі болатынына сенген болсаңдар, неге бізге айтпадыңдар?” — деген үрейлі жауап естілді. “Біз бұлар туралы білмедік. Неге бізді надандықта қалдырдыңдар? Сендер бізді қайта-қайта көрдіңдер; неге бізбен танысып, алда келе жатқан сот туралы және қырылып қалмауымыз үшін Құдайға қызмет етуіміз керектігін айтпадыңдар? Енді біз құрыдық!” Қолжазба 102, 1904.</w:t>
      </w:r>
    </w:p>
    <w:p>
      <w:pPr>
        <w:pStyle w:val="ArticleBody"/>
        <w:jc w:val="left"/>
      </w:pPr>
      <w:r>
        <w:rPr>
          <w:rFonts w:ascii="Times New Roman" w:hAnsi="Times New Roman" w:eastAsia="Times New Roman" w:cs="Times New Roman"/>
        </w:rPr>
        <w:t>Нэшвилл хабарларының мәнмәтіні географиялық тұрғыдан шынайы не жалған білім беру деген рухани аяға орналастырылды. Бұл — жанды не көктің, не жердің азаматы болуға дайындайтын білім. Уайт қарындастың Нэшвиллге қатысты көріністерінде Исламға ешқандай сілтеме жоқ, онда Нэшвилл үстіндегі от шарлары туралы көрініске Исламды телуге қандай негіздеме болмақ? 2020 жылғы Нэшвилл хабарын түзету Жосия Литч пен Сэмюэл Сноудың ісімен қалай үйлесер еді? Олардың түзетулері алғашқы болжамға алып келген дәл сол айғақтың түзетілген болжамды да бекітетін айғақ екенін таныған кезде жасалды.</w:t>
      </w:r>
    </w:p>
    <w:p>
      <w:pPr>
        <w:pStyle w:val="ArticleBody"/>
        <w:jc w:val="left"/>
      </w:pPr>
      <w:r>
        <w:rPr>
          <w:rFonts w:ascii="Times New Roman" w:hAnsi="Times New Roman" w:eastAsia="Times New Roman" w:cs="Times New Roman"/>
        </w:rPr>
        <w:t>Исламның айғағы Нэшвиллдің ескерту хабарымен байланыстырылмай тұрып-ақ әлдеқашан орнықтырылған еді. Исламның хабары үшінші періштенің хабарымен тікелей байланысқан. Бұл ақиқат бірнеше киелі кітаптық куәліктер арқылы бейнеленеді. Үшінші періштенің ескертуі солтүстіктің патшасының билігінің таңбасы туралы ескертуді білдіреді, ал Исламның ескертуі шығыс балаларының ескертуі арқылы бейнеленеді.</w:t>
      </w:r>
    </w:p>
    <w:p>
      <w:pPr>
        <w:pStyle w:val="ArticleScripture"/>
        <w:jc w:val="left"/>
      </w:pPr>
      <w:r>
        <w:rPr>
          <w:rFonts w:ascii="Times New Roman" w:hAnsi="Times New Roman" w:eastAsia="Times New Roman" w:cs="Times New Roman"/>
        </w:rPr>
        <w:t>Бірақ шығыстан және солтүстіктен жеткен хабарлар оны мазасыздандырады; сондықтан ол көптеген адамдарды құртып, мүлде жойып жіберу үшін зор қаһармен аттанады. Даниял 11:44.</w:t>
      </w:r>
    </w:p>
    <w:p>
      <w:pPr>
        <w:pStyle w:val="ArticleBody"/>
        <w:jc w:val="left"/>
      </w:pPr>
      <w:r>
        <w:rPr>
          <w:rFonts w:ascii="Times New Roman" w:hAnsi="Times New Roman" w:eastAsia="Times New Roman" w:cs="Times New Roman"/>
        </w:rPr>
        <w:t>Үшінші періште тарих сахнасына 1844 жылғы 22 қазанда, жетінші керней тартыла бастағанда, келді. Жетінші керней сондай-ақ Исламның үшінші қасіреті болып табылады. 1863 жылғы бүлік жетінші кернейдің үні 11 қыркүйекке дейін өшуіне себеп болды; сол кезде Аян кітабының он сегізінші тарауында үшінші періште Құдай құдіретінің бір ғана тиісімен Нью-Йорктің алып ғимараттары құлатылған сәтте төмен түсті.</w:t>
      </w:r>
    </w:p>
    <w:p>
      <w:pPr>
        <w:pStyle w:val="ArticleBody"/>
        <w:jc w:val="left"/>
      </w:pPr>
      <w:r>
        <w:rPr>
          <w:rFonts w:ascii="Times New Roman" w:hAnsi="Times New Roman" w:eastAsia="Times New Roman" w:cs="Times New Roman"/>
        </w:rPr>
        <w:t>9/11 — мөр басу уақытының альфасы, яғни бастауы еді; бұл уақыт жақында келетін жексенбілік заң кезінде бір жүз қырық төрт мыңның мөрленуінің омегасымен, яғни аяқталуымен тәмамдалады.</w:t>
      </w:r>
    </w:p>
    <w:p>
      <w:pPr>
        <w:pStyle w:val="ArticleBody"/>
        <w:jc w:val="left"/>
      </w:pPr>
      <w:r>
        <w:rPr>
          <w:rFonts w:ascii="Times New Roman" w:hAnsi="Times New Roman" w:eastAsia="Times New Roman" w:cs="Times New Roman"/>
        </w:rPr>
        <w:t>9/11 — Америка Құрама Штаттарындағы аңның бейнесіне қатысты сынақ уақытының альфасы; ол Америка Құрама Штаттарында аңның таңбасы күшпен орындатылған кезде жүзеге асатын, Америка Құрама Штаттарындағы аңның бейнесіне қатысты сынақ уақытының омегасында аяқталады.</w:t>
      </w:r>
    </w:p>
    <w:p>
      <w:pPr>
        <w:pStyle w:val="ArticleBody"/>
        <w:jc w:val="left"/>
      </w:pPr>
      <w:r>
        <w:rPr>
          <w:rFonts w:ascii="Times New Roman" w:hAnsi="Times New Roman" w:eastAsia="Times New Roman" w:cs="Times New Roman"/>
        </w:rPr>
        <w:t>9/11 — жердегі аңға, соның ішінде оның республикалық және протестанттық мүйіздеріне қарсы тірілерге шығарылатын соттың альфасы, яғни басталуы; бұл сот жуық арада келетін жексенбілік заңмен аяқталады.</w:t>
      </w:r>
    </w:p>
    <w:p>
      <w:pPr>
        <w:pStyle w:val="ArticleBody"/>
        <w:jc w:val="left"/>
      </w:pPr>
      <w:r>
        <w:rPr>
          <w:rFonts w:ascii="Times New Roman" w:hAnsi="Times New Roman" w:eastAsia="Times New Roman" w:cs="Times New Roman"/>
        </w:rPr>
        <w:t>9/11 — Жаратқан Иенің демалыс күніне қатысты сынақпен аяқталатын «Жаратқан Иенің дайындығы күні» кезеңінің альфасы.</w:t>
      </w:r>
    </w:p>
    <w:p>
      <w:pPr>
        <w:pStyle w:val="ArticleBody"/>
        <w:jc w:val="left"/>
      </w:pPr>
      <w:r>
        <w:rPr>
          <w:rFonts w:ascii="Times New Roman" w:hAnsi="Times New Roman" w:eastAsia="Times New Roman" w:cs="Times New Roman"/>
        </w:rPr>
        <w:t>9/11 — ғибадатхананы тұрғызудың альфасы, ол іргетас тасымен бейнеленеді; ал оның соңы омега — төбетаc ғибадатханаға қойылған кезде келеді.</w:t>
      </w:r>
    </w:p>
    <w:p>
      <w:pPr>
        <w:pStyle w:val="ArticleBody"/>
        <w:jc w:val="left"/>
      </w:pPr>
      <w:r>
        <w:rPr>
          <w:rFonts w:ascii="Times New Roman" w:hAnsi="Times New Roman" w:eastAsia="Times New Roman" w:cs="Times New Roman"/>
        </w:rPr>
        <w:t>9/11 — Құрама Штаттардағы үшінші қасіреттің альфасы; ол Аян кітабының он бірінші тарауындағы жер сілкінісімен аяқталады, ал бұл — жуық арада келетін жексенбілік заң. Сол жер сілкінісі кезінде үшінші қасірет тез келеді. Нэшвиллдегі отты шарлар тарихы, «Енді біз құрыдық» деп мәлімдеп, Лаодикеялық адвентистерді айыптайтындардың жар салуына қарамастан, жексенбілік заң кезіндегі сынақ мерзімі жабылардан бұрын болады.</w:t>
      </w:r>
    </w:p>
    <w:p>
      <w:pPr>
        <w:pStyle w:val="ArticleBody"/>
        <w:jc w:val="left"/>
      </w:pPr>
      <w:r>
        <w:rPr>
          <w:rFonts w:ascii="Times New Roman" w:hAnsi="Times New Roman" w:eastAsia="Times New Roman" w:cs="Times New Roman"/>
        </w:rPr>
        <w:t>Жоел кітабы және оның Алғашқы өнім мейрамындағы орындалуы Түн жарымы айқайы туралы хабардың таласын көрсетеді: білімнің артуын түсіне алмайтын бір топ оны түсінетіндерді мас деп айыптайды. Ефремнің маскүнемдері мен даналардың арасындағы бетпе-бет келу — Құдайдың пайғамбарлық Сөзінде жиі қозғалып отыратын тақырып. Ақиқаттың бір қыры — бұл хабардың екі сатылы хабар екендігі; мұны Петір жоғарғы бөлмеде, содан кейін ғибадатханада көрсетті. Бұл үдеріс үкімнің әуелі Құдайдың үйінен басталып, содан соң Құдайдың үйінен тысқары тұрғандарға жалғасуымен бейнеленеді. Үкім үдерісі Аян кітабының он сегізінші тарауындағы екі дауыспен де бейнеленеді: онда бірінші дауыс 9/11-ден жексенбілік заңға дейін созылады, ал содан кейін төртінші аяттағы екінші дауыс жексенбілік заңды белгілейді. Кейінгі жауынның шынайы және жалған пайғамбарлық хабарының айырмашылығы да Ілияспен бейнеленеді; Малахи оны рақым есігінің жабыларынан сәл бұрын қайта оралады деп айқындайды.</w:t>
      </w:r>
    </w:p>
    <w:p>
      <w:pPr>
        <w:pStyle w:val="ArticleBody"/>
        <w:jc w:val="left"/>
      </w:pPr>
      <w:r>
        <w:rPr>
          <w:rFonts w:ascii="Times New Roman" w:hAnsi="Times New Roman" w:eastAsia="Times New Roman" w:cs="Times New Roman"/>
        </w:rPr>
        <w:t>Кармил тауындағы дана мен ақымақтың рәміздері — «дана Ілияс» және Бағалдың ақымақ пайғамбарлары еді. Ілияс — Петір, ал Бағалдың пайғамбарлары — Ефремнің маскүнемдері. Ақымақ маскүнемдер оттың төгілуі арқылы Бағалдың жалған пайғамбарлары ретінде әшкереленген кезде, халық ақырында: «Жаратқан Ие — Құдай», — деп жауап береді. Лаодикиялық Жетінші күн адвентистері Нашвилл жөніндегі алдын ала айтылған сөздің орындалуында осылайша әшкереленеді. Сол кезде адвентизмнен тысқары жүрген, ақымақтардың адал еместігіне оянғандар айыпталып, әшкереленуге түседі, бірақ олардың сынақ мерзімі әлі жабылған жоқ. Нашвилл ескерту хабары арқылы бейнеленген дана және ақымақ қыздардың әшкереленуінің көрінісі — он қыз туралы астарлы әңгіменің соңғы кемел орындалуындағы бір белес.</w:t>
      </w:r>
    </w:p>
    <w:p>
      <w:pPr>
        <w:pStyle w:val="ArticleBody"/>
        <w:jc w:val="left"/>
      </w:pPr>
      <w:r>
        <w:rPr>
          <w:rFonts w:ascii="Times New Roman" w:hAnsi="Times New Roman" w:eastAsia="Times New Roman" w:cs="Times New Roman"/>
        </w:rPr>
        <w:t>2020 жылғы 18 шілдедегі көңіл қалуы түзетілуге тиіс хабарды, сондай-ақ Адвентизм ішіндегі майы барлар мен майы жоқтардың көрініс табуын айқындайды. Нэшвиллді ескертетін май туралы хабардан жұрдай болғандар кейін майға шынымен ие болғандармен қарама-қарсы қойылады. Хабардың майына ие немесе ие емес осы екі топтың ішінде бір топ Миллериттер тарихындағы алғашқы көңіл қалумен бейнеленген көңіл қалуды бастан кешірген, ал екіншісі мұндай тәжірибеге ие емес. Миллериттермен нышандалған көңіл қалу болмаса, сәтсіз болған ешбір алдын ала айтуды түзету де болмайды. 2020 жылғы Нэшвилл туралы алдын ала айтудың Исламды айқындағаны түзетілуге мұқтаж сәтсіз хабардың бір құрамдас бөлігімен үйлеседі.</w:t>
      </w:r>
    </w:p>
    <w:p>
      <w:pPr>
        <w:pStyle w:val="ArticleBody"/>
        <w:jc w:val="left"/>
      </w:pPr>
      <w:r>
        <w:rPr>
          <w:rFonts w:ascii="Times New Roman" w:hAnsi="Times New Roman" w:eastAsia="Times New Roman" w:cs="Times New Roman"/>
        </w:rPr>
        <w:t>Мұның бір дәлелі — Нэшвиллдің от шарлары келетін тарихтың тек Миллериттердің алғашқы түңілуі мен содан кейінгі хабардың түзетілуі тарихымен үйлесуі ғана емес, сонымен қатар оның 11 қыркүйекте үшінші періштенің келуімен басталатын тарихтың аясында орын алуы; бұл оқиға үшінші қасіреттің исламның келуін белгілейді, әрі сол ислам Аян кітабының он бірінші тарауындағы жексенбілік заңдың жер сілкінісінде пайғамбарлық тұрғыдан тағы да келеді. Уайт ханымның ислам мен Нэшвилл ескертуіне қатысты ислам туралы ешқандай тікелей сілтемесі болмаса да, хабарда исламды сақтап қалу осы тарихтың тақырыбы — ислам екендігіне негізделеді.</w:t>
      </w:r>
    </w:p>
    <w:p>
      <w:pPr>
        <w:pStyle w:val="ArticleBody"/>
        <w:jc w:val="left"/>
      </w:pPr>
      <w:r>
        <w:rPr>
          <w:rFonts w:ascii="Times New Roman" w:hAnsi="Times New Roman" w:eastAsia="Times New Roman" w:cs="Times New Roman"/>
        </w:rPr>
        <w:t>Даниел кітабы деп аталатын топтаманың жүз елу үшінші мақаласында біз Балағам мен есектің куәлігіне сәйкес, есекпен бейнеленген исламның 9/11-ден Жексенбілік заңға дейінгі тарихта Америка Құрама Штаттарымен үш негізгі өзара әрекеттесуі болатынын анықтадық. Біз 9/11-ді біріншісі, ал 2022 жылдың 7 қазанын екіншісі ретінде белгіледік. Біз бірінші шабуылдың рухани даңқты жерге, ал екінші шабуылдың Исраилдің тура мағынадағы даңқты жеріне жасалғанын, ал үшінші шабуылдың Жексенбілік заң кезіндегі жер сілкінісінде болатын шабуыл екенін атап өттік. Біз осы пайғамбарлық деңгейдегі Балағам тарихының ақиқаттың мөрін алып жүргенін көрсеттік, өйткені бірінші және соңғы шабуыл рухани даңқты жерге, ал ортадағы шабуыл тура мағынадағы даңқты жерге жасалды, бұл бүліктің нышаны болып табылады. Енді біз Түн жарымы айқайы хабарының басталуын белгілейтін төртінші соққының Нэшвиллдің от шарлары орындалған кезде рухани даңқты жерде болатынын көріп отырмыз. Бұл Балағам мен оның есегінің екінші соққысы қосарлы екенін білдіреді: екеуінің біріншісі тура мағынадағы, ал екіншісі рухани даңқты жерге бағытталған.</w:t>
      </w:r>
    </w:p>
    <w:p>
      <w:pPr>
        <w:pStyle w:val="ArticleBody"/>
        <w:jc w:val="left"/>
      </w:pPr>
      <w:r>
        <w:rPr>
          <w:rFonts w:ascii="Times New Roman" w:hAnsi="Times New Roman" w:eastAsia="Times New Roman" w:cs="Times New Roman"/>
        </w:rPr>
        <w:t>Мақала толық емес бір ақиқатты ұсынды; оны енді Яһуда руының Арыстаны Нэшвиллдің отты шарларына Исламның пайғамбарлық байланысының тағы бір куәлігі ретінде ашып берді. Исламды отты шарлармен байланыстыруды қолдайтын тағы бір дәлел киелі тарихтың реформалық желілерінің өз ішінде табылады. Әрбір реформалық қозғалыстың бүкіл сол реформалық қозғалысқа сіңіп өтетін өзіне ғана тән ерекше тақырыбы болады. Мұсаның реформалық қозғалысында бұл таңдалған халықпен келісімге кіру туралы болды. Мәсіхтің реформалық желісінде бұл Мәсіх туралы болды. Дәуіттің реформалық желісінде бұл Он Өсиет пен киелі орын туралы болды. Миллериттерде тақырып пайғамбарлық уақыт болды, өйткені Миллериттер “уақыт туралы хабарды” алып жүрді. Үшінші періштенің 9/11-де келуімен жүз қырық төрт мыңның реформалық желісінің тақырыбы үшінші қасіреттің Исламы, шығыстың балалары, Киелі кітап пайғамбарлығындағы есек, Аян кітабының тоғызыншы тарауындағы соғыс аттары, шығыс желі, шегірткелер және халықтардың қаһарын қоздыру ретінде айқындалды.</w:t>
      </w:r>
    </w:p>
    <w:p>
      <w:pPr>
        <w:pStyle w:val="ArticleBody"/>
        <w:jc w:val="left"/>
      </w:pPr>
      <w:r>
        <w:rPr>
          <w:rFonts w:ascii="Times New Roman" w:hAnsi="Times New Roman" w:eastAsia="Times New Roman" w:cs="Times New Roman"/>
        </w:rPr>
        <w:t>Аян кітабының он бірінші тарауындағы жер сілкінісі үшінші қайғының Исламын белгілейді, сонымен бірге Түн ортасындағы айғай хабарының аяқталуын да бейнелейді. Түн ортасындағы айғай Мәсіхтің Иерусалимге салтанатты кіруі арқылы алдын ала нышандалған еді; бұл кіру есектің босатылуынан басталды. Миллериттер тарихындағы Түн ортасындағы айғайдың басталуы Самуил Сноудың Эксетердегі лагерлік жиналысқа ат үстінде келуі болды. Түн ортасындағы айғай кезеңінің басталуы Исламның рәміздерімен белгіленген. 2020 жылғы 18 шілдедегі түзетілген хабардың ескерту хабарының бір бөлігі ретінде Исламды қамтитынын растайтын куәліктер мол. Анықталған бір күн жоқ, бірақ Нэшвиллдің от шарлары соңғы күндердегі «жаңа шарап» дауын айқындайды, сондықтан Нэшвиллдің от шарлары Исламды да қамтиды, ал от шарларын ядролық қару ретінде айқындау мәселесіне не деуге болады?</w:t>
      </w:r>
    </w:p>
    <w:p>
      <w:pPr>
        <w:pStyle w:val="ArticleBody"/>
        <w:jc w:val="left"/>
      </w:pPr>
      <w:r>
        <w:rPr>
          <w:rFonts w:ascii="Times New Roman" w:hAnsi="Times New Roman" w:eastAsia="Times New Roman" w:cs="Times New Roman"/>
        </w:rPr>
        <w:t>Хабар көптеген куәгерлерге сүйене отырып, шабуылдағы қарсылас ретінде Исламның белгіленуін сақтауы тиіс. Түзетілуі қажет уақыт белгілеу қателігі 1840 және 1844 жылдардың екеуімен де бейнеленген. Сандар әлі де бар болғанымен, уақыт бұдан былай пайғамбарлық хабардың бір бөлігі болмауға тиіс. Киелі орын туралы қате түсінікпен бейнеленген қателік те шешімін табуы керек, бірақ ол шешіліп, түзетілген хабардың құрамына енгізілуінен бұрын, киелі орын туралы қате түсінікпен бейнеленген қателік анықталуға тиіс. 18 шілдедегі Нэшвилл ескертуінде сол киелі орын туралы қате түсінік нені білдірді?</w:t>
      </w:r>
    </w:p>
    <w:p>
      <w:pPr>
        <w:pStyle w:val="ArticleBody"/>
        <w:jc w:val="left"/>
      </w:pPr>
      <w:r>
        <w:rPr>
          <w:rFonts w:ascii="Times New Roman" w:hAnsi="Times New Roman" w:eastAsia="Times New Roman" w:cs="Times New Roman"/>
        </w:rPr>
        <w:t>Мен бұл жауаптар 2023 жылдың соңынан бері мөрі ашылып келе жатқан нұрдың аясында табылатынын алға тартамын. Жаратылыс, Матай және Аян кітаптарындағы он бірінші тараудан басталып, жиырма екінші тараумен аяқталатын он бір тараудан тұратын үш параллель желі — Құдайдың жүз қырық төрт мыңмен жасасқан келісімін жаңартуы. Біз Оның шақыруын естімегендей әрекет етіп, Оның рақым жөніндегі ұсынысын қабылдамаймыз ба, әлде адамдық күшімізге сүйеніп, иіліп: «Ол не бұйырса, соның бәрін орындаймын»,— деп жариялаймыз ба? Әлде Киелі Рухқа Өз заңын біздің жүректеріміз бен ақыл-ойымызға жазуына жол береміз бе?</w:t>
      </w:r>
    </w:p>
    <w:p>
      <w:pPr>
        <w:pStyle w:val="ArticleBody"/>
        <w:jc w:val="left"/>
      </w:pPr>
      <w:r>
        <w:rPr>
          <w:rFonts w:ascii="Times New Roman" w:hAnsi="Times New Roman" w:eastAsia="Times New Roman" w:cs="Times New Roman"/>
        </w:rPr>
        <w:t>Жауаптар сондай-ақ Даниял кітабының он екінші тарауының уақытты бірінші, екінші және үшінші періштелердің хабарлары ретінде көрсететін үш аятын ашудан табылады. Осы үш аяттың өзі жетінші аятта 2023 жылғы 31 желтоқсанды, он екінші аятта 2020 жылғы 18 шілдені белгілейді, ал он бірінші аятта 1989 жылдан жексенбілік заңға дейінгі және одан сынақ мерзімінің жабылуына дейінгі кезең бейнеленген. Сол үш шындық, осы үш аяттың ішінде, пайғамбарлық ашылған кезде әрдайым болатын үш сатылы сынақ үдерісі баяндалатын дәл сол Киелі жазба үзіндісінің өзінде орналасқан!</w:t>
      </w:r>
    </w:p>
    <w:p>
      <w:pPr>
        <w:pStyle w:val="ArticleBody"/>
        <w:jc w:val="left"/>
      </w:pPr>
      <w:r>
        <w:rPr>
          <w:rFonts w:ascii="Times New Roman" w:hAnsi="Times New Roman" w:eastAsia="Times New Roman" w:cs="Times New Roman"/>
        </w:rPr>
        <w:t>Мәсіх Даниял кітабының он екінші тарауындағы үш құрамды сынақты жай ғана ашып қойған жоқ, сонымен қатар Ол сол сынақтарды іргелі сынақ, одан кейін ғибадатхана сынағы, содан соң айқындаушы сынақ ретінде де айқындап көрсетті. Бұдан әрі Ол іргелі сынақтың 2023 жылғы 31 желтоқсанда басталғанын және оның сыртқы көріністі орнықтыратын нышан ретінде антихрист бейнеленген миллерит қозғалысының іргелі сынағына негізделгенін де айқындап көрсетті.</w:t>
      </w:r>
    </w:p>
    <w:p>
      <w:pPr>
        <w:pStyle w:val="ArticleBody"/>
        <w:jc w:val="left"/>
      </w:pPr>
      <w:r>
        <w:rPr>
          <w:rFonts w:ascii="Times New Roman" w:hAnsi="Times New Roman" w:eastAsia="Times New Roman" w:cs="Times New Roman"/>
        </w:rPr>
        <w:t>Содан кейін ол екінші сынақты, яғни ғибадатхана сынағын, Даниял кітабының оныншы тарауында берілген Мәсіхтің ғибадатханадағы аянымен бейнеленген деп анықтады. Бұл сынақ қазіргі кезде жүріп жатыр. Даниялдың он екінші тарауындағы 1989 жыл, 2020 жылғы 18 шілде, 2023 жылғы 31 желтоқсан күндерінің және жексенбілік заңның ашылуы Рим туралы аянды да, Мәсіх туралы аянды да қамтиды. Екі аян да он екінші тараудағы ашылу табылатын дәл сол бір аянның ішінде баяндалған. Бұл үш тарау — біртұтас аян, әрі оныншы тараудағы Мәсіх туралы аян — ғибадатхана сынағы, он бірінші тараудағы антихрист туралы аян — іргетас сынағы, ал он екінші тараудағы жүз қырық төрт мыңның межелік белгілері үшінші әрі лакмус сынағын бейнелейді; сол кезде көптер тазартылып, ағартылып, сыналатындықтан, ақымақтар даналардан ажыратылады.</w:t>
      </w:r>
    </w:p>
    <w:p>
      <w:pPr>
        <w:pStyle w:val="ArticleBody"/>
        <w:jc w:val="left"/>
      </w:pPr>
      <w:r>
        <w:rPr>
          <w:rFonts w:ascii="Times New Roman" w:hAnsi="Times New Roman" w:eastAsia="Times New Roman" w:cs="Times New Roman"/>
        </w:rPr>
        <w:t>Ғибадатхана сынағы Леуіліктер кітабының жиырма үшінші тарауының нұрын ашты; бұл — келісім сандығының нұры, ол жетінші күндік сенбіліктің альфа нұры әрі жетінші жылдық сенбіліктің омега нұры болып табылады. Альфа мен омега сенбіліктерінің нұры тәнге келудің нұрын айқындайды. Сол нұр Құдайдың адам тәнін қабылдауын — Құдайлық пен адамдықтың бірігуін қалпына келтіру мақсатымен қабылдауын — айқындайды; бұл — Мәсіх 1844 жылғы 22 қазанда бастаған іс, әрі Ол қазір оны тірілердің сотында аяқтап жатыр.</w:t>
      </w:r>
    </w:p>
    <w:p>
      <w:pPr>
        <w:pStyle w:val="ArticleBody"/>
        <w:jc w:val="left"/>
      </w:pPr>
      <w:r>
        <w:rPr>
          <w:rFonts w:ascii="Times New Roman" w:hAnsi="Times New Roman" w:eastAsia="Times New Roman" w:cs="Times New Roman"/>
        </w:rPr>
        <w:t>Леуіліктер кітабының жиырма үшінші тарауының нұры альфа көктем мерекелерін омега күз мерекелерімен біріктіріп, 2023 жылғы 31 желтоқсаннан бастап адамзат сынақ мерзімінің жабылуына дейінгі тарихтың өзін қалыптастырды. Осы желі аясында іргетастық сынақ 2023 жылғы 31 желтоқсанда келеді деп белгіленген, ал ғибадатхана сынағы 2025 жылы басталады деп айқындалып, ол кернейлер мерекесінің лакмус сынағына дейін жалғасады. 2023 жылғы шілдеде басталған шөлдегі дауыс үш бөліктен тұратын межелік белгіден бес күннен кейін аяқталған ашытқысыз нан мерекесімен белгіленген. Одан кейін отыз күндік кезең болды, содан соң үш бөліктен тұратын межелік белгі, содан кейін бес күн келді; осылайша мәңгілік Ізгі хабардың үш қадамы бейнеленеді. Бес күнмен жалғасатын үш бөліктен тұратын альфа межелік белгі — бірінші періште, отыз күн — екінші періште, ал бес күнмен жалғасып, Алғашқы өнім мейрамының жексенбілік заңысына дейін баратын үш бөліктен тұратын омега межелік белгі — үшінші періште.</w:t>
      </w:r>
    </w:p>
    <w:p>
      <w:pPr>
        <w:pStyle w:val="ArticleBody"/>
        <w:jc w:val="left"/>
      </w:pPr>
      <w:r>
        <w:rPr>
          <w:rFonts w:ascii="Times New Roman" w:hAnsi="Times New Roman" w:eastAsia="Times New Roman" w:cs="Times New Roman"/>
        </w:rPr>
        <w:t>Мәсіх сондай-ақ ғибадатхананы сынау уақытында келісім сандығын орната отырып, Леуіліктер жиырма үшінші тараудың нұрын ашты. Келісім сандығының бір жағындағы жетінші күндік сенбі туралы хабар не періште және сандықтың екінші жағындағы жетінші жылдық сенбі туралы періште сандыққа үңіліп тұрған жабушы керубтерді бейнелейді. Жүз қырық төрт мыңның мөрлену тарихында сол екі періштенің қос нұры жетінші күндік сенбіні және тәнге келу ілімін бейнелейді; олар мәңгілік бойы зерттелетін тақырыпты білдіреді.</w:t>
      </w:r>
    </w:p>
    <w:p>
      <w:pPr>
        <w:pStyle w:val="ArticleBody"/>
        <w:jc w:val="left"/>
      </w:pPr>
      <w:r>
        <w:rPr>
          <w:rFonts w:ascii="Times New Roman" w:hAnsi="Times New Roman" w:eastAsia="Times New Roman" w:cs="Times New Roman"/>
        </w:rPr>
        <w:t>Әрине, егер сен жеті уақытты мерейтойдың, 1863 жылғы рухани Азат ету Жарлығының нышаны ретінде көре алмасаң, онда Уильям Миллердің альфа мен омега пайғамбарлықтары жеті уақыт пен екі мың үш жүз күн болғанын да көрмейсің. Уақытқа қатысты осы өзара байланысты екі пайғамбарлықтың маңызын көре алмау 1798 жылдың жеті уақытты, ал 1844 жылдың екі мың үш жүз күнді білдіретінін тануға жол бермейді. Осындай білімнің жоқтығынан, Леуіліктер кітабының жиырма үшінші тарауы жол үстіне жол етіп біріктірілгенде, көктемгі мейрамдарды баяндайтын оның алғашқы жиырма екі аяты күзгі мейрамдар туралы соңғы жиырма екі аятпен қатар қойылғанда, бұл қырық төрт аяттық желі 1844 жылмен бейнеленген жетінші күнгі сенбіден басталатынын, ал желіні аяқтайтын сенбі 1798 жылмен бейнеленген жердің сенбісі екенін көру іс жүзінде мүмкін болмас еді.</w:t>
      </w:r>
    </w:p>
    <w:p>
      <w:pPr>
        <w:pStyle w:val="ArticleBody"/>
        <w:jc w:val="left"/>
      </w:pPr>
      <w:r>
        <w:rPr>
          <w:rFonts w:ascii="Times New Roman" w:hAnsi="Times New Roman" w:eastAsia="Times New Roman" w:cs="Times New Roman"/>
        </w:rPr>
        <w:t>Екі сенбінің өзара байланысын көре алмау — 1798 жылғы жеті уақыттың адамзатты, ал 1844 жылғы екі мың үш жүз күннің Құдайлықты білдіретінін көре алмауды білдіреді. Осыншалықты терең соқырлық жағдайында жетінші күнгі сенбінің альфа нұры мен тәнге келу ілімінің омега нұры Мәсіхтің Өзінің Құдайлығын құлаған адамның адамзатымен біріктірудегі ісін айқындап тұрғанын тану іс жүзінде мүмкін емес болып көрінер еді. Мәсіхтің Өзінің Құдайлығын біздің адамзатымызбен біріктірудегі ісі — 1798 бен 1844-ті біріктіру ісі, өйткені 1798 адам тәнін, ал 1844 Құдайлықты білдіреді.</w:t>
      </w:r>
    </w:p>
    <w:p>
      <w:pPr>
        <w:pStyle w:val="ArticleBody"/>
        <w:jc w:val="left"/>
      </w:pPr>
      <w:r>
        <w:rPr>
          <w:rFonts w:ascii="Times New Roman" w:hAnsi="Times New Roman" w:eastAsia="Times New Roman" w:cs="Times New Roman"/>
        </w:rPr>
        <w:t>Адамзат Құдайдың бейнесі бойынша жаратылды, әрі ол жоғары және төмен табиғатқа ие. Адамның жоғары табиғаты тәндік және күнәға сатылған. Мәсіх бет бұрған жанға Өз ойын бет бұру сәтінің өзінде береді, өйткені ақталу дәл сол жерде жүзеге асады, ал ақталу — әділ етілу деген сөз. Төменгі табиғат лезде құтқарыла алмайды, ал төменгі табиғатқа қатысты Ізгі хабар уәдесі — Мәсіх қайта оралғанда біз даңқталған денеге ие боламыз. Жоғары табиғат — ақыл-ой, ал төменгі табиғат — тән. Жоғары табиғат — Жетінші керней мен мерейтой кернейі бірдей үн қата бастаған Татуласу күні, 1844 жылғы 22 қазанда аяқталған жеті мезгіл туралы пайғамбарлық. Төменгі табиғаттың жеті мезгілі 1798 жылы аяқталды, өйткені ол Мәсіхтің Екінші келуіне дейін жаңартыла алмайды.</w:t>
      </w:r>
    </w:p>
    <w:p>
      <w:pPr>
        <w:pStyle w:val="ArticleBody"/>
        <w:jc w:val="left"/>
      </w:pPr>
      <w:r>
        <w:rPr>
          <w:rFonts w:ascii="Times New Roman" w:hAnsi="Times New Roman" w:eastAsia="Times New Roman" w:cs="Times New Roman"/>
        </w:rPr>
        <w:t>1798 жылғы жеті кезең, 1844 жылғы жеті кезең және 1844 жылғы екі мың үш жүз жыл 1844 жылғы 22 қазанда басталған Мәсіхтің ісін бейнелейді. Сол іс Оның Құдайлық болмысын адамзатпен біріктіру еді; алайда адамзат пен Құдайлықтан құралған ғибадатхана 1844 жылы біріктірілуге тиіс болғанда, 1798 жыл оған енгізілмеуге тиіс еді, өйткені ол басқа ұлттардың ауласын бейнелейді.</w:t>
      </w:r>
    </w:p>
    <w:p>
      <w:pPr>
        <w:pStyle w:val="ArticleBody"/>
        <w:jc w:val="left"/>
      </w:pPr>
      <w:r>
        <w:rPr>
          <w:rFonts w:ascii="Times New Roman" w:hAnsi="Times New Roman" w:eastAsia="Times New Roman" w:cs="Times New Roman"/>
        </w:rPr>
        <w:t>Ғибадатхана сынағы ғибадатхананы өлшеуді қамтиды, ал 2023 жылы басталған мөрдің ашылуы тарихының ерте кезеңінде жеті күн күркіреуінің ашылуы бірінші түңілу кезеңінен ұлы түңілуге дейінгі тарихты жеті күн күркіреуі бейнелейтін тарихтың соңғы әрі кемел көрінісі ретінде айқындады; шабыт бұл жеті күн күркіреуін бірінші және екінші періштелердің тарихы барысында жүзеге асқан оқиғаларды, сондай-ақ өз ретімен ашылатын болашақ оқиғаларды білдіреді деп айтады. Осы кемел орындалу 2023 жылы келген алғашқы ашылулардың бірі болған ақиқат шеңберінің ішіне орналастырылды. Бастапқыдағы түңілу омега түңілуін бейнеледі, ал орта тұсында Exeter лагерьлік жиналысы болды, онда даналар мен ақымақтар хабардың “майына” қарай ажыратылды.</w:t>
      </w:r>
    </w:p>
    <w:p>
      <w:pPr>
        <w:pStyle w:val="ArticleBody"/>
        <w:jc w:val="left"/>
      </w:pPr>
      <w:r>
        <w:rPr>
          <w:rFonts w:ascii="Times New Roman" w:hAnsi="Times New Roman" w:eastAsia="Times New Roman" w:cs="Times New Roman"/>
        </w:rPr>
        <w:t>Миллериттердің ғибадатханасы түңілуден түңілуге дейін тұрғызылды; осы арқылы жүз қырық төрт мыңның ғибадатханасы 2020 жылғы 18 шілдеден бастап, астарлы әңгімеде есік жабылатын, жуықта келетін жексенбілік заңға дейін тұрғызылатыны айқындалады, дәл сол сияқты 1844 жылғы 22 қазанда болған еді. Жеті күркіреумен бейнеленген тарих — Даниял он екінің нұрында бейнеленген сол тарихтың өзі. Даниял он екінің мың екі жүз тоқсан күніне қатысты нұры он бірінші аятта бейнеленген отыз жылдық кезеңмен тікелей байланысты. Ол сондай-ақ таңдаулы халықпен жасалған келісімнің алғашқы өкілімен және тура Исраилден рухани Исраилге келісімдік қатынастың өзгерісін айқындау үшін көтерілген пайғамбармен ерекшеленетін отыз жылмен де байланысты. Леуіліктер жиырма үштің құрылымының ортасындағы отыз күн — Құдаймен Ыбырайымның үш қырлы келісімінің алғашқы қадамына тиесілі сол отыз жылдың өзі. Он бірінші аяттағы 508 жылдан 538 жылға дейінгі отыз жыл — жүз қырық төрт мыңның діни қызметінің нышаны.</w:t>
      </w:r>
    </w:p>
    <w:p>
      <w:pPr>
        <w:pStyle w:val="ArticleBody"/>
        <w:jc w:val="left"/>
      </w:pPr>
      <w:r>
        <w:rPr>
          <w:rFonts w:ascii="Times New Roman" w:hAnsi="Times New Roman" w:eastAsia="Times New Roman" w:cs="Times New Roman"/>
        </w:rPr>
        <w:t>Леуіліктер кітабының жиырма үшінші тарауындағы құрылымдағы 30 күн — Мәсіхтің көкке көтерілгенге дейін қырық күн бойы Өз шәкірттерін бетпе-бет үйреткен кезеңінің бір бөлігі. Отыз саны — діни қызметкерлердің отыз жасында қызметке кірісетінін білдіретін рәміз. 508 жылдан 538 жылға дейінгі отыз жыл пұтқа табынушы Римнен папалық Римге өту кезеңін айқындайды; осылайша олар Лаодикеялық жүз қырық төрт мыңның діни қызметкерлігінен Филадельфиялық жүз қырық төрт мыңның діни қызметкерлігіне өтуді де айқындайды. Бұл ауысу үш сатыда жүзеге асады: 508 жыл «күнделіктінің» алынып тасталуымен, 533 жылғы Юстиниан жарлығымен, содан кейін ауысу түпкілікті аяқталған кезде 538 жылғы жексенбілік заңмен бейнеленген.</w:t>
      </w:r>
    </w:p>
    <w:p>
      <w:pPr>
        <w:pStyle w:val="ArticleBody"/>
        <w:jc w:val="left"/>
      </w:pPr>
      <w:r>
        <w:rPr>
          <w:rFonts w:ascii="Times New Roman" w:hAnsi="Times New Roman" w:eastAsia="Times New Roman" w:cs="Times New Roman"/>
        </w:rPr>
        <w:t>Ол отыз жыл 1989 жылдан бастап жексенбілік заңға дейінгі кезеңді білдіреді; сол кезде Құдайдың мөрленген Филадельфиялық халқы, Оның ғибадатханасы ретінде, бүкіл дүниенің көруі үшін жоғары көтеріледі. Сонда дүние Мәсіх пен — Өз халқымен бейнеленетін, Мәсіхпен бірге көктегі орындарда отырған әрі сондықтан Құдайдың ғибадатханасында болатын Мәсіхпен — немесе өзін Құдаймын деп көрсетіп, Құдайдың ғибадатханасында отырған күнә адамының жағында екенін айырып, үкім етеді. Жақында келетін жексенбілік заң кезінде он бірінші сағаттың жұмысшылары, яғни ұлы көпшілік те, іргелі сынаққа тап болады. Жетінші күнгі сенбі Құдайдың сенбісі ме, әлде күн күні Құдайдың сенбісі ме?</w:t>
      </w:r>
    </w:p>
    <w:p>
      <w:pPr>
        <w:pStyle w:val="ArticleScripture"/>
        <w:jc w:val="left"/>
      </w:pPr>
      <w:r>
        <w:rPr>
          <w:rFonts w:ascii="Times New Roman" w:hAnsi="Times New Roman" w:eastAsia="Times New Roman" w:cs="Times New Roman"/>
        </w:rPr>
        <w:t>«Енді оның алдында тағы бір көрініс өтті. Оған яһудилердің Әкесінің заңының құрметін көрсеткен болып, Мәсіхті қабылдамай тастауына Шайтанның қалай себепкер болғаны көрсетілген еді. Енді ол Мәсіхті қабылдаймыз деп мойындағанымен, Құдайдың заңын теріске шығару арқылы осыған ұқсас алдауға түскен христиан дүниесін көрді. Ол діни қызметкерлер мен ақсақалдардың: “Оны алып кетіңдер!” “Айқышқа шегелеңдер, айқышқа шегелеңдер!” — деген долы айқайын естіген болатын; енді ол өзін христианбыз деп атайтын ұстаздардың: “Заң жоғалсын!” — деген айқайын естіді. Ол сенбі күнінің аяқасты етілгенін және оның орнына жалған бір мекеменің орнатылғанын көрді. Мұса тағы да таңданыс пен үрейге толды. Мәсіхке сенетіндер Оның Өзі қасиетті тауда Өз дауысымен жариялаған заңды қалайша теріске шығара алады? Құдайдан қорқатындардың қайсысы көк пен жердегі Оның билігінің негізі болып табылатын заңды жойып қоя алады? Мұса қуанышпен Құдай заңының әлі де адал азшылық тарапынан құрметтеліп, асқақтатылып тұрғанын көрді. Ол жердегі биліктердің Құдайдың заңын сақтайтындарды жою үшін болатын соңғы ұлы күресін көрді. Ол Құдай жер тұрғындарын заңсыздықтары үшін жазалау үшін көтерілетін уақытқа көз тікті, әрі Оның есімінен қорыққандар Оның қаһары күнінде қорғалып, жасырылатын болады. Ол Құдайдың қасиетті мекенінен үнін шығарғанда, көктер мен жер шайқалатын сәтте, Оның заңын сақтағандармен жасалған Құдайдың тыныштық келісімін естіді. Ол Мәсіхтің салтанатпен екінші рет келуін, әділ өлілердің мәңгілік өмірге тірілтілуін, ал тірі әулиелердің өлімді көрместен өзгертіліп, бәрі бірге қуаныш жырларымен Құдай қаласына көтерілетінін көрді». Патриархтар мен пайғамбарлар, 476.</w:t>
      </w:r>
    </w:p>
    <w:p>
      <w:pPr>
        <w:pStyle w:val="ArticleBody"/>
        <w:jc w:val="left"/>
      </w:pPr>
      <w:r>
        <w:rPr>
          <w:rFonts w:ascii="Times New Roman" w:hAnsi="Times New Roman" w:eastAsia="Times New Roman" w:cs="Times New Roman"/>
        </w:rPr>
        <w:t>Бөтен халықтардан шыққан және бір сағаттық жұмыскерлер болып табылатын ұлы топ алдымен іргетастық сынақтан өтеді, ал оның соңынан бірден ғибадатханаға қатысты сынақ келеді. Сенімдеріңді соның үстіне құратын жартас не құм Римнің күнә адамы бар адами ғибадатханасы бола ма? Әлде ол Құдайлық пен адамдықтың біріккені болып табылатын тәжірбиеленудің ғибадатханасы ма, әрі Петір «рухани үй» деп атайтын жүз қырық төрт мыңның ғибадатханасы ма? Іргетас пен ғибадатхана сыналатын сол кезеңде қудалау үшінші қадамның лакмус сынағын жүзеге асырады, содан кейін адамзаттың сынақ мерзімі жабылады.</w:t>
      </w:r>
    </w:p>
    <w:p>
      <w:pPr>
        <w:pStyle w:val="ArticleBody"/>
        <w:jc w:val="left"/>
      </w:pPr>
      <w:r>
        <w:rPr>
          <w:rFonts w:ascii="Times New Roman" w:hAnsi="Times New Roman" w:eastAsia="Times New Roman" w:cs="Times New Roman"/>
        </w:rPr>
        <w:t>Яһуда руының Арыстаны енді қырқыншы аяттың жасырын тарихын толықтырып жатыр және Кирдің, Неронның және Трамптың екі жүз елу жылдық үш пайғамбарлығы арқылы бұдан да мол нұр ашты; әрі Ол мұны Нэшвиллдің түзетілген хабарын жариялау ісін айрықша атап көрсеткен дәл сол уақытта істеді. Неронның желісі Америка Құрама Штаттарында, содан кейін бүкіл әлемде аңның бейнесінің түпкілікті орнатылуының құрылымын береді. Кирдің б.з.д. 457 жылғы желісі Рафия мен Паний арасындағы тарихты, яғни жақында болатын жексенбілік заң кезінде Паний Актиуммен қосылатын сәтте басталатын Украина соғысы мен Үшінші дүниежүзілік соғыс арасындағы тарихты айқындайды. Трамптың желісі биыл 4 шілдеде аяқталады.</w:t>
      </w:r>
    </w:p>
    <w:p>
      <w:pPr>
        <w:pStyle w:val="ArticleBody"/>
        <w:jc w:val="left"/>
      </w:pPr>
      <w:r>
        <w:rPr>
          <w:rFonts w:ascii="Times New Roman" w:hAnsi="Times New Roman" w:eastAsia="Times New Roman" w:cs="Times New Roman"/>
        </w:rPr>
        <w:t>Нерон — қудалаудың нышаны; Смирна қауымы Пергам қауымындағы ымыраға келумен бірге 250 жылдан кейін қудалау тоқтағанға дейін жалғасатын тарихты айқындайды. Бұл желі мүсіннің орнатылуын көрсетеді, сондықтан Мәсіхтің бейнесі Оның ғибадатханасында орнатылып жатқан кезеңдегі тарихпен сәйкеседі. «Жарлық» — шығыс пен батыс, дана мен ақымақ, бидай мен арамшөп, сондай-ақ құтқарылғандар мен жоғалғандардың арасындағы бөліну есігінің жабылуымен жалғасатын алғашқы жексенбілік заңға алып баратын бастапқы нүкте. Кезеңді бастайтын «жарлық» — сондай-ақ әлем үшін дәл сол сынақ кезеңін бастайтын «жарлық». Сондықтан «жарлық» — әрі алғашқы, әрі соңғы. Неронның он жеті жылдық желісіндегі әрбір межелік белгі «жарлықтан» басталатын жексенбілік заң дағдарысының күшейе түсетін қудалауын айқындайды; бұл әлдене президенттің «атқарушы бұйрығы» тәрізді.</w:t>
      </w:r>
    </w:p>
    <w:p>
      <w:pPr>
        <w:pStyle w:val="ArticleBody"/>
        <w:jc w:val="left"/>
      </w:pPr>
      <w:r>
        <w:rPr>
          <w:rFonts w:ascii="Times New Roman" w:hAnsi="Times New Roman" w:eastAsia="Times New Roman" w:cs="Times New Roman"/>
        </w:rPr>
        <w:t>Кирдің б.з.д. 457 жылғы үш жарлығы, соңында үш межелік белгісі бар он жеті жылдық кезеңді айқындайды; дәл солай Нероның желісі де, сондай-ақ Кирдің 1798 жылдан 1844 жылға дейін бірінші, екінші және үшінші періштелердің келуімен аяқталған өзге желісі де айқындайды. Кирдің үш қадамы мыналар: Рафия шайқасы, содан кейін екінші қадамға дейінгі он жыл, ал содан соң Паний шайқасына дейінгі жеті жыл. Басы да, соңы да шайқас болғандықтан, екеуі де Альфа мен Омеганың мөрін алып жүреді. Алғашқы он жылдық кезең 2014 жылы Украин соғысымен басталған сынақ кезеңін бейнелейді, ал екінші кезең жеті жылдан кейін Паний шайқасында аяқталады.</w:t>
      </w:r>
    </w:p>
    <w:p>
      <w:pPr>
        <w:pStyle w:val="ArticleHeading"/>
        <w:jc w:val="left"/>
      </w:pPr>
      <w:r>
        <w:rPr>
          <w:rFonts w:ascii="Arial" w:hAnsi="Arial" w:eastAsia="Arial" w:cs="Arial"/>
        </w:rPr>
        <w:t>Палмони</w:t>
      </w:r>
    </w:p>
    <w:p>
      <w:pPr>
        <w:pStyle w:val="ArticleBody"/>
        <w:jc w:val="left"/>
      </w:pPr>
      <w:r>
        <w:rPr>
          <w:rFonts w:ascii="Times New Roman" w:hAnsi="Times New Roman" w:eastAsia="Times New Roman" w:cs="Times New Roman"/>
        </w:rPr>
        <w:t>Палмони бірінші және екінші періштелер тарихындағы Миллериттерге уақыт туралы хабарды ашты, ал Ол үшінші періштенің тарихы болып табылатын жүз қырық төрт мыңның тарихында сандар туралы хабарды ашады.</w:t>
      </w:r>
    </w:p>
    <w:p>
      <w:pPr>
        <w:pStyle w:val="ArticleBody"/>
        <w:jc w:val="left"/>
      </w:pPr>
      <w:r>
        <w:rPr>
          <w:rFonts w:ascii="Times New Roman" w:hAnsi="Times New Roman" w:eastAsia="Times New Roman" w:cs="Times New Roman"/>
        </w:rPr>
        <w:t>Маккавейлер көтерілісімен бейнеленген 1776 жылдан 1798 жылға дейінгі жиырма екі жыл сияқты рәміздік пайғамбарлық тарихтар алтыншы патшалықтың басталуының себебін және бесінші патшалықтың аяқталуының себебін айқындайды. Жиырма екінші президент Гровер Кливленд — екі үзілісті емес мерзімде қызмет еткен жалғыз екі президенттің бірі ретінде Дональд Трамптың омега-президентін бейнелейтін президенттердің альфасы болды. Трамп — алдыңғы президенттің мерзімі ішінде қызметті қабылдап алған басқа президенттерді де, өздері үшін екінші мерзімге қайта сайланған президенттерді де қоса есептегенде, екінші мерзімді жеңіп алған жиырма екінші президент. Киелі кітап пайғамбарлығындағы алтыншы патшалық Тәуелсіздік декларациясынан бергі жиырма екі жылдан кейін, 1798 жылы басталды. 1798 жылдан 2026 жылға дейінгі кезең альфа күнінде 22 санымен және омега күнінде 22 санымен бейнеленген.</w:t>
      </w:r>
    </w:p>
    <w:p>
      <w:pPr>
        <w:pStyle w:val="ArticleBody"/>
        <w:jc w:val="left"/>
      </w:pPr>
      <w:r>
        <w:rPr>
          <w:rFonts w:ascii="Times New Roman" w:hAnsi="Times New Roman" w:eastAsia="Times New Roman" w:cs="Times New Roman"/>
        </w:rPr>
        <w:t>Он бірінші тараудан басталып, жиырма екінші тарауда аяқталатын он бір тараудан тұратын үш желі бар. Осы үш он бір тараулық желінің әрқайсысында үш аятпен бейнеленген дәл орталық нүкте бар. Жаратылыс кітабы «сүндеттелудің» таңдап алынған халықпен жасалған келісімдік қатынастың белгісі ретінде қашан берілгенін көрсетеді. Бұл — таңдалған халыққа келісім халқын білдіретін белгі алғаш рет берілген сәт еді; ал Матайда орталықтағы үш аят Мәсіх Өз шіркеуін соның үстіне тұрғызатын Жартасты анықтайды. Сол аяттарда Симон Баржонаның есімі Петір болып өзгертілген сәт көрсетіледі, бұл бір жүз қырық төрт мыңға теңестіріледі. Аяндағы осы желінің ортасы өлім келісімін көрсетеді, өйткені ол папалықты жетеудің ішіндегі сегізінші бас ретінде айқындайды. Ғасырлар Тілегіндегі он бірінші тарау Жақия Шомылдырушының хабарын, ал жиырма екінші тарау Жақияның өлімін анықтайтынының астарында қандай салдарлар бар деп ойлайсыз?</w:t>
      </w:r>
    </w:p>
    <w:p>
      <w:pPr>
        <w:pStyle w:val="ArticleBody"/>
        <w:jc w:val="left"/>
      </w:pPr>
      <w:r>
        <w:rPr>
          <w:rFonts w:ascii="Times New Roman" w:hAnsi="Times New Roman" w:eastAsia="Times New Roman" w:cs="Times New Roman"/>
        </w:rPr>
        <w:t>Сол тараулардың орта тұсы сізді 168-бетке, «Никодим» деп аталатын тарау басталатын жерге алып барады. Он бірінші тарау «Шомылдыру рәсімі» деп аталады, ал жиырма екінші тарау «Жоханның түрмеге қамалуы және өлімі» деп аталады. Он бірінші тарау — өлімнің, жерленудің және қайта тірілудің нышаны; дәл сол сияқты он жетінші тарау мен «Никодим» де, сондай-ақ Жоханның өлімі де сондай нышан болып табылады.</w:t>
      </w:r>
    </w:p>
    <w:p>
      <w:pPr>
        <w:pStyle w:val="ArticleBody"/>
        <w:jc w:val="left"/>
      </w:pPr>
      <w:r>
        <w:rPr>
          <w:rFonts w:ascii="Times New Roman" w:hAnsi="Times New Roman" w:eastAsia="Times New Roman" w:cs="Times New Roman"/>
        </w:rPr>
        <w:t>Бұл мәселелерді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Жиырма екі саны</dc:title>
  <dc:subject>2023 жылғы 31 желтоқсан</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